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Üçüncü Hissə</w:t>
      </w:r>
    </w:p>
    <w:p>
      <w:pPr>
        <w:pStyle w:val="ArticleSubtitle"/>
        <w:jc w:val="left"/>
      </w:pPr>
      <w:r>
        <w:rPr>
          <w:rFonts w:ascii="Arial" w:hAnsi="Arial" w:eastAsia="Arial" w:cs="Arial"/>
        </w:rPr>
        <w:t>Bazar Qanunu və Peyğəmbərlik Səfəri: Patriot Aktından Son Sınağa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“Papalıq təsisatını Allahın qanununu pozaraq məcburi qaydada tətbiq edən fərman vasitəsilə millətimiz özünü salehlikdən tamamilə ayıracaqdır. Protestantlıq Romanın hakimiyyətinin əlini tutmaq üçün öz əlini uçurumun o tayına uzadanda, spiritizmlə əl-ələ vermək üçün dərin uçurumun üzərinə çatanda, bu üçqat birliyin təsiri altında ölkəmiz Protestant və respublikaçı idarəçilik kimi Konstitusiyasının hər bir prinsipini rədd edəndə və papalığın yalanlarının və aldanışlarının yayılması üçün şərait yaradanda, onda biz bilə bilərik ki, Şeytanın heyrətamiz fəaliyyətinin vaxtı yetişmişdir və son yaxındır.”</w:t>
      </w:r>
    </w:p>
    <w:p>
      <w:pPr>
        <w:pStyle w:val="ArticleScripture"/>
        <w:jc w:val="left"/>
      </w:pPr>
      <w:r>
        <w:rPr>
          <w:rFonts w:ascii="Times New Roman" w:hAnsi="Times New Roman" w:eastAsia="Times New Roman" w:cs="Times New Roman"/>
        </w:rPr>
        <w:t>“Roma ordularının yaxınlaşması şagirdlər üçün Yerusəlimin yaxınlaşan məhvinin bir əlaməti olduğu kimi, bu dönüklük də bizim üçün Allahın səbrinin həddinə çatdığının, millətimizin təqsir ölçüsünün dolduğunun və mərhəmət mələyinin bir daha qayıtmamaq üzrə uçub getmək üzrə olduğunun bir əlaməti ola bilər. O zaman Allahın xalqı peyğəmbərlərin Yaqubun sıxıntı vaxtı kimi təsvir etdikləri o əzab və məşəqqət səhnələrinə qərq ediləcək. Sadiq, təqib olunanların fəryadları göyə yüksəlir. Habilin qanı yerdən fəryad etdiyi kimi, şəhidlərin məzarlarından, dənizin qəbirlərindən, dağ mağaralarından, monastır sərdabələrindən də Allaha yalvaran səslər yüksəlir: ‘Nə vaxta qədər, ey Rəbb, müqəddəs və həqiqi olan, yer üzündə yaşayanlar üzərində mühakimə yürütməyəcək və qanımızın qisasını almayacaqsan?’”</w:t>
      </w:r>
    </w:p>
    <w:p>
      <w:pPr>
        <w:pStyle w:val="ArticleScripture"/>
        <w:jc w:val="left"/>
      </w:pPr>
      <w:r>
        <w:rPr>
          <w:rFonts w:ascii="Times New Roman" w:hAnsi="Times New Roman" w:eastAsia="Times New Roman" w:cs="Times New Roman"/>
        </w:rPr>
        <w:t>“Rəbb Öz işini görür. Bütün göy aləmi hərəkətə gəlmişdir. Bütün yer üzünün Hakimi tezliklə qalxıb təhqir olunmuş hakimiyyətini müdafiə edəcəkdir. Xilas nişanı Allahın əmrlərinə riayət edən, Onun qanununa ehtiram göstərən və vəhşi heyvanın və ya onun surətinin nişanını qəbul etməkdən imtina edən adamların üzərinə qoyulacaqdır.</w:t>
      </w:r>
    </w:p>
    <w:p>
      <w:pPr>
        <w:pStyle w:val="ArticleScripture"/>
        <w:jc w:val="left"/>
      </w:pPr>
      <w:r>
        <w:rPr>
          <w:rFonts w:ascii="Times New Roman" w:hAnsi="Times New Roman" w:eastAsia="Times New Roman" w:cs="Times New Roman"/>
        </w:rPr>
        <w:t>“Allah Öz xalqının müxalifət və qəzəb tufanına qarşı dayanmağa hazırlanması üçün son günlərdə nə baş verəcəyini aşkar etmişdir. Qarşılarında duran hadisələr barədə xəbərdar edilmiş olanlar yaxınlaşan fırtınanı sakit bir intizarla gözləyib, Rəbbin dar günündə Öz sadiqlərini qoruyacağı düşüncəsi ilə özlərinə təsəlli verməməlidirlər. Biz Rəbbini gözləyən insanlar kimi olmalıyıq — boş bir intizar içində deyil, sarsılmaz imanla, ciddi əmək içində. İndi zehnimizi ikinci dərəcəli əhəmiyyət daşıyan şeylərlə məşğul etməyin zamanı deyil. İnsanlar yatarkən, Şeytan Rəbbin xalqına nə mərhəmət, nə də ədalət göstərilməsin deyə işləri fəal surətdə nizama salır. Bazar günü hərəkatı indi qaranlıqda özünə yol açır. Rəhbərlər həqiqi məsələni gizlədirlər və bu hərəkatla birləşənlərin çoxu axının onları hara apardığını özləri də görmürlər. Onun iddiaları mülayim və zahirdə məsihçiyanədir, lakin danışacağı zaman əjdahanın ruhunu aşkar edəcəkdir. Təhdid edilən təhlükənin qarşısını almaq üçün gücümüz çatan hər şeyi etmək bizim borcumuzdur. Xalqın qarşısında özümüzü düzgün bir işıqda təqdim etməklə qərəzi aradan qaldırmağa çalışmalıyıq. Vicdan azadlığını məhdudlaşdıran tədbirlərə qarşı ən təsirli etirazı beləliklə ortaya qoyaraq, mübahisənin əsl mahiyyətini onların önünə gətirməliyik. Müqəddəs Yazıları araşdırmalı və imanımızın səbəbini bəyan etməyə qadir olmalıyıq. Peyğəmbər belə deyir: ‘Pislər pislik edəcəklər; pislərdən heç biri anlamayacaq, amma müdriklər anlayacaqlar.’ Testimonies, cild 5, 451, 452.”</w:t>
      </w:r>
    </w:p>
    <w:p>
      <w:pPr>
        <w:pStyle w:val="ArticleBody"/>
        <w:jc w:val="left"/>
      </w:pPr>
      <w:r>
        <w:rPr>
          <w:rFonts w:ascii="Times New Roman" w:hAnsi="Times New Roman" w:eastAsia="Times New Roman" w:cs="Times New Roman"/>
        </w:rPr>
        <w:t>“Nə zaman ki, “Bazar hərəkatı” “danışacaq, əjdahanın ruhunu aşkara çıxaracaq.” Dörd paraqraf müəyyən edir ki, bazar günü qanunu zamanı Birləşmiş Ştatlar “özünü salehlikdən tamamilə ayıracaq.” Bazar günü qanunu zamanı “Şeytanın heyrətamiz fəaliyyəti üçün vaxt gəlib çatmışdır.” Bazar günü qanunu zamanı üçqat birlik həyata keçirilir. Bazar günü qanunu zamanı Birləşmiş Ştatlar “Protestant respublika idarəçiliyi kimi öz Konstitusiyasının hər bir prinsipindən imtina edir”, və onlar həmçinin “papalıq yalanlarının və aldadışlarının yayılması üçün şərait yaradırlar.” Həmin bazar günü qanunu “bizim üçün Allahın səbir və təhəmmülünün həddinə çatıldığının, millətimizin təqsir ölçüsünün dolduğunun və mərhəmət mələyinin bir daha geri dönməmək üzrə uçub getmək ərəfəsində olduğunun əlamətidir.” Bu əlamət, İsanın Daniel peyğəmbər vasitəsilə deyilmiş viranəlik iyrəncliyini göstərən xəbərdarlığı ilə əvvəlcədən simvollaşdırılmışdı. Məhz orada beşinci möhürün şəhidlərinə verilmiş duanın, “Nə vaxta qədər, ey Rəbb, müqəddəs və haqq olan, yer üzündə yaşayanlar üzərində hökm edib qanımızın intiqamını almayacaqsan?” sözlərinin yerinə yetməsi baş verir. Elə həmin nişan nöqtəsində də ağılsız və ağıllı bakirələr öz xarakterlərini nümayiş etdirirlər.</w:t>
      </w:r>
    </w:p>
    <w:p>
      <w:pPr>
        <w:pStyle w:val="ArticleBody"/>
        <w:jc w:val="left"/>
      </w:pPr>
      <w:r>
        <w:rPr>
          <w:rFonts w:ascii="Times New Roman" w:hAnsi="Times New Roman" w:eastAsia="Times New Roman" w:cs="Times New Roman"/>
        </w:rPr>
        <w:t>Bazar qanunu zamanı Amerika Birləşmiş Ştatları “Konstitusiyasının hər bir prinsipini rədd edir.” Bu işin həyata keçirildiyi zaman dövrü 2001-ci ildə Patriot Aktı ilə başladı. 2001-ci ildən Bazar qanununa qədər olan müddət Konstitusiyanın tədricən rədd edilməsi işini təmsil edir. Bu tədrici iş vəhylik xəttinə uyğun gəlir; həmin xəttdə vəhşi heyvanın surətinin formalaşması başa çatdırılır. Vəhşi heyvanın surətinin xətti bir qədər daha mürəkkəb görünə bilər, lakin bu mürəkkəbliyi anlamağa dəyər. Vəhşi heyvanın surətinin xəttini mürəkkəbləşdirən odur ki, o, iki xətti təmsil edir.</w:t>
      </w:r>
    </w:p>
    <w:p>
      <w:pPr>
        <w:pStyle w:val="ArticleBody"/>
        <w:jc w:val="left"/>
      </w:pPr>
      <w:r>
        <w:rPr>
          <w:rFonts w:ascii="Times New Roman" w:hAnsi="Times New Roman" w:eastAsia="Times New Roman" w:cs="Times New Roman"/>
        </w:rPr>
        <w:t>Yer üzünün vəhşi heyvanı üçün həmin iki xətt Respublikaçılıq və Protestantlığın buynuzlarıdır. Bu iki buynuz bir araya gələrək kilsə-dövlət münasibətinə çevrilir və beləliklə vəhşi heyvanın surətinin formalaşmasını yerinə yetirir. Buna görə də vəhşi heyvanın surətinin formalaşması xətti, bir xəttin daxilində iki xəttə malikdir; çünki Respublikaçı və Protestant buynuzlar tarix boyunca bir-birinə paralel uzanır, lakin onların ayrı-ayrı xətləri də özlərinə məxsus peyğəmbərlik şahidliyini daşıyır. Bir peyğəmbərlik xətti, iki paralel mövzu ilə birlikdə, Konstitusiya ilə əlaqələndirilən danışmanı təmsil edən siyasi hərəkətlərin mərhələ nişanlarını sadəcə qeyd etməkdən daha mürəkkəbdir.</w:t>
      </w:r>
    </w:p>
    <w:p>
      <w:pPr>
        <w:pStyle w:val="ArticleBody"/>
        <w:jc w:val="left"/>
      </w:pPr>
      <w:r>
        <w:rPr>
          <w:rFonts w:ascii="Times New Roman" w:hAnsi="Times New Roman" w:eastAsia="Times New Roman" w:cs="Times New Roman"/>
        </w:rPr>
        <w:t>Respublikaçı və Protestant buynuzlarının iki xətti, Respublikaçı buynuzun daxilində köləliyi müdafiə edən Demokratlarla köləlik əleyhdarı Respublikaçılar arasındakı mübarizənin tarixinin mövcud olması barədəki peyğəmbərlik həqiqəti ilə daha da mürəkkəbləşir; və bundan əlavə, Protestant buynuzunun tarixi daxilində hikmətli və ağılsız bakirələrin ardınca gələn davamlı bir sınaq prosesi də Protestant buynuzunun daxilində mövcuddur. Bununla belə, bu həqiqətlərdə möhkəmlənmək son dərəcə vacibdir.</w:t>
      </w:r>
    </w:p>
    <w:p>
      <w:pPr>
        <w:pStyle w:val="ArticleBody"/>
        <w:jc w:val="left"/>
      </w:pPr>
      <w:r>
        <w:rPr>
          <w:rFonts w:ascii="Times New Roman" w:hAnsi="Times New Roman" w:eastAsia="Times New Roman" w:cs="Times New Roman"/>
        </w:rPr>
        <w:t>Yer heyvanının iki buynuzu ilə təmsil olunan xətt daxilində ya Məsihin xarakterinin, ya da Şeytanın xarakterinin formalaşdırılması ilə bağlı paralel bir təsvir vardır; bu da ya Məsihin surətinin, ya da vəhşi heyvanın surətinin formalaşdırılmasına bərabərdir, çünki bu kontekstdə “vəhşi heyvan” Yaradanla ziddiyyət təşkil edən yaradılmış bir varlığı təmsil edir. Bu xüsusiyyətlərin formalaşdırılması bütün insanlar arasında daxili şəkildə həyata keçirilir, çünki sınaq müddəti başa çatdıqda yalnız iki sinif qalır. Bu formalaşdırılma həmçinin papalıq hakimiyyəti ilə Birləşmiş Millətlər arasında olan ittifaq vasitəsilə xarici şəkildə də həyata keçirilir.</w:t>
      </w:r>
    </w:p>
    <w:p>
      <w:pPr>
        <w:pStyle w:val="ArticleBody"/>
        <w:jc w:val="left"/>
      </w:pPr>
      <w:r>
        <w:rPr>
          <w:rFonts w:ascii="Times New Roman" w:hAnsi="Times New Roman" w:eastAsia="Times New Roman" w:cs="Times New Roman"/>
        </w:rPr>
        <w:t>Beləliklə, vəhşinin surətinin formalaşdırılması üçün sınaq vaxtı 2001-ci ildə başladı və Birləşmiş Ştatlarda bazar günü qanunu ilə başa çatır. Həmin zaman kəsiyində yer vəhşisinin iki buynuzunun peyğəmbərlik tarixi, istər dini, istərsə də siyasi olsun, öz buynuzları daxilində baş verən daxili və xarici bir mübahisəni, eləcə də iki buynuzun öz aralarındakı mübarizəni təsvir edir.</w:t>
      </w:r>
    </w:p>
    <w:p>
      <w:pPr>
        <w:pStyle w:val="ArticleBody"/>
        <w:jc w:val="left"/>
      </w:pPr>
      <w:r>
        <w:rPr>
          <w:rFonts w:ascii="Times New Roman" w:hAnsi="Times New Roman" w:eastAsia="Times New Roman" w:cs="Times New Roman"/>
        </w:rPr>
        <w:t>Birləşmiş Ştatlarda bazar günü qanunu İsanın “viranəlik iyrəncliyi” olaraq müəyyən etdiyi qaçmaq xəbərdarlığını təmsil edir. Birləşmiş Ştatlarda bazar günü qanunu 2001-ci ildə başlamış dövrün yekunudur. Patriot Aktı “Danielin bəhs etdiyi viranəlik iyrəncliyi” idi və İsa tərəfindən yaxınlaşan bir məhvdən qaçmaq üçün əlamət kimi müəyyən edilmişdi.</w:t>
      </w:r>
    </w:p>
    <w:p>
      <w:pPr>
        <w:pStyle w:val="ArticleBody"/>
        <w:jc w:val="left"/>
      </w:pPr>
      <w:r>
        <w:rPr>
          <w:rFonts w:ascii="Times New Roman" w:hAnsi="Times New Roman" w:eastAsia="Times New Roman" w:cs="Times New Roman"/>
        </w:rPr>
        <w:t>Patriot Aktı 1888-ci ilin peyğəmbərlik işığını və Blair Bill-i ehtiva edir. Beləliklə, Patriot Aktı peyğəmbərlik baxımından bazar günü qanununun tipləşdirilməsini də özündə daşıyır; buna görə 2001-ci ildən başlayan dövr, 1888—Blair Bill, 2001—Patriot Aktı ilə tipləşdirildiyi kimi, bir bazar günü qanunu ilə başlayır və bazar günü qanunu ilə sona çatır.</w:t>
      </w:r>
    </w:p>
    <w:p>
      <w:pPr>
        <w:pStyle w:val="ArticleBody"/>
        <w:jc w:val="left"/>
      </w:pPr>
      <w:r>
        <w:rPr>
          <w:rFonts w:ascii="Times New Roman" w:hAnsi="Times New Roman" w:eastAsia="Times New Roman" w:cs="Times New Roman"/>
        </w:rPr>
        <w:t>2001-ci ildə şəhərlərdən qaçmaq barədə verilən xəbərdarlıq, bazar günü qanunu zamanı Babildən qaçmaq barədə olan xəbərdarlığın bir timsalıdır. Bazar günü qanunu zamanı Amerika Birləşmiş Ştatlarının üzərinə gətirilən hökm, Mikayıl ayağa qalxdıqda və insanın sınaq müddəti bağlandıqda bütün dünyanın üzərinə gətirilən hökmün timsalıdır. Məsihin Alfa və Omeqa kimi imzası, 1888-ci ildə Blair Bill ilə təmsil olunan həqiqətlərin daxilində və 1888-ci ilin təmsil etdiyi hər şeyin 2001-ci ildə təkrarlanmasında dönə-dönə əks olunur.</w:t>
      </w:r>
    </w:p>
    <w:p>
      <w:pPr>
        <w:pStyle w:val="ArticleBody"/>
        <w:jc w:val="left"/>
      </w:pPr>
      <w:r>
        <w:rPr>
          <w:rFonts w:ascii="Times New Roman" w:hAnsi="Times New Roman" w:eastAsia="Times New Roman" w:cs="Times New Roman"/>
        </w:rPr>
        <w:t>1888-ci illə əvvəlcədən simvolizə olunmuş 2001-ci il, viranəlik iyrəncliyinin təmsil etdiyi qaçmaq əlamətini təkcə ifadə etmir, həm də b. e. 66-cı il və Cestinin mühasirəsi ilə təmsil olunurdu. B. e. 70-ci ildə Titin mühasirəsi Amerika Birləşmiş Ştatlarında bazar günü qanununu təmsil edir. Amerika Birləşmiş Ştatlarında bazar günü qanunu 321-ci il və Konstantinin ilk bazar günü qanunu ilə təmsil olunur, 538-ci il isə yer üzünün sonuncu xalqının vəhşi heyvanın nişanına tabe olduğu vaxtı təmsil edir.</w:t>
      </w:r>
    </w:p>
    <w:p>
      <w:pPr>
        <w:pStyle w:val="ArticleBody"/>
        <w:jc w:val="left"/>
      </w:pPr>
      <w:r>
        <w:rPr>
          <w:rFonts w:ascii="Times New Roman" w:hAnsi="Times New Roman" w:eastAsia="Times New Roman" w:cs="Times New Roman"/>
        </w:rPr>
        <w:t>2001-ci il 1888-ci ildir, Cestius və eramızın 66-cı ilidir. Bazar günü qanunu Titus və 70-ci il ilə 321-ci ildir. 2001-ci il həm də İsanın vəftizi və Onun Vəhy kitabının onuncu fəslində 11 avqust 1840-cı ildə enişidir. Bütün bu simvollar Konstitusiya xəttinə töhfə verir.</w:t>
      </w:r>
    </w:p>
    <w:p>
      <w:pPr>
        <w:pStyle w:val="ArticleBody"/>
        <w:jc w:val="left"/>
      </w:pPr>
      <w:r>
        <w:rPr>
          <w:rFonts w:ascii="Times New Roman" w:hAnsi="Times New Roman" w:eastAsia="Times New Roman" w:cs="Times New Roman"/>
        </w:rPr>
        <w:t>Birləşmiş Ştatların peyğəmbərlik tarixi Adventizmin tarixi ilə paralel gedir. 1798-ci ildə papalıq ölümcül yarasını aldı və 1798 Danielin peyğəmbərliklərinin Vəhy kitabının on dördüncü fəslindəki birinci və ikinci mələklərin tarixi ilə əlaqəli olan hissəsinin möhürünün açıldığı axır zaman idi. Elə həmin 1798-ci ildə Adventizmin peyğəmbərliklə bağlı başlanğıcı qeyd olunur və 1798-ci ildə quzuya bənzər buynuzları olan yer vəhşi Müqəddəs Kitab peyğəmbərliyinin altıncı padşahlığı oldu.</w:t>
      </w:r>
    </w:p>
    <w:p>
      <w:pPr>
        <w:pStyle w:val="ArticleBody"/>
        <w:jc w:val="left"/>
      </w:pPr>
      <w:r>
        <w:rPr>
          <w:rFonts w:ascii="Times New Roman" w:hAnsi="Times New Roman" w:eastAsia="Times New Roman" w:cs="Times New Roman"/>
        </w:rPr>
        <w:t>1798-ci ildən əvvəl yer üzünün heyvanı xətti ilə, buna görə də Amerika Birləşmiş Ştatlarının danışması və Amerika Birləşmiş Ştatlarının Konstitusiyası ilə əlaqəli üç peyğəmbərlik nişanı gəlmişdi. Bu üç nişan 1776-cı ildə elan edilmiş İstiqlal Bəyannaməsi, sonra 1789-cu ildə Konstitusiya və daha sonra 1798-ci ilin Əcnəbilər və Qızışdırıcılıq Aktları idi.</w:t>
      </w:r>
    </w:p>
    <w:p>
      <w:pPr>
        <w:pStyle w:val="ArticleBody"/>
        <w:jc w:val="left"/>
      </w:pPr>
      <w:r>
        <w:rPr>
          <w:rFonts w:ascii="Times New Roman" w:hAnsi="Times New Roman" w:eastAsia="Times New Roman" w:cs="Times New Roman"/>
        </w:rPr>
        <w:t>Həmin üç nişangah Konstitusiyanın peyğəmbərlik xəttinə aiddir və Müqəddəs Kitab peyğəmbərliyinin altıncı padşahlığının başlanğıcını işarələyir. Bazar günü qanunu Müqəddəs Kitab peyğəmbərliyinin altıncı padşahlığının hökmranlığının sonudur və buna görə də, başlanğıcdan əvvəl gəlmiş üç nişangahın timsalında göstərildiyi kimi, sonluqdan əvvəl də peyğəmbərlik zərurətinə görə üç nişangah olmalıdır.</w:t>
      </w:r>
    </w:p>
    <w:p>
      <w:pPr>
        <w:pStyle w:val="ArticleBody"/>
        <w:jc w:val="left"/>
      </w:pPr>
      <w:r>
        <w:rPr>
          <w:rFonts w:ascii="Times New Roman" w:hAnsi="Times New Roman" w:eastAsia="Times New Roman" w:cs="Times New Roman"/>
        </w:rPr>
        <w:t>2001-ci ildə, qüllələrin süqutu zamanı, Patriot Act, 1888-ci ilin Blair Bill-i ilə, həmçinin Minneapolis Baş Konfransında Adventizmin rəhbərliyinin aşkar üsyanı ilə təmsil olunur. Bir mələyin Sister White-a Musa əleyhinə Qorah, Datan və Aviramın qaldırdığı üsyan ilə timsal olunduğunu söylədiyi bir üsyan, eyni zamanda M.S. 27-ci ildə Məsihin vəftizi, 11 avqust 1840-cı ildə İslamın cilovlanması və 1776-cı ildə İstiqlal Bəyannaməsi, habelə gələcək qəzəbdən qaçmaq üçün bir əlamət kimi “peyğəmbər Danielin söylədiyi viranəlik iyrəncliyi” ilə də timsal olunur; bu isə Cestius və M.S. 66-cı il ilə təmsil edilir.</w:t>
      </w:r>
    </w:p>
    <w:p>
      <w:pPr>
        <w:pStyle w:val="ArticleBody"/>
        <w:jc w:val="left"/>
      </w:pPr>
      <w:r>
        <w:rPr>
          <w:rFonts w:ascii="Times New Roman" w:hAnsi="Times New Roman" w:eastAsia="Times New Roman" w:cs="Times New Roman"/>
        </w:rPr>
        <w:t>Əgər siz hələ də xatırlaya bilirsinizsə ki, hazırda nəzərdən keçirdiyimiz peyğəmbərlik xətti Amerika Birləşmiş Ştatlarının Konstitusiyası xəttidir, onda yuxarıda qeyd olunan bütün peyğəmbərlik xətləri Konstitusiya xətti ilə təmsil olunan peyğəmbərlik mövzusuna töhfə verir və onu təsbit edir. Bununla belə, ən çox qarşılıqlı bağlı görünən xətt vəhşinin surətinin formalaşması xəttidir. Vəhşinin surəti papalıq vəhşisinin surətidir; o isə üzərində bir qadının hökm sürdüyü bir vəhşi kimi təmsil olunur ki, bu da kilsə ilə dövlətin birləşməsidir və bu münasibətdə nəzarət kilsənin əlindədir. Amerika Birləşmiş Ştatlarının vəhşiyə bir surət yaratması üçün mürtəd protestantlıq hökumətə elə dərəcədə nəzarət etməlidir ki, hökumət dini qanunlar və nəhayət, bazar günü qanununu qəbul edib icra etsin.</w:t>
      </w:r>
    </w:p>
    <w:p>
      <w:pPr>
        <w:pStyle w:val="ArticleBody"/>
        <w:jc w:val="left"/>
      </w:pPr>
      <w:r>
        <w:rPr>
          <w:rFonts w:ascii="Times New Roman" w:hAnsi="Times New Roman" w:eastAsia="Times New Roman" w:cs="Times New Roman"/>
        </w:rPr>
        <w:t>Vəhşinin surətinin formalaşdırılması prosesi başa çatdıqca, Thomas Jeffersonun “kilsə ilə dövlətin ayrılığı” sözləri ilə qələmə aldığı başlıca prinsip üzərində yazılmış Konstitusiya alt-üst edilməlidir. Protestant buynuzu Respublikaçı buynuza dini tələbləri məcburi qaydada tətbiq etdirmək gücünə malik olduqda, Konstitusiyanın lap mərkəzi parçalanır; beləliklə, Konstitusiya xətti ilə vəhşinin surəti xətti arasındakı peyğəmbərlik əlaqəsi ortaya çıxır.</w:t>
      </w:r>
    </w:p>
    <w:p>
      <w:pPr>
        <w:pStyle w:val="ArticleBody"/>
        <w:jc w:val="left"/>
      </w:pPr>
      <w:r>
        <w:rPr>
          <w:rFonts w:ascii="Times New Roman" w:hAnsi="Times New Roman" w:eastAsia="Times New Roman" w:cs="Times New Roman"/>
        </w:rPr>
        <w:t>Vəhşi heyvanın surətinin formalaşdırıldığı dövr 2001-ci ildə, Patriot Act ilə başladı və Bazar günü qanunu ilə, yəni vəhşi heyvanın nişanının məcburi tətbiq olunduğu vaxtda başa çatır. Həmin dövr ərzində son yağış çilənir, çünki son yağış Vəhyin on səkkizinci fəslindəki qüdrətli mələk enib yeri Öz izzəti ilə nurlandıranda yağmağa başlayır; bu isə, Sister White-a görə, Nyu-York şəhərinin böyük binaları Rəbbin bir toxunuşu ilə yerlə-yeksan ediləndə baş verəcəkdir.</w:t>
      </w:r>
    </w:p>
    <w:p>
      <w:pPr>
        <w:pStyle w:val="ArticleScripture"/>
        <w:jc w:val="left"/>
      </w:pPr>
      <w:r>
        <w:rPr>
          <w:rFonts w:ascii="Times New Roman" w:hAnsi="Times New Roman" w:eastAsia="Times New Roman" w:cs="Times New Roman"/>
        </w:rPr>
        <w:t>“Son yağış Allahın xalqının üzərinə yağmalıdır. Qüdrətli bir mələk göydən enməlidir və bütün yer üzü onun izzəti ilə işıqlandırılmalıdır.” Review and Herald, 21 aprel 1891.</w:t>
      </w:r>
    </w:p>
    <w:p>
      <w:pPr>
        <w:pStyle w:val="ArticleBody"/>
        <w:jc w:val="left"/>
      </w:pPr>
      <w:r>
        <w:rPr>
          <w:rFonts w:ascii="Times New Roman" w:hAnsi="Times New Roman" w:eastAsia="Times New Roman" w:cs="Times New Roman"/>
        </w:rPr>
        <w:t>Axırıncı yağışın səpilməsi dövrü, Adventizmin son nəslinin buğdası ilə alaq otlarının ələnib təmizləndiyi bir zaman müddətini təmsil edir. Həmin ələnmə və təmizlənmə Bazar günü qanunu zamanı başa çatır; və Bazar günü qanununun böhranı gəlib çatdıqda yağa malik olan müdrik bakirələr möhürlənir, sonra isə Müqəddəs Ruh ölçüsüz şəkildə tökülür, ta ki Mikayıl ayağa qalxana və insanın sınaq müddəti başa çatana qədər.</w:t>
      </w:r>
    </w:p>
    <w:p>
      <w:pPr>
        <w:pStyle w:val="ArticleBody"/>
        <w:jc w:val="left"/>
      </w:pPr>
      <w:r>
        <w:rPr>
          <w:rFonts w:ascii="Times New Roman" w:hAnsi="Times New Roman" w:eastAsia="Times New Roman" w:cs="Times New Roman"/>
        </w:rPr>
        <w:t>ABŞ-da vəhşinin surəti formalaşdırılarkən son yağış çilənməkdə olacaq, dünyada isə vəhşinin surəti formalaşdırılarkən son yağış ölçüsüz olaraq töküləcək.</w:t>
      </w:r>
    </w:p>
    <w:p>
      <w:pPr>
        <w:pStyle w:val="ArticleBody"/>
        <w:jc w:val="left"/>
      </w:pPr>
      <w:r>
        <w:rPr>
          <w:rFonts w:ascii="Times New Roman" w:hAnsi="Times New Roman" w:eastAsia="Times New Roman" w:cs="Times New Roman"/>
        </w:rPr>
        <w:t>2001-ci ildə Laodikeyalı Yeddinci Gün Adventist kilsəsinin sınaqdan keçirilməsi başlandı; bu, 11 avqust 1840-cı il protestantları və Məsih vəftiz olunarkən qədim İsrail tərəfindən təmsil olunmuşdur.</w:t>
      </w:r>
    </w:p>
    <w:p>
      <w:pPr>
        <w:pStyle w:val="ArticleScripture"/>
        <w:jc w:val="left"/>
      </w:pPr>
      <w:r>
        <w:rPr>
          <w:rFonts w:ascii="Times New Roman" w:hAnsi="Times New Roman" w:eastAsia="Times New Roman" w:cs="Times New Roman"/>
        </w:rPr>
        <w:t>“Sınaq vaxtı artıq lap yaxınımızdadır, çünki üçüncü mələyin uca fəryadı artıq günahı bağışlayan Xilaskar Məsihin salehliyinin aşkar edilməsində başlanmışdır. Bu, izzəti bütün yer üzünü dolduracaq olan mələyin nurunun başlanğıcıdır.” Selected Messages, book 1, 362.</w:t>
      </w:r>
    </w:p>
    <w:p>
      <w:pPr>
        <w:pStyle w:val="ArticleBody"/>
        <w:jc w:val="left"/>
      </w:pPr>
      <w:r>
        <w:rPr>
          <w:rFonts w:ascii="Times New Roman" w:hAnsi="Times New Roman" w:eastAsia="Times New Roman" w:cs="Times New Roman"/>
        </w:rPr>
        <w:t>Keçmiş əhd xalqı üçün son sınaq prosesi Vəhy kitabının on səkkizinci fəslindəki mələyin nuru öz xəbərini təqdim etməyə başladığı zaman başlayır. Onun xəbəri həmçinin Vəhy kitabının on səkkizinci fəslinin ilk üç ayəsində də təmsil olunur və həmin üç ayə, Sister White-a görə, Nyu-York şəhərinin böyük binaları yerə çökdüyü zaman yerinə yetdi.</w:t>
      </w:r>
    </w:p>
    <w:p>
      <w:pPr>
        <w:pStyle w:val="ArticleBody"/>
        <w:jc w:val="left"/>
      </w:pPr>
      <w:r>
        <w:rPr>
          <w:rFonts w:ascii="Times New Roman" w:hAnsi="Times New Roman" w:eastAsia="Times New Roman" w:cs="Times New Roman"/>
        </w:rPr>
        <w:t>Sonra Vəhy kitabının onuncu fəslində Yəhya tərəfindən təsvir olunduğu kimi sınaq prosesi başladı. Sınaq bundan ibarət idi ki, mələyin əlində olan kiçik kitabı götürüb sonra onu yeyəcəksinizmi. Bu sınaq dövrü ərzində, son yağış səpilərkən, o yalnız kiçik kitabı götürüb yeməyi seçənlərin üzərinə yağır.</w:t>
      </w:r>
    </w:p>
    <w:p>
      <w:pPr>
        <w:pStyle w:val="ArticleScripture"/>
        <w:jc w:val="left"/>
      </w:pPr>
      <w:r>
        <w:rPr>
          <w:rFonts w:ascii="Times New Roman" w:hAnsi="Times New Roman" w:eastAsia="Times New Roman" w:cs="Times New Roman"/>
        </w:rPr>
        <w:t>“Bir çoxları ilkin yağışı böyük ölçüdə qəbul etməkdə uğursuz olmuşlar. Allahın onlar üçün bu yolla nəzərdə tutduğu bütün faydaları əldə etməmişlər. Onlar gözləyirlər ki, bu çatışmazlıq son yağışla aradan qaldırılacaq. Lütfün ən zəngin bolluğu bəxş ediləndə, ürəklərini onu qəbul etmək üçün açmağı niyyət edirlər. Onlar dəhşətli bir səhv edirlər. Allahın Öz nurunu və biliyini verməklə insan qəlbində başlamış olduğu iş daim irəliləməlidir. Hər bir şəxs öz zərurətini özü dərk etməlidir. Ürək hər cür murdarlıqdan boşaldılmalı və Ruhun məskən salması üçün təmizlənməlidir. İlk şagirdlər Pentikost günündə Müqəddəs Ruhun tökülməsinə günahı etiraf edib ondan əl çəkməklə, ciddi dua etməklə və özlərini Allaha həsr etməklə hazırlaşdılar. İndi də eyni iş, yalnız daha böyük dərəcədə, görülməlidir. O zaman insan vasitəsinin yalnız xeyir-duanı diləməsi və Rəbbin onun barəsində olan işi kamilləşdirməsini gözləməsi lazım idi. İşə başlayan Allah idi və O, Öz işini başa çatdıracaq, insanı İsa Məsihdə kamil edəcəkdir. Lakin ilkin yağışla təmsil olunan lütfə qarşı heç bir etinasızlıq olmamalıdır. Yalnız özlərinə verilmiş nura uyğun yaşayanlar daha böyük nuru qəbul edəcəklər. Əgər biz fəal məsihçi fəzilətlərinin təcəssümündə gündən-günə irəliləmiriksə, son yağışda Müqəddəs Ruhun təzahürlərini tanımayacağıq. O, ətrafımızdakı ürəklərin üzərinə yağa bilər, lakin biz onu nə sezəcəyik, nə də qəbul edəcəyik.” Testimonies to Ministers, 506, 507.</w:t>
      </w:r>
    </w:p>
    <w:p>
      <w:pPr>
        <w:pStyle w:val="ArticleBody"/>
        <w:jc w:val="left"/>
      </w:pPr>
      <w:r>
        <w:rPr>
          <w:rFonts w:ascii="Times New Roman" w:hAnsi="Times New Roman" w:eastAsia="Times New Roman" w:cs="Times New Roman"/>
        </w:rPr>
        <w:t>2001-ci ilin xəbərini yeyənlər həmin dövrə münasib bir xəbəri qəbul edirdilər, lakin onlar sınaqdan keçirilməli idilər ki, bu xəbəri doğrudan da Allahın möhürü üçün hazırlanmış bir təcrübəyə daxilən mənimsəyib-mənimsəmədikləri aşkara çıxsın. Buna görə də həmin dövrdə son yağış səpilmə kimi təmsil olunur, çünki buğda ilə alaq otu hələ də bir yerdədir. Buna görə də, Sister White deyir: “O, hər yanımızda olan qəlblərin üzərinə yağır ola bilər, lakin biz onu nə ayırd edəcəyik, nə də qəbul edəcəyik.” Müdriklər ağılsızlardan ayrıldıqda isə, son yağış Pentikostda olduğu kimi ölçüsüz şəkildə tökülür; bu da bazar günü qanununu əvvəlcədən göstərir.</w:t>
      </w:r>
    </w:p>
    <w:p>
      <w:pPr>
        <w:pStyle w:val="ArticleScripture"/>
        <w:jc w:val="left"/>
      </w:pPr>
      <w:r>
        <w:rPr>
          <w:rFonts w:ascii="Times New Roman" w:hAnsi="Times New Roman" w:eastAsia="Times New Roman" w:cs="Times New Roman"/>
        </w:rPr>
        <w:t>“Yenə də, bu məsəllər öyrədir ki, mühakimədən sonra artıq heç bir möhlət dövrü olmayacaq. Müjdənin işi başa çatdıqda, dərhal yaxşı ilə pis arasında ayrılıq baş verir və hər iki qrupun taleyi əbədi olaraq müəyyənləşir.” Məsihin Əyani Dərsləri, 123.</w:t>
      </w:r>
    </w:p>
    <w:p>
      <w:pPr>
        <w:pStyle w:val="ArticleBody"/>
        <w:jc w:val="left"/>
      </w:pPr>
      <w:r>
        <w:rPr>
          <w:rFonts w:ascii="Times New Roman" w:hAnsi="Times New Roman" w:eastAsia="Times New Roman" w:cs="Times New Roman"/>
        </w:rPr>
        <w:t>Son yağışın çilənməsi dövrü və bunun ardınca son yağışın ölçüsüz şəkildə töküldüyü dövr, həmçinin Allahın xalqı üzərində hökmün icra olunduğu iki dövr kimi təsvir edilir. Allahın xalqı üzərində hökmün birinci dövrü 11 sentyabr 2001-ci ildə Allahın evi ilə başladı; sonra isə bazar günü qanunu zamanı, Birləşmiş Ştatlarda bazar günü qanunu ilə başlayan və Mikayıl ayağa qalxdıqda, insanın sınaq müddəti bağlandıqda başa çatan üçüncü mələyin yüksək nida çağırışına cavab verən və ya onu rədd edən Allahın digər sürüsü üçün hökm icra olunur.</w:t>
      </w:r>
    </w:p>
    <w:p>
      <w:pPr>
        <w:pStyle w:val="ArticleBody"/>
        <w:jc w:val="left"/>
      </w:pPr>
      <w:r>
        <w:rPr>
          <w:rFonts w:ascii="Times New Roman" w:hAnsi="Times New Roman" w:eastAsia="Times New Roman" w:cs="Times New Roman"/>
        </w:rPr>
        <w:t>Son yağışın iki dövrü, hansı ki Allahın evindən başlayan və sonra Allahın digər sürüsünə yönələn mühakimənin də iki dövrüdür, həmçinin vəhşi heyvanın surətinin formalaşmasının iki dövrüdür.</w:t>
      </w:r>
    </w:p>
    <w:p>
      <w:pPr>
        <w:pStyle w:val="ArticleBody"/>
        <w:jc w:val="left"/>
      </w:pPr>
      <w:r>
        <w:rPr>
          <w:rFonts w:ascii="Times New Roman" w:hAnsi="Times New Roman" w:eastAsia="Times New Roman" w:cs="Times New Roman"/>
        </w:rPr>
        <w:t>Bu iki peyğəmbərlik dövründən birincisinin daxilində, Allahın kilsəsinin, eləcə də Amerika Birləşmiş Ştatlarının üzərinə hökm gətirildiyi zaman, məhz həmin tarixdə həm Respublikaçı buynuz, həm də Protestant buynuz mühakimə olunur. Elə Laodikiya Adventizminin Rəbbin ağzından çıxarıldığı yerdə, Amerika Birləşmiş Ştatları möhlət kasasını doldurur, millətin üzərinə milli fəlakət gətirilir və sonra Şeytan zühur edib öz heyrətamiz işinə başlayır. Yüz qırx dörd min nəfər möhürlənir və bazar günü qanunu zamanı bir bayraq kimi ucaldılır.</w:t>
      </w:r>
    </w:p>
    <w:p>
      <w:pPr>
        <w:pStyle w:val="ArticleBody"/>
        <w:jc w:val="left"/>
      </w:pPr>
      <w:r>
        <w:rPr>
          <w:rFonts w:ascii="Times New Roman" w:hAnsi="Times New Roman" w:eastAsia="Times New Roman" w:cs="Times New Roman"/>
        </w:rPr>
        <w:t>Bizə bildirilir ki, “səmavi izzətin və keçmişdəki təqiblərin təkrarının bir-biri ilə qovuşduğu vaxt yer üzündə diri olacaq Allah xalqının təcrübəsi” barədə hər hansı təsəvvür vermək qeyri-mümkündür.</w:t>
      </w:r>
    </w:p>
    <w:p>
      <w:pPr>
        <w:pStyle w:val="ArticleScripture"/>
        <w:jc w:val="left"/>
      </w:pPr>
      <w:r>
        <w:rPr>
          <w:rFonts w:ascii="Times New Roman" w:hAnsi="Times New Roman" w:eastAsia="Times New Roman" w:cs="Times New Roman"/>
        </w:rPr>
        <w:t>“Şeytan Müqəddəs Kitabın çalışqan bir tədqiqatçısıdır. O bilir ki, onun vaxtı azdır və bu yer üzündə Rəbbin işinə hər nöqtədə qarşı çıxmağa çalışır. Səmavi izzətin və keçmişdəki təqiblərin təkrarının bir-birinə qarışdığı zaman yer üzündə sağ qalan Allah xalqının təcrübəsi haqqında hər hansı təsəvvür vermək mümkün deyildir. Onlar Allahın taxtından gələn nurda yeriyəcəklər. Mələklər vasitəsilə göylə yer arasında daimi əlaqə olacaqdır. Şeytan isə, pis mələklərlə əhatə olunmuş halda və özünü Allah kimi təqdim edərək, mümkündürsə, məhz seçilmişləri belə aldatmaq üçün hər cür möcüzələr göstərəcəkdir. Allahın xalqı öz təhlükəsizliyini möcüzələr göstərməkdə tapmayacaqdır, çünki Şeytan ediləcək möcüzələri saxtalaşdıracaqdır. Allahın sınanmış və sınaqdan keçirilmiş xalqı öz qüdrətini Çıxış 31:12–18-də deyilən əlamətdə tapacaqdır. Onlar öz mövqelərini yaşayan Kəlam üzərində tutmalıdırlar: ‘Yazılmışdır’. Bu, onların möhkəm dayana biləcəkləri yeganə təməldir. Allahla əhdlərini pozmuş olanlar o gündə Allahsız və ümid­siz olacaqlar.” Testimonies, cild 9, 16.</w:t>
      </w:r>
    </w:p>
    <w:p>
      <w:pPr>
        <w:pStyle w:val="ArticleBody"/>
        <w:jc w:val="left"/>
      </w:pPr>
      <w:r>
        <w:rPr>
          <w:rFonts w:ascii="Times New Roman" w:hAnsi="Times New Roman" w:eastAsia="Times New Roman" w:cs="Times New Roman"/>
        </w:rPr>
        <w:t>Keçmişin təqiblərinin təkrarı Birləşmiş Ştatlarda bazar qanunu ilə başlayır, çünki Şeytan həmin vaxt öz heyrətamiz işinə başlayır və artıq “sınaqdan keçirilmiş və yoxlanılmış” olan ağıllı bakirələr o zaman “Allahın taxtından çıxan işıqda yeriyəcəklər.” Bu, mələklərin xidməti vasitəsilə həyata keçiriləcək, çünki “mələklər vasitəsilə göylə yer arasında daimi əlaqə olacaqdır.”</w:t>
      </w:r>
    </w:p>
    <w:p>
      <w:pPr>
        <w:pStyle w:val="ArticleScripture"/>
        <w:jc w:val="left"/>
      </w:pPr>
      <w:r>
        <w:rPr>
          <w:rFonts w:ascii="Times New Roman" w:hAnsi="Times New Roman" w:eastAsia="Times New Roman" w:cs="Times New Roman"/>
        </w:rPr>
        <w:t>“Bütün yer üzünün Rəbbinin hüzurunda duran məsh olunmuşlar, vaxtilə örtücü kərub olaraq Şeytana verilmiş mövqeyə malikdirlər. Taxtını əhatə edən müqəddəs varlıqlar vasitəsilə Rəbb yer üzünün sakinləri ilə daimi ünsiyyət saxlayır. Qızıl yağ, Allahın imanlıların çıraqlarını sönük düşüb sönməsinlər deyə təmin etdiyi lütfü təmsil edir. Əgər bu müqəddəs yağ Allahın Ruhunun xəbərləri vasitəsilə göydən tökülməsəydi, şər qüvvələri insanlar üzərində tam hökmranlıq edərdi.</w:t>
      </w:r>
    </w:p>
    <w:p>
      <w:pPr>
        <w:pStyle w:val="ArticleScripture"/>
        <w:jc w:val="left"/>
      </w:pPr>
      <w:r>
        <w:rPr>
          <w:rFonts w:ascii="Times New Roman" w:hAnsi="Times New Roman" w:eastAsia="Times New Roman" w:cs="Times New Roman"/>
        </w:rPr>
        <w:t>“Allah bizə göndərdiyi xəbərləri qəbul etmədiyimiz zaman Onun şərəfi ləkələnir. Beləliklə, biz Onun qaranlıqda olanlara çatdırılmaq üçün canlarımıza tökmək istədiyi qızıl yağı rədd edirik. ‘Budur, bəy gəlir; onu qarşılamağa çıxın’ çağırışı gəldikdə, müqəddəs yağı qəbul etməmiş, Məsihin lütfünü ürəklərində əziz tutmamış olanlar, ağılsız bakirələr kimi, öz Rəbblərini qarşılamağa hazır olmadıqlarını görəcəklər. Onların özlərində yağı əldə etmək qüdrəti yoxdur və həyatları məhvə uğrayır. Lakin əgər Allahın Müqəddəs Ruhu dilənsə, əgər Musa kimi yalvarsaq: ‘Mənə Öz izzətini göstər,’ Allahın məhəbbəti ürəklərimizə töküləcəkdir. Qızıl borular vasitəsilə qızıl yağ bizə çatdırılacaqdır. ‘Qüdrətlə deyil, güclə deyil, ancaq Ruhumla, Ordular Rəbbi deyir.’ Salehlik Günəşinin parlaq şüalarını qəbul etməklə, Allahın övladları dünyada işıqlar kimi parlayırlar.” Review and Herald, July 20, 1897.</w:t>
      </w:r>
    </w:p>
    <w:p>
      <w:pPr>
        <w:pStyle w:val="ArticleBody"/>
        <w:jc w:val="left"/>
      </w:pPr>
      <w:r>
        <w:rPr>
          <w:rFonts w:ascii="Times New Roman" w:hAnsi="Times New Roman" w:eastAsia="Times New Roman" w:cs="Times New Roman"/>
        </w:rPr>
        <w:t>Müdrik olanlar Vəhy kitabının yeddinci fəslində və Yezekel kitabının doqquzuncu fəslində möhürlənənlərdir; onlar Rəbbi Onun “göndərdiyi xəbərləri” qəbul etməkdən imtina etməklə təhqir edən ağılsızlarla qarşı-qarşıya qoyulurlar. Ağılsızlar elə kəslərdir ki, “Allah ilə əhdlərini pozmuşlar və o gündə Allahsız və ümitsiz olacaqlar.” Bu iki sinif sınaqdan keçirildi və elə bir nöqtəyə gətirildi ki, dövrün xəbərini qəbul edib-etmədiklərinə əsasən öz xarakterlərini aşkara çıxardılar. 11 sentyabr 2001-ci ildən bəri dövrün xəbəri son yağışın xəbəri olmuşdur.</w:t>
      </w:r>
    </w:p>
    <w:p>
      <w:pPr>
        <w:pStyle w:val="ArticleBody"/>
        <w:jc w:val="left"/>
      </w:pPr>
      <w:r>
        <w:rPr>
          <w:rFonts w:ascii="Times New Roman" w:hAnsi="Times New Roman" w:eastAsia="Times New Roman" w:cs="Times New Roman"/>
        </w:rPr>
        <w:t>Son yağışın xəbəri Yeşaya iyirmi səkkizinci fəsildə bəyan olunduğu kimi, sətir üzərinə sətir metodologiyası ilə tanınır. Sətir üzərinə sətir metodologiyası Müqəddəs Kitabın öyrənilməsi üçün Allahın təyin etdiyi üsuldur; buna görə də həmin metodologiyanı rədd etmək yalnız sətir üzərinə sətir, buradan bir az və oradan bir az tətbiqi vasitəsilə təqdim olunan xəbəri rədd etmək deyil, həm də bu metodologiyanın Vericisini rədd etməkdir.</w:t>
      </w:r>
    </w:p>
    <w:p>
      <w:pPr>
        <w:pStyle w:val="ArticleBody"/>
        <w:jc w:val="left"/>
      </w:pPr>
      <w:r>
        <w:rPr>
          <w:rFonts w:ascii="Times New Roman" w:hAnsi="Times New Roman" w:eastAsia="Times New Roman" w:cs="Times New Roman"/>
        </w:rPr>
        <w:t>Yüz qırx dörd minin möhürlənməsinə aparan sınaq prosesində açıqlanan ilham edilmiş çərçivələrə görə aydındır ki, Allahın övladının “səmavi izzət ilə keçmişdəki təqiblərin təkrarının bir-birinə qarışdığı” tarixin içindən keçə bilməsinin yeganə yolu, Allahın taxtından gələn nurun tanına bildiyi bir təcrübədə olmaqdır. O tanınmalıdır, əks təqdirdə faydasızdır və biz məhv olmuşuq.</w:t>
      </w:r>
    </w:p>
    <w:p>
      <w:pPr>
        <w:pStyle w:val="ArticleScripture"/>
        <w:jc w:val="left"/>
      </w:pPr>
      <w:r>
        <w:rPr>
          <w:rFonts w:ascii="Times New Roman" w:hAnsi="Times New Roman" w:eastAsia="Times New Roman" w:cs="Times New Roman"/>
        </w:rPr>
        <w:t>“Biz son yağışı gözləməməliyik. O, üzərimizə yağan lütf şehini və yağışlarını tanıyıb qəbul edəcək olanların hamısının üzərinə gəlir. Biz işığın qırıntılarını topladıqda, Ona etibar etməyimizi sevən Allahın qəti mərhəmətlərini qiymətləndirdikdə, hər vəd yerinə yetiriləcək. [Yeşaya 61:11 sitat gətirilir.] Bütün yer üzü Allahın izzəti ilə dolmalıdır.” The Seventh-day Adventist Bible Commentary, cild 7, 984.</w:t>
      </w:r>
    </w:p>
    <w:p>
      <w:pPr>
        <w:pStyle w:val="ArticleBody"/>
        <w:jc w:val="left"/>
      </w:pPr>
      <w:r>
        <w:rPr>
          <w:rFonts w:ascii="Times New Roman" w:hAnsi="Times New Roman" w:eastAsia="Times New Roman" w:cs="Times New Roman"/>
        </w:rPr>
        <w:t>Vəhy on səkkizinci fəslin mələyinin bütün yer üzünü Öz izzəti ilə doldurduğu və 11 sentyabr 2001-ci ildən başlayan dövrdə, axır yağış yalnız “üzərimizə yağan lütf şehini və yağışlarını tanıyıb mənimsəmiş olanların” “üzərinə” gəlmişdir. Bacı Uaytın daha əvvəl qeyd etdiyi “böyük səhv” bu idi ki, ağılsız bakirələr axır yağış ölçüsüz şəkildə tökülənədək gözləyə biləcəklərini düşünürdülər; çünki o zaman çatışmazlıqlarını aradan qaldıra biləcəklərini sanırdılar. Lakin belə deyil; yalnız Allahın peyğəmbərlik Kəlamını dərk etməkdə inkişaf edənlər daha artıq nur alırlar.</w:t>
      </w:r>
    </w:p>
    <w:p>
      <w:pPr>
        <w:pStyle w:val="ArticleBody"/>
        <w:jc w:val="left"/>
      </w:pPr>
      <w:r>
        <w:rPr>
          <w:rFonts w:ascii="Times New Roman" w:hAnsi="Times New Roman" w:eastAsia="Times New Roman" w:cs="Times New Roman"/>
        </w:rPr>
        <w:t>Bu məqaləni yekunlaşdırarkən, qeyd etmək istədiyim məqam hazırda içində olduğumuz sınaq dövrünün məqsədi ilə bağlıdır. Əgər keçmişdəki təqiblərin təkrarlandığı zamanda “Allahın taxtından irəli gələn nurda yerimək” istəyiriksə, böhrandan əvvəl peyğəmbərlik Kəlamına kamil şəkildə bələd olmalı olacağıq.</w:t>
      </w:r>
    </w:p>
    <w:p>
      <w:pPr>
        <w:pStyle w:val="ArticleBody"/>
        <w:jc w:val="left"/>
      </w:pPr>
      <w:r>
        <w:rPr>
          <w:rFonts w:ascii="Times New Roman" w:hAnsi="Times New Roman" w:eastAsia="Times New Roman" w:cs="Times New Roman"/>
        </w:rPr>
        <w:t>Birinci fəsildə Daniel və üç ləyaqətli şəxs Nebukadnetsar tərəfindən sınağa çəkilməyə getməzdən əvvəl artıq təhsillərini kamilləşdirmişdilər. Qırx gün ərzində Məsih şagirdlərin birliyini kamilləşdirdikləri on gündən əvvəl peyğəmbərlik Kəlamını onların anlayışına açdı. Sonra isə Bazar qanununu təmsil edən Pentikost gəldi.</w:t>
      </w:r>
    </w:p>
    <w:p>
      <w:pPr>
        <w:pStyle w:val="ArticleBody"/>
        <w:jc w:val="left"/>
      </w:pPr>
      <w:r>
        <w:rPr>
          <w:rFonts w:ascii="Times New Roman" w:hAnsi="Times New Roman" w:eastAsia="Times New Roman" w:cs="Times New Roman"/>
        </w:rPr>
        <w:t>Danielın üçüncü fəslində Şadrak, Meşak və Abedneqo Navuxodonosora bildirdilər ki, onlara əlavə vaxta ehtiyac yoxdur, çünki onlar bazar günü qanunu sınağı zamanı nə etməli olduqları barədə artıq qəti qərara gəlmişdilər. Onların sədaqəti Məsihlə birlikdə od sobasının içində yeridikləri zaman daha da ucaldıldı və sınaqdan əvvəl artıq möhkəm qərar verdikləri xəbər, sobadakı möcüzənin şahidi olan bütün qonaq yüksək vəzifəlilər vasitəsilə o zaman məlum olan bütün dünyaya çatdırıldı.</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Üçüncü Hissə</dc:title>
  <dc:subject>Bazar Qanunu və Peyğəmbərlik Səfəri: Patriot Aktından Son Sınağa qədər</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