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Beş Nömrə</w:t>
      </w:r>
    </w:p>
    <w:p>
      <w:pPr>
        <w:pStyle w:val="ArticleSubtitle"/>
        <w:jc w:val="left"/>
      </w:pPr>
      <w:r>
        <w:rPr>
          <w:rFonts w:ascii="Arial" w:hAnsi="Arial" w:eastAsia="Arial" w:cs="Arial"/>
        </w:rPr>
        <w:t>İlk Dörd Maddənin Yenilənməsi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Qırxıncı ayənin gizli tarixini müəyyənləşdirməyə qayıdarkən, görünür ki, əvvəlcə bu silsilənin ilk dörd məqaləsinin əsaslarını nəzərdən keçirmək məqsədəuyğundur. Bu silsilədəki dörd məqalədən birincisi, Məsihi Yəhuda qəbiləsinin Aslanı (və Alfa ilə Omeqa) kimi təqdim edən peyğəmbərlik yozumunu irəli sürmüşdü; O, Daniel kitabının on birinci fəslinin hissələrini həlledici anlarda açır ki, 144.000-lərin son islahat hərəkatına rəhbərlik etsin. Həmin məqalə müəyyən edir ki, birinci və ikinci mələklərin tarixi üçüncü mələyin xəbərinin tarixi ilə uyğunlaşır; beləliklə, 1989-cu ildə (1863-cü il Adventist üsyanından 126 il sonra) Aslanın Daniel 11:40–45-i açdığı müəyyən edilir. Açılmış həmin ayələr papalığın 1798-ci ildə aldığı ölümcül yaranı, onun əjdaha, vəhşi heyvan və yalançı peyğəmbərin üçqat birliyi vasitəsilə sağalmasını və bunun qırx beşinci ayədəki “əzəmətli müqəddəs dağ”da Armageddona doğru aparmasını izləyir. Yüz qırx dörd minlik hərəkat Birləşmiş Ştatlarda tezliklə gələcək bazar qanununa yaxınlaşdıqca, qırxıncı ayənin gizli tarixi (1989-cu ildən həmin bazar qanununa qədər uzanan dövr) 2023-cü ilin iyulunda açılmağa başladı.</w:t>
      </w:r>
    </w:p>
    <w:p>
      <w:pPr>
        <w:pStyle w:val="ArticleBody"/>
        <w:jc w:val="left"/>
      </w:pPr>
      <w:r>
        <w:rPr>
          <w:rFonts w:ascii="Times New Roman" w:hAnsi="Times New Roman" w:eastAsia="Times New Roman" w:cs="Times New Roman"/>
        </w:rPr>
        <w:t>Ellen Uaytın, Daniel kitabının möhürlənməmiş və axır günlərə aid olan hissəsinin ayaqda durmağa hazırlanmış bir xalqı hazırlayan “bilik artımı” yaratdığına dair şərhinə əsaslanaraq, “yağ” on bakirə məsəlin-də Müqəddəs Ruh, ilahi xəbərlər və xarakter kimi müəyyən edilir. Möhürün açılması Daniel 12:10-da göstərilən üçqat sınaq prosesini hərəkətə gətirdi; burada çoxları “təmizlənəcək, ağardılacaq və sınaqdan keçiriləcək.” Bu tarixçə, peyğəmbərliyin 1989-cu ildən, 11 sentyabr 2001-dən və 2023-cü ilin iyulundan başlayaraq möhürünün açıldığı bir neçə peyğəmbərlik nöqtəsini təmsil edir. Həmin müxtəlif möhür açılmaları 1989-cu ildən 11 sentyabradək olan dövrü, 11 sentyabrdan tezliklə gələcək Bazar qanununadək olan dövrü və 18 iyul 2020-dən 31 dekabr 2023-dək gecikmə vaxtı dövrünü təmsil edir; bu müddət ərzində Gecəyarısı Nidası ismarıcı Bazar qanununadək mərhələli şəkildə möhürdən açılır.</w:t>
      </w:r>
    </w:p>
    <w:p>
      <w:pPr>
        <w:pStyle w:val="ArticleBody"/>
        <w:jc w:val="left"/>
      </w:pPr>
      <w:r>
        <w:rPr>
          <w:rFonts w:ascii="Times New Roman" w:hAnsi="Times New Roman" w:eastAsia="Times New Roman" w:cs="Times New Roman"/>
        </w:rPr>
        <w:t>Yüz qırx dörd minin arasında olmaq üçün namizədlərin oyanışı — Hizqiyal 37-dəki quru sümüklərlə və Ruhla doldurulduqda ayağa qalxan Vəhy 11-dəki iki şahidlə təmsil olunan bu oyanış — möhürlərin açılması ilə həyata keçirilir. Əgər Allahın xalqı papa hakimiyyəti və bazar günü qanunu kimi təhlükələri göstərən bu “qiymətli işığa” oyanmaqda aciz qalarsa, bidətlər onları ələyib ayırar (samanı buğdadan ayırdığı kimi). 1888-ci il Blair Bill və Patriot Act kimi daha əvvəlki peyğəmbərlik nişangahları peyğəmbərlik xəbərdarlıqları kimi müəyyən edilir. Məqalə göstərir ki, Daniel kitabının on birinci fəslində əks olunmuş peyğəmbərlik tarixinin bütün əvvəlki xətləri 40–45-ci ayələrdə təkrar olunur. Məqalə müəyyən edir ki, vəhşi heyvanın surəti əvvəlcə Amerika Birləşmiş Ştatlarında, sonra isə dünyada formalaşdırılır; bu, 321 və ilk bazar günü qanunu ilə əvvəlcədən göstərilmişdir, bundan sonra isə Mikael ayağa qalxdıqda və möhlət bağlandıqda, 538 ilə simvollaşdırılan qlobal vəhşi heyvan surəti gəlir.</w:t>
      </w:r>
    </w:p>
    <w:p>
      <w:pPr>
        <w:pStyle w:val="ArticleBody"/>
        <w:jc w:val="left"/>
      </w:pPr>
      <w:r>
        <w:rPr>
          <w:rFonts w:ascii="Times New Roman" w:hAnsi="Times New Roman" w:eastAsia="Times New Roman" w:cs="Times New Roman"/>
        </w:rPr>
        <w:t>Dörd məqalədən ikincisi, 2001-ci il Patriot Aktını Vəhy 13:11-in yerinə yetməsində Amerika Birləşmiş Ştatlarının “danışması” kimi müəyyənləşdirməklə peyğəmbərlik çərçivəsini davam etdirir. Patriot Aktı, Müqəddəs Kitab peyğəmbərliyinin altıncı padşahlığının başlanğıcındakı üç yol nişanına paralel olan üç konstitusion inkarın birincisi idi; 1776-cı il Müstəqillik Bəyannaməsi, 1789-cu il Konstitusiyası və 1798-ci il Yadellilər və Fitnə Aktları. 1888-ci ilin uğursuz Bleyer Qanun Layihəsi, milli bazar günü qanunu təşəbbüsü, eynilə Kestiusun miladın 66-cı ilindəki mühasirəsi kimi geri götürüldü; bunların hər ikisi 2001-ci ili, yəni Patriot Aktının Amerika Birləşmiş Ştatlarında vəhşi heyvanın surəti sınaq dövrünü başlatdığı vaxtı təmsil edir. Patriot Aktı 1776-cı ilə uyğun gəlir və ingilis “təqsiri sübuta yetirilənədək günahsız” ümumi hüququnu Roma “günahsızlığı sübuta yetirilənədək təqsirli” mülki hüququ ilə əvəz etdi. 1789 ilə təmsil olunan orta yol nişanı — 2022-ci ilin yanvarında başlayan Pelosi Məhkəmə prosesləri — siyasi hüquq müharibəsi, saxta bayraq əməliyyatları və qurum korrupsiyası vasitəsilə prosessual və maddi hüquqi proseduru tapdaladı, əsas hüquqları açıq şəkildə inkar etdi. 2001-ci il Patriot Aktında, 2022-ci il Pelosi Məhkəmə proseslərində və gələcək bazar günü qanununda təzahür edən bu üç danışma yol nişanı ABŞ Konstitusiyasının hər bir prinsipini tədricən inkar edir.</w:t>
      </w:r>
    </w:p>
    <w:p>
      <w:pPr>
        <w:pStyle w:val="ArticleBody"/>
        <w:jc w:val="left"/>
      </w:pPr>
      <w:r>
        <w:rPr>
          <w:rFonts w:ascii="Times New Roman" w:hAnsi="Times New Roman" w:eastAsia="Times New Roman" w:cs="Times New Roman"/>
        </w:rPr>
        <w:t>Sonra protestantlıq üçlü ittifaqda papalıq və spiritizmlə əl-ələ verir; həmin vaxt Amerika Birləşmiş Ştatları əjdaha kimi danışır, vəhşinin surətini tam şəkildə formalaşdırır, sınaq piyaləsini doldurur və altıncı padşahlıq kimi mövcudluğuna son qoyur. Milli mürtədlikdən sonra isə milli fəlakət gəlir. Bazar günü qanunu zamanı bu danışma, 321-ci ildə Konstantinin başlanğıc və ilk bazar günü qanunu ilə tipləşdirilir, sonra isə sonluq və axırıncı bazar günü qanunu 538-ci illə təmsil olunur.</w:t>
      </w:r>
    </w:p>
    <w:p>
      <w:pPr>
        <w:pStyle w:val="ArticleBody"/>
        <w:jc w:val="left"/>
      </w:pPr>
      <w:r>
        <w:rPr>
          <w:rFonts w:ascii="Times New Roman" w:hAnsi="Times New Roman" w:eastAsia="Times New Roman" w:cs="Times New Roman"/>
        </w:rPr>
        <w:t>Bütün bu hadisələr Daniel 11:40-ın peyğəmbərlik tarixində gizlənmişdir; bu tarix həm Millerit xətti, həm də Məsihdən çarmıxa qədər olan xətlə paralel uzanır. Vəhy 12:15–16 Konstitusiyanı bir zamanlar əjdahanın təqib selini udmuş “yer” kimi təsvir edir; lakin o, nəhayətdə tezliklə gələcək bazar günü qanununda əjdaha kimi danışır. Ellen Uaytın Testimonies, volume 5 (səhifələr 711 və 451, 452) əsərindəki xəbərdarlığı — papalığa güzəşt edən hər hansı dini qanunvericiliyin, həmçinin bazar günü qanununun əjdahanın ruhunu aşkara çıxaracağı barədə xəbərdarlığı — 1776, 1789 və 1798-ci illərin üç mərhələsinin son sınaqla yekunlaşan axırzamandakı üçmərhələli sınaq prosesini tipoloji olaraq göstərən nişanələr olduğunu təsdiq edir; və sınaq prosesi Allahın xalqını durmağa hazırlayan məhz budur.</w:t>
      </w:r>
    </w:p>
    <w:p>
      <w:pPr>
        <w:pStyle w:val="ArticleBody"/>
        <w:jc w:val="left"/>
      </w:pPr>
      <w:r>
        <w:rPr>
          <w:rFonts w:ascii="Times New Roman" w:hAnsi="Times New Roman" w:eastAsia="Times New Roman" w:cs="Times New Roman"/>
        </w:rPr>
        <w:t>Üçüncü məqalə Ellen Uaytın Testimonies, 5-ci cild, 451, 452-ci səhifələrdəki xəbərdarlıqlarını daha da genişləndirərək bildirir ki, Birləşmiş Ştatlarda tezliklə gələcək bazar günü qanunu millətin salehlikdən tamamilə ayrıldığı, üçqat birliyi (protestantlığın romaçılığı və spiritizmi qucaqlaması) həyata keçirdiyi həlledici anı göstərir. Bundan sonra Birləşmiş Ştatlar protestant və respublikaçı hökumət kimi bütün konstitusion prinsipləri rədd edir və papalığın aldanışlarını yayır. Bu, Allahın səbrinin həddinə çatıldığının işarəsidir; bununla millətin təqsir kasası dolur, mərhəmət mələyinin ayrılmasına səbəb olur və milli fəlakətin başlanğıcını verir. Sonra “Nə vaxta qədər?” deyən beşinci möhürdəki şəhidlərin fəryadına cavab, papalığın şəhidlərinin ikinci qrupunun tamamlanması ilə gəlir. “Bazar günü hərəkatı” danışanda əjdahanın ruhu aşkar olunur — bu, məhvdən əvvəl şəhərlərdən qaçmaq üçün bir əlamət olaraq müasir “viranəlik iyrəncliyi”nə (Danielin bəhs etdiyi və Məsihin istinad etdiyi) xidmət edir. Bazar günü qanunu 2001-ci ildə Patriot Act ilə başlayan Konstitusiyanın tədrici şəkildə rədd edilməsinin nəticəsidir (1888-ci il Blair Bills, Kestiusun miladi 66-cı ildəki mühasirəsi, Məsihin vəftizi, 11 avqust 1840 və The Declaration of Independence ilə tipoloji olaraq göstərilmişdir).</w:t>
      </w:r>
    </w:p>
    <w:p>
      <w:pPr>
        <w:pStyle w:val="ArticleBody"/>
        <w:jc w:val="left"/>
      </w:pPr>
      <w:r>
        <w:rPr>
          <w:rFonts w:ascii="Times New Roman" w:hAnsi="Times New Roman" w:eastAsia="Times New Roman" w:cs="Times New Roman"/>
        </w:rPr>
        <w:t>ABŞ-da vəhşinin surətinin formalaşması dövrü mürəkkəb ikili bir xətti əhatə edir; bu, paralel Respublikaçı (siyasi) və Protestant (dini) “buynuzlar”ı öz içinə alır ki, onlar sonda kilsə-dövlət tərəfindən bazar qanunlarının icrasında birləşirlər. Bu münasibət papalıq vəhşisinin qadının vəhşiyə hökmranlığına bənzər nəzarətini əks etdirir və kilsə ilə dövlətin ayrılığına dair Konstitusiyanın əsas prinsipinin ləğv edilməsi zamanı tam surətdə zahir olur.</w:t>
      </w:r>
    </w:p>
    <w:p>
      <w:pPr>
        <w:pStyle w:val="ArticleBody"/>
        <w:jc w:val="left"/>
      </w:pPr>
      <w:r>
        <w:rPr>
          <w:rFonts w:ascii="Times New Roman" w:hAnsi="Times New Roman" w:eastAsia="Times New Roman" w:cs="Times New Roman"/>
        </w:rPr>
        <w:t>Daxildən, vəhşinin surətinin sınaq vaxtı bütün insanlar arasında xasiyyətin formalaşmasını (Məsihin surəti ilə Şeytanın vəhşi surəti qarşı-qarşıya) sınaqdan keçirir, müdrik və ağılsız bakirələri bir-birindən ayırır; xaricdən isə son günlərin siyasi mübarizələrini, ittifaqlarını və pozulmuş əhdlərini müəyyən edir. 2001-ci ildən Bazar qanunu dövrünədək olan müddət son yağışın çilənməsini başladır (başlanğıcı Vəhy 18-dəki mələyin 11 sentyabr 2001-ci ildə enməsi ilə olmuş, Nyu-Yorkun böyük binalarının süqutu vasitəsilə yer üzünü işıqlandırmışdır). 11 sentyabr, Vəhy 10-da olduğu kimi yeyilməsi gərəkən “kiçik kitab” xəbəri qəbul etmək və ya rədd etmək yolu ilə Laodikeyalı Yeddinci Gün Adventizminin ələnməsini başlayır. Buğda ilə alaq onların Bazar qanununda baş verən ayrılmasınadək birlikdə qalır; həmin vaxt yüz qırx dörd min bayraq kimi ucaldılır və 321-dən 538-dək dövr ilə təcəssüm etdirilən, dünya miqyasında vəhşinin surətinin formalaşması zamanı son yağışın tam tökülməsinin gəlişi baş verir. Bundan sonra Babildən böyük izdihamın toplanması başlayır və Mikayıl ayağa qalxana, möhlət vaxtı bağlanana qədər davam edir. Bu, hökmün əvvəlcə 11 sentyabrdan etibarən Allahın evindən başlanması, sonra isə Bazar qanunundan sonra on birinci saat işçilərinə keçməsi ilə uyğun gəlir.</w:t>
      </w:r>
    </w:p>
    <w:p>
      <w:pPr>
        <w:pStyle w:val="ArticleBody"/>
        <w:jc w:val="left"/>
      </w:pPr>
      <w:r>
        <w:rPr>
          <w:rFonts w:ascii="Times New Roman" w:hAnsi="Times New Roman" w:eastAsia="Times New Roman" w:cs="Times New Roman"/>
        </w:rPr>
        <w:t>Üçüncü məqalə vurğulayır ki, səmavi izzətlə keçmiş təqiblərin bir-birinə qarışdırılıb təkrarlanacağı dövrdən sağ çıxmaq, Yeşaya 28-in “sətir üstə sətir” metodologiyası vasitəsilə peyğəmbərliyə əvvəlcədən yiyələnməyi tələb edir. Bu metodologiya, Danielin saleh adamları, Məsihin Pentikostdan əvvəlki şagirdləri, həmçinin od sobası qarşısında Şadrak, Meşak və Avedneqo ilə nümunələndirilir; onlar Şeytanın heyrətamiz fəaliyyətləri və saxtakarlıqları arasında “Yazılmışdır” üzərində möhkəm dayanmağa hazırlanmış şəxslərin tipi kimi təqdim olunurlar.</w:t>
      </w:r>
    </w:p>
    <w:p>
      <w:pPr>
        <w:pStyle w:val="ArticleBody"/>
        <w:jc w:val="left"/>
      </w:pPr>
      <w:r>
        <w:rPr>
          <w:rFonts w:ascii="Times New Roman" w:hAnsi="Times New Roman" w:eastAsia="Times New Roman" w:cs="Times New Roman"/>
        </w:rPr>
        <w:t>Dördüncü məqalə izah edir ki, Birləşmiş Ştatlarda vəhşi heyvanın surətinin formalaşmasının peyğəmbərlik sınaq prosesi üç konstitusion nişanla paralel gedir və onlarla iç-içə bağlıdır (2001-ci ildə Patriot Act ilkin “danışma” kimi, 2022-ci ildə Pelosi Məhkəmələri orta mərhələ kimi və bazar günü qanunu son mərhələ kimi). Sınaq prosesi müdrik bakirələri (144.000-i) milli mürtədliyin fəlakətə gətirib çıxardığı vaxt, bazar günü qanunu ilə başlanan təqibin taclandırıcı sınağına dözməyə hazırlayır. Sonra Şeytan heyrətamiz saxtakarlıqları işə salır (möcüzələrlə özünü Allah kimi təqdim edərək), və səmavi izzət keçmişdə təkrar olunan təqiblərlə qaynayıb-qarışır; bu da Allahın xalqına Allahın taxtından gələn işıqda sarsılmadan yeriməyə imkan verir. Bu hazırlıq Məsihin Yəhya altıncı fəsildəki strategiyasını əks etdirir (The Desire of Ages, 394-də şərh edildiyi kimi); orada O, öz mənfəətini güdən davamçıları erkən mərhələdə ayırıb təmizləmək üçün ağır bir sınağa yol verdi və Öz hüzuru ilə həqiqi şagirdləri onların son sınağına (Getsamani, xəyanət, çarmıxa çəkilmə) qarşı möhkəmləndirdi. Eynilə, vəhşi heyvanın surəti sınağı — daxili xarakterin formalaşmasını (Məsihin surəti ilə Şeytanın vəhşi heyvan surəti qarşı-qarşıya) və kilsə ilə dövlətin ayrılığını ləğv edən xarici kilsə-dövlət birliyini əhatə edərək — Laodikeya Adventizmini ələkdən keçirir. Sınaq, Yeşaya 28-in sətir üzərinə sətir metodologiyası vasitəsilə möhürlənməmiş xəbərin qəbul edilməsi ilə müdrikləri paklaşdırır.</w:t>
      </w:r>
    </w:p>
    <w:p>
      <w:pPr>
        <w:pStyle w:val="ArticleBody"/>
        <w:jc w:val="left"/>
      </w:pPr>
      <w:r>
        <w:rPr>
          <w:rFonts w:ascii="Times New Roman" w:hAnsi="Times New Roman" w:eastAsia="Times New Roman" w:cs="Times New Roman"/>
        </w:rPr>
        <w:t>Açılmamış işıq yeddinci möhürün işığıdır (Vəhy 8:1–5); bu işıq müqəddəslərin dualarına cavab olaraq yer üzünə atılan od kimi təzahür edir və Pentikostun tökülüşündə görünən od dilləri ilə öncədən nümunələndirilmişdir. Açılmamış işıq, həmçinin Millerçi gecəyarısı fəryadı ilə də təmsil olunmuşdur (bu fəryad iman vasitəsilə Ən Müqəddəs Yerə girişə hazırlıq yaratmışdı) və Daniel 11:40-ın gizli tarixində, 2023-cü ilin iyulunda açıqlanan müasir gecəyarısı fəryadında öz yerinə yetirilməsini tapacaqdır.</w:t>
      </w:r>
    </w:p>
    <w:p>
      <w:pPr>
        <w:pStyle w:val="ArticleBody"/>
        <w:jc w:val="left"/>
      </w:pPr>
      <w:r>
        <w:rPr>
          <w:rFonts w:ascii="Times New Roman" w:hAnsi="Times New Roman" w:eastAsia="Times New Roman" w:cs="Times New Roman"/>
        </w:rPr>
        <w:t>11 Sentyabrdan bəri son yağışın səpilməsi barədə xəbər, papalıq və bazar günü qanunu haqqında biliyin artması ilə birlikdə, yeddi gurultunun açılması və qırxıncı ayənin gizli tarixi ilə müşayiət olunaraq, İsa Məsihin Vəhyinin açılmasının hamısında əhatə olunur. Vəhşi heyvan surətinin formalaşmasının ətraflı peyğəmbərlik aydınlanması; həm Respublikaçı, həm də Protestant buynuzların mübarizələri, siyasi partiyalar, Laodikeya Adventizmi, 144.000-in meydana çıxması, İslamın üçüncü vay halı, Rusiya, BMT, papalıq hakimiyyəti və Haşmoni paralelləri də daxil olmaqla, müdrikləri Allahın rəhbərliyini tanıyıb ona uyğun hərəkət etməyə, keçmiş rəhbərliyi isə unutmamağa hazırlayır (Testimonies to Ministers, 31).</w:t>
      </w:r>
    </w:p>
    <w:p>
      <w:pPr>
        <w:pStyle w:val="ArticleBody"/>
        <w:jc w:val="left"/>
      </w:pPr>
      <w:r>
        <w:rPr>
          <w:rFonts w:ascii="Times New Roman" w:hAnsi="Times New Roman" w:eastAsia="Times New Roman" w:cs="Times New Roman"/>
        </w:rPr>
        <w:t>“Kiçik kitabı” (Vəhy 10) yeməklə, tarixçəni Bereya araşdırması vasitəsilə əvvəlcədən daxililəşdirərək, yüz qırx dörd min nəfər Şeytanın aldatmaları içərisində “Yazılmışdır” üzərində möhkəm dayanmaq üçün fərasət qazanır. Onların hazırlığı onlara həlaka dönüb geri çəkilməkdən çəkinməyə imkan verir (İbranilərə 10:37–39; Habaqquq 2:4), və bundan sonra onlar Allahın əmrlərini (xüsusilə dördüncünü) və İsanın imanını qoruyan, sınaqdan keçmiş və özünü doğrultmuş qaliblər kimi zahir olurlar. Onlar salehlərin imanla yaşadığı, mələklər tərəfindən qorunduğu, halbuki ağılsızların (metodologiyanı və xəbəri rədd edənlərin) güclü azğınlıqla üzləşdiyi və ümidsiz qaldığı son böhrandan keçənlərdir. Bu, Testimonies əsərinin 9-cu cildindəki For the Coming of the King fəslinə (11-ci səhifədən başlayaraq), onun 9/11 simvolizmi ilə birlikdə uyğun gəlir; beləliklə 9/11 dövrünü bazar günü qanununa qədər, müdriklərin Daniel on birin tamamlanmasını anladıqları və Allahın keçmiş müqəddəs tarixlərdəki rəhbərliyini unutmaqdan başqa heç nədən qorxmadıqları mühürlənmə vaxtı kimi müəyyən edir.</w:t>
      </w:r>
    </w:p>
    <w:p>
      <w:pPr>
        <w:pStyle w:val="ArticleBody"/>
        <w:jc w:val="left"/>
      </w:pPr>
      <w:r>
        <w:rPr>
          <w:rFonts w:ascii="Times New Roman" w:hAnsi="Times New Roman" w:eastAsia="Times New Roman" w:cs="Times New Roman"/>
        </w:rPr>
        <w:t>Dörd məqalə birlikdə Məsihin — Yəhuda qəbiləsindən olan Şir və yüz qırx dörd minin son islahat hərəkatına rəhbərlik etmək üçün həlledici anlarda Daniel kitabının on birinci fəslinin müəyyən hissələrinin möhürünü açan Alfa və Omeqa olan Məsihin — peyğəmbərlik xarakterli bir təfsirini təqdim edir. 1989-cu ildə, 1863-cü il Adventist “üsyanı”ndan 126 il sonra, Şir Daniel 11:40–45-in möhürünü açdı və qırx birinci ayədəki üçqat ittifaqda (əjdaha, vəhşi heyvan və yalançı peyğəmbər) papalığın 1798-ci ildə aldığı ölümcül yaranın sağalmasını aşkar edərək Armageddona, yəni qırx beşinci ayədə papalığın son hökmünü aldığı “əzəmətli müqəddəs dağ”a yönəltdi. Bu möhürün açılması hərəkatın başlanğıcını təşəkkül etdirir, “papalıq və bazar günü qanunu” barədə “bilik artımı”nı (Selected Messages, kitab 2) meydana gətirir və Daniel 12:10-da təsvir olunduğu kimi “təmizlənmək, ağardılmaq və sınaqdan keçirilmək”dən ibarət üçqat sınağı hərəkətə gətirir.</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Beş Nömrə</dc:title>
  <dc:subject>İlk Dörd Maddənin Yenilənməsi</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