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Doqquzuncu Nömrə</w:t>
      </w:r>
    </w:p>
    <w:p>
      <w:pPr>
        <w:pStyle w:val="ArticleSubtitle"/>
        <w:jc w:val="left"/>
      </w:pPr>
      <w:r>
        <w:rPr>
          <w:rFonts w:ascii="Arial" w:hAnsi="Arial" w:eastAsia="Arial" w:cs="Arial"/>
        </w:rPr>
        <w:t>Qüdrət, İzzət və Əzab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Peter Paniumdadır (Qeysəriyyə Filipi); bu, Peterin, Yəhyanın və Yaqubun İsa ilə təkbaşına getdikləri üç hadisənin ortasından cəmi altı və ya səkkiz gün əvvəldir. Birincisi, Onun qüdrətinin Yairin on iki yaşlı qızının dirildilməsində nümayişi idi; ikincisi, Onun izzətinin dəyişilmə dağında nümayişi idi; üçüncüsü isə Getsemanidə Onun əzabının nümayişi idi. On birinci fəsildə Paniumdakı Peter on altıncı ayənin çarmıxından dərhal əvvəl uyğunlaşdırılmışdır. Dağ üç şagirdin üç seçilmiş səfərinin orta nöqtəsi idi. Dağda səmavi Ata da üç dəfədən ikincisində danışdı; Ata vəftizdə, dağda və sonra çarmıxdan dərhal əvvəl danışdı. Peter üç müəyyən hadisənin orta nöqtəsində iki dəfə dayanır. O, həmçinin Matta kitabının on birinci fəsli ilə iyirmi ikinci fəsli arasında da orta nöqtədir.</w:t>
      </w:r>
    </w:p>
    <w:p>
      <w:pPr>
        <w:pStyle w:val="ArticleHeading"/>
        <w:jc w:val="left"/>
      </w:pPr>
      <w:r>
        <w:rPr>
          <w:rFonts w:ascii="Arial" w:hAnsi="Arial" w:eastAsia="Arial" w:cs="Arial"/>
        </w:rPr>
        <w:t>Aşşurlu, Babilin böyük odlar içində alovlana-alovlana yanmaqda olduğu an onun zirvəsinə gəldi və nəhayət yer üzünün bütün hərəkət və fəaliyyətinə nəzarət etməyə hazır idi. Aşşur “öz yurdunda olanlardan və Məbadın yanında məskən salanlardan özünə əlaltı və köməkçi çağırdı”. O, “taxtının bütün qüvvələri üzərində yeridi” və “Məbadın içində” kahin təyin etdi; lakin həmin kahin əslində “Məbad üçün kahin deyildi”. Beləcə o, Tanrıya qarşı duran dəhşətli “viranəlik murdarlığını” bərqərar etdi. Sonra “Məbadın yanında məskən salanlardan” “vilayətlərə, yəni yer üzünün bütün məskənlərinə çıxdı”. “Buna görə bütün məskənlərə qarşı qabaqlayıcı zərbələr endirildi”. “Və onlar insanları qorxudub yer üzündəki bütün məskənləri və paytaxtları fəth etdilər.” “Buna görə o, bütün məskənlərin insanlarından böyük bir izzət və dərin ehtiramla qarşılandı.” “O, paytaxtların başına keçdi və bütün məskənlərə vali təyin etdi. O, Müqəddəs Məbədin şəhərlərinin yanından gəldi və ölkələri öz əlinə aldı.” “O, bütün məskənlərin tabe olduqları hökmü öz üzərinə götürdü və paytaxtların taleyinə rəhbərlik etdi; onlar onun əlindən hökmü qəbul etdilər və ölüncəyə qədər yaşadılar.” “Sonra o, müəzzinləri, səfirləri və elçiləri öz ətrafına topladı.” Onları “şad bir səslə qarşıladı, çünki o, özünü böyük və ağırbaşlı idi kimi göstərdi”. “O, hamının bütün ordularına ehtiram göstərdi.” “Sonra onların təmsillərini öz ölkəsində həkk etdirdi.” “Beləcə o, həmin gün və həmin saat öz içində belə dedi: Mən göylərə yüksələcəyəm və öz taxtımı Allahın ulduzlarının üstünə qaldıracağam. Uca yerlərdə, şimal tərəfdəki dağda oturacağam. Buludların zirvələrinin üstünə çıxacağam. Özümü Uca Olan kimi edəcəyəm” (Yeşaya 14:13–14). “Sonra o, bütün məskənlərin insanlarına öz adını qoydu və onları öz adına görə çağırdı” və “onların hər birinə öz möhürünü vurdu”. “Bütün təbəələri ilə birlikdə bütün orduları ilahənin köməyini dilədi” və “Məbədin qarşısında ölülər və kəsilmiş qanlar üzərində yerə səcdə etdilər”. “Onlar qurbangahların üstündə yatdılar və həmin yerdə təmizlənmə mərasimləri icra etdilər.” “Sonra əmr etdi ki, Məbədin bütün xidmətçilərinə ölüm hökmü verilsin, kahinlərə, hökmdarlara və salehlərə qarşı isə qılınc qaldırılsın.” “Məbədin şəhərlərinə buxur təqdim edildi” “və Məbədin xidmətçiləri zəncirlənərək qılıncla öldürüldülər.” “Onların uşaqlarını alovda yandırdılar və divarlarını qoçlarla dağıtdılar.” “O, bütün müqəddəsləri qabaqlarında sürüyərək, təmizlənmək üçün istifadə olunan qırmızı parçanın içində bükülmüş halda aparırdı.” Sonra “hamısı səslərini birləşdirib ilahilərə, ilahələrə və bütlərə səcdə etdilər.” “Bütün sənətkarları, xüsusən də metallurqları hərəkətə gətirdi.” “Onlar da mis, gümüş, qızıl və kağızdan allahlar və ilahələr hazırladılar.” Sonra “dünyəvi allahların adlarını çəkdilər, bütlərini və yer üzünün işlərini yüksəltdilər.” “Beləcə xalq arasında insanlara belə dedilər: Dünyəvi allahların təbiətinə görə, insan onu yaradan allahlar və ilahələr haqqında fikrini söyləməməlidir; çünki insanlar ölülərdə və kəsilmiş qanlarda təmizlənirlər, məbədli kişilər isə onlar üçün təmizlənmə mərasimlərini yerinə yetirirlər. Əgər insan bunu deməzsə, o, bütün yer üzünün işlərinə qarşı günah işlətmiş olur.” “Padşahın dili ilə ilahələr haqqında hər cür böyük sözlər deyildi.” “Bütün məskənlərin insanları çaşqınlığa düşdülər, çünki o, özünü Allah kimi qaldırdı.” “Onların hamısı onun hökmünü qəbul etdilər və ölümə qədər onun iradəsinə tabe oldular.” “Padşah bütün məskənlərin insanlarına qarşı qəzəbləndi, çünki onlar onun böyüklüyündən həqiqətən sevinmirdilər və onun mühakiməsinə ürəkdən tabe olmurdular.” “Əmr verdi ki, əgər kimsə onun xidmətini lazımınca yerinə yetirməsə, hökm altında saxlanılsın və odla yandırılsın.” “Buna görə də çox adam onun hökmlərinə və bütlərinə səcdə etməyə məcbur edildi.” “Onlar onun adına verdiyi möhürlə möhürləndilər və bu səbəbdən alınıb-satılmağa icazə verildi.”</w:t>
      </w:r>
    </w:p>
    <w:p>
      <w:pPr>
        <w:pStyle w:val="ArticleBody"/>
        <w:jc w:val="left"/>
      </w:pPr>
      <w:r>
        <w:rPr>
          <w:rFonts w:ascii="Times New Roman" w:hAnsi="Times New Roman" w:eastAsia="Times New Roman" w:cs="Times New Roman"/>
        </w:rPr>
        <w:t>Dağ Zəfərlə girişdən əvvəl gəldi; həmin giriş eşşəyin Yerusəlimə qurbanı daşımaq üçün açılıb buraxılması ilə başladı, necə ki, İbrahimin eşşəyi Yerusəlimdə məbədin qədim yeri olan Moriya üzərinə qurban üçün odunu daşıyırdı. Levililər iyirmi üçdəki ardıcıllıqda Borular bayramı eşşəyin açılıb buraxılmasını işarələyir; buna görə də dəyişilmə dağının təcrübəsi zəfərlə girişdən əvvəl baş verdi və bununla Peteri Levililər iyirmi üçdə Pentikost mövsümünə uyğun gələn otuz günün tarixi içində yerləşdirdi. Həmin otuz gün ərzində məbəd (orta sınaq) səksən cəsur kahin arasında olmaq üçün namizədlərin üzərinə gətirilir. Padşah Uziyyanın müqəddəs yerdəki üsyanına dair şəhadətdə səksən kahin cəsur kimi tanınır; bu da iştirak etməyən kahinlərin olduğunu göstərir.</w:t>
      </w:r>
    </w:p>
    <w:p>
      <w:pPr>
        <w:pStyle w:val="ArticleScripture"/>
        <w:jc w:val="left"/>
      </w:pPr>
      <w:r>
        <w:rPr>
          <w:rFonts w:ascii="Times New Roman" w:hAnsi="Times New Roman" w:eastAsia="Times New Roman" w:cs="Times New Roman"/>
        </w:rPr>
        <w:t>Azarya kahin onun ardınca içəri girdi və onunla birlikdə Rəbbin cəsur səksən kahini də var idi. Onlar padşah Uzziyaya qarşı durub ona dedilər: “Ey Uzziya, Rəbbə buxur yandırmaq sənə aid deyildir; buxur yandırmaq üçün təqdis olunmuş Harunun oğulları olan kahinlərə aiddir. Müqəddəs yerdən çıx, çünki xəyanət etmisən; bu da sənin üçün Rəbb Allah tərəfindən izzət sayılmayacaqdır.” 2 Salnamələr 26:17, 18.</w:t>
      </w:r>
    </w:p>
    <w:p>
      <w:pPr>
        <w:pStyle w:val="ArticleBody"/>
        <w:jc w:val="left"/>
      </w:pPr>
      <w:r>
        <w:rPr>
          <w:rFonts w:ascii="Times New Roman" w:hAnsi="Times New Roman" w:eastAsia="Times New Roman" w:cs="Times New Roman"/>
        </w:rPr>
        <w:t>Cəsur kahinlər Quzunun hara getsə, Onun ardınca gedənlərdir.</w:t>
      </w:r>
    </w:p>
    <w:p>
      <w:pPr>
        <w:pStyle w:val="ArticleScripture"/>
        <w:jc w:val="left"/>
      </w:pPr>
      <w:r>
        <w:rPr>
          <w:rFonts w:ascii="Times New Roman" w:hAnsi="Times New Roman" w:eastAsia="Times New Roman" w:cs="Times New Roman"/>
        </w:rPr>
        <w:t>Qadınlarla murdarlanmamış olanlar bunlardır; çünki onlar bakirələrdir. Quzu hara gedirsə, Onun ardınca gedənlər bunlardır. Bunlar insanlar arasından satın alınıb qurtarılanlardır, Allaha və Quzuya həsr olunmuş ilk bəhrələr olaraq. Vəhy 14:4.</w:t>
      </w:r>
    </w:p>
    <w:p>
      <w:pPr>
        <w:pStyle w:val="ArticleBody"/>
        <w:jc w:val="left"/>
      </w:pPr>
      <w:r>
        <w:rPr>
          <w:rFonts w:ascii="Times New Roman" w:hAnsi="Times New Roman" w:eastAsia="Times New Roman" w:cs="Times New Roman"/>
        </w:rPr>
        <w:t>Yəhuda qəbiləsinin Aslanı Öz xalqını Ən Müqəddəs Yerə aparır və onları əhd sandığına baxmağa, orada günahın silinməsinə dair son xidmət işində xidmət edən Baş Kahini nəzərdən keçirməyə yönəldir. Peter 31 dekabr 2023-cü ildə dirildildi və sonra peyğəmbərliyin zahiri görüntüsünün bərqərar edilməsində Romanın roluna dair təməl sınağı ilə üzləşdi. Sonra məbədin ikinci sınağı Peter üçün yetişdi və daxili xəttin görüntüsü məhz orada Danielin onuncu fəslindəki güzgü görüntüsündə təmsil olunur.</w:t>
      </w:r>
    </w:p>
    <w:p>
      <w:pPr>
        <w:pStyle w:val="ArticleBody"/>
        <w:jc w:val="left"/>
      </w:pPr>
      <w:r>
        <w:rPr>
          <w:rFonts w:ascii="Times New Roman" w:hAnsi="Times New Roman" w:eastAsia="Times New Roman" w:cs="Times New Roman"/>
        </w:rPr>
        <w:t>Peter 18 iyul 2020-ci ildə öz Rəbbini inkar etmişdi və bunu üç dəfə etmişdi.</w:t>
      </w:r>
    </w:p>
    <w:p>
      <w:pPr>
        <w:pStyle w:val="ArticleScripture"/>
        <w:jc w:val="left"/>
      </w:pPr>
      <w:r>
        <w:rPr>
          <w:rFonts w:ascii="Times New Roman" w:hAnsi="Times New Roman" w:eastAsia="Times New Roman" w:cs="Times New Roman"/>
        </w:rPr>
        <w:t>“Peter öz Rəbbini açıq-aşkar üç dəfə inkar etmişdi və İsa da ondan üç dəfə məhəbbəti və sədaqəti barədə təminat aldı; iti uclu ox kimi yaralanmış qəlbinə saplanan həmin kəskin sualı ona təkidlə ünvanladı. Toplaşmış şagirdlərin önündə İsa Peterin tövbəsinin dərinliyini aşkara çıxardı və bir vaxtlar lovğalanan bu şagirdin nə dərəcədə tamamilə təvazökarlığa gətirildiyini göstərdi.” The Desire of Ages, 812.</w:t>
      </w:r>
    </w:p>
    <w:p>
      <w:pPr>
        <w:pStyle w:val="ArticleBody"/>
        <w:jc w:val="left"/>
      </w:pPr>
      <w:r>
        <w:rPr>
          <w:rFonts w:ascii="Times New Roman" w:hAnsi="Times New Roman" w:eastAsia="Times New Roman" w:cs="Times New Roman"/>
        </w:rPr>
        <w:t>Peter iki sinif ibadətçini təmsil edirdi.</w:t>
      </w:r>
    </w:p>
    <w:p>
      <w:pPr>
        <w:pStyle w:val="ArticleScripture"/>
        <w:jc w:val="left"/>
      </w:pPr>
      <w:r>
        <w:rPr>
          <w:rFonts w:ascii="Times New Roman" w:hAnsi="Times New Roman" w:eastAsia="Times New Roman" w:cs="Times New Roman"/>
        </w:rPr>
        <w:t>“Fərisi və vergi yığanın təmsil etdiyi siniflərin hər biri üçün həvari Peterin tarixində bir dərs vardır. Peter şagirdliyinin ilk dövrlərində özünü güclü hesab edirdi. Fərisi kimi, öz qiymətləndirməsinə görə o, ‘başqa adamlar kimi’ deyildi. Məsih Özünə xəyanət ediləcəyi gecənin ərəfəsində şagirdlərini qabaqcadan xəbərdar edərək, ‘Bu gecə hamınız Mənə görə büdrəyəcəksiniz’, dedikdə Peter arxayınlıqla bəyan etdi: ‘Hamı büdrəsə də, mən əsla büdrəmərəm.’ Mark 14:27, 29. Peter öz təhlükəsini bilmirdi. Özünə güvən onu yoldan çıxardı. O, sınağa tab gətirə biləcəyini düşünürdü; lakin bir neçə qısa saat sonra sınaq gəldi və o, lənət edib and içərək Rəbbini danmış oldu.” Məsihin Əyani Dərsləri, 152.</w:t>
      </w:r>
    </w:p>
    <w:p>
      <w:pPr>
        <w:pStyle w:val="ArticleBody"/>
        <w:jc w:val="left"/>
      </w:pPr>
      <w:r>
        <w:rPr>
          <w:rFonts w:ascii="Times New Roman" w:hAnsi="Times New Roman" w:eastAsia="Times New Roman" w:cs="Times New Roman"/>
        </w:rPr>
        <w:t>Vergiyığan öz evinə saleh sayılmış halda getdi.</w:t>
      </w:r>
    </w:p>
    <w:p>
      <w:pPr>
        <w:pStyle w:val="ArticleScripture"/>
        <w:jc w:val="left"/>
      </w:pPr>
      <w:r>
        <w:rPr>
          <w:rFonts w:ascii="Times New Roman" w:hAnsi="Times New Roman" w:eastAsia="Times New Roman" w:cs="Times New Roman"/>
        </w:rPr>
        <w:t>“Fərisi və vergiyığan Allahа ibadət etməyə gələnlərin bölündüyü iki böyük sinfi təmsil edirlər. Onların ilk iki nümayəndəsi dünyaya gələn ilk iki uşaqda görünür.” Məsihin Məsəlləri, 152.</w:t>
      </w:r>
    </w:p>
    <w:p>
      <w:pPr>
        <w:pStyle w:val="ArticleBody"/>
        <w:jc w:val="left"/>
      </w:pPr>
      <w:r>
        <w:rPr>
          <w:rFonts w:ascii="Times New Roman" w:hAnsi="Times New Roman" w:eastAsia="Times New Roman" w:cs="Times New Roman"/>
        </w:rPr>
        <w:t>Habil və vergi yığan imanla saleh sayılmanın rəmzidir.</w:t>
      </w:r>
    </w:p>
    <w:p>
      <w:pPr>
        <w:pStyle w:val="ArticleScripture"/>
        <w:jc w:val="left"/>
      </w:pPr>
      <w:r>
        <w:rPr>
          <w:rFonts w:ascii="Times New Roman" w:hAnsi="Times New Roman" w:eastAsia="Times New Roman" w:cs="Times New Roman"/>
        </w:rPr>
        <w:t>Vergiyığan isə uzaqda dayanaraq gözlərini belə göyə qaldırmaq istəmədi, lakin sinəsinə vurub dedi: “Ey Allah, mən günahkara rəhm et.” Sizə deyirəm, o biri deyil, məhz bu adam öz evinə saleh sayılmış halda getdi; çünki özünü ucaldan hər kəs alçaldılacaq, özünü alçaldan isə ucaldılacaqdır. Luka 18:13, 14.</w:t>
      </w:r>
    </w:p>
    <w:p>
      <w:pPr>
        <w:pStyle w:val="ArticleBody"/>
        <w:jc w:val="left"/>
      </w:pPr>
      <w:r>
        <w:rPr>
          <w:rFonts w:ascii="Times New Roman" w:hAnsi="Times New Roman" w:eastAsia="Times New Roman" w:cs="Times New Roman"/>
        </w:rPr>
        <w:t>1888-ci ilin xəbəri Vəhy 18-dəki mələyin enişi ilə müşayiət olundu.</w:t>
      </w:r>
    </w:p>
    <w:p>
      <w:pPr>
        <w:pStyle w:val="ArticleScripture"/>
        <w:jc w:val="left"/>
      </w:pPr>
      <w:r>
        <w:rPr>
          <w:rFonts w:ascii="Times New Roman" w:hAnsi="Times New Roman" w:eastAsia="Times New Roman" w:cs="Times New Roman"/>
        </w:rPr>
        <w:t>“Rəbb Öz böyük mərhəmətində xalqına ən qiymətli bir xəbəri Ağsaqqallar Waggoner və Jones vasitəsilə göndərdi. Bu xəbər dünyanın önünə daha aydın şəkildə yüksəldilmiş Xilaskarı, bütün dünyanın günahları uğrunda verilmiş qurbanı çıxarmalı idi. O, Zamin vasitəsilə imanla bəraət qazandırılmasını təqdim edirdi; insanları Məsihin salehliyini qəbul etməyə dəvət edirdi; bu salehlik Allahın bütün əmrlərinə itaətdə zahir olur. Çoxları İsanı gözdən itirmişdi. Onların gözlərinin Onun ilahi Şəxsiyyətinə, Onun ləyaqətlərinə və bəşər ailəsinə olan dəyişməz məhəbbətinə yönəldilməsinə ehtiyac var idi. Bütün hakimiyyət Onun əllərinə verilmişdir ki, insanlara bol ənamlar bəxş etsin, Öz salehliyinin əvəzsiz hədiyyəsini aciz insan vasitəçisinə versin. Bu, Allahın dünyaya verilməsini əmr etdiyi xəbərdir. Bu, yüksək səslə bəyan edilməli olan və Onun Ruhunun böyük ölçüdə tökülməsi ilə müşayiət olunmalı olan üçüncü mələyin xəbəridir.” Testimonies to Ministers, 91.</w:t>
      </w:r>
    </w:p>
    <w:p>
      <w:pPr>
        <w:pStyle w:val="ArticleHeading"/>
        <w:jc w:val="left"/>
      </w:pPr>
      <w:r>
        <w:rPr>
          <w:rFonts w:ascii="Arial" w:hAnsi="Arial" w:eastAsia="Arial" w:cs="Arial"/>
        </w:rPr>
        <w:t>Laodikiya Müjdəsi</w:t>
      </w:r>
    </w:p>
    <w:p>
      <w:pPr>
        <w:pStyle w:val="ArticleScripture"/>
        <w:jc w:val="left"/>
      </w:pPr>
      <w:r>
        <w:rPr>
          <w:rFonts w:ascii="Times New Roman" w:hAnsi="Times New Roman" w:eastAsia="Times New Roman" w:cs="Times New Roman"/>
        </w:rPr>
        <w:t>“A. T. Jones və E. J. Waggoner vasitəsilə bizə verilən xəbərdarlıq Laodikeya kilsəsinə Allahın ismarıcıdır və həqiqətə inandığını iddia etdiyi halda, Allah tərəfindən verilmiş şüaları başqalarına əks etdirməyən hər kəsin vay halına.” The 1888 Materials, 1053.</w:t>
      </w:r>
    </w:p>
    <w:p>
      <w:pPr>
        <w:pStyle w:val="ArticleHeading"/>
        <w:jc w:val="left"/>
      </w:pPr>
      <w:r>
        <w:rPr>
          <w:rFonts w:ascii="Arial" w:hAnsi="Arial" w:eastAsia="Arial" w:cs="Arial"/>
        </w:rPr>
        <w:t>Axırıncı Yağış Xəbəri</w:t>
      </w:r>
    </w:p>
    <w:p>
      <w:pPr>
        <w:pStyle w:val="ArticleScripture"/>
        <w:jc w:val="left"/>
      </w:pPr>
      <w:r>
        <w:rPr>
          <w:rFonts w:ascii="Times New Roman" w:hAnsi="Times New Roman" w:eastAsia="Times New Roman" w:cs="Times New Roman"/>
        </w:rPr>
        <w:t>“Axır yağış Allahın xalqının üzərinə yağmalıdır. Qüdrətli bir mələk göydən enməlidir və bütün yer üzü onun izzəti ilə işıqlanmalıdır.” Review and Herald, 21 aprel 1891.</w:t>
      </w:r>
    </w:p>
    <w:p>
      <w:pPr>
        <w:pStyle w:val="ArticleHeading"/>
        <w:jc w:val="left"/>
      </w:pPr>
      <w:r>
        <w:rPr>
          <w:rFonts w:ascii="Arial" w:hAnsi="Arial" w:eastAsia="Arial" w:cs="Arial"/>
        </w:rPr>
        <w:t>Nyu-York şəhəri və 11 sentyabr</w:t>
      </w:r>
    </w:p>
    <w:p>
      <w:pPr>
        <w:pStyle w:val="ArticleScripture"/>
        <w:jc w:val="left"/>
      </w:pPr>
      <w:r>
        <w:rPr>
          <w:rFonts w:ascii="Times New Roman" w:hAnsi="Times New Roman" w:eastAsia="Times New Roman" w:cs="Times New Roman"/>
        </w:rPr>
        <w:t>“İndi isə belə bir söz yayılır ki, guya mən Nyu-Yorkun nəhəng bir gelgit dalğası ilə süpürülüb aparılacağını bəyan etmişəm? Mən bunu heç vaxt deməmişəm. Mən demişəm ki, orada mərtəbə üstünə mərtəbə ucaldılan böyük binalara baxarkən, belə söylədim: “Rəbb yer üzünü dəhşətli surətdə sarsıtmaq üçün qalxanda necə dəhşətli mənzərələr baş verəcək! O zaman Vəhy 18:1–3 ayələrinin sözləri yerinə yetəcək.” Vəhy kitabının on səkkizinci fəslinin hamısı yer üzünün başına gələcək şeylər barədə bir xəbərdarlıqdır. Lakin Nyu-Yorkun başına gələcək şeylər haqqında mənə xüsusi olaraq heç bir nur verilməmişdir; yalnız bunu bilirəm ki, bir gün oradakı böyük binalar Allahın qüdrətinin çevirməsi və alt-üst etməsi ilə yerə yıxılacaq. Mənə verilən nurdan bilirəm ki, dünyada məhvolma var. Rəbdən gələn bir söz, Onun qüdrətli gücünün bir toxunuşu, və bu nəhəng tikililər uçub dağılacaq. Elə mənzərələr baş verəcək ki, onların dəhşətini təsəvvür edə bilmirik.” Review and Herald, 5 iyul 1906.</w:t>
      </w:r>
    </w:p>
    <w:p>
      <w:pPr>
        <w:pStyle w:val="ArticleBody"/>
        <w:jc w:val="left"/>
      </w:pPr>
      <w:r>
        <w:rPr>
          <w:rFonts w:ascii="Times New Roman" w:hAnsi="Times New Roman" w:eastAsia="Times New Roman" w:cs="Times New Roman"/>
        </w:rPr>
        <w:t>Vergi yığan Peter iman vasitəsilə saleh sayılmış bir canı təmsil edir və imanla saleh sayılma üçüncü mələyin xəbəridir; bu, 11/9-da gəlmiş Laodikiya xəbəridir; o zaman Nyu-Yorkun böyük binaları çökdü və Vəhy 18:1–3 yerinə yetdi. Sonra axır yağış səpilməyə başladı və yüz qırx dörd minin möhürlənməsi başlandı. Yüz qırx dörd minin möhürlənmə vaxtının sonunda Vəhy on səkkizin mələyi baş mələk Mikail kimi endi və Peteri üç sınaqla diriltdi. Birinci sınaq 31 dekabr 2023-cü ildə başladı və Daniel on birin on dördüncü ayəsində görüntünü təsbit edən qüvvənin Romanın olduğunu bildirən təməl həqiqəti təmsil edirdi. Həmin görüntü chazon görüntüsüdür; o, Süleymanın həyat və ya ölüm adlandırdığı xarici peyğəmbərlik xəttini təmsil edir.</w:t>
      </w:r>
    </w:p>
    <w:p>
      <w:pPr>
        <w:pStyle w:val="ArticleScripture"/>
        <w:jc w:val="left"/>
      </w:pPr>
      <w:r>
        <w:rPr>
          <w:rFonts w:ascii="Times New Roman" w:hAnsi="Times New Roman" w:eastAsia="Times New Roman" w:cs="Times New Roman"/>
        </w:rPr>
        <w:t>[Çazon] görmə olmadığı yerdə xalq məhv olar; lakin qanunu qoruyan nə bəxtiyardır. Süleymanın Məsəlləri 29:18.</w:t>
      </w:r>
    </w:p>
    <w:p>
      <w:pPr>
        <w:pStyle w:val="ArticleBody"/>
        <w:jc w:val="left"/>
      </w:pPr>
      <w:r>
        <w:rPr>
          <w:rFonts w:ascii="Times New Roman" w:hAnsi="Times New Roman" w:eastAsia="Times New Roman" w:cs="Times New Roman"/>
        </w:rPr>
        <w:t>Peterin ikinci sınağı, Bacı Uaytın ilk görüntülərində təsvir etdiyi kimi, imanla Ən Müqəddəs Yerə daxil olmağı tələb edən məbəd sınağıdır. Orada o, yeddinci gün Şənbə əmrini digər doqquz əmrin üzərində parıldayan halda gördü. Mühakimənin başlanğıcında həmin təlim, mühakimənin bağlanışı zamanı, axır günlərdə digər peyğəmbərlik təlimlərinin üzərində parıldayan təcəssüm təlimini təmsil edir. İlahi Məsihın, günahı bilmədiyi halda, Öz üzərinə yıxılmış günahlı bədəni götürməsi müxtəlif təsvirlərlə təmsil olunur. Bunların ən mühümü yeddi vaxt təlimidir. Yeddi vaxt təlimi Millerin peyğəmbərlik kəşflərinin alfası idi və 1856-cı ildə də bu təlim, Millerçi Filadelfiyalı Adventizmin yeddi il ərzində üsyan edərək 1863-cü ildə Laodikiyalı Yeddinci Gün Adventist kilsəsinə çevrildiyi Millerçi tarixin omeqa təlimini təmsil edən təlim idi.</w:t>
      </w:r>
    </w:p>
    <w:p>
      <w:pPr>
        <w:pStyle w:val="ArticleBody"/>
        <w:jc w:val="left"/>
      </w:pPr>
      <w:r>
        <w:rPr>
          <w:rFonts w:ascii="Times New Roman" w:hAnsi="Times New Roman" w:eastAsia="Times New Roman" w:cs="Times New Roman"/>
        </w:rPr>
        <w:t>Yezekel otuz yeddidəki iki çubuq şimal və cənub padşahlıqlarına qarşı olan iki 2.520 illik hökmü təmsil edir. Şimal padşahlığı insan cismini, cənub padşahlığı isə Məsihin zehni ilə birləşdirilmək üçün nəzərdə tutulmuş zehni təmsil edir; beləliklə, İlahilik bəşəriyyətlə birləşəcəkdi. Bu, sadələşdirilmiş bir təqdimatda təcəssüm təlimidir. Yeddi zaman Millerçi tarixin alfa və omeqası idi və təcəssümü təmsil etdiyi üçün, 1844-cü ildəki alfa Şənbə təlimi ilə əlaqədar olaraq Yeddinci Gün Adventistlərinin tarixinin də omeqasıdır. Biri yeddinci gün Şənbəsinin əlaməti, digəri isə yeddinci il Şənbəsinin əlamətidir.</w:t>
      </w:r>
    </w:p>
    <w:p>
      <w:pPr>
        <w:pStyle w:val="ArticleBody"/>
        <w:jc w:val="left"/>
      </w:pPr>
      <w:r>
        <w:rPr>
          <w:rFonts w:ascii="Times New Roman" w:hAnsi="Times New Roman" w:eastAsia="Times New Roman" w:cs="Times New Roman"/>
        </w:rPr>
        <w:t>Peterin adı Paniumda dəyişdirilir; bu, İbrahimin seçilmiş bir xalqla ilk əhdinin təmsil olunmasının ikinci addımı idi və Peter özünün ikinci addımında seçilmiş bir xalqla son əhdin nümayəndəsi olur. Bu, on birinci fəsildən iyirmi ikinci fəslə qədər uzanan xətt üzrə ikinci addımdır; həmçinin Peterin, Yaqubun və Yəhyanın İsa ilə birlikdə digər şagirdlərdən ayrı getdiyi üç hadisədən ikincisi və səmavi Atanın danışdığı üç hadisədən ikincisidir. Neronun xətti Raphia və Panium döyüşləri arasındakı orta nöqtədə sona çatır, çünki bu, e.ə. 457-ci ildə və 1776-cı ildə başlayan digər iki 250 illik dövrlə üst-üstə düşür. E.ə. 457-ci il e.ə. 207-ci ildə başa çatdı, 1776-cı il isə 2026-cı ildə başa çatır. Peter e.ə. 207-ci ildə, 2026-cı ildə, 313-cü ildə və borazanlar bayramı kimi təmsil olunan eşşəyin boşadılmasının üçüncü və həlledici sınağından əvvəl gələn məbəd sınağında yer alır.</w:t>
      </w:r>
    </w:p>
    <w:p>
      <w:pPr>
        <w:pStyle w:val="ArticleBody"/>
        <w:jc w:val="left"/>
      </w:pPr>
      <w:r>
        <w:rPr>
          <w:rFonts w:ascii="Times New Roman" w:hAnsi="Times New Roman" w:eastAsia="Times New Roman" w:cs="Times New Roman"/>
        </w:rPr>
        <w:t>Peterin sınağı Məsihi Ən Müqəddəs Yerə qədər izləməkdir və onun işi Nashville-in od topları ilə bağlı xəbəri düzəltmək, sonra isə bu düzəldilmiş xəbəri bəyan etməkdir. Peterin Nashville-in od topları ilə bağlı xəbəri, ilk dəfə yuxarı otaqda, sonra isə məbəddə təqdim olunmuş Əllinci Gün bayramının xəbəridir. O, Nashville-in od toplarını və Raphia döyüşünün yerinə yetməsini müəyyənləşdirən xəbərini Panium döyüşü ilə əlaqəli şəkildə təqdim edir; bu isə on altıncı ayənin bazar qanununda Actium döyüşünə çevrilir. On altıncı ayənin bazar qanunu həmçinin qırx birinci ayənin və iyirmi ikinci ayənin bazar qanunudur. Bu üç ayə həm də otuz birinci ayə ilə uzlaşır; orada papalıq 538-ci ildə nəzarəti ələ keçirdi və Orleansın üçüncü Şurasında bazar qanunu qəbul etdi. Otuz birinci ayəyə aparan ayələr 538-ci ilin bazar qanununa gətirib çıxaran nişanələri müəyyənləşdirir və tezliklə gələcək bazar qanunundan əvvəlki tarixi tipləşdirir.</w:t>
      </w:r>
    </w:p>
    <w:p>
      <w:pPr>
        <w:pStyle w:val="ArticleScripture"/>
        <w:jc w:val="left"/>
      </w:pPr>
      <w:r>
        <w:rPr>
          <w:rFonts w:ascii="Times New Roman" w:hAnsi="Times New Roman" w:eastAsia="Times New Roman" w:cs="Times New Roman"/>
        </w:rPr>
        <w:t>Çünki Kittim gəmiləri onun üzərinə gələcək; buna görə də o, qəmgin olacaq, geri dönəcək və müqəddəs əhdə qarşı qəzəblənəcək; o belə edəcək; hətta geri dönəcək və müqəddəs əhdi tərk edənlərlə anlaşacaq. Onun tərəfindən qoşunlar qalxacaq, onlar qüdrət məbədini murdarlayacaq, gündəlik qurbanı aradan qaldıracaq və viranəlik törədən iyrəncliyi qoyacaqlar. Daniel 11:30, 31.</w:t>
      </w:r>
    </w:p>
    <w:p>
      <w:pPr>
        <w:pStyle w:val="ArticleBody"/>
        <w:jc w:val="left"/>
      </w:pPr>
      <w:r>
        <w:rPr>
          <w:rFonts w:ascii="Times New Roman" w:hAnsi="Times New Roman" w:eastAsia="Times New Roman" w:cs="Times New Roman"/>
        </w:rPr>
        <w:t>“Kitim gəmiləri” Vandaları təmsil edirdi; Vəhy kitabının səkkizinci fəslində onlar həmçinin ikinci şeypur kimi də təmsil olunurlar. Romanın mərhələli süqutu 330-cu ildə, Konstantin səltənəti şərqə və qərbə böldükdə başlandı. Bundan sonra o, onu üç oğlunun arasında bölüşdürdü. Aktium döyüşündən etibarən məğlubedilməz olmuş Roma İmperiyası əvvəlcə iki hissəyə, sonra üç hissəyə bölündü; daha sonra Vəhy 8-in ilk dörd şeypuru Qərbi Romanı 476-cı ildə sonluğa gətirən düşmən hücumunu təmsil etdi. Konstantinopoldakı Şərqi Roma isə beşinci şeypurun sonuna və altıncı şeypurun əvvəlinə qədər davam etdi; bunlar həmçinin birinci və ikinci vaylardır. Birinci vayın yüz əlli illik zaman peyğəmbərliyi ikinci vayın zaman peyğəmbərliyinin başladığı tarixdə başa çatdı. Həmin tarix 1453-cü ildə Konstantinopolun Osmanlı türklərinin əlinə keçməsi idi.</w:t>
      </w:r>
    </w:p>
    <w:p>
      <w:pPr>
        <w:pStyle w:val="ArticleBody"/>
        <w:jc w:val="left"/>
      </w:pPr>
      <w:r>
        <w:rPr>
          <w:rFonts w:ascii="Times New Roman" w:hAnsi="Times New Roman" w:eastAsia="Times New Roman" w:cs="Times New Roman"/>
        </w:rPr>
        <w:t>Babillər bir gecədə süqut etdi; bəlkə də siz iddia edərdiniz ki, Kir əvvəlcə çayın məcrasını dəyişdirməli idi və bu, müəyyən bir vaxt aldı, lakin Babillin süqutu bir gecədə baş verdi; halbuki Romanın süqutu 1123 ili əhatə etdi. Həmin illər İmperator Romanın tədrici məhvinin təsvirini verən müəyyən peyğəmbərlik nişanələrini ehtiva edirdi və İmperator bütpərəst Roma, Müqəddəs Kitab peyğəmbərliyinin beşinci padşahlığı kimi 538-ci ildə papalığı taxta çıxarmaq işində Amerika Birləşmiş Ştatlarını təmsil edir. Papalıq Daniel on birin on altıncı ayəsinin bazar qanununda taxta çıxarılır. Amerika Birləşmiş Ştatlarının fəaliyyətini təmsil edən nişanələr bütpərəst Romanın tədrici məhvinin nişanələrində təcəssüm olunur.</w:t>
      </w:r>
    </w:p>
    <w:p>
      <w:pPr>
        <w:pStyle w:val="ArticleBody"/>
        <w:jc w:val="left"/>
      </w:pPr>
      <w:r>
        <w:rPr>
          <w:rFonts w:ascii="Times New Roman" w:hAnsi="Times New Roman" w:eastAsia="Times New Roman" w:cs="Times New Roman"/>
        </w:rPr>
        <w:t>Kittim gəmiləri Roma üçün maliyyə fəlakətini təmsil edirdi, çünki vandalların donanması Aralıq dənizinin gəmiçilik yollarına viranəlik gətirmişdi. Axır günlərdə İslam yer üzünün padşahları üçün maliyyə fəlakəti kimi təsvir olunur. Vandallar və onların gəmiləri ikinci şeypur qüvvəsi idi, üç vay isə İslam şeypur qüvvələridir. Birincisi Ərəbistan, ikincisi Türkiyə, üçüncüsü isə dünya miqyasındadır.</w:t>
      </w:r>
    </w:p>
    <w:p>
      <w:pPr>
        <w:pStyle w:val="ArticleBody"/>
        <w:jc w:val="left"/>
      </w:pPr>
      <w:r>
        <w:rPr>
          <w:rFonts w:ascii="Times New Roman" w:hAnsi="Times New Roman" w:eastAsia="Times New Roman" w:cs="Times New Roman"/>
        </w:rPr>
        <w:t>Gəmilər iqtisadi qüdrətin rəmzidir və Müqəddəs Yazılarda Kittim gəmiləri iqtisadi qüdrətin ən başlıca rəmzləridir. Bu gəmilər dənizlərin ortasında qəzəbli bir şərq küləyi ilə batırılır və Müqəddəs Yazılarda İslam şərq övladlarıdır. Hadisələrin peyğəmbərlik ardıcıllığında İslam qeyd olunduqda, bu, iqtisadi böhran yaradır. İslam Bilamla birlikdə bir eşşək vasitəsilə təmsil olunur; bu, Müqəddəs Yazılarda İsmayılın ilk təqdimatında “vəhşi adam” kimi tərcümə olunan ibrani sözdür. İsmayıl peyğəmbərlik səviyyəsində İslamın atasıdır; bu, İbrahimin İsmayılın atası olduğunu inkar etmir, lakin Müqəddəs Yazılarda İsmayılın on iki qəbiləsi şərq övladları kimi tanınır.</w:t>
      </w:r>
    </w:p>
    <w:p>
      <w:pPr>
        <w:pStyle w:val="ArticleBody"/>
        <w:jc w:val="left"/>
      </w:pPr>
      <w:r>
        <w:rPr>
          <w:rFonts w:ascii="Times New Roman" w:hAnsi="Times New Roman" w:eastAsia="Times New Roman" w:cs="Times New Roman"/>
        </w:rPr>
        <w:t>Axır günlərdə yalançı peyğəmbər kimi Amerika Birləşmiş Ştatlarının rəmzi olan Bilam öz eşşəyini üç dəfə vurur; bu, İslamın üç zərbəsini təmsil edir. 11 Sentyabr həmin zərbələrin birincisi idi və çəkişmənin sərt şərq küləkləri əsdiyi vaxt şərqdən yüksələn möhürləyən mələyin gəlişini qeyd etdi. İslamın ikinci zərbəsi ikiqatdır, çünki ikinci addım ikiqatlanmanı göstərir. 7 oktyabr 2023-cü ildə İslam gözlənilmədən həqiqi İsraili vurdu və Tennessi ştatının Neşvill şəhəri gözlənilmədən İslam tərəfindən vurulduqda, mənəvi İsrail vurulmuş olacaq. Bilamın hekayəsində ikinci yol nişanı iki üzüm bağı arasında idi və Ordular Rəbbinin iki üzüm bağı qədim həqiqi İsrail və müasir mənəvi İsrail olan Amerika Birləşmiş Ştatları idi. Bilamın üçüncü yol nişanı eşşəyin danışdığı vaxt idi; və 11 Sentyabrda başlamış olan yüz qırx dörd minin möhürlənmə vaxtının sonunu göstərən danışmaq rəmzi bazar qanunudur; o zaman Amerika Birləşmiş Ştatları əjdaha kimi danışır. Vəhy on birdəki böyük zəlzələ həmin bazar qanunudur; orada üçüncü vay tez gəlir, orada Amerika Birləşmiş Ştatları, eşşək və Zəkəriyyə danışır.</w:t>
      </w:r>
    </w:p>
    <w:p>
      <w:pPr>
        <w:pStyle w:val="ArticleBody"/>
        <w:jc w:val="left"/>
      </w:pPr>
      <w:r>
        <w:rPr>
          <w:rFonts w:ascii="Times New Roman" w:hAnsi="Times New Roman" w:eastAsia="Times New Roman" w:cs="Times New Roman"/>
        </w:rPr>
        <w:t>Vəftizçi Yəhyanın atası, Davudun məbəddə xidmət etmək üçün təyin etdiyi iyirmi dörd kahin dəstəsindən səkkizincisinə mənsub idi. Kahin Zəkəriyyə, oğlu Yəhyanın doğumunadək imansızlığına görə lal edildi və səkkiz rəqəminin (kahinliyin bir rəmzi olan) simvoludur. Bazar günü qanunu zamanı, Vəftizçi Yəhya ilə təmsil olunan kahinlərin son nəsli, atası Zəkəriyyə ilə təmsil olunduğu kimi danışacaq. Məsih Yəhyanı İlyas kimi tanıtdı və İlyasın axırzaman xəbəri, Zəkəriyyə və Yəhya olduğu kimi, ata və uşaq münasibəti ilə təmsil olunur. Yəhya, əgər qayıdarsa, Allahın ağzı olacağı söylənmiş Yeremya tərəfindən əvvəlcədən tipikləşdirilmişdi.</w:t>
      </w:r>
    </w:p>
    <w:p>
      <w:pPr>
        <w:pStyle w:val="ArticleBody"/>
        <w:jc w:val="left"/>
      </w:pPr>
      <w:r>
        <w:rPr>
          <w:rFonts w:ascii="Times New Roman" w:hAnsi="Times New Roman" w:eastAsia="Times New Roman" w:cs="Times New Roman"/>
        </w:rPr>
        <w:t>Yeremya 18 iyul 2020-ci ilin ilk məyusluğunu yas tuturdu və əgər geri qayıtsaydı, gecikmiş, lakin axırda “danışmalı” olan Habaqququn peyğəmbərlik xəbərini təqdim etdiyi Bazar qanunu zamanında Allahın ağzı olacaqdı. Yeremya və buna görə Yəhya, deməli Peter, İslamın eşşəyinin danışdığı nöqtədə və Amerika Birləşmiş Ştatları bir əjdaha kimi danışanda Habaqququn xəbərini danışmalı idi.</w:t>
      </w:r>
    </w:p>
    <w:p>
      <w:pPr>
        <w:pStyle w:val="ArticleBody"/>
        <w:jc w:val="left"/>
      </w:pPr>
      <w:r>
        <w:rPr>
          <w:rFonts w:ascii="Times New Roman" w:hAnsi="Times New Roman" w:eastAsia="Times New Roman" w:cs="Times New Roman"/>
        </w:rPr>
        <w:t>Peter Qeysəriyyə-Filippidə, yəni Paniyumda, “dağ”ın nişangahından əvvəl gələn və ardınca çarmıxa, yaxud bazar qanununa aparan zəfərli girişin izləyəcəyi bir zaman dövründədir. Bu zaman dövrü Paniyum döyüşü ilə təmsil olunur; həmin döyüş papanın və onun vəkil qüvvəsi olan Amerika Birləşmiş Ştatlarının qələbəsi ilə başa çatır. Paniyum üç vəkalət müharibəsindən üçüncüsüdür; bunların birincisi 1989-cu ildə Berlin divarında yekunlaşmışdır, sonuncu, yaxud üçüncü vəkalət müharibəsi isə kilsə ilə dövlətin ayrılığına dair “divar”ın sökülməsi ilə yekunlaşır. 1989-cu il İkinci Dünya Müharibəsinin sonunda başlamış “soyuq müharibə” adlanan bir vəkalət müharibəsinin kulminasiya nöqtəsini qeyd etdi və Paniyum Aktium döyüşü ilə təmsil olunan Üçüncü Dünya Müharibəsi ilə sona çatan bir soyuq müharibəni təmsil edir. Üç vəkalət müharibəsinin birinci və üçüncü nişangahlarının ortasında, on birinci və on ikinci ayələrdə Rafiya döyüşü ilə təmsil olunan Ukraynadakı sözün həqiqi mənasında müharibə dayanır.</w:t>
      </w:r>
    </w:p>
    <w:p>
      <w:pPr>
        <w:pStyle w:val="ArticleBody"/>
        <w:jc w:val="left"/>
      </w:pPr>
      <w:r>
        <w:rPr>
          <w:rFonts w:ascii="Times New Roman" w:hAnsi="Times New Roman" w:eastAsia="Times New Roman" w:cs="Times New Roman"/>
        </w:rPr>
        <w:t>Panium, ikinci Dünya Müharibəsinin sonunda başlamış və 1989-cu ildə, sonun vaxtında başa çatmış soyuq müharibə ilə təmsil olunduğu kimi, üçüncü Dünya Müharibəsinə aparan bir soyuq müharibədir. Onuncu ayə və 1989, on birinci və on ikinci ayələr və 2014-cü ildə başlamış Ukrayna Müharibəsi, habelə on üçüncüdən on beşinciyə qədər olan ayələr və MAGA-izm ilə qlobalizm arasında mövcud soyuq müharibə ilə təmsil olunan yol nişanlarında, papalıq ilə Birləşmiş Ştatlar arasında ittifaqları işarələyən üç prezident olmuşdur.</w:t>
      </w:r>
    </w:p>
    <w:p>
      <w:pPr>
        <w:pStyle w:val="ArticleBody"/>
        <w:jc w:val="left"/>
      </w:pPr>
      <w:r>
        <w:rPr>
          <w:rFonts w:ascii="Times New Roman" w:hAnsi="Times New Roman" w:eastAsia="Times New Roman" w:cs="Times New Roman"/>
        </w:rPr>
        <w:t>Ronald Reagan, şeytani Fatima peyğəmbərlikləri baxımından mühafizəkar bir papa olan Papa II İohann Pavel ilə gizli bir ittifaq idi və onuncu ayənin peyğəmbərlik tarixi ilə bağlıdır. Obamanın prezidentliyi on birinci və on ikinci ayələrdəki Rafiya döyüşünün tarixi ilə uyğunlaşır. Onun prezidentliyi dövründə iki simvolik papa var idi, çünki ikinci yol nişanı ikiqatlanmanı müəyyən edir. On üçüncüdən on beşinciyə qədər olan ayələrin üçüncü yol nişanında papa Birləşmiş Ştatlardan olan ilk papadır. Biz əvvəlcə güman etdik ki, Papa Leo, II İohann Pavel ilə təmsil olunduğu kimi, mühafizəkar bir papadır, lakin üçqat tətbiqin peyğəmbərlik tətbiqi altında tətbiq edildikdə, üçüncü yol nişanı ilk iki yerinə yetmənin xüsusiyyətlərinə malikdir; buna görə də Leo mühafizəkar II İohann Paveldir və o, Obamanın dövründə ayıqçı papa Fransisk naminə istefa vermiş İnkvizisiya İdarəsinin keçmiş rəhbəri XVI Benediktdir.</w:t>
      </w:r>
    </w:p>
    <w:p>
      <w:pPr>
        <w:pStyle w:val="ArticleBody"/>
        <w:jc w:val="left"/>
      </w:pPr>
      <w:r>
        <w:rPr>
          <w:rFonts w:ascii="Times New Roman" w:hAnsi="Times New Roman" w:eastAsia="Times New Roman" w:cs="Times New Roman"/>
        </w:rPr>
        <w:t>Birinci vəkalət müharibəsi bir ayə ilə, ikincisi iki ayə ilə, üçüncüsü isə üç ayə ilə təmsil olunur. 1989-cu ildə başa çatan soyuq müharibə ikinci Dünya müharibəsinin sonunda başladı və Aktium döyüşü ilə təmsil olunan üçüncü Dünya müharibəsi Paniyum döyüşü ilə təmsil olunan soyuq müharibənin sonunda başlayır. Üç Dünya müharibəsi, üç vəkalət müharibəsi kimi, peyğəmbərliyin üçqat tətbiqi ilə bağlı prinsiplər tərəfindən idarə olunur. İkinci Dünya müharibəsinin sonu 1945-ci ildə Ruzveltdən sonrakı səkkizinci prezident olan Reyqanla başa çatan bir soyuq müharibəyə başladı. Reyqan 1989-cu ildə, axır zamanda, yeddidən olan Trampa aparan səkkiz prezident silsiləsini başlatdı. Trampın soyuq müharibəsi 2015-ci ildə, o, prezidentliyə namizədliyini elan edib qlobalistləri hərəkətə gətirdiyi zaman, Daniel 11:2-nin yerinə yetməsi olaraq başladı. Həmin soyuq müharibə bazar günü qanunu ilə, yəni Roma onun tam hökmranlıq sürməsindən əvvəl üçüncü maneəsi olan Aktium döyüşü ilə sona çatır.</w:t>
      </w:r>
    </w:p>
    <w:p>
      <w:pPr>
        <w:pStyle w:val="ArticleBody"/>
        <w:jc w:val="left"/>
      </w:pPr>
      <w:r>
        <w:rPr>
          <w:rFonts w:ascii="Times New Roman" w:hAnsi="Times New Roman" w:eastAsia="Times New Roman" w:cs="Times New Roman"/>
        </w:rPr>
        <w:t>Ruzveltlə başlayıb Reyqana qədər uzanan səkkiz prezident olduğu kimi, Reyqanla başlayıb Trampa qədər də səkkiz prezident olmuşdur. Ruzvelt İkinci Dünya müharibəsini işarələyir; o, 12 aprel 1945-ci ildə vəfat etdi, sonra isə Avropadakı müharibə 8 mayda, Sakit okean müharibəsi isə 2 sentyabrda başa çatdıqda prezident Truman idi. Avropa müharibəsi əsasən quru döyüşü idi, Sakit okean müharibəsi isə dəniz döyüşü idi; necə ki, Panium quru döyüşünü, Aktium isə dəniz döyüşünü təmsil edir. Birincisi sonuncunu nümayiş etdirir və səkkiz prezident ardıcıllığı Daniel on birinci fəslin iki və üçcü ayələrinin şahidliyi üzərində, habelə səkkizincinin yeddidən olması müəmməsi üzərində təsbit olunur. Vəhy on üçün yer üzünün vəhşisi tarixinin başlanğıcında olan ilk iki Kontinental Konqresdə prezidentlərin yeddi müddəti olmuşdur. Həmin tarixdə Corc Vaşinqton Baş Komandan təyin edilmişdi. İlk rəsmi prezident kimi Vaşinqtonun İkinci Kontinental Konqresdə təyin olunması, başlanğıcın lap özündə Vaşinqtonun yeddi prezidentdən çıxan səkkizinci olmasını simvolizə edir.</w:t>
      </w:r>
    </w:p>
    <w:p>
      <w:pPr>
        <w:pStyle w:val="ArticleBody"/>
        <w:jc w:val="left"/>
      </w:pPr>
      <w:r>
        <w:rPr>
          <w:rFonts w:ascii="Times New Roman" w:hAnsi="Times New Roman" w:eastAsia="Times New Roman" w:cs="Times New Roman"/>
        </w:rPr>
        <w:t>Birinci prezident ilk yeddi prezidentin səkkizincisi idi, və sonuncu prezident də yeddidən olan səkkizincidir. Kahin Zəkəriyyə Yəhyanın doğumu zamanı, eşşək danışanda və yerin vəhşi heyvanı danışanda danışır. Habaqququn görüntüsünün də danışdığı yer buradır. Bazar günü qanununda yüz qırx dörd minin bayrağını simvolizə edən Yəhyanın doğumu kahin Zəkəriyyənin son nəslidir. Zəkəriyyə kahinlərin iyirmi dörd növbəsindən səkkizincisində idi. Bazar günü qanununda Zəkəriyyə (kahinlər) danışır, İslam (eşşək) danışanda və Amerika Birləşmiş Ştatları əjdaha kimi danışanda. Həmin yol nişanında papalığın ölümcül yarası sağalır və o, yeddidən olan səkkizincisi olur. Tramp da yeddidən olan səkkizincidir və Bazar günü qanununda yekunlaşan vəhşi heyvanın surətini yaradan da odur. Sonra yüz qırx dörd minin kahinliyi Allahın ağzı olur və üçüncü mələyin yüksək fəryadında xəbəri bəyan edir. Həmin kahinlik yeddidən olan səkkizinci kilsədir.</w:t>
      </w:r>
    </w:p>
    <w:p>
      <w:pPr>
        <w:pStyle w:val="ArticleBody"/>
        <w:jc w:val="left"/>
      </w:pPr>
      <w:r>
        <w:rPr>
          <w:rFonts w:ascii="Times New Roman" w:hAnsi="Times New Roman" w:eastAsia="Times New Roman" w:cs="Times New Roman"/>
        </w:rPr>
        <w:t>Ruzvelt 1989-cu ildə son vaxta aparan səkkiz prezidentin başlanğıcını qoyur və o, İkinci Dünya müharibəsindən 1989-cu ildə sona çatan soyuq müharibəyə keçidi işarələyir. Prezident Truman Ruzveltdən sonra gəldi və İkinci Dünya müharibəsini təşkil edən quru və dəniz döyüşləri başa çatdıqda hökmranlıq etdi. Prezident olaraq, Truman 24 oktyabr 1945-ci ildə Birləşmiş Millətlər Təşkilatının başlandığı vaxt hökmranlıq edirdi. Ruzvelt ilə Truman arasındakı əlaqə 1945-ci il vasitəsilə təsbit olunur. Həmin ildə hər ikisi prezident idi və həmin ildə İkinci Dünya müharibəsi olan ikili müharibə sona çatdı, Birləşmiş Millətlər Təşkilatı yaradıldı və soyuq müharibə başlandı.</w:t>
      </w:r>
    </w:p>
    <w:p>
      <w:pPr>
        <w:pStyle w:val="ArticleBody"/>
        <w:jc w:val="left"/>
      </w:pPr>
      <w:r>
        <w:rPr>
          <w:rFonts w:ascii="Times New Roman" w:hAnsi="Times New Roman" w:eastAsia="Times New Roman" w:cs="Times New Roman"/>
        </w:rPr>
        <w:t>1989-cu ildə də, 1945-ci ildə olduğu kimi, iki prezident var idi: Ronald Reyqan və birinci Corc Buş. Reyqan soyuq müharibəni başa çatdırdı və birinci Corc Buş 1 oktyabr 1990-cı ildə BMT-nin “qırx beşinci” Baş Assambleyasına müraciət edərkən “yeni dünya nizamı” qurmaqdan danışdığı nitqində hər şeydən əvvəl qlobalist olduğunu bəyan etdi. O, nitqində belə dedi: “Bu qaranlıq maşınları aid olduqları Qaranlıq Əsrlərdə geridə qoymaq və yeni dünya nizamına və uzun bir sülh dövrünə doğru tarixi bir hərəkəti tamamlayaraq irəli getmək bizim əlimizdədir.”</w:t>
      </w:r>
    </w:p>
    <w:p>
      <w:pPr>
        <w:pStyle w:val="ArticleBody"/>
        <w:jc w:val="left"/>
      </w:pPr>
      <w:r>
        <w:rPr>
          <w:rFonts w:ascii="Times New Roman" w:hAnsi="Times New Roman" w:eastAsia="Times New Roman" w:cs="Times New Roman"/>
        </w:rPr>
        <w:t>Bu nitqdə Buş bu anlayışı Soyuq Müharibədən sonrakı əməkdaşlıq, Körfəz böhranı (İraqın Küveyti işğalı), BMT-nin gücləndirilməsi və hüququn aliliyinə əsaslanan xalqların yeni tərəfdaşlığı ilə əlaqələndirdi. Buş “yeni dünya nizamı” ifadəsini ilk dəfə bir neçə həftə əvvəl, 11 sentyabr 1990-cı ildə Konqresin hər iki palatasının birgə iclasında etdiyi müraciətdə geniş şəkildə məşhurlaşdırdı.</w:t>
      </w:r>
    </w:p>
    <w:p>
      <w:pPr>
        <w:pStyle w:val="ArticleBody"/>
        <w:jc w:val="left"/>
      </w:pPr>
      <w:r>
        <w:rPr>
          <w:rFonts w:ascii="Times New Roman" w:hAnsi="Times New Roman" w:eastAsia="Times New Roman" w:cs="Times New Roman"/>
        </w:rPr>
        <w:t>Qeyd edin ki, Buş BMT-dəki çıxışını yaxın keçmişdə başa çatan soyuq müharibəni “Qaranlıq Əsrlər” baxımından müəyyənləşdirdiyi bir kontekstdə yerləşdirdi. Qaranlıq Əsrlər axır zamanında, 1798-ci ildə sona çatdı, və Buş 1989-cu ilin axır zamanında idi. Qeyd edin ki, onun “yeni dünya nizamı” ifadəsini ilk dəfə işlətməsi zamanı İslam millətləri qəzəbləndirirdi və bu çıxış 11 sentyabrda edildi. Ruzveltdən Karterə qədər səkkiz prezident var idi, və Reyqandan Trampa qədər də səkkiz prezident var idi. Tramp sonuncu prezidentdir və o, ilk yeddi prezidentin səkkizincisi olan birinci prezidentlə tipləşdirilmişdi.</w:t>
      </w:r>
    </w:p>
    <w:p>
      <w:pPr>
        <w:pStyle w:val="ArticleBody"/>
        <w:jc w:val="left"/>
      </w:pPr>
      <w:r>
        <w:rPr>
          <w:rFonts w:ascii="Times New Roman" w:hAnsi="Times New Roman" w:eastAsia="Times New Roman" w:cs="Times New Roman"/>
        </w:rPr>
        <w:t>1798-ci ildə sonun vaxtı papalığın ölümcül yarasını müəyyən edir və papalıq Qaranlıq Əsrlər dövründə Avropa padşahları üzərində hökmranlıq edən güc idi. Vəhy kitabının on yeddinci fəslində bu münasibət vəhşi heyvanın üzərində oturan və onun üzərində hökm sürən bir fahişə kimi təsvir olunur. 1798-ci ildə Avropa padşahlarının dəstəyi götürüldü və vəhşi heyvan ölü idi. 1799-cu ildə papa sürgündə öldü. 1798 və 1799 sonun vaxtını ən dolğun mənasında təmsil edir; necə ki, Məsihin zamanında sonun vaxtı əvvəl Vəftizçi Yəhyanın doğulması, sonra isə altı ay sonra Məsihin doğulması ilə qeyd olunur. Buşun 1990-cı ildəki bəyanatları Buşu sonun vaxtını qeyd edən iki prezidentdən ikincisi kimi təqdim edir və əjdaha gücü olan qlobalizmə doğru hərəkəti göstərir. Buşun simvolizmi, Birləşmiş Ştatların əjdaha kimi danışmaqla Müqəddəs Kitab peyğəmbərliyinin altıncı padşahlığı kimi sona çatdığı zaman bazar qanununa doğru bir addımı işarələyir. Bazar qanununda Birləşmiş Ştatlar Birləşmiş Millətlər Təşkilatının səsinə çevrilir. Məhz həmin kontekstdə İslam millətləri qəzəbləndirir və 11 sentyabr işarələnir. 11 sentyabr 1990-cı ildə, birinci Buş qlobalist gündəliyi barədə Konqres qarşısında danışanda, bu, 2001-ci ildə 11 sentyabrda İslamın yenidən millətləri qəzəbləndirəcəyi vaxtı tipik olaraq qabaqcadan göstərirdi, lakin o zaman prezident sonuncu Buş olacaqdı.</w:t>
      </w:r>
    </w:p>
    <w:p>
      <w:pPr>
        <w:pStyle w:val="ArticleBody"/>
        <w:jc w:val="left"/>
      </w:pPr>
      <w:r>
        <w:rPr>
          <w:rFonts w:ascii="Times New Roman" w:hAnsi="Times New Roman" w:eastAsia="Times New Roman" w:cs="Times New Roman"/>
        </w:rPr>
        <w:t>Səkkiz prezidentdən birincisi olan Ruzvelt 1945-ci ildə İkinci Dünya müharibəsinin sonunu qeyd etdi və ondan sonra Birləşmiş Millətlər Təşkilatının yaranmasına yol açan növbəti prezident gəldi. Səkkiz prezidentdən birincisi olan Reyqan 1989-cu ildə soyuq müharibənin sonunu qeyd etdi və ondan sonra Birləşmiş Millətlər Təşkilatını təşviq edən növbəti prezident gəldi. Səkkiz prezidentin sonuncusu 2015-ci ildə namizədliyini irəli sürmək niyyətini bəyan etdiyi zaman başlayan soyuq müharibəyə son qoyacaq və üçüncü Dünya müharibəsinə başlayacaq. O, Müqəddəs Kitab peyğəmbərliyinin altıncı padşahlığını Müqəddəs Kitab peyğəmbərliyinin yeddinci padşahlığının başına (BMT-yə) keçirəcək və sonra Bazar günü qanunu zamanı həmin padşahlığı vəhşi heyvana verməyə razı olacaq.</w:t>
      </w:r>
    </w:p>
    <w:p>
      <w:pPr>
        <w:pStyle w:val="ArticleBody"/>
        <w:jc w:val="left"/>
      </w:pPr>
      <w:r>
        <w:rPr>
          <w:rFonts w:ascii="Times New Roman" w:hAnsi="Times New Roman" w:eastAsia="Times New Roman" w:cs="Times New Roman"/>
        </w:rPr>
        <w:t>İkinci Dünya Müharibəsi necə quru və dəniz müharibəsindən ibarət idisə, sonuncu prezidentin də Paniumun quru döyüşü ilə təmsil olunan və Aktiumun dəniz döyüşünə aparan bir soyuq müharibəsi olacaq. Bazar günü qanununda, 2015-ci ildə Trampın qlobalistləri hərəkətə gətirməsi ilə başlayan soyuq müharibə, İkinci Dünya Müharibəsinin quru və dəniz döyüşləri ilə təmsil olunduğu kimi, üçüncü Dünya Müharibəsinə çevrilir. İkinci Dünya Müharibəsinin sonunda növbəti addım Birləşmiş Millətlərin qlobalizmi idi; necə ki, Reyqan və Buşla soyuq müharibənin sonunda da belə olmuşdu. Əvvəlcə Birləşmiş Ştatlar bazar günü qanununda sona çatır, sonra isə Buşun “yeni dünya nizamı” yeddinci padşahlığı təqdim edir; bu da dərhal öz hakimiyyətini səkkizinci padşahlığa verməyə razılaşır.</w:t>
      </w:r>
    </w:p>
    <w:p>
      <w:pPr>
        <w:pStyle w:val="ArticleBody"/>
        <w:jc w:val="left"/>
      </w:pPr>
      <w:r>
        <w:rPr>
          <w:rFonts w:ascii="Times New Roman" w:hAnsi="Times New Roman" w:eastAsia="Times New Roman" w:cs="Times New Roman"/>
        </w:rPr>
        <w:t>Birinci Buş və sonuncu Buş bir-biri ilə bağlıdır: birincinin 11 Sentyabr zamanı Konqresə “yeni dünya nizamı” barədə bəyanatı və sonuncunun 2001-ci il Patriot Aktı ilə. Hər iki nişanə İslamın millətləri qəzəbləndirməsi konteksti daxilində yerləşdirilmişdir.</w:t>
      </w:r>
    </w:p>
    <w:p>
      <w:pPr>
        <w:pStyle w:val="ArticleBody"/>
        <w:jc w:val="left"/>
      </w:pPr>
      <w:r>
        <w:rPr>
          <w:rFonts w:ascii="Times New Roman" w:hAnsi="Times New Roman" w:eastAsia="Times New Roman" w:cs="Times New Roman"/>
        </w:rPr>
        <w:t>Bu mövzulara növbəti məqalədə davam 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Doqquzuncu Nömrə</dc:title>
  <dc:subject>Qüdrət, İzzət və Əzab</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