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İkinci Sayı</w:t>
      </w:r>
    </w:p>
    <w:p>
      <w:pPr>
        <w:pStyle w:val="ArticleSubtitle"/>
        <w:jc w:val="left"/>
      </w:pPr>
      <w:r>
        <w:rPr>
          <w:rFonts w:ascii="Arial" w:hAnsi="Arial" w:eastAsia="Arial" w:cs="Arial"/>
        </w:rPr>
        <w:t>On iki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Adətən belə iddia olunur ki, əgər beş nəfər eyni avtomobil qəzasını görsəydi, həmin beş şahid eyni qəzanın beş fərqli təsvirini təqdim edərdi; halbuki bu gün, Müqəddəs Ruhun bəşəriyyətdən geri çəkildiyi dövrdə, həmin şahidlərin arasında, şəxsi dünya görüşlərini qoruyub saxlamaq naminə gördükləri barədə uyduran və yalan danışanlar da, heç şübhəsiz, olardı; üstelik bunu etməklə fəzilətli davrandıqlarına da inanardılar. Gizli tarixdə peyğəmbərlik həqiqətinin bir neçə müxtəlif xətti vardır ki, bunlar eyni hadisələrin fərqli şahidlərini təmsil edir. Allahın Kəlamında heç bir yalan yoxdur; baxmayaraq ki, bu hadisələrin insanlar tərəfindən qüsurlu şərhi çox vaxt mövcud olur, lakin bu tarixin bibliya şahidləri, düzgün bölündükdə, hamısı bir-biri ilə uzlaşır.</w:t>
      </w:r>
    </w:p>
    <w:p>
      <w:pPr>
        <w:pStyle w:val="ArticleBody"/>
        <w:jc w:val="left"/>
      </w:pPr>
      <w:r>
        <w:rPr>
          <w:rFonts w:ascii="Times New Roman" w:hAnsi="Times New Roman" w:eastAsia="Times New Roman" w:cs="Times New Roman"/>
        </w:rPr>
        <w:t>Peter bu tarixdə yüz qırx dörd minin rəmzidir və onun şəhadəti 18 iyul 2020-ci il məyusluğundan 31 dekabr 2023-cü il oyanışına qədər uzanan, sonra xarici görüntünün birinci sınağında iştirak edən, daha sonra daxili görüntünün ikinci sınağında iştirak edən və bunun ardınca Nashville-in od toplarının turnusol sınağı gələn, ta ki millətlər üçün bayrağın qaldırılmasına qədər davam edən mütərəqqi bir tarixi təmsil edir.</w:t>
      </w:r>
    </w:p>
    <w:p>
      <w:pPr>
        <w:pStyle w:val="ArticleBody"/>
        <w:jc w:val="left"/>
      </w:pPr>
      <w:r>
        <w:rPr>
          <w:rFonts w:ascii="Times New Roman" w:hAnsi="Times New Roman" w:eastAsia="Times New Roman" w:cs="Times New Roman"/>
        </w:rPr>
        <w:t>Donald Trump həmin gizli tarixdə dünya qlobalistlərindən, Demokrat Partiyasından və Respublikaçılar Partiyasındakı RINO-lardan ibarət olan bütün qlobalistləri hərəkətə gətirən şəxs olaraq yer alır. O, siyasi ölümdən dirildilərək yeddisindən olan səkkizinci kimi vəhşinin surəti ilə əlaqələndirilən peyğəmbərlik xüsusiyyətlərini yerinə yetirir. O, gizli tarix boyunca öz yerini tutur və “fəal despotizm” əvvəlcə Amerika Birləşmiş Ştatlarına, daha sonra isə dünyaya tətbiq edilərkən hakimiyyətdə olmaq üçün təyin edilmişdir. Mürtəd Protestantizm, yer vəhşisinin iki buynuzunda Trampın qarşılığı olaraq, Makkabilərin tarixində də mövcuddur. Birləşmiş Millətlər Təşkilatında və Rusiyada əjdaha qüvvəsinin müxtəlif təzahürləri tarixdə şəhadət verir. Papalıq isə, xalqının quldurları olaraq, hər şeyi bir-birinə bağlamaq və görüntünü təsbit etmək üçün oradadır.</w:t>
      </w:r>
    </w:p>
    <w:p>
      <w:pPr>
        <w:pStyle w:val="ArticleBody"/>
        <w:jc w:val="left"/>
      </w:pPr>
      <w:r>
        <w:rPr>
          <w:rFonts w:ascii="Times New Roman" w:hAnsi="Times New Roman" w:eastAsia="Times New Roman" w:cs="Times New Roman"/>
        </w:rPr>
        <w:t>Peter sənsən, əziz oxucu. Peter yüz qırx dörd minin bayraqdarı arasında olmağa namizəddir. Peter bir neçə peyğəmbərlik xəttinin ortasında, onların tam mərkəz nöqtəsində dayanaraq, imanla Ən Müqəddəs Məqama daxil olur və Məsihin görüntüsü vasitəsilə həyata keçirilən dəyişdirilməni qəbul edir. Peter Təbdil dağındadır; orada o, Məsihin surətinə çevrilməlidir, halbuki Amerika Birləşmiş Ştatları vəhşinin surətini formalaşdırır.</w:t>
      </w:r>
    </w:p>
    <w:p>
      <w:pPr>
        <w:pStyle w:val="ArticleScripture"/>
        <w:jc w:val="left"/>
      </w:pPr>
      <w:r>
        <w:rPr>
          <w:rFonts w:ascii="Times New Roman" w:hAnsi="Times New Roman" w:eastAsia="Times New Roman" w:cs="Times New Roman"/>
        </w:rPr>
        <w:t>“Qardaşlar, bizdə nəfsdən daha az, Allahdan isə daha çox olmalıdır. O, Kilsənin qüvvələrinə haqq iddia edir; lakin xalqımızın qabiliyyəti böyük ölçüdə layiqsiz məqsədlər tərəfindən mənimsənilir. Həddindən artıq çox vaxt xırda fikirlərə və iddialara sərf olunur. Allah istəyir ki, biz dağa qalxaq, daha birbaşa Onun hüzuruna daxil olaq. Biz elə bir böhrana doğru gəlirik ki, dünyanın başlanğıcından bəri əvvəlki hər hansı zamandan daha artıq, Məsihin adını çəkmiş hər bir kəsin tam təqdisini tələb edəcəkdir. Allahın işi bizdə olan hər şeyi tələb edir. Lakin xalqımız ürəkləri dəyişməyincə bu təqdise heç vaxt nail olmayacaq. Onların Peter kimi dönməyə ehtiyacı var. Onlar bu cür dirildildikdə, Məsih onlara deyə bilər: “Qardaşlarını möhkəmləndir”, “Qoyunlarımı otar”, “Quzularımı otar”.”</w:t>
      </w:r>
    </w:p>
    <w:p>
      <w:pPr>
        <w:pStyle w:val="ArticleScripture"/>
        <w:jc w:val="left"/>
      </w:pPr>
      <w:r>
        <w:rPr>
          <w:rFonts w:ascii="Times New Roman" w:hAnsi="Times New Roman" w:eastAsia="Times New Roman" w:cs="Times New Roman"/>
        </w:rPr>
        <w:t>“İlahi qüdrət insan səyi ilə birləşdirildikdə, iş küləşdə alov kimi yayılacaq. Allah mənşəyini insanın ayırd edə bilməyəcəyi vasitələrdən istifadə edəcək; mələklər elə bir iş görəcəklər ki, əgər insanlar Allahın tələblərinə cavab verməyi laqeyd qoymasaydılar, onu yerinə yetirmək nemətinə malik ola bilərdilər. İş indi insana təqdim olunur. O, bunu öz üzərinə götürəcəkmi? Hazırkı vaxtda işçilərin qarşısında qıfılları açılmış və taybatay açıq qoyulmuş çoxlu qapılar vardır. Onlar bu qapılardan girəcəklərmi? Ağanın çağırışı ilə, “Budur mən, ya Rəbb, məni göndər”, deməyə kim hazırdır? Makedoniya çağırışı dünyanın hər tərəfindən bizə acınacaqlı yalvarışlarla gəlir: “Bura keç və bizə kömək et.”” Review and Herald, 15 dekabr 1885.</w:t>
      </w:r>
    </w:p>
    <w:p>
      <w:pPr>
        <w:pStyle w:val="ArticleBody"/>
        <w:jc w:val="left"/>
      </w:pPr>
      <w:r>
        <w:rPr>
          <w:rFonts w:ascii="Times New Roman" w:hAnsi="Times New Roman" w:eastAsia="Times New Roman" w:cs="Times New Roman"/>
        </w:rPr>
        <w:t>Biz dağa gəlməli və Peter kimi dönməliyik; bunu etdikdə isə Yeşaya kimi təmizlənəcəyik. Təmizlənmə İlahi qüdrətin insan səyi ilə birləşdirildiyi zaman tamamlanmış kimi təsvir olunur. Makedon çağırışı qırxıncı ayənin gizli tarixində baş verir.</w:t>
      </w:r>
    </w:p>
    <w:p>
      <w:pPr>
        <w:pStyle w:val="ArticleScripture"/>
        <w:jc w:val="left"/>
      </w:pPr>
      <w:r>
        <w:rPr>
          <w:rFonts w:ascii="Times New Roman" w:hAnsi="Times New Roman" w:eastAsia="Times New Roman" w:cs="Times New Roman"/>
        </w:rPr>
        <w:t>“Şəhərlərimizdə qətiyyətli səylər göstərilməsinin vaxtı gəlib çatmışdır. Luka 21-i oxuyun. Bu, indiki zaman üçün olan xəbərlədir və axırın bu nəsli üçün yazılmışdır. Allahın bizə görməyi tapşırdığı işlə aramıza heç nəyin girməsinə yol verməməliyik. Həqiqəti şəhərlərdə olanların önünə gətirmək üçün xüsusi səylər göstərilməlidir.</w:t>
      </w:r>
    </w:p>
    <w:p>
      <w:pPr>
        <w:pStyle w:val="ArticleScripture"/>
        <w:jc w:val="left"/>
      </w:pPr>
      <w:r>
        <w:rPr>
          <w:rFonts w:ascii="Times New Roman" w:hAnsi="Times New Roman" w:eastAsia="Times New Roman" w:cs="Times New Roman"/>
        </w:rPr>
        <w:t>“Başqalarını xırdalayıb tənqid etməyə sərf olunacaq heç bir vaxt itirilməsin. Bütün çəkişmələrə son qoyulmalıdır. Biz qardaşlar kimi sevməliyik. Gəlin Allahla birlikdə dağa çıxaq ki, geri qayıtdığımızda üzərimizdə Allahın izzətinin əksi olsun. Biz bunu yalnız Allahla birlikdə dağda əldə edə bilərik. Rəbbin Öz qanununda aşkar etdiyi Kəlamını öyrənmək işində yerinə yetirilməli bir vəzifə vardır. Səthi oxunuş çox olmuşdur, bəs həqiqi tədqiqat nə qədər olmuşdur? Məsih insanlar arasında yaşadı və dünyada həmin qanunun məhz hökmlərini təbliğ etdi.</w:t>
      </w:r>
    </w:p>
    <w:p>
      <w:pPr>
        <w:pStyle w:val="ArticleScripture"/>
        <w:jc w:val="left"/>
      </w:pPr>
      <w:r>
        <w:rPr>
          <w:rFonts w:ascii="Times New Roman" w:hAnsi="Times New Roman" w:eastAsia="Times New Roman" w:cs="Times New Roman"/>
        </w:rPr>
        <w:t>“İş tezliklə salehliklə qısaldılacaq. Onu tamamlanmağa doğru irəli aparmaq üçün səylərimizdə daha israrlı və daha dindar olmalıyıq. Elə bir vaxt gəlib çatmışdır ki, biz təkcə fəal olmamalı, həm də bu fəaliyyəti elə cəmləşdirməliyik ki, o, öz təsirini göstərsin. Əgər Allahla dağda daha çox vaxt keçirsəydik, işimiz daha təsirli olardı.</w:t>
      </w:r>
    </w:p>
    <w:p>
      <w:pPr>
        <w:pStyle w:val="ArticleScripture"/>
        <w:jc w:val="left"/>
      </w:pPr>
      <w:r>
        <w:rPr>
          <w:rFonts w:ascii="Times New Roman" w:hAnsi="Times New Roman" w:eastAsia="Times New Roman" w:cs="Times New Roman"/>
        </w:rPr>
        <w:t>“Təbliğimizə daha inandırıcı qüvvə gəlməlidir. Ruhun qılıncı yenidən itilənməli və qüdrətlə irəli göndərilməlidir. Özümüzü buna, əbədiyyətin bütün həqiqətləri gözləri önündə olan adamlar kimi həsr edəkmi? Biz istəyirik ki, Müqəddəs Ruhun qüdrəti irəliləsin və Allahın yer üzündəki işini tamamlasın.” Australian Union Conference Recorder, October 1, 1906.</w:t>
      </w:r>
    </w:p>
    <w:p>
      <w:pPr>
        <w:pStyle w:val="ArticleBody"/>
        <w:jc w:val="left"/>
      </w:pPr>
      <w:r>
        <w:rPr>
          <w:rFonts w:ascii="Times New Roman" w:hAnsi="Times New Roman" w:eastAsia="Times New Roman" w:cs="Times New Roman"/>
        </w:rPr>
        <w:t>Məhz dağda, hansı ki Ən Müqəddəs Yerdir, İlahilik bizim bəşəri təbiətimizlə birləşir və Luka 21 şəhərlərə son xəbərdarlığı verməli olan son nəsil üçün olan ismarıcdır. Şəhərlərə edilən xəbərdarlıq, əgər biz dağa çıxmaqdan və Onun surətinə çevrilməkdən imtina etsək, mələklərin yerinə yetirəcəyi bir işdir. Bu iş şəhərlər üçündür, çünki son nəsil “minlərlə şəhər”in məhv edilməli olduğu bir dövrdə yaşayır. Şəhərlərin məhvinin peyğəmbərlik dövrü Neşvilin alov topları ilə başlayır və xəbərdarlıq işi orada başlanır; həmin iş Luka 21-də müəyyən edilir. İllər boyu biz dönə-dönə göstərmişik ki, Luka 21 üçüncü vayın İslamı barədə bir xəbərdarlıqdır.</w:t>
      </w:r>
    </w:p>
    <w:p>
      <w:pPr>
        <w:pStyle w:val="ArticleBody"/>
        <w:jc w:val="left"/>
      </w:pPr>
      <w:r>
        <w:rPr>
          <w:rFonts w:ascii="Times New Roman" w:hAnsi="Times New Roman" w:eastAsia="Times New Roman" w:cs="Times New Roman"/>
        </w:rPr>
        <w:t>Luka 21-də İsa, Allahın seçilmiş xalqı olan qədim İsrailin rədd edilməsindən başlayaraq papalığın təqib etdiyi Qaranlıq Əsrlərin sonunadək, oradan isə Miller hərəkatı dövrünü xəbər verən əlamətlərədək uzanan tarixi təsvir etdi. Miller hərəkatı dövrü yüz qırx dörd minin tarixini nümayiş etdirir.</w:t>
      </w:r>
    </w:p>
    <w:p>
      <w:pPr>
        <w:pStyle w:val="ArticleScripture"/>
        <w:jc w:val="left"/>
      </w:pPr>
      <w:r>
        <w:rPr>
          <w:rFonts w:ascii="Times New Roman" w:hAnsi="Times New Roman" w:eastAsia="Times New Roman" w:cs="Times New Roman"/>
        </w:rPr>
        <w:t>Onlar qılıncın ağzı ilə yıxılacaqlar və bütün millətlər arasına əsir aparılacaqlar; və başqa millətlərin vaxtları tamam olana qədər Yerusəlim başqa millətlər tərəfindən tapdalanacaqdır. Günəşdə, ayda və ulduzlarda əlamətlər olacaq; yer üzündə isə millətlər arasında darlıq və çaşqınlıq olacaq; dəniz və dalğalar nərildəyəcək; insanların ürəkləri qorxudan və yer üzərinə gələn şeyləri gözləməkdən taqətdən düşəcək; çünki göylərin qüvvələri sarsılacaqdır. O zaman İnsan Oğlunu qüdrət və böyük izzətlə bulud içində gələrkən görəcəklər. Luka 21:24–27.</w:t>
      </w:r>
    </w:p>
    <w:p>
      <w:pPr>
        <w:pStyle w:val="ArticleBody"/>
        <w:jc w:val="left"/>
      </w:pPr>
      <w:r>
        <w:rPr>
          <w:rFonts w:ascii="Times New Roman" w:hAnsi="Times New Roman" w:eastAsia="Times New Roman" w:cs="Times New Roman"/>
        </w:rPr>
        <w:t>Yəhya Vəhy kitabının on birinci fəslində papalığın 1.260 illik hökmranlığının peyğəmbərlik üzrə “millətlərə” verildiyini müəyyən edir və Luka 1798-ci ildə millətlərin vaxtının tamamlandığını bildirir. Sonra Məsih Millerçi hərəkatı nişanlayan günəşdə, ayda və ulduzlarda görünən əlamətlərə toxunaraq belə yekunlaşdırdı: “Millətlər arasında sıxıntı və çaşqınlıq olacaq; dəniz və dalğalar nərə çəkəcək; insanların ürəkləri qorxudan və yer üzərinə gələn şeyləri gözləməkdən taqətdən düşəcək.” Lukadakı “millətlərin sıxıntısı” Vəhy kitabındakı “millətlərin qəzəblənməsi”dir.</w:t>
      </w:r>
    </w:p>
    <w:p>
      <w:pPr>
        <w:pStyle w:val="ArticleScripture"/>
        <w:jc w:val="left"/>
      </w:pPr>
      <w:r>
        <w:rPr>
          <w:rFonts w:ascii="Times New Roman" w:hAnsi="Times New Roman" w:eastAsia="Times New Roman" w:cs="Times New Roman"/>
        </w:rPr>
        <w:t>Millətlər qəzəbləndilər, lakin Sənin qəzəbin gəldi və ölülərin mühakimə olunacağı vaxt yetişdi; həmçinin qulların olan peyğəmbərlərə, müqəddəslərə, adından qorxanlara — kiçiklərə də, böyüklərə də — mükafat verməyin və yeri məhv edənləri məhv etməyin vaxtı gəldi. Vəhy 11:18.</w:t>
      </w:r>
    </w:p>
    <w:p>
      <w:pPr>
        <w:pStyle w:val="ArticleBody"/>
        <w:jc w:val="left"/>
      </w:pPr>
      <w:r>
        <w:rPr>
          <w:rFonts w:ascii="Times New Roman" w:hAnsi="Times New Roman" w:eastAsia="Times New Roman" w:cs="Times New Roman"/>
        </w:rPr>
        <w:t>Allahın “qəzəbi” yeddi son bəla zamanı təzahür edir və Mikail ayağa qalxdıqda və insanların sınaq müddəti bağlandıqda başlayır. Millətlərin qəzəblənməsi sınaq müddətinin bağlanmasına aparan bir dövrdür. Millətlərin qəzəblənməsi 11 sentyabr hadisələri ilə başladı; həmin vaxt üçüncü vayın İslamı gəlib çatdı və beləliklə, axırıncı yağışın gəlişi nişanə verildi.</w:t>
      </w:r>
    </w:p>
    <w:p>
      <w:pPr>
        <w:pStyle w:val="ArticleScripture"/>
        <w:jc w:val="left"/>
      </w:pPr>
      <w:r>
        <w:rPr>
          <w:rFonts w:ascii="Times New Roman" w:hAnsi="Times New Roman" w:eastAsia="Times New Roman" w:cs="Times New Roman"/>
        </w:rPr>
        <w:t>“Mən gördüm ki, millətlərin qəzəbi, Allahın qəzəbi və ölüləri mühakimə etmə vaxtı bir-birindən ayrı və fərqli idi, biri digərinin ardınca gəlirdi; həmçinin Michaelın hələ ayağa qalxmadığını və misli görünməmiş sıxıntı vaxtının hələ başlanmadığını da gördüm. Millətlər indi qəzəblənirlər, lakin Baş Kahinimiz müqəddəs məkandakı işini bitirdikdə O ayağa qalxacaq, intiqam libaslarını geyinəcək və bundan sonra son yeddi bəla töküləcək.”</w:t>
      </w:r>
    </w:p>
    <w:p>
      <w:pPr>
        <w:pStyle w:val="ArticleScripture"/>
        <w:jc w:val="left"/>
      </w:pPr>
      <w:r>
        <w:rPr>
          <w:rFonts w:ascii="Times New Roman" w:hAnsi="Times New Roman" w:eastAsia="Times New Roman" w:cs="Times New Roman"/>
        </w:rPr>
        <w:t>“Mən gördüm ki, dörd mələk İsanın məbəddəki işi tamam olana qədər dörd küləyi saxlayacaqlar, və bundan sonra yeddi son bəla gələcək.” Early Writings, 36.</w:t>
      </w:r>
    </w:p>
    <w:p>
      <w:pPr>
        <w:pStyle w:val="ArticleBody"/>
        <w:jc w:val="left"/>
      </w:pPr>
      <w:r>
        <w:rPr>
          <w:rFonts w:ascii="Times New Roman" w:hAnsi="Times New Roman" w:eastAsia="Times New Roman" w:cs="Times New Roman"/>
        </w:rPr>
        <w:t>Millerçi tarixində millətlərin qəzəblənməsi, yaxud Lukanın qeyd etdiyi kimi, “millətlərin iztirabı” İslam vasitəsilə həyata keçdi.</w:t>
      </w:r>
    </w:p>
    <w:p>
      <w:pPr>
        <w:pStyle w:val="ArticleScripture"/>
        <w:jc w:val="left"/>
      </w:pPr>
      <w:r>
        <w:rPr>
          <w:rFonts w:ascii="Times New Roman" w:hAnsi="Times New Roman" w:eastAsia="Times New Roman" w:cs="Times New Roman"/>
        </w:rPr>
        <w:t>“1838-ci ildə Türkiyə Misirlə müharibəyə cəlb olundu. Misirlilər türk hakimiyyətini devirməyə yaxın idilər. Bunun qarşısını almaq üçün Avropanın dörd böyük dövləti — İngiltərə, Rusiya, Avstriya və Prussiya — türk hökumətini dəstəkləmək məqsədilə müdaxilə etdilər.” Uriah Smith, Synopsis of Present Truth, 218.</w:t>
      </w:r>
    </w:p>
    <w:p>
      <w:pPr>
        <w:pStyle w:val="ArticleBody"/>
        <w:jc w:val="left"/>
      </w:pPr>
      <w:r>
        <w:rPr>
          <w:rFonts w:ascii="Times New Roman" w:hAnsi="Times New Roman" w:eastAsia="Times New Roman" w:cs="Times New Roman"/>
        </w:rPr>
        <w:t>1838-ci ildə “şərq məsələsi” adlandırılan hadisə millətləri sarsıdırdı və “şərq məsələsi” İslam idi, Müqəddəs Kitabdakı şərq küləyi. Millerçi tarixində millətlər İslam tərəfindən sarsılmış, sonra isə Rəbb buludlar içində Ən Müqəddəs Yerə gəlmişdir; beləliklə bu, Rəbbin Özünün İkinci Gəlişində buludlar içində gəlməsini təmsil edir. Onun buludlar içində gəlişindən əvvəl İslam millətləri iztiraba salır və bu, Peterə “minlərlə şəhərin” məhvinin əvvəlində şəhərlərə elan etmək üçün verilən xəbərin özüdür. Şəhərlərin məhvi dövrü Nashville-in od topları ilə başlayır.</w:t>
      </w:r>
    </w:p>
    <w:p>
      <w:pPr>
        <w:pStyle w:val="ArticleScripture"/>
        <w:jc w:val="left"/>
      </w:pPr>
      <w:r>
        <w:rPr>
          <w:rFonts w:ascii="Times New Roman" w:hAnsi="Times New Roman" w:eastAsia="Times New Roman" w:cs="Times New Roman"/>
        </w:rPr>
        <w:t>“Kaş ki, Allahın xalqı indi demək olar ki, bütpərəstliyə təslim edilmiş minlərlə şəhərin yaxınlaşmaqda olan məhvinin fərqində olaydı! Lakin həqiqəti bəyan etməli olanların çoxu öz qardaşlarını ittiham və məhkum edirlər. Allahın dönüştürücü qüvvəsi zəkalara təsir etdikdə, qəti bir dəyişiklik baş verəcəkdir. İnsanlarda tənqid etmək və dağıtmaq meyli olmayacaqdır. Onlar işığın dünyaya parlamasına mane olan bir mövqedə dayanmayacaqlar. Onların tənqidi, onların ittihamları dayanacaqdır. Düşmənin qüvvələri döyüş üçün səfərbər olur. Qarşımızda çətin mübarizələr var. Bir-birinizə sıx birləşin, ey qardaşlar və bacılarım, sıx birləşin. Məsihlə bağlanın. ‘Siz “İttifaq” deməyin,... onların qorxduğundan qorxmayın və vahiməyə düşməyin. Ordular Rəbbi olan Rəbbi müqəddəs sayın; qoy sizin qorxunuz O olsun və sizin dəhşətiniz O olsun. O, bir müqəddəs məkan olacaqdır; lakin İsrailin hər iki evi üçün büdrəmə daşı və sürçmə qayası, Yerusəlim sakinləri üçün tələ və tor olacaqdır. Onların çoxu büdrəyəcək, yıxılacaq, parçalanacaq, tora düşəcək və tutulacaqdır.’</w:t>
      </w:r>
    </w:p>
    <w:p>
      <w:pPr>
        <w:pStyle w:val="ArticleScripture"/>
        <w:jc w:val="left"/>
      </w:pPr>
      <w:r>
        <w:rPr>
          <w:rFonts w:ascii="Times New Roman" w:hAnsi="Times New Roman" w:eastAsia="Times New Roman" w:cs="Times New Roman"/>
        </w:rPr>
        <w:t>“Dünya bir teatrdır. Onun sakinləri olan aktyorlar son böyük dramda öz rollarını oynamağa hazırlaşırlar. Allah nəzərdən qaçırılmışdır. Bəşəriyyətin böyük kütlələri arasında, yalnız insanlar öz mənafepərəst məqsədlərini həyata keçirmək üçün birləşdikləri hallar istisna olmaqla, heç bir birlik yoxdur. Allah baxmaqdadır. Onun üsyankar təbəələri barəsindəki niyyətləri yerinə yetiriləcəkdir. Dünya insanların əlinə verilməmişdir, hərçənd Allah qarışıqlıq və nizamsızlıq ünsürlərinin bir müddət hökm sürməsinə izin verir. Aşağıdan gələn bir qüvvə dramın son böyük səhnələrini həyata keçirmək üçün fəaliyyət göstərir,—Şeytan Məsih kimi gələrək və gizli cəmiyyətlərdə bir-birlərinə bağlananlar arasında hər cür saleh olmayan aldatma ilə fəaliyyət göstərərək. İttifaq yaratmaq ehtirasına təslim olanlar düşmənin planlarını həyata keçirirlər. Səbəbin ardınca nəticə gələcəkdir.”</w:t>
      </w:r>
    </w:p>
    <w:p>
      <w:pPr>
        <w:pStyle w:val="ArticleScripture"/>
        <w:jc w:val="left"/>
      </w:pPr>
      <w:r>
        <w:rPr>
          <w:rFonts w:ascii="Times New Roman" w:hAnsi="Times New Roman" w:eastAsia="Times New Roman" w:cs="Times New Roman"/>
        </w:rPr>
        <w:t>“Qanun pozuntusu demək olar ki, öz həddinə çatmışdır. Çaşqınlıq dünyanı bürümüşdür və tezliklə bəşər övladının üzərinə böyük bir dəhşət gələcəkdir. Son çox yaxındır. Biz, həqiqəti bilənlər, az sonra dünyaya hər şeyi bürüyən bir qəfillik kimi gələcək olan şeyə hazırlaşmalıyıq.” Review and Herald, 10 sentyabr 1903.</w:t>
      </w:r>
    </w:p>
    <w:p>
      <w:pPr>
        <w:pStyle w:val="ArticleBody"/>
        <w:jc w:val="left"/>
      </w:pPr>
      <w:r>
        <w:rPr>
          <w:rFonts w:ascii="Times New Roman" w:hAnsi="Times New Roman" w:eastAsia="Times New Roman" w:cs="Times New Roman"/>
        </w:rPr>
        <w:t>“Çaşqınlıq və nizamsızlıq ünsürləri” Sister White-ın “ali təhsil” olaraq müəyyən etdiyi, eyni zamanda “qanunsuzluğun sirri” kimi də tanıtdığı sistemin məhsulu olaraq istehsal edilir. Naşvildəki Parfenon məbədi indi “bir müddət hökm sürən” “çaşqınlıq və nizamsızlığı” doğuran saxta təhsilin rəmzidir. Naşvilin üzərinə gələn od topları İslam tərəfindən gətirilir və onlar “xeyirlə şəri bilmə ağacı” üzərinə Allahın hökmünü təmsil edir. Naşvil vurulduqda gecəyarısı fəryadının elanının qısa dövrü başlayır və Bazar qanununa aparır; burada Yeşayanın pis “ittifaqı” son hərəkətini edir, belə ki, dünya Vəhy on üçdə vəhşinin surəti kimi müəyyən edilən vahid dünya hökumətini qəbul etməyə məcbur edilir. Yeşayanın bu pis ittifaqı müəyyən etməsi yüz qırx dörd minin möhürlənməsi ilə üst-üstə düşür.</w:t>
      </w:r>
    </w:p>
    <w:p>
      <w:pPr>
        <w:pStyle w:val="ArticleScripture"/>
        <w:jc w:val="left"/>
      </w:pPr>
      <w:r>
        <w:rPr>
          <w:rFonts w:ascii="Times New Roman" w:hAnsi="Times New Roman" w:eastAsia="Times New Roman" w:cs="Times New Roman"/>
        </w:rPr>
        <w:t>“Bu xalqın ‘İttifaq’ dediyi hər kəs barəsində siz ‘İttifaq’ deməyin; onların qorxduğundan qorxmayın və dəhşətə düşməyin. Qoşunlar Rəbbi olan yalnız Onu müqəddəs sayın; qoy sizin qorxunuz O olsun və qoy sizin dəhşətiniz O olsun. O, müqəddəs məkan olacaq; lakin İsrailin hər iki evi üçün büdrəmə daşı və sürçmə qayası, Yerusəlim sakinləri üçün tor və kələk olacaq. Onların arasında çoxları büdrəyəcək, yıxılacaq, sınacaq, tora düşəcək və tutulacaq.”</w:t>
      </w:r>
    </w:p>
    <w:p>
      <w:pPr>
        <w:pStyle w:val="ArticleScripture"/>
        <w:jc w:val="left"/>
      </w:pPr>
      <w:r>
        <w:rPr>
          <w:rFonts w:ascii="Times New Roman" w:hAnsi="Times New Roman" w:eastAsia="Times New Roman" w:cs="Times New Roman"/>
        </w:rPr>
        <w:t>Şəhadəti bağla, qanunu şagirdlərimin arasında möhürlə. Mən isə Yaqub nəslindən Öz üzünü gizlədən Rəbbi gözləyəcəyəm və Ona ümid bağlayacağam. Baxın, mən və Rəbbin mənə verdiyi övladlar Sion dağında sakin olan Ordular Rəbbi tərəfindən İsraildə əlamətlər və möcüzələr üçünük. Sizə deyəndə ki: “Tanış ruh sahiblərinə, pıçıldayan və mızıldanan sehrbazlara müraciət edin”, məgər bir xalq öz Allahına müraciət etməməlidirmi? Dirilər üçün ölülərdənmi soruşulmalıdır? Qanuna və şəhadətə! Əgər onlar bu sözə uyğun danışmırlarsa, deməli, onlarda nur yoxdur. Yeşaya 8:12–20.</w:t>
      </w:r>
    </w:p>
    <w:p>
      <w:pPr>
        <w:pStyle w:val="ArticleBody"/>
        <w:jc w:val="left"/>
      </w:pPr>
      <w:r>
        <w:rPr>
          <w:rFonts w:ascii="Times New Roman" w:hAnsi="Times New Roman" w:eastAsia="Times New Roman" w:cs="Times New Roman"/>
        </w:rPr>
        <w:t>Sister White-dan olan bu parça göstərir ki, “qarışıqlıq və nizamsızlıq” dövrü “Şeytanın Məsih kimi gəlməsi”nə gətirib çıxarır. Şeytan bazar günü qanunu zamanı Məsihi təqlid edərək zühur edir.</w:t>
      </w:r>
    </w:p>
    <w:p>
      <w:pPr>
        <w:pStyle w:val="ArticleScripture"/>
        <w:jc w:val="left"/>
      </w:pPr>
      <w:r>
        <w:rPr>
          <w:rFonts w:ascii="Times New Roman" w:hAnsi="Times New Roman" w:eastAsia="Times New Roman" w:cs="Times New Roman"/>
        </w:rPr>
        <w:t>“Papalıq təsisatını Allahın qanununun pozulması ilə icra etdirən fərman vasitəsilə xalqımız özünü salehlikdən tamamilə ayıracaqdır. Protestantlıq Roma hakimiyyətinin əlini tutmaq üçün əlini uçurumun o tayına uzadanda, Spiritizmlə əl-ələ vermək üçün dərinliyin üzərindən uzananda, bu üçqat ittifaqın təsiri altında ölkəmiz protestant və respublikaçı bir hökumət kimi öz Konstitusiyasının hər bir prinsipini rədd edəndə və papalıq yalanlarının və aldanışlarının yayılması üçün şərait yaradanda, onda bilə bilərik ki, Şeytanın möcüzəvi fəaliyyətinin vaxtı gəlib çatmışdır və son yaxındır.” Testimonies, 5-ci cild, 451.</w:t>
      </w:r>
    </w:p>
    <w:p>
      <w:pPr>
        <w:pStyle w:val="ArticleBody"/>
        <w:jc w:val="left"/>
      </w:pPr>
      <w:r>
        <w:rPr>
          <w:rFonts w:ascii="Times New Roman" w:hAnsi="Times New Roman" w:eastAsia="Times New Roman" w:cs="Times New Roman"/>
        </w:rPr>
        <w:t>“Qarışıqlıq və nizamsızlıq” mövsümü Bazar qanununa aparan dövrdə baş verir. Bazar qanunundan dərhal əvvəl, Exeter düşərgə toplantısı və Pentikostdan əvvəl yuxarı otaqda keçən on gün ilə təmsil olunan dövrdə yüz qırx dörd min nəfər “bir-birinizə sıx yaxınlaşmalı, ey qardaşlarım və bacılarım, … Məsihlə bağlanmalısınız.” Möhürlənmə Bazar qanunundan əvvəl baş verir və məhz həmin tarixdə şər ittifaqı bir dünya hökuməti qurmaq üzrə son işinə başlayır.</w:t>
      </w:r>
    </w:p>
    <w:p>
      <w:pPr>
        <w:pStyle w:val="ArticleBody"/>
        <w:jc w:val="left"/>
      </w:pPr>
      <w:r>
        <w:rPr>
          <w:rFonts w:ascii="Times New Roman" w:hAnsi="Times New Roman" w:eastAsia="Times New Roman" w:cs="Times New Roman"/>
        </w:rPr>
        <w:t>Möhürləmə vaxtında Məsih salehlər üçün müqəddəs məkan, pislər üçün isə büdrəmə daşı olacaq. O, yıxılan “çoxları” təşkil edən “Yerusəlim sakinləri üçün” “tor və tələ” olacaq, lakin möhürlənən azlar üçün “O” onların “qorxusu” olacaq.</w:t>
      </w:r>
    </w:p>
    <w:p>
      <w:pPr>
        <w:pStyle w:val="ArticleBody"/>
        <w:jc w:val="left"/>
      </w:pPr>
      <w:r>
        <w:rPr>
          <w:rFonts w:ascii="Times New Roman" w:hAnsi="Times New Roman" w:eastAsia="Times New Roman" w:cs="Times New Roman"/>
        </w:rPr>
        <w:t>Allah “qorxusu” Həvvaya çatışmayan şey idi və Allahdan qorxanlar, büdrəyən çoxlarının üzərinə gələn qorxudan fərqli bir qorxu növünə malikdirlər. Bu iki qorxu növü sınaq prosesindən keçənlərlə ondan uğursuz çıxanları ayırd edən əlamətdir. Keçənlər möhürlənir, keçməyənlər isə beş rəqəmi ilə təmsil olunurlar, çünki onlar “büdrəyəcək, yıxılacaq, parçalanacaq, tora düşəcək və tutulacaqlar.” Bazar qanunundan əvvəl baş verdiyi göstərilən, qarışıqlıq və nizamsızlıq dövrünün mövcud olduğu möhürlənmə vaxtı on qız məsələsinin yerinə yetdiyi zamandır.</w:t>
      </w:r>
    </w:p>
    <w:p>
      <w:pPr>
        <w:pStyle w:val="ArticleBody"/>
        <w:jc w:val="left"/>
      </w:pPr>
      <w:r>
        <w:rPr>
          <w:rFonts w:ascii="Times New Roman" w:hAnsi="Times New Roman" w:eastAsia="Times New Roman" w:cs="Times New Roman"/>
        </w:rPr>
        <w:t>Möhürlənən azların, büdrəyən çoxlardan fərqli olaraq, Rəbbi “gözləyənlər” olmaları, beləliklə “gözləmiş” müdrik bakirələri müəyyən edir. Həmçinin bakirələrin iki sinfi daxilində, qorxunun iki növünə uyğun gələn təqdis olunmuş və təqdis olunmamış bir peyğəmbərcəsinə gözləmə də vardır.</w:t>
      </w:r>
    </w:p>
    <w:p>
      <w:pPr>
        <w:pStyle w:val="ArticleScripture"/>
        <w:jc w:val="left"/>
      </w:pPr>
      <w:r>
        <w:rPr>
          <w:rFonts w:ascii="Times New Roman" w:hAnsi="Times New Roman" w:eastAsia="Times New Roman" w:cs="Times New Roman"/>
        </w:rPr>
        <w:t>“‘Bəy otaqda ləngidi, onların hamısı mürgüləyib yuxuya getdilər.’ Bəy otağın ləngiməsi ilə Rəbbin gözlənildiyi vaxtın keçməsi, məyusluq və zahiri gecikmə təsvir olunur. Bu qeyri-müəyyənlik dövründə səthi və ürəksiz olanların marağı tezliklə sarsılmağa başladı və onların səyləri zəiflədi; lakin imanı Müqəddəs Kitabı şəxsi tanımağa əsaslananların ayaqları altında elə bir qaya var idi ki, məyusluq dalğaları onu yuyub apara bilməzdi. ‘Onların hamısı mürgüləyib yuxuya getdilər’; bir sinif qayğısızlıq içində və imanını tərk edərək, digər sinif isə daha aydın işıq verilənədək səbirlə gözləyərək. Bununla belə, sınaq gecəsində sonuncular da müəyyən dərəcədə qeyrətlərini və sədaqətlərini itirmiş kimi göründülər. Ürəksiz və səthi olanlar artıq qardaşlarının imanına söykənə bilməzdilər. Hər kəs özü üçün dayanmalı və ya yıxılmalı idi.” The Great Controversy, 395.</w:t>
      </w:r>
    </w:p>
    <w:p>
      <w:pPr>
        <w:pStyle w:val="ArticleBody"/>
        <w:jc w:val="left"/>
      </w:pPr>
      <w:r>
        <w:rPr>
          <w:rFonts w:ascii="Times New Roman" w:hAnsi="Times New Roman" w:eastAsia="Times New Roman" w:cs="Times New Roman"/>
        </w:rPr>
        <w:t>Müqəddəs bir şəkildə gözləyənlər, Bazar günü qanunu zamanı dünyaya bir bayraq kimi ucaldıqları vaxt “əlamətlər və möcüzələr üçün” olmalıdırlar; o zaman xeyir və şər biliyi ağacının məsələsi “tanış ruhlara müraciət edənlərin, pıçıldayan və mızıldanan sehrbazların” biliyini və “qanuna və şəhadətə” aid edilən biliyi təmsil edir. Bu, Həvva və Adəm üçün olduğu ilə eyni sınaqdır. Biz həqiqətlə qarışdırılıb birləşdirilmiş yanlışlığı ehtiva edən təhsili qəbul edirikmi, yoxsa “Rəbb belə deyir” üzərində dururuq? Çünki əgər onlar bu Kəlama uyğun danışmırlarsa, bunun səbəbi onlarda heç bir nurun olmamasıdır. Həqiqi və saxta təhsil, Məsih ilə Şeytan arasındakı böyük mübarizədə həqiqətin əsas xətlərindən biridir. Nashville Allahın Kəlamına qarşı üsyanın simvoludur; necə ki, Sodom əxlaqsızlığın simvoludur, Nyu-York Birləşmiş Ştatların iqtisadi gücünün simvoludur və Pentaqon onun hərbi qüdrətinin simvoludur.</w:t>
      </w:r>
    </w:p>
    <w:p>
      <w:pPr>
        <w:pStyle w:val="ArticleBody"/>
        <w:jc w:val="left"/>
      </w:pPr>
      <w:r>
        <w:rPr>
          <w:rFonts w:ascii="Times New Roman" w:hAnsi="Times New Roman" w:eastAsia="Times New Roman" w:cs="Times New Roman"/>
        </w:rPr>
        <w:t>Peter məbəd sınağını təmsil edən Nashville-in alov toplarının astanasında, Paniumda və dağda dayanır. O, Laodikeyalı Yeddinci Gün Adventizminin alov topları düşdüyü zaman məzəmmət olunub xəcalətə salınmaq üzrə olduğunu və Nashville-in, Amerika Birləşmiş Ştatlarının və dünyanın xəbərdar edilməli olduğunu anlayır. İslamın xəbəri elçiləri təsdiq edir, necə ki, Karmeldə düşən od İlyasın həqiqi peyğəmbər olduğunu təsdiq etmişdi. Bununla belə, Nashville-ə edilən xəbərdarlıq sadəcə üçüncü vayın İslamı deyil, heç sürpriz hücumda hansı növ silahlardan istifadə olunduğu da deyil. Xəbərdarlıq xəbəri İslama niyə hökm gətirməyə icazə verildiyini müəyyənləşdirməlidir; bu hökm minlərlə şəhərin məhv edildiyi bir dövrü başlayır. İslamın Nashville üzərinə qəfil hücum törədəcəyini əvvəlcədən müəyyən etmək elçiləri təsdiqləyəcək, lakin əgər etdiyi tək şey bundan ibarətdirsə, bu natamam bir xəbərdarlıqdır.</w:t>
      </w:r>
    </w:p>
    <w:p>
      <w:pPr>
        <w:pStyle w:val="ArticleBody"/>
        <w:jc w:val="left"/>
      </w:pPr>
      <w:r>
        <w:rPr>
          <w:rFonts w:ascii="Times New Roman" w:hAnsi="Times New Roman" w:eastAsia="Times New Roman" w:cs="Times New Roman"/>
        </w:rPr>
        <w:t>Nashvillenin od kürələri Allahın bir hökmüdür; bu hökm qısa bir dövrü başlayır və həmin dövr bazar günü qanunu ilə başa çatır; necə ki, bu dövrün başlanğıcı Allahın hökmü idisə, sonu da eləcə Allahın hökmüdür. Allah Adəmə və Həvvaya sınağın nə olduğunu və əgər onlar bu sınaqdan keçməsəydilər, nəticələrinin nə olacağını əvvəlcədən bildirdi. Bacı Uayt “səbəbdən nəticəyə” doğru mühakimə yürütməyin əhəmiyyətini göstərir və Müqəddəs Kitab da bildirir ki, “səbəb”siz “lənət” gəlməz.</w:t>
      </w:r>
    </w:p>
    <w:p>
      <w:pPr>
        <w:pStyle w:val="ArticleScripture"/>
        <w:jc w:val="left"/>
      </w:pPr>
      <w:r>
        <w:rPr>
          <w:rFonts w:ascii="Times New Roman" w:hAnsi="Times New Roman" w:eastAsia="Times New Roman" w:cs="Times New Roman"/>
        </w:rPr>
        <w:t>Quş dolaşaraq, qaranquş uçaraq necə gedirsə, səbəbsiz lənət də elə gəlməz. Süleymanın məsəlləri 26:2.</w:t>
      </w:r>
    </w:p>
    <w:p>
      <w:pPr>
        <w:pStyle w:val="ArticleBody"/>
        <w:jc w:val="left"/>
      </w:pPr>
      <w:r>
        <w:rPr>
          <w:rFonts w:ascii="Times New Roman" w:hAnsi="Times New Roman" w:eastAsia="Times New Roman" w:cs="Times New Roman"/>
        </w:rPr>
        <w:t>Neşvilin alov topları “nəticə”dir və gələn “lənət”dir. Xəbərdarlıq ismarıcı mütləq “səbəb”i də əhatə etməlidir. Peyğəmbər Yunisin ismarıcı sadəcə qırx gün içində gələcək məhvin bildirilməsi deyildi; əksinə, o, padşahdan başlayaraq bütün xalqa yayılan bir oyanış və islahata səbəb oldu. Bildirilən şey padşahı və onun xalqını öz pis yollarından dönməyə vadar etdi. Yunis onlara gələcək məhvi bildirmişdi və bunun onların şər və pis həyat tərzinə görə olduğunu da demişdi.</w:t>
      </w:r>
    </w:p>
    <w:p>
      <w:pPr>
        <w:pStyle w:val="ArticleScripture"/>
        <w:jc w:val="left"/>
      </w:pPr>
      <w:r>
        <w:rPr>
          <w:rFonts w:ascii="Times New Roman" w:hAnsi="Times New Roman" w:eastAsia="Times New Roman" w:cs="Times New Roman"/>
        </w:rPr>
        <w:t>Çünki söz Nineva padşahına çatdı; o da taxtından qalxdı, əbasını əynindən çıxardı, çul geyindi və kül içində oturdu. Və padşahın və əyanlarının fərmanı ilə Ninevada elan etdirib car çəkdirdi ki: nə insan, nə heyvan, nə sürü, nə də ilxı bir şey dadsın; otlamasınlar və su içməsinlər. Lakin insan da, heyvan da çula bürünsün və var qüvvələri ilə Allaha fəryad etsinlər; bəli, hər kəs öz pis yolundan və əllərində olan zülmdən dönsün. Yunus 3:6–8.</w:t>
      </w:r>
    </w:p>
    <w:p>
      <w:pPr>
        <w:pStyle w:val="ArticleBody"/>
        <w:jc w:val="left"/>
      </w:pPr>
      <w:r>
        <w:rPr>
          <w:rFonts w:ascii="Times New Roman" w:hAnsi="Times New Roman" w:eastAsia="Times New Roman" w:cs="Times New Roman"/>
        </w:rPr>
        <w:t>İslam bir şeypur qüvvəsidir və Vəhy kitabının səkkizdən on birinci fəsillərinədək olan yeddi şeypur, habelə on altıncı fəsil müəyyən peyğəmbərlik xüsusiyyətlərinə malikdir. İlk dörd şeypur, 321-ci ildə ilk bazar günü qanununu qəbul etdiyinə görə imperiya Romaya qarşı hökmlər idi. Sonrakı iki şeypur, 538-ci ildə bazar günü qanununu qəbul etdiyinə görə papalıq Romaya qarşı hökmlər idi. Vəhy kitabının səkkizdən on birinci fəsillərinədək olan yeddi şeypuru, bazar gününün məcburi tətbiqinə görə Allahın bəşəriyyət üzərinə hökmü olan Vəhy kitabının on altıncı fəslindəki yeddi son bəlanın rəmzi təcəssümüdür.</w:t>
      </w:r>
    </w:p>
    <w:p>
      <w:pPr>
        <w:pStyle w:val="ArticleBody"/>
        <w:jc w:val="left"/>
      </w:pPr>
      <w:r>
        <w:rPr>
          <w:rFonts w:ascii="Times New Roman" w:hAnsi="Times New Roman" w:eastAsia="Times New Roman" w:cs="Times New Roman"/>
        </w:rPr>
        <w:t>Naşvilin xəbərdarlıq xəbəri Bazar günü qanununa aparan ayaq izlərini müəyyən etməlidir və peyğəmbərlik şəhadətinə əsasən, hökm səbəbdən əvvəl deyil, onun ardınca gəlir. Hökm Bazar gününün məcburi tətbiqinin nəticəsidir. Nəzərdən keçirdiyimiz qırxıncı ayənin gizli tarixinin beş şahidi müxtəlif şəhadətlər təqdim edir, lakin insan şahidlərindən fərqli olaraq, bütün peyğəmbərlik xətləri bir-biri ilə qovuşur. Amerika Birləşmiş Ştatlarında son Bazar günü qanununun ayaq izlərini müəyyən etmək, Peterin Naşvilin od toplarının təsirini izah etmək üçün Donald Trampın şəhadətini birləşdirdiyi zaman həyata keçirilir.</w:t>
      </w:r>
    </w:p>
    <w:p>
      <w:pPr>
        <w:pStyle w:val="ArticleBody"/>
        <w:jc w:val="left"/>
      </w:pPr>
      <w:r>
        <w:rPr>
          <w:rFonts w:ascii="Times New Roman" w:hAnsi="Times New Roman" w:eastAsia="Times New Roman" w:cs="Times New Roman"/>
        </w:rPr>
        <w:t>Neşvilin dünyaya olan xəbərdarlığı budur ki, Allah insanlara və millətlərə dair son hökmünü həmin zaman nöqtəsində başlayır. Bundan sonra şəhərlərin məhvi dövrü başlanır və sürətlə bazar günü qanununa aparır; burada milli dönüklüyü milli fəlakət izləyir. Daha sonra Şeytan Məsihi təqlid etmək üçün gəlir və on padşah görməni təsdiq edən sənin xalqının soyğunçularına öz padşahlıqlarını verməyə razı olduqları zaman şər ittifaqı qurulur. Neşvilin xəbərdarlığı, Donald Trampın vəhşiyə bir surət düzəltməsi ilə təmsil olunan, Neşvildən əvvəlki tarixlə göstərilir. Trampın xəbəri, Neşvilin od toplarından əvvəl gələn xəbərdarlıq şeypurudur.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İkinci Sayı</dc:title>
  <dc:subject>On iki nömrə</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