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İyirminci Sayı</w:t>
      </w:r>
    </w:p>
    <w:p>
      <w:pPr>
        <w:pStyle w:val="ArticleSubtitle"/>
        <w:jc w:val="left"/>
      </w:pPr>
      <w:r>
        <w:rPr>
          <w:rFonts w:ascii="Arial" w:hAnsi="Arial" w:eastAsia="Arial" w:cs="Arial"/>
        </w:rPr>
        <w:t>İkinci Vay — Yeddinci Hissə — Yezekel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Müqəddəs Kitaba uyğun məqbul bir anlayışdır ki, açılış ayələrində peyğəmbər Yezekelin otuz yaşında olduğu qəbul edilsin.</w:t>
      </w:r>
    </w:p>
    <w:p>
      <w:pPr>
        <w:pStyle w:val="ArticleScripture"/>
        <w:jc w:val="left"/>
      </w:pPr>
      <w:r>
        <w:rPr>
          <w:rFonts w:ascii="Times New Roman" w:hAnsi="Times New Roman" w:eastAsia="Times New Roman" w:cs="Times New Roman"/>
        </w:rPr>
        <w:t>Otuzuncu ildə, dördüncü ayda, ayın beşinci günündə, mən Kebar çayı yanında sürgünlər arasında olarkən, göylər açıldı və mən Allahın görüntülərini gördüm. Ayın beşinci günü, padşah Yehoyakinin sürgünlüyünün beşinci ili idi. Rəbbin sözü Buzi oğlu, kahin Yezekelə, Kildanilərin ölkəsində, Kebar çayı yanında açıqca gəldi; və orada Rəbbin əli onun üzərində idi. Yezekel 1:1–3.</w:t>
      </w:r>
    </w:p>
    <w:p>
      <w:pPr>
        <w:pStyle w:val="ArticleBody"/>
        <w:jc w:val="left"/>
      </w:pPr>
      <w:r>
        <w:rPr>
          <w:rFonts w:ascii="Times New Roman" w:hAnsi="Times New Roman" w:eastAsia="Times New Roman" w:cs="Times New Roman"/>
        </w:rPr>
        <w:t>Bəziləri hesab edirlər ki, “otuzuncu il” padşah Yoşiyanın dövrü ilə başlayan və qırxıncı fəslin birinci ayəsi ilə başa çatan müəyyən bir yubiley dövrünə əsaslanır.</w:t>
      </w:r>
    </w:p>
    <w:p>
      <w:pPr>
        <w:pStyle w:val="ArticleScripture"/>
        <w:jc w:val="left"/>
      </w:pPr>
      <w:r>
        <w:rPr>
          <w:rFonts w:ascii="Times New Roman" w:hAnsi="Times New Roman" w:eastAsia="Times New Roman" w:cs="Times New Roman"/>
        </w:rPr>
        <w:t>Əsirliyimizin iyirmi beşinci ilində, ilin əvvəlində, ayın onuncu günündə, şəhərin vurulmasından sonra on dördüncü ildə, elə həmin gün Rəbbin əli üzərimdə oldu və məni oraya apardı. Yezekel 40:1.</w:t>
      </w:r>
    </w:p>
    <w:p>
      <w:pPr>
        <w:pStyle w:val="ArticleBody"/>
        <w:jc w:val="left"/>
      </w:pPr>
      <w:r>
        <w:rPr>
          <w:rFonts w:ascii="Times New Roman" w:hAnsi="Times New Roman" w:eastAsia="Times New Roman" w:cs="Times New Roman"/>
        </w:rPr>
        <w:t>Müqəddəs Kitab xronoloqları qırxıncı fəslin birinci ayəsini ya e.ə. 573-cü ilin 28 aprel tarixinə, ya da 22 oktyabr tarixinə aid edirlər. Bütün peyğəmbərlər axır günləri müəyyən etdiklərinə görə, e.ə. 573-cü ilin 22 oktyabrına düşən süqut tarixi, əlli il əvvəl, e.ə. 622-ci ilin 5 mayında “Yoşiyanın Böyük Pasxası” adlanan hadisə ilə başlanmış bir xəttin omeqa tarixidir.</w:t>
      </w:r>
    </w:p>
    <w:p>
      <w:pPr>
        <w:pStyle w:val="ArticleBody"/>
        <w:jc w:val="left"/>
      </w:pPr>
      <w:r>
        <w:rPr>
          <w:rFonts w:ascii="Times New Roman" w:hAnsi="Times New Roman" w:eastAsia="Times New Roman" w:cs="Times New Roman"/>
        </w:rPr>
        <w:t>Otuz rəqəmi, xidmətə başladıqları zaman otuz yaşında olmalı olan kahinlərin rəmzidir. Yezekelin birinci fəslinin birinci–üçüncü ayələrinin Yezekelin yaşını otuz olaraq göstərib-göstərməməsindən və ya sadəcə onun bir kahin rəmzi kimi təqdim olunmasından asılı olmayaraq, o yenə də otuz yaşında təsvir edilmiş olardı. Əgər birinci ayədəki otuz il, başqalarının inandığı kimi, e.ə. 622-ci ildə Yoşiyanın Böyük Pasxasından sonrakı otuzuncu ili ifadə edirsə, peyğəmbərlik baxımından nəticələr yenə də eynidir.</w:t>
      </w:r>
    </w:p>
    <w:p>
      <w:pPr>
        <w:pStyle w:val="ArticleBody"/>
        <w:jc w:val="left"/>
      </w:pPr>
      <w:r>
        <w:rPr>
          <w:rFonts w:ascii="Times New Roman" w:hAnsi="Times New Roman" w:eastAsia="Times New Roman" w:cs="Times New Roman"/>
        </w:rPr>
        <w:t>Yoşiya “təməl” deməkdir və onun Böyük Pasxası e.ə. 573-cü ilin Kəffarə Günündə, 22 oktyabrda başa çatan bir yubiley dövrünü başlatdı. Yoşiyadan 22 oktyabra qədər uzanan “yubiley xətti” 1840-dan 1844-ə qədər olan tarixlə uyğunlaşır. 1840-cı ilin təməlləri padşah Yoşiya ilə, həmçinin Yoşiya Liç ilə təmsil olunurdu. 22 oktyabr isə Kəffarə Gününün buynuzu ilə birlikdə yubiley şeypurunun buynuzunun səsləndirilməsi ilə təmsil olunurdu.</w:t>
      </w:r>
    </w:p>
    <w:p>
      <w:pPr>
        <w:pStyle w:val="ArticleScripture"/>
        <w:jc w:val="left"/>
      </w:pPr>
      <w:r>
        <w:rPr>
          <w:rFonts w:ascii="Times New Roman" w:hAnsi="Times New Roman" w:eastAsia="Times New Roman" w:cs="Times New Roman"/>
        </w:rPr>
        <w:t>Və sən özün üçün yeddi il şənbəsi sayacaqsan, yeddi dəfə yeddi il; və yeddi il şənbəsinin müddəti sənin üçün qırx doqquz il olacaqdır. Sonra yeddinci ayın onuncu günündə yubiley şeypurunu səsləndirəcəksən; kəffarə günündə bütün torpağınız boyunca şeypuru səsləndirəcəksiniz. Levililər 25:8, 9.</w:t>
      </w:r>
    </w:p>
    <w:p>
      <w:pPr>
        <w:pStyle w:val="ArticleBody"/>
        <w:jc w:val="left"/>
      </w:pPr>
      <w:r>
        <w:rPr>
          <w:rFonts w:ascii="Times New Roman" w:hAnsi="Times New Roman" w:eastAsia="Times New Roman" w:cs="Times New Roman"/>
        </w:rPr>
        <w:t>Yezekel, padşah Yoşiyadan 22 oktyabra qədər uzanan Yubiley xətti daxilində yerləşdirilir; bu xətt 1840-cı ildən 1844-cü ilədək Vəhy 10-un birinci və ikinci mələklərini təmsil edir. Yezekel birinci və ikinci mələklərin Milleritlərini və üçüncü mələyin yüz qırx dörd minini təmsil edir. Yezekel yüz qırx dörd minin kahinliyini təmsil edir, lakin onun əsas peyğəmbərlik xüsusiyyəti ondan ibarətdir ki, o, bir peyğəmbərdir.</w:t>
      </w:r>
    </w:p>
    <w:p>
      <w:pPr>
        <w:pStyle w:val="ArticleHeading"/>
        <w:jc w:val="left"/>
      </w:pPr>
      <w:r>
        <w:rPr>
          <w:rFonts w:ascii="Arial" w:hAnsi="Arial" w:eastAsia="Arial" w:cs="Arial"/>
        </w:rPr>
        <w:t>Peyğəmbər, Kahin və Padşah</w:t>
      </w:r>
    </w:p>
    <w:p>
      <w:pPr>
        <w:pStyle w:val="ArticleBody"/>
        <w:jc w:val="left"/>
      </w:pPr>
      <w:r>
        <w:rPr>
          <w:rFonts w:ascii="Times New Roman" w:hAnsi="Times New Roman" w:eastAsia="Times New Roman" w:cs="Times New Roman"/>
        </w:rPr>
        <w:t>Otuz yaşında xidmətə başlayan Müqəddəs Kitabdan üç şəxs vardır. Ezekiellə yanaşı Davud və Yusif də belə idi. Onların hamısı otuz yaşında xidmətə başladıqlarına görə, hamısı kahindir. Davud padşahın rəmzidir, Yusif kahindir, Ezekiel isə peyğəmbər, kahin və padşahdan ibarət olan üçqat izzət səltənətində peyğəmbərdir.</w:t>
      </w:r>
    </w:p>
    <w:p>
      <w:pPr>
        <w:pStyle w:val="ArticleBody"/>
        <w:jc w:val="left"/>
      </w:pPr>
      <w:r>
        <w:rPr>
          <w:rFonts w:ascii="Times New Roman" w:hAnsi="Times New Roman" w:eastAsia="Times New Roman" w:cs="Times New Roman"/>
        </w:rPr>
        <w:t>Lakin biz peyğəmbər Yezekeli simvol olaraq necə tətbiq ediriksə edək, o, bir kahindir; və Yoşiyadan 22 oktyabra qədər olan yubiley xətti üzrə tətbiq edildikdə, Yezekel 1840-dan 1844-ə qədərki tarixin və e.ə. 573-cü ilin 22 oktyabrınadək padşah Yoşiyanın tarixi ilə timsallaşdırıldığı kimi, yüz qırx dörd minin möhürlənmə vaxtında bir kahini təmsil edəcək kahindir.</w:t>
      </w:r>
    </w:p>
    <w:p>
      <w:pPr>
        <w:pStyle w:val="ArticleHeading"/>
        <w:jc w:val="left"/>
      </w:pPr>
      <w:r>
        <w:rPr>
          <w:rFonts w:ascii="Arial" w:hAnsi="Arial" w:eastAsia="Arial" w:cs="Arial"/>
        </w:rPr>
        <w:t>İyirmi iki</w:t>
      </w:r>
    </w:p>
    <w:p>
      <w:pPr>
        <w:pStyle w:val="ArticleBody"/>
        <w:jc w:val="left"/>
      </w:pPr>
      <w:r>
        <w:rPr>
          <w:rFonts w:ascii="Times New Roman" w:hAnsi="Times New Roman" w:eastAsia="Times New Roman" w:cs="Times New Roman"/>
        </w:rPr>
        <w:t>Müqəddəs Kitab açıq şəkildə bildirir ki, Hizqiyal iyirmi iki il xidmət etmişdir. “İyirmi iki” ilahiliyin bəşəriyyətlə birləşmiş bayrağı olan yüz qırx dörd minin rəmzidir. Yuşiyanın Pasxasından qırxıncı fəslin 22 oktyabr Yubiley bayramınadək təmsil olunan tarixdə, Yuşiyanın Pasxası 1838 və 1840-cı illərdə Josiah Litch-in işini timsal edirdi. Həmin iş birinci və ikinci vayların zaman peyğəmbərliklərini ortaya qoymaq idi. İndi görünür ki, birinci və ikinci vayların peyğəmbərliyi qabaqcılların dərk etdiyindən xeyli daha genişdir.</w:t>
      </w:r>
    </w:p>
    <w:p>
      <w:pPr>
        <w:pStyle w:val="ArticleBody"/>
        <w:jc w:val="left"/>
      </w:pPr>
      <w:r>
        <w:rPr>
          <w:rFonts w:ascii="Times New Roman" w:hAnsi="Times New Roman" w:eastAsia="Times New Roman" w:cs="Times New Roman"/>
        </w:rPr>
        <w:t>Yezekel, Müqəddəs Kitab peyğəmbəri kimi, yazılarında Müqəddəs Kitabdakı hər hansı digər müəllifdən daha çox dəqiq tarix göstərir.</w:t>
      </w:r>
    </w:p>
    <w:p>
      <w:pPr>
        <w:pStyle w:val="ArticleBody"/>
        <w:jc w:val="left"/>
      </w:pPr>
      <w:r>
        <w:rPr>
          <w:rFonts w:ascii="Times New Roman" w:hAnsi="Times New Roman" w:eastAsia="Times New Roman" w:cs="Times New Roman"/>
        </w:rPr>
        <w:t>Yezekel, Müqəddəs Kitab peyğəmbərliyində bir günün bir ilə bərabər olması prinsipinin omeqasıdır. Saylar kitabında gün-il prinsipinin alfa şəklində ilk xatırlanması, Kadeşdə baş vermiş ilk üsyanda təmsil olunur; bu üsyan səhrada qırx illik sərgərdanlığa səbəb oldu. Sonuncu, yaxud omeqa üsyanı isə Yezekel tərəfindən dördüncü fəsildə, Yerusəlimin məhv edilməsi ilə təmsil olunur.</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Ölkəni axtarıb gəzdiyiniz günlərin sayına görə, yəni qırx günün hər bir günü üçün bir il hesab olunmaqla, qırx il təqsirlərinizin yükünü daşıyacaqsınız və Mənim vədimdən dönməyimi biləcəksiniz. Mən Rəbb bunu demişəm; Mənə qarşı bir yerə toplaşmış bu bütün pis camaata bunu mütləq edəcəyəm: bu səhrada məhv olacaqlar və orada öləcəklər. Saylar 14:34, 35.</w:t>
      </w:r>
    </w:p>
    <w:p>
      <w:pPr>
        <w:pStyle w:val="ArticleHeading"/>
        <w:jc w:val="left"/>
      </w:pPr>
      <w:r>
        <w:rPr>
          <w:rFonts w:ascii="Arial" w:hAnsi="Arial" w:eastAsia="Arial" w:cs="Arial"/>
        </w:rPr>
        <w:t>Omeqa</w:t>
      </w:r>
    </w:p>
    <w:p>
      <w:pPr>
        <w:pStyle w:val="ArticleScripture"/>
        <w:jc w:val="left"/>
      </w:pPr>
      <w:r>
        <w:rPr>
          <w:rFonts w:ascii="Times New Roman" w:hAnsi="Times New Roman" w:eastAsia="Times New Roman" w:cs="Times New Roman"/>
        </w:rPr>
        <w:t>Sən də sol böyrün üstə uzan və İsrail nəslinin təqsirini onun üzərinə qoy; onun üzərində uzanacağın günlərin sayına görə onların təqsirini daşıyacaqsan. Çünki Mən onların təqsirinin illərini, günlərin sayına görə, sənin üzərinə qoydum: üç yüz doxsan gün; beləliklə İsrail nəslinin təqsirini daşıyacaqsan. Bunları tamam etdikdən sonra yenidən sağ böyrün üstə uzan, və Yəhuda nəslinin təqsirini qırx gün daşıyacaqsan; Mən sənə hər günü bir il üçün təyin etmişəm. Buna görə də üzünü Yerusəlimin mühasirəsinə tərəf çevir, qolun açıq olsun və ona qarşı peyğəmbərlik et. Hezekiel 4:4–7.</w:t>
      </w:r>
    </w:p>
    <w:p>
      <w:pPr>
        <w:pStyle w:val="ArticleBody"/>
        <w:jc w:val="left"/>
      </w:pPr>
      <w:r>
        <w:rPr>
          <w:rFonts w:ascii="Times New Roman" w:hAnsi="Times New Roman" w:eastAsia="Times New Roman" w:cs="Times New Roman"/>
        </w:rPr>
        <w:t>Qadeş və Yerusəlimin məhvi, bir il üçün bir gün prinsipini təmsil edən alfa və omeqa üsyanını ifadə edir. “Bir il üçün bir gün prinsipi” Millerçilərin əsas qaydası idi və 1840-dan 1844-ə qədər olan tarixdə, padşah Yoşiyanın Yubiley xəttində 22 oktyabra qədər tipoloji şəkildə göstərilmişdir. Yezekel hər hansı digər peyğəmbərdən daha çox tarix ortaya qoyur. Yezekelin tarixləndirməsi daxilində Yubiley xətti müəyyən edilir və bununla da Yezekelin şahidliyi birbaşa birinci və ikinci mələklərin tarixinə, ondan sonra isə üçüncü mələyin tarixinə bağlanır.</w:t>
      </w:r>
    </w:p>
    <w:p>
      <w:pPr>
        <w:pStyle w:val="ArticleBody"/>
        <w:jc w:val="left"/>
      </w:pPr>
      <w:r>
        <w:rPr>
          <w:rFonts w:ascii="Times New Roman" w:hAnsi="Times New Roman" w:eastAsia="Times New Roman" w:cs="Times New Roman"/>
        </w:rPr>
        <w:t>“Yubiley xətti” ilə yanaşı, Yezekel üç yüz doxsan gün bir böyrü üstə, sonra isə qırx gün o biri böyrü üstə uzanır. “Dörd yüz otuz” köhnə və yeni əhdlərin rəmzidir, çünki Abramın Misirdə dörd yüz illik əsarətə dair əhd vədi həvari Pavel vasitəsilə otuz ilin ikinci şahidini tapdı. Beləliklə, “köhnə”yə aid olan Abram (sonradan İbrahim) ilə “yeni”yə aid olan Şaul (sonradan Pavel) öz şahidliklərini birləşdirərək dörd yüz otuz ili əbədi əhdin rəmzi kimi təsbit etdilər. “Üç yüz doxsan gün” — “İsrail evinin təqsirini daşıyacaqsan.” “Və” “Yəhuda evinin təqsirini qırx gün daşıyacaqsan.” Birlikdə sağ tərəf və sol tərəf Abram və Pavelə bərabərdir.</w:t>
      </w:r>
    </w:p>
    <w:p>
      <w:pPr>
        <w:pStyle w:val="ArticleBody"/>
        <w:jc w:val="left"/>
      </w:pPr>
      <w:r>
        <w:rPr>
          <w:rFonts w:ascii="Times New Roman" w:hAnsi="Times New Roman" w:eastAsia="Times New Roman" w:cs="Times New Roman"/>
        </w:rPr>
        <w:t>Əhd həmişə itaət və ya itaətsizlik—həyat və ya ölüm—əsasında qurulmuşdur. Millerçi tarixdə il-gün prinsipi həyat və ya ölüm məsələsi idi və bu tarix birinci mələk tərəfindən əbədi Müjdə kimi elan edildi. “Müjdə” həyat və ya ölüm məsələsidir və Millerçi tarixin həyat və ya ölüm sınaq məsələsi bir günün bir ilə bərabər olması prinsipi kontekstində müəyyən edilmişdi. Birinci mələyin xəbərini qüvvətləndirən proqnoz ikinci vayın üç yüz doxsan bir il və on beş gün peyğəmbərliyi idi. Yezekelin sol böyrü üstə uzandığı üç yüz doxsan günün içində ikinci vayın üç yüz doxsan bir il və on beş günlük zaman peyğəmbərliyinin bir təsviri vardır. Peyğəmbərliyi düzgün bölmək üçün peyğəmbərlik bəsirəti tələb olunur, lakin bu, Yəhuda qəbiləsindən olan Aslanın gecəyarısı fəryadının xəbərini möhürdən açmaqda davam edən işindən başqa bir şey deyildir.</w:t>
      </w:r>
    </w:p>
    <w:p>
      <w:pPr>
        <w:pStyle w:val="ArticleBody"/>
        <w:jc w:val="left"/>
      </w:pPr>
      <w:r>
        <w:rPr>
          <w:rFonts w:ascii="Times New Roman" w:hAnsi="Times New Roman" w:eastAsia="Times New Roman" w:cs="Times New Roman"/>
        </w:rPr>
        <w:t>Mən iddia edirəm ki, Yezekel yüz qırx dörd minin rəmzi kimi qəbul edilməlidir, lakin başlıca olaraq Peyğəmbərlik Ruhunun ənamının rəmzi kimi; istər axırzaman peyğəmbərinin təzahürü olaraq, istərsə də sətir üzərinə sətir metodologiyasının prinsipini anlayan əhd xalqının təzahürü olaraq təqdim edilsin.</w:t>
      </w:r>
    </w:p>
    <w:p>
      <w:pPr>
        <w:pStyle w:val="ArticleBody"/>
        <w:jc w:val="left"/>
      </w:pPr>
      <w:r>
        <w:rPr>
          <w:rFonts w:ascii="Times New Roman" w:hAnsi="Times New Roman" w:eastAsia="Times New Roman" w:cs="Times New Roman"/>
        </w:rPr>
        <w:t>Mən iddia edirəm ki, Yezekelin üç yüz doxsan bir il və on beş gün peyğəmbərliyi üzərinə saldığı nur, torpaq süpürgəli adamın cəvahiratları daha böyük mücrüyə atması ilə uyğunluq təşkil edir.</w:t>
      </w:r>
    </w:p>
    <w:p>
      <w:pPr>
        <w:pStyle w:val="ArticleBody"/>
        <w:jc w:val="left"/>
      </w:pPr>
      <w:r>
        <w:rPr>
          <w:rFonts w:ascii="Times New Roman" w:hAnsi="Times New Roman" w:eastAsia="Times New Roman" w:cs="Times New Roman"/>
        </w:rPr>
        <w:t>Mən iddia edirəm ki, məbəd tamamlandıqda, Yezekeldən gələn işıq son daş mesajının mühüm bir ünsürüdür.</w:t>
      </w:r>
    </w:p>
    <w:p>
      <w:pPr>
        <w:pStyle w:val="ArticleBody"/>
        <w:jc w:val="left"/>
      </w:pPr>
      <w:r>
        <w:rPr>
          <w:rFonts w:ascii="Times New Roman" w:hAnsi="Times New Roman" w:eastAsia="Times New Roman" w:cs="Times New Roman"/>
        </w:rPr>
        <w:t>Yezekel qırxıncı fəslin birinci ayəsində Oktyabrın 22-dədir və məhz orada gələcək məbədin görüntüsü Yezekelə verilir. O məbəd yüz qırx dörd minin məbədidir; Yezekel isə bu sayın bir rəmzi kimi çıxış edir. Həmin dəstə üçüncü və həlledici sınağa çatmazdan əvvəl iki sınaqdan keçmiş olacaq. Yezekel məbəddə öz nurunu alan şəxs kimi təsvir olunur və buna görə də onun bir rəmz olaraq ortaya qoyduğu nur, Danielin onuncu fəsli ilə uyğunluq içində, Allahın xalqı Ən Müqəddəs Yerə daxil olduqda gələn nuru təmsil edir.</w:t>
      </w:r>
    </w:p>
    <w:p>
      <w:pPr>
        <w:pStyle w:val="ArticleBody"/>
        <w:jc w:val="left"/>
      </w:pPr>
      <w:r>
        <w:rPr>
          <w:rFonts w:ascii="Times New Roman" w:hAnsi="Times New Roman" w:eastAsia="Times New Roman" w:cs="Times New Roman"/>
        </w:rPr>
        <w:t>Açılmış olan İsa Məsihin Vəhyinin işığı, sınaq müddəti bağlanmazdan az əvvəl açılır.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murdarlansın; saleh olan yenə salehlik etsin; müqəddəs olan isə yenə müqəddəs olsun.” Vəhy 22:10, 11.</w:t>
      </w:r>
    </w:p>
    <w:p>
      <w:pPr>
        <w:pStyle w:val="ArticleBody"/>
        <w:jc w:val="left"/>
      </w:pPr>
      <w:r>
        <w:rPr>
          <w:rFonts w:ascii="Times New Roman" w:hAnsi="Times New Roman" w:eastAsia="Times New Roman" w:cs="Times New Roman"/>
        </w:rPr>
        <w:t>On birinci ayədə imtahan müddəti bağlanmazdan dərhal əvvəl “vaxt yaxındır” və buna görə İsa Məsihin Vəhyi həmin vaxt açılmışdır, çünki “vaxt yaxındır.”</w:t>
      </w:r>
    </w:p>
    <w:p>
      <w:pPr>
        <w:pStyle w:val="ArticleScripture"/>
        <w:jc w:val="left"/>
      </w:pPr>
      <w:r>
        <w:rPr>
          <w:rFonts w:ascii="Times New Roman" w:hAnsi="Times New Roman" w:eastAsia="Times New Roman" w:cs="Times New Roman"/>
        </w:rPr>
        <w:t>İsa Məsihin Vəhyi — Allahın tezliklə baş verməli olan şeyləri Öz qullarına göstərmək üçün Ona verdiyi və Öz mələyi vasitəsilə bunu Öz qulu Yəhyaya göndərib bildirdiyi vəhydir. Yəhya Allahın kəlamına, İsa Məsihin şəhadətinə və gördüyü hər şeyə şahidlik etdi. Bu peyğəmbərliyin sözlərini oxuyan nə bəxtiyardır, onu eşidənlər və onda yazılanlara əməl edənlər də nə bəxtiyardır; çünki vaxt yaxındır. Vəhy 1:1–3.</w:t>
      </w:r>
    </w:p>
    <w:p>
      <w:pPr>
        <w:pStyle w:val="ArticleBody"/>
        <w:jc w:val="left"/>
      </w:pPr>
      <w:r>
        <w:rPr>
          <w:rFonts w:ascii="Times New Roman" w:hAnsi="Times New Roman" w:eastAsia="Times New Roman" w:cs="Times New Roman"/>
        </w:rPr>
        <w:t>Laodikeya Yeddinci Gün Adventizmi üçün möhlət bazar günü qanunu zamanı başa çatır və Adventizm Hizqiyal kitabının doqquzuncu fəslində Yerusəlim kimi təmsil olunur. Orada ölkədə və kilsədə edilən iyrəncliklər üçün ah çəkib fəryad edənlər möhürü alırlar. Möhürlənmə, İslamın şərq küləkləri xalqları qəzəbləndirdiyi vaxt, möhlət bağlanmazdan dərhal əvvəl baş verir. Hizqiyal kitabının səkkizinci fəslində Adventizmin dörd nəsli sona yetir və dördüncü nəsil günəşə səcdə edən iyirmi beş rəhbərlə simvolizə olunur.</w:t>
      </w:r>
    </w:p>
    <w:p>
      <w:pPr>
        <w:pStyle w:val="ArticleBody"/>
        <w:jc w:val="left"/>
      </w:pPr>
      <w:r>
        <w:rPr>
          <w:rFonts w:ascii="Times New Roman" w:hAnsi="Times New Roman" w:eastAsia="Times New Roman" w:cs="Times New Roman"/>
        </w:rPr>
        <w:t>Həmin görüntü rəmzi şəkildə bazar qanunundan bir gün əvvəl, yaxud altı, altı, altı ilə təmsil olunan sınaq müddətinin başa çatmasından az əvvəl verildi.</w:t>
      </w:r>
    </w:p>
    <w:p>
      <w:pPr>
        <w:pStyle w:val="ArticleScripture"/>
        <w:jc w:val="left"/>
      </w:pPr>
      <w:r>
        <w:rPr>
          <w:rFonts w:ascii="Times New Roman" w:hAnsi="Times New Roman" w:eastAsia="Times New Roman" w:cs="Times New Roman"/>
        </w:rPr>
        <w:t>Və altıncı ildə, altıncı ayda, ayın beşinci günündə, mən öz evimdə oturarkən və Yəhudanın ağsaqqalları qarşımda oturarkən belə oldu ki, orada Xudavənd Rəbbin əli mənim üzərimə endi. O zaman baxdım, və budur, od görünüşünə bənzər bir surət var idi: belinin görünüşündən aşağısı od idi; belindən yuxarısı isə parlaqlıq görünüşündə, kəhrəba rəngi kimi idi. O, bir əl surətini uzadıb başımın bir telindən məni tutdu; və ruh məni yer ilə göy arasında qaldırdı və Allahın görüntülərində məni Yerusəlimə, şimala baxan daxili darvazanın qapısına apardı; orada qısqanclığa təhrik edən qısqanclıq bütünün məkanı idi. Və budur, İsrail Allahının izzəti orada idi, düzənlikdə gördüyüm görüntüyə uyğun olaraq. Hezqiyal 8:1–4.</w:t>
      </w:r>
    </w:p>
    <w:p>
      <w:pPr>
        <w:pStyle w:val="ArticleBody"/>
        <w:jc w:val="left"/>
      </w:pPr>
      <w:r>
        <w:rPr>
          <w:rFonts w:ascii="Times New Roman" w:hAnsi="Times New Roman" w:eastAsia="Times New Roman" w:cs="Times New Roman"/>
        </w:rPr>
        <w:t>Altıncı ilin, altıncı ayın və beşinci gününün görüntüsü, Laodikeyalı Adventizm üçün sınaq müddətinin bağlandığı vaxtı ifadə edən bazar qanununun rəmzi olan “666”dan az əvvəl gəldi. Həmin görüntü, Hizqiyalın “düzənlikdə” gördüyü görüntüyə “uyğun olaraq” idi. Onun düzənlikdə gördüyü görüntü daha əvvəl, üçüncü fəsildə verilir.</w:t>
      </w:r>
    </w:p>
    <w:p>
      <w:pPr>
        <w:pStyle w:val="ArticleScripture"/>
        <w:jc w:val="left"/>
      </w:pPr>
      <w:r>
        <w:rPr>
          <w:rFonts w:ascii="Times New Roman" w:hAnsi="Times New Roman" w:eastAsia="Times New Roman" w:cs="Times New Roman"/>
        </w:rPr>
        <w:t>Sonra qalxdım və düzənliyə çıxdım; və budur, Rəbbin izzəti orada durmuşdu, Xebar çayı kənarında gördüyüm izzət kimi; və mən üzüm üstə yerə qapandım. Yezekel 3:23.</w:t>
      </w:r>
    </w:p>
    <w:p>
      <w:pPr>
        <w:pStyle w:val="ArticleBody"/>
        <w:jc w:val="left"/>
      </w:pPr>
      <w:r>
        <w:rPr>
          <w:rFonts w:ascii="Times New Roman" w:hAnsi="Times New Roman" w:eastAsia="Times New Roman" w:cs="Times New Roman"/>
        </w:rPr>
        <w:t>“Düzənliyin” görüntüsü — altıncı ilin, altıncı ayın və beşinci günün görüntüsü — Hizqiyalın daha əvvəl Kebar çayı kənarında gördüyü görüntü idi.</w:t>
      </w:r>
    </w:p>
    <w:p>
      <w:pPr>
        <w:pStyle w:val="ArticleScripture"/>
        <w:jc w:val="left"/>
      </w:pPr>
      <w:r>
        <w:rPr>
          <w:rFonts w:ascii="Times New Roman" w:hAnsi="Times New Roman" w:eastAsia="Times New Roman" w:cs="Times New Roman"/>
        </w:rPr>
        <w:t>Otuzuncu ildə, dördüncü ayda, ayın beşinci günündə, mən Kebar çayı kənarında əsirlər arasında olarkən göylər açıldı və mən Allahın görüntülərini gördüm. Hezekiel 1:1.</w:t>
      </w:r>
    </w:p>
    <w:p>
      <w:pPr>
        <w:pStyle w:val="ArticleBody"/>
        <w:jc w:val="left"/>
      </w:pPr>
      <w:r>
        <w:rPr>
          <w:rFonts w:ascii="Times New Roman" w:hAnsi="Times New Roman" w:eastAsia="Times New Roman" w:cs="Times New Roman"/>
        </w:rPr>
        <w:t>Yezekelin Xevər çayı kənarında “gördüyü” “Allahın görüntüləri” düzənliyin görüntüsü idi; bu, həmçinin Yezekelin səkkizinci fəsildən on birinci fəslə qədər olan görüntüsü idi. Həmin görüntülər Yezekelin müqəddəs məkana baxması kontekstində təqdim olunmuşdu; onuncu fəslin “marah” baxış güzgüsü görüntüsü də məhz orada həyata keçir. Yezekel, möhlətin bağlanmasından lap əvvəl İsa Məsihin Vəhyi ortaya gətirilərkən, Ən Müqəddəs Yerdən saçılan peyğəmbərlik nurundan pay alanları təmsil edir.</w:t>
      </w:r>
    </w:p>
    <w:p>
      <w:pPr>
        <w:pStyle w:val="ArticleBody"/>
        <w:jc w:val="left"/>
      </w:pPr>
      <w:r>
        <w:rPr>
          <w:rFonts w:ascii="Times New Roman" w:hAnsi="Times New Roman" w:eastAsia="Times New Roman" w:cs="Times New Roman"/>
        </w:rPr>
        <w:t>Padşah Yoşiyanın Pasxa ilə başlayan və 22 oktyabrda başa çatan Yubiley xəttini müəyyən etdikdə, biz Levililər iyirmi üçüncü fəsildə bəyan edildiyi kimi, Bahar bayramları və Payız bayramları rəmzini müəyyən edirik. Orada bahar və payız bayramları hər biri iyirmi iki ayə ilə təqdim olunur; necə ki, Yezekelin xidməti də iyirmi iki il olmuşdur. Yezekelin Yubiley xəttinin otuzuncu ilinə uyğunlaşdırılması, Yezekelin doğumunun Yoşiyanın dirçəlişi ilə uyğunlaşmasına imkan verir. Əgər o, Yubiley dövrünün otuzuncu ilində otuz yaşında idisə, onda Yezekel Yoşiyanın islahatı zamanı doğulmuş olardı.</w:t>
      </w:r>
    </w:p>
    <w:p>
      <w:pPr>
        <w:pStyle w:val="ArticleBody"/>
        <w:jc w:val="left"/>
      </w:pPr>
      <w:r>
        <w:rPr>
          <w:rFonts w:ascii="Times New Roman" w:hAnsi="Times New Roman" w:eastAsia="Times New Roman" w:cs="Times New Roman"/>
        </w:rPr>
        <w:t>Yezekel iman vasitəsilə Ən Müqəddəs Yerə daxil olanların simvoludur. Oraya daxil olduqdan sonra onlar insan münasibətlərinin mürəkkəb qarşılıqlı təsirini təmsil edən təkərlərin içindəki təkərləri görürlər. Vəhy kitabının onuncu fəslində Yəhya ilə olduğu kimi, Yezekel də Millerçiləri, lakin daha birbaşa şəkildə yüz qırx dörd mini təmsil edir. Onun paralel üç yüz doxsan bir il və on beş günlük zaman peyğəmbərliyi Yerusəlimin məhvi ilə bağlı Laodikeya Adventizminin son mühakiməsini nümayiş etdirir və özündə otuz səkkiz və qırxın müəmməsini ehtiva edir.</w:t>
      </w:r>
    </w:p>
    <w:p>
      <w:pPr>
        <w:pStyle w:val="ArticleBody"/>
        <w:jc w:val="left"/>
      </w:pPr>
      <w:r>
        <w:rPr>
          <w:rFonts w:ascii="Times New Roman" w:hAnsi="Times New Roman" w:eastAsia="Times New Roman" w:cs="Times New Roman"/>
        </w:rPr>
        <w:t>Bu, dörd yüz otuz ilin rəmziliyini özündə ehtiva edir.</w:t>
      </w:r>
    </w:p>
    <w:p>
      <w:pPr>
        <w:pStyle w:val="ArticleBody"/>
        <w:jc w:val="left"/>
      </w:pPr>
      <w:r>
        <w:rPr>
          <w:rFonts w:ascii="Times New Roman" w:hAnsi="Times New Roman" w:eastAsia="Times New Roman" w:cs="Times New Roman"/>
        </w:rPr>
        <w:t>Buraya 1333-dən 1337-yə, 1449-dan 1453-ə və 1840-dan 1844-ə qədər olan dördillik dövr daxildir.</w:t>
      </w:r>
    </w:p>
    <w:p>
      <w:pPr>
        <w:pStyle w:val="ArticleBody"/>
        <w:jc w:val="left"/>
      </w:pPr>
      <w:r>
        <w:rPr>
          <w:rFonts w:ascii="Times New Roman" w:hAnsi="Times New Roman" w:eastAsia="Times New Roman" w:cs="Times New Roman"/>
        </w:rPr>
        <w:t>Bu son dərəcə mühüm mövzu barədə mülahizələrimizə növbəti məqalədə başlayacağıq.</w:t>
      </w:r>
    </w:p>
    <w:p>
      <w:pPr>
        <w:pStyle w:val="ArticleScripture"/>
        <w:jc w:val="left"/>
      </w:pPr>
      <w:r>
        <w:rPr>
          <w:rFonts w:ascii="Times New Roman" w:hAnsi="Times New Roman" w:eastAsia="Times New Roman" w:cs="Times New Roman"/>
        </w:rPr>
        <w:t>“Yeşayaya, Yezekelə və Yəhyaya verilən görüntülərdə biz göyün yer üzündə baş verən hadisələrlə nə qədər sıx bağlı olduğunu və Allaha sadiq olanlar üçün Onun qayğısının nə qədər böyük olduğunu görürük.” Testimonies, 5-ci cild, 753.</w:t>
      </w:r>
    </w:p>
    <w:p>
      <w:pPr>
        <w:pStyle w:val="ArticleScripture"/>
        <w:jc w:val="left"/>
      </w:pPr>
      <w:r>
        <w:rPr>
          <w:rFonts w:ascii="Times New Roman" w:hAnsi="Times New Roman" w:eastAsia="Times New Roman" w:cs="Times New Roman"/>
        </w:rPr>
        <w:t>“Məsihin Özü məbədin Rəbbi idi. O, oranı tərk etdikdə, onun izzəti də gedəcəkdi — vaxtilə ən müqəddəs yerdə, baş kahinin ildə yalnız bir dəfə, böyük kəffarə günündə, öldürülmüş qurbanın qanı ilə daxil olduğu mərhəmət kürsüsü üzərində görünən həmin izzət (dünyanın günahları uğrunda tökülmüş Allah Oğlunun qanının timsalı olan bu qanı qurbangaha səpirdi). Bu, Şekina, Yehovanın görünən məskəni idi.</w:t>
      </w:r>
    </w:p>
    <w:p>
      <w:pPr>
        <w:pStyle w:val="ArticleScripture"/>
        <w:jc w:val="left"/>
      </w:pPr>
      <w:r>
        <w:rPr>
          <w:rFonts w:ascii="Times New Roman" w:hAnsi="Times New Roman" w:eastAsia="Times New Roman" w:cs="Times New Roman"/>
        </w:rPr>
        <w:t>“Yeşaya buna işarə edərkən məhz bu izzət ona aşkar edilmişdi: «Padşah Uzziya öldüyü ildə mən də Rəbbi hündür və uca bir taxt üzərində oturmuş gördüm, Onun libasının ətəkləri məbədi doldurmuşdu» [Yeşaya 6:1–8-dən sitat].” The Seventh-day Adventist Bible Commentary, cild 4, 1139.</w:t>
      </w:r>
    </w:p>
    <w:p>
      <w:pPr>
        <w:pStyle w:val="ArticleScripture"/>
        <w:jc w:val="left"/>
      </w:pPr>
      <w:r>
        <w:rPr>
          <w:rFonts w:ascii="Times New Roman" w:hAnsi="Times New Roman" w:eastAsia="Times New Roman" w:cs="Times New Roman"/>
        </w:rPr>
        <w:t>Yeşayaya verilən görüntü son günlərdə Allahın xalqının vəziyyətini təmsil edir. Onlara imanla səmavi məbəddə irəliləyən işi görmək imtiyazı verilmişdir. “Və Allahın məbədi göydə açıldı və Onun məbədində əhdinin sandığı göründü.” Onlar imanla ən müqəddəs yerə baxdıqda və səmavi məbəddə Məsihin işini gördükdə anlayırlar ki, onlar murdar dodaqlı bir xalqdır,—dodaqları çox vaxt boş sözlər söyləmiş və istedadları Allahın izzəti üçün təqdis edilərək işlədilməmiş bir xalqdır. Öz zəifliklərini və layaqətsizliklərini Məsihin izzətli xarakterinin paklığı və gözəlliyi ilə müqayisə etdikdə, əlbəttə, ümidsizliyə qapıla bilərlər. Lakin əgər onlar da Yeşaya kimi, Rəbbin ürəkdə yaratmağı nəzərdə tutduğu təəssüratı qəbul etsələr, əgər canlarını Allahın önündə alçaltsalar, onlar üçün ümid vardır. Vədin qövsü taxtın üzərindədir və Yeşaya üçün görülən iş onlarda da yerinə yetiriləcək. Allah peşman qəlbdən yüksələn dualara cavab verəcəkdir.</w:t>
      </w:r>
    </w:p>
    <w:p>
      <w:pPr>
        <w:pStyle w:val="ArticleScripture"/>
        <w:jc w:val="left"/>
      </w:pPr>
      <w:r>
        <w:rPr>
          <w:rFonts w:ascii="Times New Roman" w:hAnsi="Times New Roman" w:eastAsia="Times New Roman" w:cs="Times New Roman"/>
        </w:rPr>
        <w:t>“Allahın bu böyük və ciddi işinin məqsədi dərzləri səmavi anbara toplamaqdır; çünki yer üzü Rəbbin izzəti ilə dolmalıdır. Buna görə də heç kəs üstün gələn pisliyi gördükdə və murdar dodaqlardan çıxan sözləri eşitdikdə ruhdan düşməsin. Zülmət qüvvələri Allahın xalqına qarşı cərgəyə düzüldükdə; Şeytan son böyük münaqişə üçün öz qüvvələrini səfərbər etdikdə və onun qüdrəti böyük, hətta az qala sarsıdıcı göründükdə, ilahi izzətin, uca və yüksəldilmiş taxtın, vəd göy qurşağı ilə əhatə olunmuş taxtın aydın mənzərəsi təsəlli, əminlik və sülh verəcəkdir.” Review and Herald, December 22, 1896.</w:t>
      </w:r>
    </w:p>
    <w:p>
      <w:pPr>
        <w:pStyle w:val="ArticleScripture"/>
        <w:jc w:val="left"/>
      </w:pPr>
      <w:r>
        <w:rPr>
          <w:rFonts w:ascii="Times New Roman" w:hAnsi="Times New Roman" w:eastAsia="Times New Roman" w:cs="Times New Roman"/>
        </w:rPr>
        <w:t>“Xebar çayının sahilləri boyunca Yezekel şimaldan gəlirmiş kimi görünən bir qasırğanı gördü: ‘böyük bir bulud, öz içinə qatlanan bir od, və onun ətrafında bir parıltı, və onun ortasından kəhrəba rəngi kimi bir görünüş.’ Bir-birini kəsən çoxlu çarxlar dörd canlı varlıq tərəfindən hərəkət etdirilirdi. Bütün bunların çox-çox yuxarısında ‘bir taxtın bənzəri var idi, sapfir daşının görünüşü kimi; və taxtın bənzəri üzərində onun üstündə insan görünüşü kimi bir bənzər var idi.’ ‘Keruvların arasında onların qanadları altında insan əlinin forması göründü.’ Yezekel 1:4, 26; 10:8. Çarxların quruluşu o qədər mürəkkəb idi ki, ilk baxışda qarışıqlıq içində görünürdülər; lakin onlar kamil bir ahəng içində hərəkət edirdilər. Keruvların qanadları altındakı əl tərəfindən dəstəklənən və yönəldilən səmavi varlıqlar bu çarxları hərəkətə gətirirdilər; onların yuxarısında, sapfir taxt üzərində, Əbədi Olan var idi; taxtın ətrafında isə ilahi mərhəmətin rəmzi olan bir göy qurşağı var idi.”</w:t>
      </w:r>
    </w:p>
    <w:p>
      <w:pPr>
        <w:pStyle w:val="ArticleScripture"/>
        <w:jc w:val="left"/>
      </w:pPr>
      <w:r>
        <w:rPr>
          <w:rFonts w:ascii="Times New Roman" w:hAnsi="Times New Roman" w:eastAsia="Times New Roman" w:cs="Times New Roman"/>
        </w:rPr>
        <w:t>“Kərubların qanadları altındakı əlin rəhbərliyi altında çarxa bənzər mürəkkəb nizamlar necə idisə, insan hadisələrinin mürəkkəb gedişi də ilahi nəzarət altındadır. Xalqların çəkişməsi və təlatümü içində, kərubların üzərində əyləşən Olan hələ də yer üzünün işlərini yönəldir.</w:t>
      </w:r>
    </w:p>
    <w:p>
      <w:pPr>
        <w:pStyle w:val="ArticleScripture"/>
        <w:jc w:val="left"/>
      </w:pPr>
      <w:r>
        <w:rPr>
          <w:rFonts w:ascii="Times New Roman" w:hAnsi="Times New Roman" w:eastAsia="Times New Roman" w:cs="Times New Roman"/>
        </w:rPr>
        <w:t>Bir-birinin ardınca özlərinə ayrılmış vaxtı və məkanı tutmuş xalqların tarixi, özlərinin mənasını bilmədikləri həqiqətə qeyri-iradi şəkildə şahidlik edərək, bizə xitab edir. Bu gün hər bir millətə və hər bir fərdə Allah Öz böyük planında bir yer təyin etmişdir. Bu gün insanlar və millətlər heç vaxt yanılmayanın əlindəki şaqul ilə ölçülürlər. Hamı öz seçimi ilə öz taleyini müəyyən edir, Allah isə Öz niyyətlərinin həyata keçməsi üçün hər şeyə hökmranlıq edir.</w:t>
      </w:r>
    </w:p>
    <w:p>
      <w:pPr>
        <w:pStyle w:val="ArticleScripture"/>
        <w:jc w:val="left"/>
      </w:pPr>
      <w:r>
        <w:rPr>
          <w:rFonts w:ascii="Times New Roman" w:hAnsi="Times New Roman" w:eastAsia="Times New Roman" w:cs="Times New Roman"/>
        </w:rPr>
        <w:t>“Böyük MƏN OLANIN Öz kəlamında müəyyən etdiyi tarix, keçmişdəki əbədiyyətdən gələcəkdəki əbədiyyətə qədər peyğəmbərlik zəncirində halqanı halqaya birləşdirərək, bizə bu gün əsrlərin gedişində harada olduğumuzu və gələcək zamanda nələrin gözlənilə biləcəyini bildirir. Peyğəmbərliyin indiki vaxta qədər baş verəcəyini əvvəlcədən xəbər verdiyi hər şey tarixin səhifələrində öz izini tapmışdır və biz əmin ola bilərik ki, hələ qarşıda olanların hamısı da öz sırası ilə yerinə yetəcəkdir.”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İyirminci Sayı</dc:title>
  <dc:subject>İkinci Vay — Yeddinci Hissə — Yezekel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