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Yoel Kitabı və Laodikeyalı Yeddinci Gün Adventist Kilsəsi - On Sayı</w:t>
      </w:r>
    </w:p>
    <w:p>
      <w:pPr>
        <w:pStyle w:val="ArticleByline"/>
        <w:jc w:val="left"/>
      </w:pPr>
      <w:r>
        <w:rPr>
          <w:rFonts w:ascii="Arial" w:hAnsi="Arial" w:eastAsia="Arial" w:cs="Arial"/>
        </w:rPr>
        <w:t>Jeff Pippenger</w:t>
      </w:r>
    </w:p>
    <w:p>
      <w:pPr>
        <w:pStyle w:val="ArticleDate"/>
        <w:jc w:val="left"/>
      </w:pPr>
      <w:r>
        <w:rPr>
          <w:rFonts w:ascii="Arial" w:hAnsi="Arial" w:eastAsia="Arial" w:cs="Arial"/>
        </w:rPr>
        <w:t>2025-12-14</w:t>
      </w:r>
    </w:p>
    <w:p>
      <w:pPr>
        <w:pStyle w:val="ArticleHeading"/>
        <w:jc w:val="left"/>
      </w:pPr>
      <w:r>
        <w:rPr>
          <w:rFonts w:ascii="Arial" w:hAnsi="Arial" w:eastAsia="Arial" w:cs="Arial"/>
        </w:rPr>
        <w:t>On rəqəmi</w:t>
      </w:r>
    </w:p>
    <w:p>
      <w:pPr>
        <w:pStyle w:val="ArticleBody"/>
        <w:jc w:val="left"/>
      </w:pPr>
      <w:r>
        <w:rPr>
          <w:rFonts w:ascii="Times New Roman" w:hAnsi="Times New Roman" w:eastAsia="Times New Roman" w:cs="Times New Roman"/>
        </w:rPr>
        <w:t>Biz Yeşayanın yeddinci fəsildən başlayan və on ikinci fəslin sonunadək davam edən görüntüsünün bir hissəsinə müraciət edirik. Bunu ona görə edirik ki, 1850-ci ildə “Rəbb Öz əlini ikinci dəfə uzadıb” Öz qalıq xalqını topladı. Biz 1844-dən 1863-dək olan nişanə daşlarını yerbəyer edirik. “1850” və ikinci toplanış həmin nişanə daşlarından biridir.</w:t>
      </w:r>
    </w:p>
    <w:p>
      <w:pPr>
        <w:pStyle w:val="ArticleBody"/>
        <w:jc w:val="left"/>
      </w:pPr>
      <w:r>
        <w:rPr>
          <w:rFonts w:ascii="Times New Roman" w:hAnsi="Times New Roman" w:eastAsia="Times New Roman" w:cs="Times New Roman"/>
        </w:rPr>
        <w:t>Yeşayanın görüntüsü yeddinci fəslin birinci ayəsində başladıqdan sonra, “o gündə”yə bənzər hər hansı bir ifadə istinad olduqda, o, yeddinci fəslin artıq müəyyən edilmiş peyğəmbərlik kontekstinə yerləşdirilməlidir. Görüntünü düzgün şəkildə ayırd etməyin açarı, peyğəmbərliyin təkrar və genişləndirmə prinsipləri əsasında işlədiyini anlamaqdır və bu qayda həmin görüntüdə də qüvvədədir.</w:t>
      </w:r>
    </w:p>
    <w:p>
      <w:pPr>
        <w:pStyle w:val="ArticleBody"/>
        <w:jc w:val="left"/>
      </w:pPr>
      <w:r>
        <w:rPr>
          <w:rFonts w:ascii="Times New Roman" w:hAnsi="Times New Roman" w:eastAsia="Times New Roman" w:cs="Times New Roman"/>
        </w:rPr>
        <w:t>Yeşayanın vəhyində, altıncı fəsildən başlayaraq müəyyən edilən müxtəlif peyğəmbərlik həqiqətlərinə bu baxış bucağından yanaşmaq lazımdır ki, “ilk növbədə və hər şeydən əvvəl” Yeşaya 9/11-də son yağışın gəlib çatdığını bəyan etmək üçün məsh olunmuş bir canı təmsil edir. Bu təqdis olunmuş kontekstdə, Yeşayanın yeddinci fəsli, peyğəmbərin altıncı fəsildə “9/11 xəbərini ‘gözləri olub görməkdən, qulaqları olub eşitməkdən imtina edən’ mürtəd bir kilsəyə nə qədər müddət verməli olacağını” soruşduğu zaman təmsil etdiyi qorxunun məhz özünü təsvir edir.</w:t>
      </w:r>
    </w:p>
    <w:p>
      <w:pPr>
        <w:pStyle w:val="ArticleBody"/>
        <w:jc w:val="left"/>
      </w:pPr>
      <w:r>
        <w:rPr>
          <w:rFonts w:ascii="Times New Roman" w:hAnsi="Times New Roman" w:eastAsia="Times New Roman" w:cs="Times New Roman"/>
        </w:rPr>
        <w:t>Görmədə şər və ağılsız padşah Ahaz, Yeşaya və onun oğulları ilə təmsil olunan, şər və ağılsız Ahaza qarşı duran gözətçilərin təqdim etdiyi son yağış ismarıcının xəbərdarlığını qəbul etməyəcək bir Laodikyalının rəmzidir.</w:t>
      </w:r>
    </w:p>
    <w:p>
      <w:pPr>
        <w:pStyle w:val="ArticleBody"/>
        <w:jc w:val="left"/>
      </w:pPr>
      <w:r>
        <w:rPr>
          <w:rFonts w:ascii="Times New Roman" w:hAnsi="Times New Roman" w:eastAsia="Times New Roman" w:cs="Times New Roman"/>
        </w:rPr>
        <w:t>11 sentyabr Daniel 11:40 ayəsinin peyğəmbərlik tarixində baş verdi; buna görə də Yeşaya altıncı fəsildə 11 sentyabrda yerləşdirildikdə, o, peyğəmbərlik baxımından Daniel 11:40 ayəsinin daxilində yerləşdirilir, lakin daha mühümü, o, “qırxıncı ayənin gizli tarixi” daxilində yerləşdirilir. Qırxıncı ayənin gizli tarixi, ayənin 1989-cu ildə Sovet İttifaqının dağılması ilə yerinə yetirilməsi zamanı başlandı. 1989-cu ildən qırx birinci ayədəki bazar qanununa qədər olan dövr, məhz həmin “gizli tarix” daxilində Yəhuda qəbiləsinin Aslanı tərəfindən möhürdən açılan “qırxıncı ayənin gizli tarixi”dir. Bu, 11 sentyabrdan sonra son yağış xəbərcisini təmsil edən Yeşaya ilə bağlı mülahizəmizdə bunu müəyyən edir ki, Yeşayanın bəyan etdiyi son yağış xəbərinin bir hissəsi Daniel 11:41–45 ayələridir.</w:t>
      </w:r>
    </w:p>
    <w:p>
      <w:pPr>
        <w:pStyle w:val="ArticleBody"/>
        <w:jc w:val="left"/>
      </w:pPr>
      <w:r>
        <w:rPr>
          <w:rFonts w:ascii="Times New Roman" w:hAnsi="Times New Roman" w:eastAsia="Times New Roman" w:cs="Times New Roman"/>
        </w:rPr>
        <w:t>Yeşaya peyğəmbərcəsinə 9/11-də, onuncu fəsildə dayanaraq xəbərdarlıq edir ki, baş verəcək lap növbəti hadisə bazar qanunu olan “ədalətsiz fərman”dır və bu, Daniel 11-in qırx birinci ayəsində təmsil olunur. Yeşayanın axır yağış ismarıcına dair təsviri qırxıncı ayənin 9/11-dən sonrakı “gizli tarixi” daxilində yerləşdirilmişdir. Qırxıncı ayənin 1989-cu ildə yerinə yetməsi Yeşayanı 1989-dan sonra, 9/11-də, qurbangahın üzərindən götürülmüş közlə məsh olunduğu yerdə yerləşdirir. Yeşaya, ismarıcı Daniel 11-in son altı ayəsini ehtiva edən bir elçini təmsil edir.</w:t>
      </w:r>
    </w:p>
    <w:p>
      <w:pPr>
        <w:pStyle w:val="ArticleBody"/>
        <w:jc w:val="left"/>
      </w:pPr>
      <w:r>
        <w:rPr>
          <w:rFonts w:ascii="Times New Roman" w:hAnsi="Times New Roman" w:eastAsia="Times New Roman" w:cs="Times New Roman"/>
        </w:rPr>
        <w:t>Yeşaya açıq şəkildə bildirir ki, o və övladları əlamətlər və möcüzələr üçündür. Yeddinci fəslin üçüncü ayəsində Yeşaya ilə oğlu yuxarı hovuzun su kanalı yanında, parçayuyanların tarlasına gedən yolun üstündədir. Yeşaya altıncı fəsildə bəyan etməyə məsh olunduğu son yağış xəbərini təqdim edir və o, həm son yağışın üç rəmzinin yanında dayanır, həm də övladı Şear-Yaşuv onunladır. Yuxarı hovuzun su kanalı, Zəkəriyyanın müəyyən etdiyi və Bacı Uaytın çox vaxt şərh etdiyi qızıl yağla dolu iki boruya dair peyğəmbərlik işarəsidir; bu isə yuxarı hovuzun kanalından gələn xəbərin son yağış xəbərində özünü göstərdiyini müəyyən edir.</w:t>
      </w:r>
    </w:p>
    <w:p>
      <w:pPr>
        <w:pStyle w:val="ArticleBody"/>
        <w:jc w:val="left"/>
      </w:pPr>
      <w:r>
        <w:rPr>
          <w:rFonts w:ascii="Times New Roman" w:hAnsi="Times New Roman" w:eastAsia="Times New Roman" w:cs="Times New Roman"/>
        </w:rPr>
        <w:t>Yeşayanın su yolu Zəkəriyyanın iki borusu ilə əlaqələnir və Ellen Uaytın şərhi Zəkəriyyanı on qız haqqında məsəllə birləşdirir. Yeşaya altıncı fəsildə Rəbbin izzətini görəndə torpağa qədər alçaldılır. O, üçüncü ayədə təmsil olunan xəbəri, Allahın izzəti ilə yer üzünü işıqlandıran xəbər kimi daşımağa razı olur. O, qurbangahdan götürülmüş bir közlə paklanır və sonra yuxarı hovuzdan gələn suyun yaratdığı hovuzun yanında dayanır. İyirmi səkkizinci fəsildə Yeşaya son yağış xəbərini “sətir üstə sətir” kimi müəyyən edir və üçüncü ayədə yuxarı hovuz peyğəmbərliyin bir neçə xəttini təmsil edir.</w:t>
      </w:r>
    </w:p>
    <w:p>
      <w:pPr>
        <w:pStyle w:val="ArticleBody"/>
        <w:jc w:val="left"/>
      </w:pPr>
      <w:r>
        <w:rPr>
          <w:rFonts w:ascii="Times New Roman" w:hAnsi="Times New Roman" w:eastAsia="Times New Roman" w:cs="Times New Roman"/>
        </w:rPr>
        <w:t>9/11-də bir canı təmsil edən Yeşaya yalnız o halda yuxarı hovuzdan enən qızıl yağın gəldiyi yerdə dayanmış olardı ki, həmin can Yeremyanın köhnə yoluna aparan yaxşı yolu soruşmuş olsun; bu yol, Yeşayanın “yuyucunun tarlası yanındakı şosse (yol)”udur və Yeremyanın “rahatlığı” da orada tapılır. Yeşayanın son yağış xəbəri təkcə on bakirənin xəttinə, Zəkəriyyanın iki qızıl boru xəttinə, Yeremyanın köhnə yol xəttinə əsaslanmır, həm də Yeşaya “yuyucunun tarlası”nda dayanır; orada Əhdin Elçisi Levi oğullarını gümüş və qızıl kimi təmizləyib saflaşdırır.</w:t>
      </w:r>
    </w:p>
    <w:p>
      <w:pPr>
        <w:pStyle w:val="ArticleBody"/>
        <w:jc w:val="left"/>
      </w:pPr>
      <w:r>
        <w:rPr>
          <w:rFonts w:ascii="Times New Roman" w:hAnsi="Times New Roman" w:eastAsia="Times New Roman" w:cs="Times New Roman"/>
        </w:rPr>
        <w:t>Yeddinci fəslin üçüncü ayəsinə digər sətirləri gətirmək çox asan bir peyğəmbərlik vəzifəsidir. Zəkəriyyənin yağı və on bakirə Yaqubun nərdivanı və Vəhy kitabının ilk iki ayəsi ilə bağlıdır, çünki onların hamısı Allahla insan arasında ünsiyyət prosesinə toxunur. Yeremyanın qədim yolu, şər və ağılsız padşah Ahazın eşitməkdən imtina etdiyi şeypuru səsləndirən “gözətçini” özündə ehtiva edir. Həmin şeypur bütün peyğəmbərlik şeypurlarını, habelə peyğəmbərlik gözətçilərini Yeşayanın “şose”sinə çəkir; orada Yeşaya və onun oğlu Laodikeyanın rəhbərinə bir xəbər çatdırmaq üçün dayanırlar.</w:t>
      </w:r>
    </w:p>
    <w:p>
      <w:pPr>
        <w:pStyle w:val="ArticleBody"/>
        <w:jc w:val="left"/>
      </w:pPr>
      <w:r>
        <w:rPr>
          <w:rFonts w:ascii="Times New Roman" w:hAnsi="Times New Roman" w:eastAsia="Times New Roman" w:cs="Times New Roman"/>
        </w:rPr>
        <w:t>Yeşaya və oğlu Şear-Yaşuv — “bir qalıq geri dönəcək” mənasını daşıyan — birlikdə dayanırlar və 11 sentyabrda gəlmiş son yağış xəbərinin bəyanını təsvir edirlər. Onlar pis padşah Ahazla görüşməyə gedirlər və ata ilə oğul olaraq alfa və omeqa rəmzini, “sətir üzərinə sətir” metodologiyasının əsas qaydasını təmsil edirlər. “Sətir üzərinə sətir” Millerçi “gün/il” prinsipi ilə təcəssüm etdirilmiş qaydadır.</w:t>
      </w:r>
    </w:p>
    <w:p>
      <w:pPr>
        <w:pStyle w:val="ArticleBody"/>
        <w:jc w:val="left"/>
      </w:pPr>
      <w:r>
        <w:rPr>
          <w:rFonts w:ascii="Times New Roman" w:hAnsi="Times New Roman" w:eastAsia="Times New Roman" w:cs="Times New Roman"/>
        </w:rPr>
        <w:t>1840-cı il avqustun 11-də Vəhyin doqquzuncu fəslindəki ikinci vayın İslama dair peyğəmbərliyi yerinə yetdi və Millerçi “gün/il” prinsipi təsdiqləndi; beləliklə, gün/il prinsipinə əsaslanan Millerin 1843-cü ilə dair proqnozu qüvvətləndirildi. 2001-ci il sentyabrın 11-də Vəhyin doqquz, on və on birinci fəsillərindəki üçüncü vayın İslama dair peyğəmbərliyi yerinə yetdi və alfa (11-8-1840) ilə omeqa (9/11) prinsipi təsdiqləndi, belə ki, Nyu-Yorkun böyük binaları çökdükdə Vəhyin on səkkizinci fəslinin qüdrətli mələyi endi — necə ki, omeqanı tipləşdirən alfanın yerinə yetdiyi 1840-cı il avqustun 11-də də Vəhyin onuncu fəslinin qüdrətli mələyi enmişdi.</w:t>
      </w:r>
    </w:p>
    <w:p>
      <w:pPr>
        <w:pStyle w:val="ArticleBody"/>
        <w:jc w:val="left"/>
      </w:pPr>
      <w:r>
        <w:rPr>
          <w:rFonts w:ascii="Times New Roman" w:hAnsi="Times New Roman" w:eastAsia="Times New Roman" w:cs="Times New Roman"/>
        </w:rPr>
        <w:t>Yeşaya və onun oğlu təkcə “sətir üstə sətir” prinsipinin əsas nümunəsini təmsil etmirlər, onlar həm də ata ilə onun övladları arasındakı münasibətlə təsvir olunan bir xəbəri təmsil edən İlyas xəbərini təmsil edirlər. Rəbbin böyük və dəhşətli günündən dərhal əvvəl bəyan edilən İlyas xəbəri, Allahın icraedici hökmlərinin başlanmasından az əvvəl gələn bir xəbəri müəyyən edir. Allahın icraedici hökmləri “Rəbbin böyük və dəhşətli günü” olan bir dövrü təmsil edir. Həmin dövr bazar günü qanunu ilə başlayır və son yeddi bəla ilə davam edir. Dövr bazar günü qanunu ilə başlayır və son yeddi bəla ilə başa çatır. Buna görə də İlyas xəbəri, sınaq müddətinin başa çatmasının yaxınlaşması barədə xəbərdarlıqla birləşdirilmiş alfa və omeqa prinsipinə əsaslanır. İlyas xəbəri ilə yanaşı, İlyasa əsaslanan müxtəlif peyğəmbərlik xətləri də vardır; çünki İlyas, İsanın sözlərinə görə, Vəftizçi Yəhyanı təmsil edirdi və həm İlyas, həm də Yəhya, Sister White-a görə, William Miller-i təmsil edirdi; və İlyas ilə Vəftizçi Yəhya birlikdə həm yüz qırx dörd minliyi (İlyas), həm də Vəhy yeddi fəslindəki böyük izdihamı (Yəhya) təmsil edirlər.</w:t>
      </w:r>
    </w:p>
    <w:p>
      <w:pPr>
        <w:pStyle w:val="ArticleBody"/>
        <w:jc w:val="left"/>
      </w:pPr>
      <w:r>
        <w:rPr>
          <w:rFonts w:ascii="Times New Roman" w:hAnsi="Times New Roman" w:eastAsia="Times New Roman" w:cs="Times New Roman"/>
        </w:rPr>
        <w:t>Yeşaya və onun oğlu qədim yollarda dayanırlar; bu yollar təməllərdir və onlar qızıl yağı qəbul edirlər, çünki onlar 22 oktyabr 1844-cü ildə yerinə yetmiş və bazar gününə dair qanunu təmsil edən ağardıcının təmizlənmə prosesindən keçən müdrik bakirələrdir. Yeşaya və qayıdan qalıq, (çünki onun oğlu Şear-Yaşubun adının mənası budur), 11 sentyabrda qədim yollara “qayıdan” qalığı təmsil edir. Ata–qalıq münasibəti, hansı ki alfa və omeqa münasibətidir, hansı ki həm də İlyasın “ataların və övladların ürəkləri” münasibətidir, Ata Milleri və onun birinci mələyin qalıq hərəkatı ilə olan münasibətinin Filadelfiyanın alfa hərəkatı olduğunu müəyyən edir. Alfa hərəkatında Ata Miller İlyas və Vəftizçi Yəhya kimi müəyyən edilmişdi; İsa da onu Əhdin Xəbərçisinin yolunu hazırlayan xəbərçi kimi tanıtmışdı. Birinci və ikinci mələklərin alfa tarixindəki bütün bu peyğəmbərlik yerinə yetmələri üçüncü mələyin omeqa tarixində təkrarlanır.</w:t>
      </w:r>
    </w:p>
    <w:p>
      <w:pPr>
        <w:pStyle w:val="ArticleBody"/>
        <w:jc w:val="left"/>
      </w:pPr>
      <w:r>
        <w:rPr>
          <w:rFonts w:ascii="Times New Roman" w:hAnsi="Times New Roman" w:eastAsia="Times New Roman" w:cs="Times New Roman"/>
        </w:rPr>
        <w:t>Yeşayanın görüntüdəki təşbehinin daha mühüm cəhətləri də vardır, lakin burada biz sadəcə olaraq müəyyən edirik ki, Yeşaya xüsusi şəkildə 9/11 son yağış xəbərinin ürəyini təşkil edən müxtəlif həqiqətləri göstərir. İndicə müzakirə etdiyimiz bu xətlərin hamısı, və əlbəttə, daha bir çoxu, yeddinci fəslin üçüncü ayəsində yerləşir.</w:t>
      </w:r>
    </w:p>
    <w:p>
      <w:pPr>
        <w:pStyle w:val="ArticleBody"/>
        <w:jc w:val="left"/>
      </w:pPr>
      <w:r>
        <w:rPr>
          <w:rFonts w:ascii="Times New Roman" w:hAnsi="Times New Roman" w:eastAsia="Times New Roman" w:cs="Times New Roman"/>
        </w:rPr>
        <w:t>Səkkizinci ayədə peyğəmbərlik həqiqəti daha da intensivləşir, çünki o, “qırxıncı ayənin gizli tarixini” açan açarı müəyyən edir və heyrətamizdir ki, həmin açar elə həm də hər iki 2520 illik zaman peyğəmbərliyinin başlanğıcının qeyd olunduğu eyni ayənin daxilində müəyyən edilir.</w:t>
      </w:r>
    </w:p>
    <w:p>
      <w:pPr>
        <w:pStyle w:val="ArticleScripture"/>
        <w:jc w:val="left"/>
      </w:pPr>
      <w:r>
        <w:rPr>
          <w:rFonts w:ascii="Times New Roman" w:hAnsi="Times New Roman" w:eastAsia="Times New Roman" w:cs="Times New Roman"/>
        </w:rPr>
        <w:t>Çünki Suriyanın başı Dəməşqdir, Dəməşqin başı isə Rəzindir; və altmış beş il içində Efrayim elə sındırılacaq ki, artıq xalq olmayacaq. Efrayimin başı Samariyadır, Samariyanın başı isə Remalyanın oğludur.</w:t>
      </w:r>
    </w:p>
    <w:p>
      <w:pPr>
        <w:pStyle w:val="ArticleScripture"/>
        <w:jc w:val="left"/>
      </w:pPr>
      <w:r>
        <w:rPr>
          <w:rFonts w:ascii="Times New Roman" w:hAnsi="Times New Roman" w:eastAsia="Times New Roman" w:cs="Times New Roman"/>
        </w:rPr>
        <w:t>Əgər iman etməsəniz, şübhəsiz ki, möhkəmlənməyəcəksiniz. Yeşaya 7:8, 9.</w:t>
      </w:r>
    </w:p>
    <w:p>
      <w:pPr>
        <w:pStyle w:val="ArticleBody"/>
        <w:jc w:val="left"/>
      </w:pPr>
      <w:r>
        <w:rPr>
          <w:rFonts w:ascii="Times New Roman" w:hAnsi="Times New Roman" w:eastAsia="Times New Roman" w:cs="Times New Roman"/>
        </w:rPr>
        <w:t>Yeşayanın son yağış xəbəri ilə bağlı təsviri Musanın “yeddi dəfə”sini özündə ehtiva edir, çünki səkkizinci ayənin altmış beş illik peyğəmbərliyi İsrailin həm şimal, həm də cənub padşahlıqlarının 2520 illik səpələnməsinin başlanğıc nöqtəsini müəyyən edir. Elə həmin ayədə, Daniel 11:40-da 1989-cu ildə Sovet İttifaqının süqutu ilə bağlı üç peyğəmbərlik xəttini, Daniel 11:10 ilə birlikdə, eləcə də Yeşaya 8:8-i açan açar verilir. Bu üç xəttlə (Yeşaya 8:8, Daniel 11:10, 40) bağlı olaraq açar səkkizinci və doqquzuncu ayələrdəki “başlar”dır. “Başlar” açarı bu üç paralel ayəyə tətbiq edildikdə, Ukrayna Müharibəsinin və tezliklə gələcək Üçüncü Dünya Müharibəsinin tarixinə açılan qapı açılır. Bu peyğəmbərlik qapısı açıldıqda, Daniel 11:11–16-nın Daniel 11:40-da 1989-cu ildən sonrakı Sovet İttifaqının süqutu tarixi ilə paralel tarix olduğu görünür. “Qırxıncı ayənin gizli tarixinin” açılması, möhlət bağlanmazdan az əvvəl İsa Məsihin Vəhyinin açılması ilə əlaqədar möhürsüzləşdirildiyi müəyyən edilən seçilmiş azsaylı həqiqətlərdən biri olan bir həqiqətdir.</w:t>
      </w:r>
    </w:p>
    <w:p>
      <w:pPr>
        <w:pStyle w:val="ArticleBody"/>
        <w:jc w:val="left"/>
      </w:pPr>
      <w:r>
        <w:rPr>
          <w:rFonts w:ascii="Times New Roman" w:hAnsi="Times New Roman" w:eastAsia="Times New Roman" w:cs="Times New Roman"/>
        </w:rPr>
        <w:t>Yeşayanın səkkizinci fəslinin birinci ayəsi “Bundan əlavə” sözü ilə başlayır və bununla da səkkizinci fəslin yeddinci fəslin üzərinə gəldiyini göstərir. Birinci sözün “bundan əlavə” olmasından başqa, səkkizinci fəslin üçüncü ayəsi də yeddinci fəslin üçüncü ayəsi ilə birləşdirilərək, bu iki fəslin sətir-sətir tətbiq olunmalı olduğuna dair ikinci şahid kimi xidmət edir. Hər iki “üçüncü” ayə Yeşayanın oğullarından birini tanıdır; onların adlarının hər ikisi hekayə daxilindəki peyğəmbərlik ismarıcından bəhs edir. Şear-Yaşuv “bir qalıq qayıdacaq” deməkdir, Maher-Şalal-Haş-Baz isə “qənimətə tələsən” deməkdir. Əvvəlcə Şear-Yaşuv, sonra isə Maher-Şalal-Haş-Baz xatırlanır (bu, Müqəddəs Kitabdakı ən uzun addır). “1” ilə təmsil olunan alfa daha kiçikdir və bu halda hətta “qalıq” kimi də müəyyən edilir; “22” ilə təmsil olunan omeqa isə daha böyükdür və Müqəddəs Kitabdakı ən böyük adla təmsil olunaraq, eyni zamanda bazar günü qanununun sürətli hərəkətlərini simvolizə edir.</w:t>
      </w:r>
    </w:p>
    <w:p>
      <w:pPr>
        <w:pStyle w:val="ArticleBody"/>
        <w:jc w:val="left"/>
      </w:pPr>
      <w:r>
        <w:rPr>
          <w:rFonts w:ascii="Times New Roman" w:hAnsi="Times New Roman" w:eastAsia="Times New Roman" w:cs="Times New Roman"/>
        </w:rPr>
        <w:t>Alfa qalığı, Şear-Yaşubla təmsil olunaraq, üçüncü ayədə atası Yeşaya ilə birlikdədir. Onlar birlikdə alfa və omeqadırlar və son yağışa dair üç ayrı istinaddan ibarət olan bir yerdə dayanırlar.</w:t>
      </w:r>
    </w:p>
    <w:p>
      <w:pPr>
        <w:pStyle w:val="ArticleScripture"/>
        <w:jc w:val="left"/>
      </w:pPr>
      <w:r>
        <w:rPr>
          <w:rFonts w:ascii="Times New Roman" w:hAnsi="Times New Roman" w:eastAsia="Times New Roman" w:cs="Times New Roman"/>
        </w:rPr>
        <w:t>Sonra Rəbb Yeşayaya dedi: “İndi get, sən və oğlun Şear-Yaşuv, Ahazı qarşılamaq üçün yuxarı hovuzun axarının sonunda, parçaağardanın tarlası yolunda onunla görüşün.” Yeşaya 7:3.</w:t>
      </w:r>
    </w:p>
    <w:p>
      <w:pPr>
        <w:pStyle w:val="ArticleBody"/>
        <w:jc w:val="left"/>
      </w:pPr>
      <w:r>
        <w:rPr>
          <w:rFonts w:ascii="Times New Roman" w:hAnsi="Times New Roman" w:eastAsia="Times New Roman" w:cs="Times New Roman"/>
        </w:rPr>
        <w:t>Yeşaya yüz qırx dörd min nəfərin rəmzidir və 11 sentyabrın çağırışını təmsil edərkən, Yeşaya eyni zamanda 2023-cü ilin iyul çağırışını da təmsil edir. 11 sentyabrda Yeşaya, Rəbbin ağzından Adventizmin qusulub atıldığı bir vaxtda, Esavın ilkdoğumluq haqqını almağa gedən hiyləgər Yaqubla təmsil olunan bir Laodikeyalıdır; 2023-cü ildə isə Yeşaya qalib gələn İsraili təmsil edir. Yeşaya Allahın xəbərini təqdim edən, lakin Laodikeyalı olduğunu dərk etmək üçün oyadılan, sonra isə bir köz tərəfindən təmizlənərək Filadelfiyalıya çevrilən bir şəxsi təmsil edir.</w:t>
      </w:r>
    </w:p>
    <w:p>
      <w:pPr>
        <w:pStyle w:val="ArticleScripture"/>
        <w:jc w:val="left"/>
      </w:pPr>
      <w:r>
        <w:rPr>
          <w:rFonts w:ascii="Times New Roman" w:hAnsi="Times New Roman" w:eastAsia="Times New Roman" w:cs="Times New Roman"/>
        </w:rPr>
        <w:t>“Yeşaya Allahın izzətinə dair ecazkar bir mənzərə gördü. O, Allahın qüdrətinin təzahürünü gördü və Onun əzəmətini seyr etdikdən sonra ona gedib müəyyən bir işi görməsi üçün bir xəbər gəldi. O, özünü bu iş üçün tamamilə layiqsiz hiss etdi. Özünü layiqsiz saymasına nə səbəb oldu? Məgər Allahın izzətinə dair bir mənzərə görməzdən əvvəl özünü layiqsiz hesab edirdi?—Xeyr; o, Allahın qarşısında özünü saleh bir halda təsəvvür edirdi; lakin Ordular Rəbbinin izzəti ona aşkar ediləndə, Allahın ifadəolunmaz əzəmətini görəndə dedi: “Vay halıma, məhv oldum! Çünki mən murdar dodaqlı bir adamam və murdar dodaqlı bir xalqın arasında yaşayıram; çünki gözlərim Padşahı, Ordular Rəbbini gördü. Sonra seraflardan biri mənə tərəf uçdu; əlində maşa ilə qurbangahın üstündən götürdüyü alışmış bir kömür var idi. Onu ağzıma toxundurub dedi: Budur, bu dodaqlarına toxundu; təqsirin götürüldü və günahın təmizləndi.” Fərdlər olaraq bizim üzərimizdə də görülməli olan iş budur. Biz qurbangahın üstündən götürülmüş o alışmış kömürün dodaqlarımıza qoyulmasını istəyirik. Biz bu sözün deyildiyini eşitmək istəyirik: “Təqsirin götürüldü və günahın təmizləndi”” Review and Herald, 4 iyun 1889.</w:t>
      </w:r>
    </w:p>
    <w:p>
      <w:pPr>
        <w:pStyle w:val="ArticleBody"/>
        <w:jc w:val="left"/>
      </w:pPr>
      <w:r>
        <w:rPr>
          <w:rFonts w:ascii="Times New Roman" w:hAnsi="Times New Roman" w:eastAsia="Times New Roman" w:cs="Times New Roman"/>
        </w:rPr>
        <w:t>Yeşaya kitabının altıncı fəslindəki “Nə vaxta qədər?” ifadəsi 11 sentyabrdan Bazar qanununa qədər olan dövrün simvoludur və altıncı fəsil 11 sentyabrın təsviridir. Yeddinci fəsildən doqquzuncu fəslədək olan fəsillər Yeşayanın Yəhudanın mürtəd rəhbərliyinə çatdırdığı xəbəri və Efrayimin sərxoşları büdrədiyi zaman yüz qırx dörd minin möhürlənmə dövründə baş verən təsviri təqdim edir. Elə həmin görüntüdə Yeşaya belə qeyd edir:</w:t>
      </w:r>
    </w:p>
    <w:p>
      <w:pPr>
        <w:pStyle w:val="ArticleScripture"/>
        <w:jc w:val="left"/>
      </w:pPr>
      <w:r>
        <w:rPr>
          <w:rFonts w:ascii="Times New Roman" w:hAnsi="Times New Roman" w:eastAsia="Times New Roman" w:cs="Times New Roman"/>
        </w:rPr>
        <w:t>Budur, mən və Rəbbin mənə verdiyi övladlar İsraildə əlamətlər və möcüzələr üçünik — Sion dağında məskən salan Ordular Rəbbindən. Yeşaya 8:18.</w:t>
      </w:r>
    </w:p>
    <w:p>
      <w:pPr>
        <w:pStyle w:val="ArticleBody"/>
        <w:jc w:val="left"/>
      </w:pPr>
      <w:r>
        <w:rPr>
          <w:rFonts w:ascii="Times New Roman" w:hAnsi="Times New Roman" w:eastAsia="Times New Roman" w:cs="Times New Roman"/>
        </w:rPr>
        <w:t>Yeşaya və onun övladları yeddinci fəsildən doqquzuncu fəsilə qədər olan bölmələrdə rast gəlinən müəmmalar içində əlamətlərdir. Yeddinci fəsildən doqquzuncu fəsilə qədər olan bu bölmələr, “o gün” və ya “o zaman”a dair hər hansı istinad baxımından bütün vəhyin istinad nöqtəsidir. On səkkizinci ayə Yeşaya ilə onun oğullarının əlamətlər olduğunu bildirir, on səkkizinci ayəni əhatə edən ayələr isə bu əlamətlərin tanınmalı olduğu zaman dövrünü müəyyən edir.</w:t>
      </w:r>
    </w:p>
    <w:p>
      <w:pPr>
        <w:pStyle w:val="ArticleScripture"/>
        <w:jc w:val="left"/>
      </w:pPr>
      <w:r>
        <w:rPr>
          <w:rFonts w:ascii="Times New Roman" w:hAnsi="Times New Roman" w:eastAsia="Times New Roman" w:cs="Times New Roman"/>
        </w:rPr>
        <w:t>Onların arasında çoxları büdrəyəcək, yıxılacaq, qırılacaq, tora düşəcək və tutulacaq. Şəhadəti bük, Qanunu şagirdlərimin arasında möhürlə. Mən isə üzünü Yaqub nəslindən gizlədən Rəbbi gözləyəcəyəm və Ona ümid bağlayacağam.</w:t>
      </w:r>
    </w:p>
    <w:p>
      <w:pPr>
        <w:pStyle w:val="ArticleScripture"/>
        <w:jc w:val="left"/>
      </w:pPr>
      <w:r>
        <w:rPr>
          <w:rFonts w:ascii="Times New Roman" w:hAnsi="Times New Roman" w:eastAsia="Times New Roman" w:cs="Times New Roman"/>
        </w:rPr>
        <w:t>Baxın, mən və Rəbbin mənə verdiyi övladlar İsraildə əlamətlər və möcüzələr üçünik; Sion dağında məskən salan Ordular Rəbbindənik. Yeşaya 8:15–18.</w:t>
      </w:r>
    </w:p>
    <w:p>
      <w:pPr>
        <w:pStyle w:val="ArticleBody"/>
        <w:jc w:val="left"/>
      </w:pPr>
      <w:r>
        <w:rPr>
          <w:rFonts w:ascii="Times New Roman" w:hAnsi="Times New Roman" w:eastAsia="Times New Roman" w:cs="Times New Roman"/>
        </w:rPr>
        <w:t>“Rəbbi gözləyənlər” Yeşaya və onun iki oğlu ilə təmsil olunurlar. Onlar, Rəbbin “üzünü” gizlətdiyi kəslərdir; bu isə 2023-cü ilin iyulundan sonrakı Levililər iyirmi altı duasının tələblərinə oyananlara aid bir xüsusiyyətdir. Onlar belə bir həqiqətə ayılırlar ki, onların etirafına Rəbbin onlara qarşı getmiş olduğu da daxil edilməlidir; yəni O, üzünü onlardan gizlətmişdir.</w:t>
      </w:r>
    </w:p>
    <w:p>
      <w:pPr>
        <w:pStyle w:val="ArticleBody"/>
        <w:jc w:val="left"/>
      </w:pPr>
      <w:r>
        <w:rPr>
          <w:rFonts w:ascii="Times New Roman" w:hAnsi="Times New Roman" w:eastAsia="Times New Roman" w:cs="Times New Roman"/>
        </w:rPr>
        <w:t>“Şəhadəti bağlamaq, qanunu möhürləmək” yüz qırx dörd minin möhürlənməsidir; onlar “çoxları” ilə qarşılaşdırılır. “Çoxları” çağırılır, lakin azları seçilir. Çoxları, azları təmsil edən Yeşaya və onun iki oğlu ilə qarşılaşdırılır. “Çoxları” beş ağılsız bakirədir və bu səbəbdən onların başına beş şey gəlir: onlar “büdrəyəcək, yıxılacaq, parçalanacaq, tora düşəcək və tutulacaqlar.” Onlar büdrəyirlər, çünki son yağış xəbərini rədd etmişlər.</w:t>
      </w:r>
    </w:p>
    <w:p>
      <w:pPr>
        <w:pStyle w:val="ArticleScripture"/>
        <w:jc w:val="left"/>
      </w:pPr>
      <w:r>
        <w:rPr>
          <w:rFonts w:ascii="Times New Roman" w:hAnsi="Times New Roman" w:eastAsia="Times New Roman" w:cs="Times New Roman"/>
        </w:rPr>
        <w:t>Çünki O, bu xalqa kəkələyən dodaqlarla və başqa dillə danışacaq. Onlara demişdi: “Yorğunu rahatlandıracağınız istirahət budur; və təravət budur”; lakin onlar eşitmək istəmədilər. Amma Rəbbin sözü onlar üçün əmr üstə əmr, əmr üstə əmr; sətir üstə sətir, sətir üstə sətir; burada bir az, orada bir az oldu; ta ki, gedib arxaya yıxılsınlar, sındırılsınlar, tora düşürülsünlər və tutulub aparılsınlar. Yeşaya 28:11–13.</w:t>
      </w:r>
    </w:p>
    <w:p>
      <w:pPr>
        <w:pStyle w:val="ArticleBody"/>
        <w:jc w:val="left"/>
      </w:pPr>
      <w:r>
        <w:rPr>
          <w:rFonts w:ascii="Times New Roman" w:hAnsi="Times New Roman" w:eastAsia="Times New Roman" w:cs="Times New Roman"/>
        </w:rPr>
        <w:t>Səkkizinci fəslin möhürlənmə vaxtında Yeşaya, Ahazla simvollaşdırılan pislərin süqutunu təsvir edir və o, həmin qrupun eynisini iyirmi səkkizinci fəslin on üçüncü ayəsində müəyyən edir. Onların “süqut etmələrinin” səbəbi, onlar üçün “sətir üstə sətir” olan və kəkələyən dodaqlara malik kimi təsvir olunanlar tərəfindən təqdim edilən axır yağış xəbərini rədd etmələridir. Pentikost günündə iradçı Yəhudilər şagirdləri sərxoşluqda ittiham etdilər, çünki xəbəri anlaya bilmirdilər. Onların düşüncəsində bu, kəkələyən dodaqlar tərəfindən təqdim olunurdu.</w:t>
      </w:r>
    </w:p>
    <w:p>
      <w:pPr>
        <w:pStyle w:val="ArticleBody"/>
        <w:jc w:val="left"/>
      </w:pPr>
      <w:r>
        <w:rPr>
          <w:rFonts w:ascii="Times New Roman" w:hAnsi="Times New Roman" w:eastAsia="Times New Roman" w:cs="Times New Roman"/>
        </w:rPr>
        <w:t>Yeddinci fəslin üçüncü ayəsində Yeşaya oğluna, Şear-Yaşuba münasibətdə peyğəmbərlik alfa­sıdır; Şear-Yaşub isə öz növbəsində atasına münasibətdə omeqadır, lakin qardaşına münasibətdə həm də alfadır. Alfa və Omeqanın nümayəndələri olaraq onlar səmavi məbəddən çıxan iki qızıl borunun bir hovuz yaratdığı yerdə, məhz Əhdin Elçisinin Levi oğullarını, eləcə də Yeşaya ilə Şear-Yaşubu ləkələrdən təmiz ağa çevrilən kətanın dəyişdirildiyi tarladakı Yeremyanın qədim yolunun şosesi yanında dayanırlar. Ora çatdıqda o, Musa'nın qədim yolu olan Levililər iyirmi altının “yeddi dəfə” xəbərini pis və ağılsız padşah Ahaza təqdim edir; bu xəbər həmin ayədə “baş”ın bir padşah, yaxud padşahın səltənəti, yaxud da bir səltənətin paytaxt şəhəri olduğunu təsbit edir.</w:t>
      </w:r>
    </w:p>
    <w:p>
      <w:pPr>
        <w:pStyle w:val="ArticleBody"/>
        <w:jc w:val="left"/>
      </w:pPr>
      <w:r>
        <w:rPr>
          <w:rFonts w:ascii="Times New Roman" w:hAnsi="Times New Roman" w:eastAsia="Times New Roman" w:cs="Times New Roman"/>
        </w:rPr>
        <w:t>Həmin açar Allahın Kəlamının nurunu açır ki, 2014-cü ildə başlanmış Ukrayna müharibəsi Müqəddəs Kitab peyğəmbərliyinin bir mövzusu kimi görünə bilsin; bu mövzu yüz qırx dörd minin möhürlənmə vaxtında və Amerika Birləşmiş Ştatlarının son üç prezidentinin tarixində baş verən bir hadisə kimi təqdim olunur. Sonuncu yağış xəbəri Yeşaya tərəfindən onuncu və on birinci fəsillərdə təqdim edilir və Daniel on birin son altı ayəsinin daxili və xarici tarixini təsvir edir. Birinci ayə, qırxıncı ayə, Yeşaya tərəfindən altıncıdan doqquzuncu fəsillərə qədər təsvir olunur, sonra isə onuncu və on birinci fəsillərdə 1989-cu ildə möhürü açılmış xəbərin daxili və xarici tarixləri bəyan edilir. Sonuncu yağış xəbərinin hər bir əsas ünsürü bu görüntüdə təmsil olunur.</w:t>
      </w:r>
    </w:p>
    <w:p>
      <w:pPr>
        <w:pStyle w:val="ArticleBody"/>
        <w:jc w:val="left"/>
      </w:pPr>
      <w:r>
        <w:rPr>
          <w:rFonts w:ascii="Times New Roman" w:hAnsi="Times New Roman" w:eastAsia="Times New Roman" w:cs="Times New Roman"/>
        </w:rPr>
        <w:t>Onuncu fəslin son ayələri, on birinci fəslin son ayələrinin təsvir etdiyi həmin eyni peyğəmbərlik tarixini müəyyən edir. Onuncu fəsil zahiri, on birinci isə batinidir. Vəhy kitabında yeddi kilsə batini, möhürlər isə zahiridir. Onuncu fəslin son ayələrində papalıq hakimiyyəti Yerusəlimə qarşı əlini qaldırır; bu, Daniel on birin qırx beşinci ayəsində papalıq hakimiyyətinin ona kömək edən heç kəs olmadan öz sonuna çatması ilə paralel olan bir parçadır.</w:t>
      </w:r>
    </w:p>
    <w:p>
      <w:pPr>
        <w:pStyle w:val="ArticleScripture"/>
        <w:jc w:val="left"/>
      </w:pPr>
      <w:r>
        <w:rPr>
          <w:rFonts w:ascii="Times New Roman" w:hAnsi="Times New Roman" w:eastAsia="Times New Roman" w:cs="Times New Roman"/>
        </w:rPr>
        <w:t>O hələ o gün Nobda dayanacaq; əlini Sion qızının dağına, Yerusəlim təpəsinə qarşı silkələyəcək. Bax, Ordular Rəbbi olan Xudavənd budağı dəhşətlə kəsəcək; boyu uca olanlar baltalanıb yıxılacaq, məğrurlar isə alçaldılacaq. O, meşənin kolluqlarını dəmirlə kəsib salacaq və Livan qüdrətli birinin əli ilə yıxılacaq. Yeşaya 10:32–34.</w:t>
      </w:r>
    </w:p>
    <w:p>
      <w:pPr>
        <w:pStyle w:val="ArticleBody"/>
        <w:jc w:val="left"/>
      </w:pPr>
      <w:r>
        <w:rPr>
          <w:rFonts w:ascii="Times New Roman" w:hAnsi="Times New Roman" w:eastAsia="Times New Roman" w:cs="Times New Roman"/>
        </w:rPr>
        <w:t>Onuncu fəslin sonu insanın sınaq müddətinin başa çatmasıdır və Daniel on birinci fəslin sonu da məhz burada tamamlanır.</w:t>
      </w:r>
    </w:p>
    <w:p>
      <w:pPr>
        <w:pStyle w:val="ArticleScripture"/>
        <w:jc w:val="left"/>
      </w:pPr>
      <w:r>
        <w:rPr>
          <w:rFonts w:ascii="Times New Roman" w:hAnsi="Times New Roman" w:eastAsia="Times New Roman" w:cs="Times New Roman"/>
        </w:rPr>
        <w:t>Və o, öz saray çadırlarını dənizlər arasında, izzətli müqəddəs dağda quracaq; lakin öz axırına çatacaq və ona kömək edən olmayacaq. Və o zaman sənin xalqının övladları üçün duran böyük şahzadə Mikayıl ayağa qalxacaq; və elə bir sıxıntı vaxtı olacaq ki, millət yaranandan o vaxta qədər onun bənzəri olmamışdır; və o zaman kitabda yazılmış tapılanların hər biri — sənin xalqın — xilas ediləcək. Daniel 11:45, 12:1.</w:t>
      </w:r>
    </w:p>
    <w:p>
      <w:pPr>
        <w:pStyle w:val="ArticleBody"/>
        <w:jc w:val="left"/>
      </w:pPr>
      <w:r>
        <w:rPr>
          <w:rFonts w:ascii="Times New Roman" w:hAnsi="Times New Roman" w:eastAsia="Times New Roman" w:cs="Times New Roman"/>
        </w:rPr>
        <w:t>Onuncu fəsil birinci ayədə Bacı Uaytın bazar günü qanunu kimi müəyyən etdiyi “ədalətsiz fərman”la başlayır.</w:t>
      </w:r>
    </w:p>
    <w:p>
      <w:pPr>
        <w:pStyle w:val="ArticleScripture"/>
        <w:jc w:val="left"/>
      </w:pPr>
      <w:r>
        <w:rPr>
          <w:rFonts w:ascii="Times New Roman" w:hAnsi="Times New Roman" w:eastAsia="Times New Roman" w:cs="Times New Roman"/>
        </w:rPr>
        <w:t>Vay o kəslərin halına ki, haqsız hökmlər çıxarırlar və təyin etdikləri zülmü yazıya alırlar. Yeşaya 10:1.</w:t>
      </w:r>
    </w:p>
    <w:p>
      <w:pPr>
        <w:pStyle w:val="ArticleBody"/>
        <w:jc w:val="left"/>
      </w:pPr>
      <w:r>
        <w:rPr>
          <w:rFonts w:ascii="Times New Roman" w:hAnsi="Times New Roman" w:eastAsia="Times New Roman" w:cs="Times New Roman"/>
        </w:rPr>
        <w:t>Onuncu fəsil Bazar günü qanunu ilə başlayır; bu, Daniel kitabının on birinci fəslinin qırx birinci ayəsi ilə uyğunluq təşkil edir və Daniel 11-in qırx beşinci ayəsinin tarixində Mikayılın ayağa qalxmasına paralel olan bir nöqtə ilə başa çatır.</w:t>
      </w:r>
    </w:p>
    <w:p>
      <w:pPr>
        <w:pStyle w:val="ArticleScripture"/>
        <w:jc w:val="left"/>
      </w:pPr>
      <w:r>
        <w:rPr>
          <w:rFonts w:ascii="Times New Roman" w:hAnsi="Times New Roman" w:eastAsia="Times New Roman" w:cs="Times New Roman"/>
        </w:rPr>
        <w:t>“Dura düzənliyində qızıl surət necə ucaldılmışdısa, bir büt şənbəsi də eləcə ucaldılmışdır. Babil padşahı Navuxodonosor bu surətə səcdə edib ona ibadət etməyənlərin öldürülməsi barədə necə fərman vermişdisə, eləcə də bazar institutuna ehtiram göstərməyənlərin həbs və ölümlə cəzalandırılacağı barədə bir elan veriləcəkdir. Beləliklə, Rəbbin Şənbəsi ayaqlar altına salınır. Lakin Rəbb bəyan etmişdir: “Vay halına o kəslərin ki, haqsız hökmlər verirlər və yazdıqları göstərişlərlə zülmü qanuniləşdirirlər” [Yeşaya 10:1]. [Sefanya 1:14–18; 2:1–3, sitat gətirilmişdir.]” Manuscript Releases, cild 14, 91.</w:t>
      </w:r>
    </w:p>
    <w:p>
      <w:pPr>
        <w:pStyle w:val="ArticleBody"/>
        <w:jc w:val="left"/>
      </w:pPr>
      <w:r>
        <w:rPr>
          <w:rFonts w:ascii="Times New Roman" w:hAnsi="Times New Roman" w:eastAsia="Times New Roman" w:cs="Times New Roman"/>
        </w:rPr>
        <w:t>Vəhy on birinci fəslin on üçüncü ayəsində Bazar günü qanununu təmsil edən “böyük zəlzələ”də, əjdaha kimi danışdığı zaman Vəhy on üçüncü fəsildəki yer vəhşisini sarsıdan “zəlzələ” ilə əlaqəli İslamın üç simvolu vardır. Yeşaya onuncu fəsildə Bazar günü qanunu üzərinə “vay” elan edilmiş “haqsız fərman” kimi təmsil olunur. Vəhy on birinci fəslin on üçüncü ayəsindən on səkkizinci ayəsinə qədərki “böyük zəlzələ”də üçüncü vayın İslamı, İslamın dörd simvolu və onun Bazar günü qanunu zamanı Amerika Birləşmiş Ştatlarına endirdiyi zərbə ilə eyniləşdirilir; “Və həmin saat böyük bir zəlzələ oldu,” və “ikinci vay keçdi; və budur, üçüncü vay tez gəlir. Və yeddinci mələk şeypur çaldı” “və millətlər qəzəbləndi.”</w:t>
      </w:r>
    </w:p>
    <w:p>
      <w:pPr>
        <w:pStyle w:val="ArticleBody"/>
        <w:jc w:val="left"/>
      </w:pPr>
      <w:r>
        <w:rPr>
          <w:rFonts w:ascii="Times New Roman" w:hAnsi="Times New Roman" w:eastAsia="Times New Roman" w:cs="Times New Roman"/>
        </w:rPr>
        <w:t>Onuncu fəsil, Daniel on birdə qırx birinci ayədən etibarən qırx beşinci ayəyədək papal hakimiyyəti, papalığın öz sonuna çatdığı ana qədər təsvir edir. Qırxıncı ayə onuncu fəsildəki nəqlin bir hissəsi deyildir; çünki Yeşaya, Ahazla təmsil olunan mürtəd bir kilsəyə son yağış ismarıcı təqdim edilərkən, qırxıncı ayənin “gizli tarixini” təsvir edir. On birinci fəslin nəticəsi isə həmin tarixdə papal hakimiyyətindən xilas edilməni göstərir.</w:t>
      </w:r>
    </w:p>
    <w:p>
      <w:pPr>
        <w:pStyle w:val="ArticleScripture"/>
        <w:jc w:val="left"/>
      </w:pPr>
      <w:r>
        <w:rPr>
          <w:rFonts w:ascii="Times New Roman" w:hAnsi="Times New Roman" w:eastAsia="Times New Roman" w:cs="Times New Roman"/>
        </w:rPr>
        <w:t>Və Rəbb Misir dənizinin qolunu tamamilə məhv edəcək; və Öz qüdrətli küləyi ilə çay üzərində əlini silkələyəcək, onu yeddi qola bölüb vuracaq və insanları ayaqları islanmadan qarşıya keçirəcək. Və Onun xalqının Assuriyadan qalan qalığı üçün böyük bir yol olacaq; necə ki, İsrail üçün Misir torpağından çıxdığı gün olmuşdu. Yeşaya 11:15, 16.</w:t>
      </w:r>
    </w:p>
    <w:p>
      <w:pPr>
        <w:pStyle w:val="ArticleBody"/>
        <w:jc w:val="left"/>
      </w:pPr>
      <w:r>
        <w:rPr>
          <w:rFonts w:ascii="Times New Roman" w:hAnsi="Times New Roman" w:eastAsia="Times New Roman" w:cs="Times New Roman"/>
        </w:rPr>
        <w:t>Yeşaya kitabının onuncu fəsli eyni tarixin zahiri, on birinci fəsli isə daxili tərəfidir. Zahiri və daxili paralellər Allahın Kəlamında bol-bol mövcuddur və bu iki paralel fəsil, Yeşayanın təqdim etdiyi kimi, üçüncü mələyin xəbərdarlığını təmsil edir. Üçüncü mələyin xəbərdarlığı ilham vasitəsilə bir çox cür xülasə edilmişdir, lakin bu xəbərdarlığın çox faydalı bir bölgüsü budur ki, o, möhlətin bağlanması ilə əlaqəli hadisələri təmsil edir və eyni zamanda şəxsi hazırlığın zərurətini vurğulayır. Yeşaya 10 hadisələrdir, 11-ci fəsil isə hazırlıqdır.</w:t>
      </w:r>
    </w:p>
    <w:p>
      <w:pPr>
        <w:pStyle w:val="ArticleScripture"/>
        <w:jc w:val="left"/>
      </w:pPr>
      <w:r>
        <w:rPr>
          <w:rFonts w:ascii="Times New Roman" w:hAnsi="Times New Roman" w:eastAsia="Times New Roman" w:cs="Times New Roman"/>
        </w:rPr>
        <w:t>“Sınaq müddətinin başa çatması və çətinlik vaxtına hazırlıq işi ilə bağlı hadisələr aydın şəkildə təqdim edilmişdir. Lakin çoxları bu mühüm həqiqətləri, sanki onlar heç vaxt açıqlanmamış kimi, qavramırlar. Şeytan onları xilasa görə müdrik edəcək hər bir təəssüratı qoparıb aparmaq üçün göz qoyur və çətinlik vaxtı onları hazırlıqsız yaxalayacaqdır.</w:t>
      </w:r>
    </w:p>
    <w:p>
      <w:pPr>
        <w:pStyle w:val="ArticleScripture"/>
        <w:jc w:val="left"/>
      </w:pPr>
      <w:r>
        <w:rPr>
          <w:rFonts w:ascii="Times New Roman" w:hAnsi="Times New Roman" w:eastAsia="Times New Roman" w:cs="Times New Roman"/>
        </w:rPr>
        <w:t>“Allah insanlara o qədər mühüm xəbərdarlıqlar göndərdikdə ki, onlar göyün ortasında uçan müqəddəs mələklər tərəfindən bəyan edilirmiş kimi təsvir olunur, O, düşünmə qabiliyyəti ilə bəxş edilmiş hər bir şəxsdən bu xəbərə qulaq asmağı tələb edir. Vəhşiyə və onun surətinə ibadətə qarşı elan olunmuş dəhşətli hökmlər (Vəhy 14:9–11), hamını peyğəmbərlikləri ciddi surətdə tədqiq etməyə sövq etməlidir ki, vəhşinin nişanının nə olduğunu və onu qəbul etməkdən necə yayınmalı olduqlarını öyrənsinlər. Lakin xalq kütlələri həqiqəti eşitməkdən qulaqlarını döndərir və əfsanələrə yönəlirlər. Həvari Pavel son günlərə nəzər salaraq belə bəyan etmişdir: “Elə bir vaxt gələcək ki, sağlam təlimə dözməyəcəklər.” 2 Timoteyə 4:3. O vaxt tamamilə gəlib çatmışdır. Camaat Müqəddəs Kitab həqiqətini istəmir, çünki o, günahlı, dünyapərəst ürəyin arzularına mane olur; Şeytan isə onların sevdiyi aldatmaları təmin edir.</w:t>
      </w:r>
    </w:p>
    <w:p>
      <w:pPr>
        <w:pStyle w:val="ArticleScripture"/>
        <w:jc w:val="left"/>
      </w:pPr>
      <w:r>
        <w:rPr>
          <w:rFonts w:ascii="Times New Roman" w:hAnsi="Times New Roman" w:eastAsia="Times New Roman" w:cs="Times New Roman"/>
        </w:rPr>
        <w:t>“Lakin Allah yer üzündə elə bir xalq sahibi olacaq ki, bütün təlimlərin meyarı və bütün islahatların əsası kimi Müqəddəs Kitabı, yalnız Müqəddəs Kitabı qoruyub saxlasın. Alim insanların fikirləri, elmin nəticələri, təmsil etdikləri kilsələr qədər çoxsaylı və bir-biri ilə uyğunsuz olan dini məclislərin etiqadnamələri və ya qərarları, çoxluğun səsi — bunların nə biri, nə də hamısı birlikdə dini imanın hər hansı bir məsələsinin lehinə və ya əleyhinə dəlil sayılmamalıdır. Hər hansı bir təlimi və ya hökmü qəbul etməzdən əvvəl, onun təsdiqi üçün aydın bir “Rəbb belə deyir” tələb etməliyik.</w:t>
      </w:r>
    </w:p>
    <w:p>
      <w:pPr>
        <w:pStyle w:val="ArticleScripture"/>
        <w:jc w:val="left"/>
      </w:pPr>
      <w:r>
        <w:rPr>
          <w:rFonts w:ascii="Times New Roman" w:hAnsi="Times New Roman" w:eastAsia="Times New Roman" w:cs="Times New Roman"/>
        </w:rPr>
        <w:t>“Şeytan daim insanı Allahın yerində diqqət mərkəzinə çəkməyə çalışır. O, insanları öz vəzifələrini şəxsən öyrənmək üçün Müqəddəs Yazıları araşdırmaq əvəzinə, rəhbərləri olaraq yepiskoplara, pastorlara, ilahiyyat professorlarına baxmağa yönəldir. Sonra isə bu rəhbərlərin düşüncələrinə nəzarət etməklə, kütlələrə öz iradəsinə uyğun təsir göstərə bilir.” The Great Controversy, 594, 595.</w:t>
      </w:r>
    </w:p>
    <w:p>
      <w:pPr>
        <w:pStyle w:val="ArticleBody"/>
        <w:jc w:val="left"/>
      </w:pPr>
      <w:r>
        <w:rPr>
          <w:rFonts w:ascii="Times New Roman" w:hAnsi="Times New Roman" w:eastAsia="Times New Roman" w:cs="Times New Roman"/>
        </w:rPr>
        <w:t>Bu araşdırmanı növbəti məqalədə davam etdirəcəyik.</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Yoel Kitabı və Laodikeyalı Yeddinci Gün Adventist Kilsəsi - On Sayı</dc:title>
  <dc:subject/>
  <dc:creator>Jeff Pippenger</dc:creator>
  <cp:keywords/>
  <dc:description>Generated by ArticleDigger from joel\10_joel.json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