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Laodikeyadakı Yeddinci Gün Adventist Kilsəsi - İyirmi Dördüncü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İyirmi dördüncü nömrə</w:t>
      </w:r>
    </w:p>
    <w:p>
      <w:pPr>
        <w:pStyle w:val="ArticleBody"/>
        <w:jc w:val="left"/>
      </w:pPr>
      <w:r>
        <w:rPr>
          <w:rFonts w:ascii="Times New Roman" w:hAnsi="Times New Roman" w:eastAsia="Times New Roman" w:cs="Times New Roman"/>
        </w:rPr>
        <w:t>Biz son məqaləmizi, Əhdi-Ətiqin ilk kitabı olan Yaradılışda on birinci fəsildən iyirmi ikinci fəslə qədər, Əhdi-Cədidin ilk kitabı olan Matta və həm Əhdi-Cədidin, həm də Müqəddəs Kitabın son kitabı olan Vəhydə təmsil olunan peyğəmbərlik şəhadətinin üç paralel xəttinə toxunmaqla yekunlaşdırdıq. Yaradılış xətti Abramla olan əhdi müəyyən edir, Matta xətti isə xristian kilsəsi ilə olan əhdi müəyyən edir; Peter müasir ruhani İsrailin başlanğıcının və sonunun rəmzi kimi təqdim olunur. Hər iki xəttin orta ayələri Allahın möhürünü müəyyən edir; Abramda bu “sünnət” idi, Peterdə isə onun adının dəyişdirilməsi idi. Vəhydəki xəttin mərkəzi ayəsi on yeddinci fəslin on ikinci ayəsidir.</w:t>
      </w:r>
    </w:p>
    <w:p>
      <w:pPr>
        <w:pStyle w:val="ArticleScripture"/>
        <w:jc w:val="left"/>
      </w:pPr>
      <w:r>
        <w:rPr>
          <w:rFonts w:ascii="Times New Roman" w:hAnsi="Times New Roman" w:eastAsia="Times New Roman" w:cs="Times New Roman"/>
        </w:rPr>
        <w:t>Və gördüyün on buynuz on padşahdır; onlar hələ padşahlıq almamışlar, lakin vəhşi heyvanla birlikdə bir saat müddətində padşahlar kimi hakimiyyət alırlar. Vəhy 17:12.</w:t>
      </w:r>
    </w:p>
    <w:p>
      <w:pPr>
        <w:pStyle w:val="ArticleBody"/>
        <w:jc w:val="left"/>
      </w:pPr>
      <w:r>
        <w:rPr>
          <w:rFonts w:ascii="Times New Roman" w:hAnsi="Times New Roman" w:eastAsia="Times New Roman" w:cs="Times New Roman"/>
        </w:rPr>
        <w:t>Yaradılış və Matta İlahiliyin bəşəriyyətlə izdivacını müəyyən edir, Vəhy isə Bazar günü qanununda vəhşi heyvanla əjdahanın izdivacını müəyyən edir. Hər üç xətt bazar günü qanununa işarə edir; orada bir sinif vəhşi heyvanın nişanını, digəri isə Allahın möhürünü zahir edir. On ikinci ayədəki vəhşi heyvanla əjdahanın saxtası, Yaradılış on birdə Nimrodun qülləsinə dair omeqa xatırlatmasıdır. Orada saxta əhd dini öz hökmü ilə qarşılaşdı, Vəhy on yeddidə isə fahişə — yəni Böyük Babil — mühakimə olunur. Nimrod Vatikanın omeqasına qarşı alfadır və bu səbəbdən papalıq Böyük Babil, Nimrodun Bəbeli olan alfaya qarşı omeqadır.</w:t>
      </w:r>
    </w:p>
    <w:p>
      <w:pPr>
        <w:pStyle w:val="ArticleBody"/>
        <w:jc w:val="left"/>
      </w:pPr>
      <w:r>
        <w:rPr>
          <w:rFonts w:ascii="Times New Roman" w:hAnsi="Times New Roman" w:eastAsia="Times New Roman" w:cs="Times New Roman"/>
        </w:rPr>
        <w:t>Qeyd edilməlidir ki, bu üç orta ayədə xəttin hər bir orta nöqtəsində yer alan şəhadət əslində üç ayədən ibarətdir.</w:t>
      </w:r>
    </w:p>
    <w:p>
      <w:pPr>
        <w:pStyle w:val="ArticleScripture"/>
        <w:jc w:val="left"/>
      </w:pPr>
      <w:r>
        <w:rPr>
          <w:rFonts w:ascii="Times New Roman" w:hAnsi="Times New Roman" w:eastAsia="Times New Roman" w:cs="Times New Roman"/>
        </w:rPr>
        <w:t>Mənimlə sizin aranızda və səndən sonra gələcək nəslinlə aramda saxlayacağınız əhdim budur: aranızdakı hər kişi uşağı sünnət olunmalıdır. Və siz öz sünnət dərinizin ətini sünnət edəcəksiniz; bu, Mənimlə sizin aranızdakı əhdin əlaməti olacaqdır. Aranızda səkkiz günlük olan hər kişi uşağı nəsilləriniz boyu sünnət olunmalıdır; istər evdə doğulmuş olsun, istərsə də sənin nəslindən olmayan hər hansı yad adamdan pulla satın alınmış olsun. Yaradılış 17:10–12.</w:t>
      </w:r>
    </w:p>
    <w:p>
      <w:pPr>
        <w:pStyle w:val="ArticleScripture"/>
        <w:jc w:val="left"/>
      </w:pPr>
      <w:r>
        <w:rPr>
          <w:rFonts w:ascii="Times New Roman" w:hAnsi="Times New Roman" w:eastAsia="Times New Roman" w:cs="Times New Roman"/>
        </w:rPr>
        <w:t>İsa ona cavab verib dedi: Nə bəxtiyarsan, ey Şimon Bar-Yona; çünki bunu sənə cismani varlıq və qan deyil, göylərdə olan Mənim Atam aşkar etmişdir. Mən də sənə deyirəm ki, sən Petersən və Mən Öz kilsəmi bu qayanın üzərində quracağam; cəhənnəmin qapıları ona üstün gəlməyəcəkdir. Mən sənə göylərin Padşahlığının açarlarını verəcəyəm; yer üzündə nəyi bağlasan, göylərdə bağlanmış olacaq; yer üzündə nəyi açsan, göylərdə açılmış olacaq. Matta 16:17–19.</w:t>
      </w:r>
    </w:p>
    <w:p>
      <w:pPr>
        <w:pStyle w:val="ArticleScripture"/>
        <w:jc w:val="left"/>
      </w:pPr>
      <w:r>
        <w:rPr>
          <w:rFonts w:ascii="Times New Roman" w:hAnsi="Times New Roman" w:eastAsia="Times New Roman" w:cs="Times New Roman"/>
        </w:rPr>
        <w:t>Və olmuş, indi isə olmayan vəhşi heyvan — məhz odur səkkizinci; həm də yeddidəndir və həlaka gedir. Gördüyün on buynuz isə hələ padşahlıq almamış on padşahdır; lakin vəhşi heyvanla birlikdə bir saat müddətində padşahlar kimi hakimiyyət alırlar. Bunlar bir fikirdədirlər və öz qüdrət və güclərini vəhşi heyvana verəcəklər. Vəhy 17:11–13.</w:t>
      </w:r>
    </w:p>
    <w:p>
      <w:pPr>
        <w:pStyle w:val="ArticleBody"/>
        <w:jc w:val="left"/>
      </w:pPr>
      <w:r>
        <w:rPr>
          <w:rFonts w:ascii="Times New Roman" w:hAnsi="Times New Roman" w:eastAsia="Times New Roman" w:cs="Times New Roman"/>
        </w:rPr>
        <w:t>Nimrodun kərpic və məhlulu ilə təmsil olunan saxta əhdin hekayəsi, habelə qüllə və şəhərlə təmsil olunan onun saxta kilsə və dövlət sistemi, Nimrodun hekayəsinin omeqasında təmsil olunan vəhşi heyvanın surətinin saxta sistemini tipoloji olaraq göstərir. Üç xətt, hər biri üç ayədən ibarət üç mərkəzi nöqtə ilə, hamısı birlikdə həyat əhdinə və ölüm əhdinə şəhadət edir. Yüz qırx dörd min nəfər yeddinin içindən olan həqiqi səkkizincidir, papalıq isə sadəcə saxtadır. Nimrodun sinfi öz nigahlarında zehin birliyinə malikdir; bu, Məsihin zehni ilə birləşmiş olan yüz qırx dörd minin saxta qarşılığıdır. “Var idi və indi yoxdur” olan saxta vəhşi heyvan, var olmuş, var olan və hələ gələcək olan Məsihin saxta qarşılığıdır. Səkkizinci ayədə papalıqla təmsil olunan saxtalığın tam ifadəsi bəyan edilir.</w:t>
      </w:r>
    </w:p>
    <w:p>
      <w:pPr>
        <w:pStyle w:val="ArticleScripture"/>
        <w:jc w:val="left"/>
      </w:pPr>
      <w:r>
        <w:rPr>
          <w:rFonts w:ascii="Times New Roman" w:hAnsi="Times New Roman" w:eastAsia="Times New Roman" w:cs="Times New Roman"/>
        </w:rPr>
        <w:t>Gördüyün vəhşi heyvan var idi, indi yoxdur; dibsiz quyudan çıxacaq və həlaka gedəcək; yer üzündə yaşayanlar isə — adları dünyanın təməlindən bəri həyat kitabına yazılmamış olanlar — var olmuş, indi olmayan, amma yenə də olacaq həmin vəhşi heyvanı gördükləri zaman heyrətə düşəcəklər. Vəhy 17:8.</w:t>
      </w:r>
    </w:p>
    <w:p>
      <w:pPr>
        <w:pStyle w:val="ArticleBody"/>
        <w:jc w:val="left"/>
      </w:pPr>
      <w:r>
        <w:rPr>
          <w:rFonts w:ascii="Times New Roman" w:hAnsi="Times New Roman" w:eastAsia="Times New Roman" w:cs="Times New Roman"/>
        </w:rPr>
        <w:t>İsa olmuş, var olan və hələ gələcək Olandır; yeddidən olan səkkizinci olan papalıq isə “olmuş, yoxdur və yenə də vardır” olan vəhşidir. Əjdaha ilə vəhşinin izdivacının təmsil etdiyi “bir saat”, Bazar qanunundan etibarən Peter və Abram tərəfindən təmsil olunan yüz min nəfərin bir bayraq kimi səmaya yüksəldiyi tarixi göstərir; məhz papalığın yüksəldiyi həmin vaxtda.</w:t>
      </w:r>
    </w:p>
    <w:p>
      <w:pPr>
        <w:pStyle w:val="ArticleBody"/>
        <w:jc w:val="left"/>
      </w:pPr>
      <w:r>
        <w:rPr>
          <w:rFonts w:ascii="Times New Roman" w:hAnsi="Times New Roman" w:eastAsia="Times New Roman" w:cs="Times New Roman"/>
        </w:rPr>
        <w:t>Biz Yoel kitabını belə bir baxış bucağından nəzərdən keçirməyə çalışmışıq ki, Peter Pentikost günündə öz Pentikost xəbərini Yoelin yerinə yetməsi kimi təqdim etmişdir. Hər biri on iki fəsildən ibarət olan üç əhd xəttində, hər xəttin ortadakı üç ayəsi eyni tarixi nəzərdən keçirir və Peter həmin tarixdə İsa ilə birlikdə Qeysəriyyə Filipidə — yəni Paniumda — təsvir olunur; dünya da indi məhz bunun təcrübəsindən keçməyin astanasındadır. Paniumda Peter eyni zamanda Pentikost tökülüşü zamanı Yerusəlimdə dədir. On iki fəsildən ibarət bu üç xətt Paniumda və Pentikostda birləşir; burada Allahın möhürü Məsihin gəlininin üzərinə vurulur və vəhşi heyvanın nişanı Şeytanın gəlininin üzərinə vurulur. Yoel kitabı on bakirə məsəlinin oyadıcı çağırışını müəyyən edir; həmin anda Laodikeya Yeddinci Gün Adventist kilsəsi həlak olmuş olduqları həqiqətinə oyanır.</w:t>
      </w:r>
    </w:p>
    <w:p>
      <w:pPr>
        <w:pStyle w:val="ArticleBody"/>
        <w:jc w:val="left"/>
      </w:pPr>
      <w:r>
        <w:rPr>
          <w:rFonts w:ascii="Times New Roman" w:hAnsi="Times New Roman" w:eastAsia="Times New Roman" w:cs="Times New Roman"/>
        </w:rPr>
        <w:t>Yoel kitabı dörd nəsil kontekstində yerləşdirilmişdir.</w:t>
      </w:r>
    </w:p>
    <w:p>
      <w:pPr>
        <w:pStyle w:val="ArticleScripture"/>
        <w:jc w:val="left"/>
      </w:pPr>
      <w:r>
        <w:rPr>
          <w:rFonts w:ascii="Times New Roman" w:hAnsi="Times New Roman" w:eastAsia="Times New Roman" w:cs="Times New Roman"/>
        </w:rPr>
        <w:t>Pethuel oğlu Yoelə gələn Rəbbin kəlamı.</w:t>
      </w:r>
    </w:p>
    <w:p>
      <w:pPr>
        <w:pStyle w:val="ArticleScripture"/>
        <w:jc w:val="left"/>
      </w:pPr>
      <w:r>
        <w:rPr>
          <w:rFonts w:ascii="Times New Roman" w:hAnsi="Times New Roman" w:eastAsia="Times New Roman" w:cs="Times New Roman"/>
        </w:rPr>
        <w:t>Bunu eşidin, ey qocalar, və qulaq asın, ey torpağın bütün sakinləri.</w:t>
      </w:r>
    </w:p>
    <w:p>
      <w:pPr>
        <w:pStyle w:val="ArticleScripture"/>
        <w:jc w:val="left"/>
      </w:pPr>
      <w:r>
        <w:rPr>
          <w:rFonts w:ascii="Times New Roman" w:hAnsi="Times New Roman" w:eastAsia="Times New Roman" w:cs="Times New Roman"/>
        </w:rPr>
        <w:t>Bu, sizin günlərinizdəmi olub, yoxsa atalarınızın günlərində belə bir şey olubmu? Bunu övladlarınıza danışın, qoy övladlarınız öz övladlarına danışsın, onların övladları da başqa bir nəslə. Çəyirtkənin qoyub getdiyini qazıcı çəyirtkə yeyib; qazıcı çəyirtkənin qoyub getdiyini tırtıl yeyib; tırtılın qoyub getdiyini isə başqa çəyirtkə yeyib. Yoel 1:1–4.</w:t>
      </w:r>
    </w:p>
    <w:p>
      <w:pPr>
        <w:pStyle w:val="ArticleBody"/>
        <w:jc w:val="left"/>
      </w:pPr>
      <w:r>
        <w:rPr>
          <w:rFonts w:ascii="Times New Roman" w:hAnsi="Times New Roman" w:eastAsia="Times New Roman" w:cs="Times New Roman"/>
        </w:rPr>
        <w:t>“Qoca adamlar” yüz qırx dörd minin möhürlənməsi zamanı Laodikiya Yeddinci Gün Adventist kilsəsinin rəhbərləridir və möhürlənmə Müqəddəs Ruhun tökülməsi zamanı həyata keçirilir. “Qoca adamlar” Hizqiyal tərəfindən “qədim adamlar” kimi təsvir olunur.</w:t>
      </w:r>
    </w:p>
    <w:p>
      <w:pPr>
        <w:pStyle w:val="ArticleScripture"/>
        <w:jc w:val="left"/>
      </w:pPr>
      <w:r>
        <w:rPr>
          <w:rFonts w:ascii="Times New Roman" w:hAnsi="Times New Roman" w:eastAsia="Times New Roman" w:cs="Times New Roman"/>
        </w:rPr>
        <w:t>Sonra mənə dedi: Ey bəşər oğlu, gördünmü İsrail evinin ağsaqqallarının qaranlıqda, hər kəsin öz təsvirləri otaqlarında nə etdiyini? Çünki onlar deyirlər: “Rəbb bizi görmür; Rəbb yeri tərk etmişdir.” Hezekiel 8:12.</w:t>
      </w:r>
    </w:p>
    <w:p>
      <w:pPr>
        <w:pStyle w:val="ArticleBody"/>
        <w:jc w:val="left"/>
      </w:pPr>
      <w:r>
        <w:rPr>
          <w:rFonts w:ascii="Times New Roman" w:hAnsi="Times New Roman" w:eastAsia="Times New Roman" w:cs="Times New Roman"/>
        </w:rPr>
        <w:t>İlham aydındır ki, Yezekel kitabının doqquzuncu fəslindəki möhürlənmə Vəhyin yeddinci fəslindəki eyni möhürlənmədir. Həmçinin aydındır ki, səkkizinci fəlin dörd mərhələdə artan iyrəncliklərindəki “qoca adamlar” 25 rəqəmi ilə təmsil olunurlar. Allahın sürüsünün qoruyucuları olmalı olan iyirmi beş “qoca adam” günəşə səcdə edən adamlardır. Məhz onlar ilk mühakimə olunanlardır. Üz döndərdikləri məbəd kontekstində onlar on iki kahindən ibarət iki növbəni və baş kahini təmsil edirlər. Bazar qanunu zamanı onlar günəşə səcdə edir və vəhşinin nişanını qəbul edərək əjdaha, vəhşi və yalançı peyğəmbərlə razılıqlarını bəyan edirlər. Bu 25 nəfər Qorah, Datan və Aviramın üsyanındakı 250 nəfərlə tipik surətdə əvvəlcədən göstərilmişdi; həmin 250 nəfər təqdim etdikləri buxurla onların qoşulduqları üçqat birliyi təmsil edirlər. Mürtədliyin üç başçısı yer ağzını açıb onları udduğu zaman həlak oldular.</w:t>
      </w:r>
    </w:p>
    <w:p>
      <w:pPr>
        <w:pStyle w:val="ArticleScripture"/>
        <w:jc w:val="left"/>
      </w:pPr>
      <w:r>
        <w:rPr>
          <w:rFonts w:ascii="Times New Roman" w:hAnsi="Times New Roman" w:eastAsia="Times New Roman" w:cs="Times New Roman"/>
        </w:rPr>
        <w:t>Musa dedi: “Bununla biləcəksiniz ki, Rəbb məni bütün bu işləri görməyə göndərmişdir; çünki bunları öz-özümə etməmişəm. Əgər bu adamlar bütün insanların adi ölümü ilə ölsələr, yaxud bütün insanlara gələn aqibət onların da başına gəlsə, onda Rəbb məni göndərməmişdir. Lakin əgər Rəbb yeni bir şey etsə, yer ağzını açıb onları və onlara məxsus olan hər şeyi udsa, onlar diri-diri çuxura ensələr, onda anlayacaqsınız ki, bu adamlar Rəbbi təhqir etmişlər.”</w:t>
      </w:r>
    </w:p>
    <w:p>
      <w:pPr>
        <w:pStyle w:val="ArticleScripture"/>
        <w:jc w:val="left"/>
      </w:pPr>
      <w:r>
        <w:rPr>
          <w:rFonts w:ascii="Times New Roman" w:hAnsi="Times New Roman" w:eastAsia="Times New Roman" w:cs="Times New Roman"/>
        </w:rPr>
        <w:t>Və belə oldu ki, o, bütün bu sözləri deməyi bitirdikdə, onların altındakı yer yarıldı. Yer öz ağzını açdı və onları, onların evlərini, Qoraha məxsus olan bütün adamları və bütün mallarını uddu. Onlar və onlara məxsus olan hər şey diri-diri quyuya endi, yer onların üzərinə qapandı və onlar camaatın arasından həlak oldular.</w:t>
      </w:r>
    </w:p>
    <w:p>
      <w:pPr>
        <w:pStyle w:val="ArticleScripture"/>
        <w:jc w:val="left"/>
      </w:pPr>
      <w:r>
        <w:rPr>
          <w:rFonts w:ascii="Times New Roman" w:hAnsi="Times New Roman" w:eastAsia="Times New Roman" w:cs="Times New Roman"/>
        </w:rPr>
        <w:t>Onların ətrafında olan bütün İsrail onların fəryadı qarşısında qaçdı; çünki deyirdilər: “Qoy yer bizi də udmasın.” Rəbbin hüzurundan bir od çıxdı və buxur təqdim edən iki yüz əlli nəfəri yandırıb məhv etdi. Saylar 16:28–35.</w:t>
      </w:r>
    </w:p>
    <w:p>
      <w:pPr>
        <w:pStyle w:val="ArticleBody"/>
        <w:jc w:val="left"/>
      </w:pPr>
      <w:r>
        <w:rPr>
          <w:rFonts w:ascii="Times New Roman" w:hAnsi="Times New Roman" w:eastAsia="Times New Roman" w:cs="Times New Roman"/>
        </w:rPr>
        <w:t>1888-ci ilin üsyanı, Korahın, Dahanın, Abiramın və buxur təqdim edən 250 adamın üsyanı ilə tipləşdirilmişdi. Həmin 250 adam, Birləşmiş Ştatların — yer vəhşisinin — ağzını açıb əjdaha kimi danışdığı zaman Bazar qanununa çatan üçqat konfederasiya ilə ittifaq qurmuşdu. Həmin nöqtədə, buxur təqdim edən 250 adam göydən enən odla məhv edildiyi kimi, axırıncı yağış da ölçüsüz şəkildə tökülür. Həmin 250 adam, Bazar qanunu zamanı axırıncı yağışın tökülməsi əsnasında məhv edilən yalançı dini sistemi təmsil edir. Yerin Korahın və onun tərəfdarlarının üzərində yarılması, Birləşmiş Ştatların ağzını açıb əjdaha kimi danışmasını müəyyən edən Vəhy kitabının on birinci fəslindəki zəlzələdir. Göydən 250 nəfərin üzərinə od endiyi zaman, bu, yalançı peyğəmbərlərin öldürüldüyü Karmel dağındakı İlyasın odunu tipləşdirirdi. İlyasın Karmel dağındakı odu Bazar qanunu ilə uyğunluq təşkil edir; buna görə də 250 adamın üzərinə gələn od, axırıncı yağışın Bazar qanunu odundur.</w:t>
      </w:r>
    </w:p>
    <w:p>
      <w:pPr>
        <w:pStyle w:val="ArticleBody"/>
        <w:jc w:val="left"/>
      </w:pPr>
      <w:r>
        <w:rPr>
          <w:rFonts w:ascii="Times New Roman" w:hAnsi="Times New Roman" w:eastAsia="Times New Roman" w:cs="Times New Roman"/>
        </w:rPr>
        <w:t>Saylar kitabında Qorahın üsyanından bəhs edən keçid, peyğəmbərlik baxımından, Yeşua və Kaleb tərəfindən təqdim olunduğu kimi Vəd Olunmuş Torpaq xəbəri əleyhinə qaldırılan üsyanla uyğunluq təşkil edir. Həmin üsyan Müqəddəs Kitabdakı “qəzəbləndirmə günü”nü təmsil edir. Qorahın üsyanı haqqında olan keçiddə deyilir: “anlayacaqsınız ki, bu adamlar Rəbbi qəzəbləndirmişlər.”</w:t>
      </w:r>
    </w:p>
    <w:p>
      <w:pPr>
        <w:pStyle w:val="ArticleBody"/>
        <w:jc w:val="left"/>
      </w:pPr>
      <w:r>
        <w:rPr>
          <w:rFonts w:ascii="Times New Roman" w:hAnsi="Times New Roman" w:eastAsia="Times New Roman" w:cs="Times New Roman"/>
        </w:rPr>
        <w:t>Anlayanlar müdrik olanlardır və müdriklər bunu anlamalıdırlar ki, Qorahın üsyanının tarixi Vəd Olunmuş Ölkə haqqında Yeşuanın ismarıcına qarşı üsyanın üzərinə qoyulmalıdır. Həmin üsyan Qadeşdə baş verdi və həm Qadeş, həm də Qorahın üsyanı bazar günü qanunu zamanı Yeddinci Gün Adventizminin üsyanıdır. Qorah və buxur təqdim edən 250 kişi, Hizqiyal 8-də günəşə səcdə edən 25 kişini təmsil edirdi. Hizqiyal səkkizdəki qədim adamlar Allahın kilsəsinin rəmzi olan Yerusəlimdə həyata keçirilən, getdikcə artan dörd iyrəncliyin dördüncüsünü təmsil edirlər.</w:t>
      </w:r>
    </w:p>
    <w:p>
      <w:pPr>
        <w:pStyle w:val="ArticleBody"/>
        <w:jc w:val="left"/>
      </w:pPr>
      <w:r>
        <w:rPr>
          <w:rFonts w:ascii="Times New Roman" w:hAnsi="Times New Roman" w:eastAsia="Times New Roman" w:cs="Times New Roman"/>
        </w:rPr>
        <w:t>Birinci iyrənclik qısqanclıq surətidir, ikincisi gizli otaqlardır, üçüncüsü isə Tammuz üçün ağlamaqdır və sonra 25 kişi günəşə səcdə edir. Sonra doqquzuncu fəsil səkkizinci fəsildə təsvir olunan iyrəncliklər üçün ah çəkib fəryad edənləri müəyyən edir. Ah çəkib fəryad edənlər şərqdən yüksələn mələk tərəfindən möhürlənirlər. Mələk elçi deməkdir və bir xəbəri təmsil edir.</w:t>
      </w:r>
    </w:p>
    <w:p>
      <w:pPr>
        <w:pStyle w:val="ArticleBody"/>
        <w:jc w:val="left"/>
      </w:pPr>
      <w:r>
        <w:rPr>
          <w:rFonts w:ascii="Times New Roman" w:hAnsi="Times New Roman" w:eastAsia="Times New Roman" w:cs="Times New Roman"/>
        </w:rPr>
        <w:t>Şərqdən gələn möhürləmə xəbəri, şərq küləyinin xəbəridir; bu da İslamın xəbəridir. Yüz qırx dörd min nəfər möhürləndikdən sonra, məhv edən mələklər öz işlərinə başlayırlar — məhz peyğəmbərliyin zahiri xəttinin “milli dönüklüyün ardınca milli fəlakət gəlir” deyə öyrətdiyi yerdə. Qorax tərəfindən təmsil olunanlar üzərinə hökm icra edilməzdən əvvəl, üsyançılar Yerusəlimdən kənara çıxarılırlar. Pislər Yerusəlimdən uzaqlaşdırılır, çünki Yerusəlimdən qaçanlar salehlər deyildir.</w:t>
      </w:r>
    </w:p>
    <w:p>
      <w:pPr>
        <w:pStyle w:val="ArticleScripture"/>
        <w:jc w:val="left"/>
      </w:pPr>
      <w:r>
        <w:rPr>
          <w:rFonts w:ascii="Times New Roman" w:hAnsi="Times New Roman" w:eastAsia="Times New Roman" w:cs="Times New Roman"/>
        </w:rPr>
        <w:t>Sonra Ruh məni qaldırıb şərqə baxan Rəbbin evinin şərq qapısına apardı; və budur, qapının girişində iyirmi beş kişi var idi; onların arasında xalqın başçıları olan Azurun oğlu Yaazanya ilə Benayanın oğlu Pelatyanı gördüm.</w:t>
      </w:r>
    </w:p>
    <w:p>
      <w:pPr>
        <w:pStyle w:val="ArticleScripture"/>
        <w:jc w:val="left"/>
      </w:pPr>
      <w:r>
        <w:rPr>
          <w:rFonts w:ascii="Times New Roman" w:hAnsi="Times New Roman" w:eastAsia="Times New Roman" w:cs="Times New Roman"/>
        </w:rPr>
        <w:t>Son of insan, o mənə dedi, bunlar bu şəhərdə fitnə-fəsad quran və şər məsləhəti verən adamlardır; onlar deyirlər: “Vaxt yaxın deyil; gəlin evlər tikək; bu şəhər qazandır, biz isə ətik.”</w:t>
      </w:r>
    </w:p>
    <w:p>
      <w:pPr>
        <w:pStyle w:val="ArticleScripture"/>
        <w:jc w:val="left"/>
      </w:pPr>
      <w:r>
        <w:rPr>
          <w:rFonts w:ascii="Times New Roman" w:hAnsi="Times New Roman" w:eastAsia="Times New Roman" w:cs="Times New Roman"/>
        </w:rPr>
        <w:t>Buna görə də onlara qarşı peyğəmbərlik et, peyğəmbərlik et, ey insan oğlu. Və Rəbbin Ruhu üzərimə endi və mənə dedi: Danış; Rəbb belə deyir;</w:t>
      </w:r>
    </w:p>
    <w:p>
      <w:pPr>
        <w:pStyle w:val="ArticleScripture"/>
        <w:jc w:val="left"/>
      </w:pPr>
      <w:r>
        <w:rPr>
          <w:rFonts w:ascii="Times New Roman" w:hAnsi="Times New Roman" w:eastAsia="Times New Roman" w:cs="Times New Roman"/>
        </w:rPr>
        <w:t>Beləcə demisiniz, ey İsrail evi; çünki ağlınıza gələn şeyləri, onların hər birini Mən bilirəm. Bu şəhərdə öldürülənlərin sayını çoxaltdınız və onun küçələrini öldürülənlərlə doldurdunuz. Buna görə də Xudavənd Rəbb belə deyir: İçində yerə sərdiyiniz öldürülənlər ətdir, bu şəhər isə qazandır; amma Mən sizi onun içindən çıxaracağam. Siz qılıncdan qorxdunuz; Mən də üzərinizə qılınc gətirəcəyəm, Xudavənd Rəbb belə deyir. Mən sizi onun içindən çıxaracaq, yadellilərin əlinə verəcək və aranızda hökmlərimi icra edəcəyəm. Qılıncdan həlak olacaqsınız; Mən sizi İsrail sərhədində mühakimə edəcəyəm; və siz biləcəksiniz ki, Mən Rəbbəm. Bu şəhər sizin qazanınız olmayacaq, siz də onun içində ət olmayacaqsınız; amma Mən sizi İsrail sərhədində mühakimə edəcəyəm. Və siz biləcəksiniz ki, Mən Rəbbəm; çünki siz Mənim qaydalarımla getmədiniz, hökmlərimi yerinə yetirmədiniz, əksinə ətrafınızdakı millətlərin adətlərinə görə davrandınız.</w:t>
      </w:r>
    </w:p>
    <w:p>
      <w:pPr>
        <w:pStyle w:val="ArticleScripture"/>
        <w:jc w:val="left"/>
      </w:pPr>
      <w:r>
        <w:rPr>
          <w:rFonts w:ascii="Times New Roman" w:hAnsi="Times New Roman" w:eastAsia="Times New Roman" w:cs="Times New Roman"/>
        </w:rPr>
        <w:t>Və belə oldu ki, mən peyğəmbərlik edərkən Benayanın oğlu Pelatya öldü. Onda mən üzüstə yerə qapandım, uca səslə fəryad edib dedim: Ah, Xudavənd Rəbb! Məgər İsrailin qalığını tamamilə yox edəcəksən? Yezekel 11:1–13.</w:t>
      </w:r>
    </w:p>
    <w:p>
      <w:pPr>
        <w:pStyle w:val="ArticleBody"/>
        <w:jc w:val="left"/>
      </w:pPr>
      <w:r>
        <w:rPr>
          <w:rFonts w:ascii="Times New Roman" w:hAnsi="Times New Roman" w:eastAsia="Times New Roman" w:cs="Times New Roman"/>
        </w:rPr>
        <w:t>Qüds Bazar günü qanunu zamanı, buğda ilə alaq ayrıldığı vaxt təmizlənir. 25 nəfərlə, yaxud Qorahın 250 nəfəri ilə təmsil olunan adamlar ölmək üçün Qüdsün “sərhəd”indən kənara çıxarılırlar. 25 bir həftə xidmət edən kahinlərin sayıdır və 250-nin onqat sayı ilə simvollaşdırıldıqda, bütün dünya kilsəsini təmsil edir, çünki on bütün dünya üçün bir simvoldur. Mübariz kilsə buğda və alaqdan ibarət olan kilsə kimi müəyyən edilir, zəfər çalan kilsə isə yalnız buğdadan ibarət olan kilsəni təmsil edir.</w:t>
      </w:r>
    </w:p>
    <w:p>
      <w:pPr>
        <w:pStyle w:val="ArticleScripture"/>
        <w:jc w:val="left"/>
      </w:pPr>
      <w:r>
        <w:rPr>
          <w:rFonts w:ascii="Times New Roman" w:hAnsi="Times New Roman" w:eastAsia="Times New Roman" w:cs="Times New Roman"/>
        </w:rPr>
        <w:t>“Yoxsa Allahın yaşayan kilsəsi yoxdurmu? Onun kilsəsi var, lakin bu, zəfər çalmış kilsə deyil, mübarizə aparan kilsədir. Biz təəssüflənirik ki, nöqsanlı üzvlər var, buğda arasında alaq otları var. İsa dedi: ‘Səmavi Padşahlıq tarlasına yaxşı toxum səpmiş bir insana bənzədildi; lakin adamlar yatarkən onun düşməni gəlib buğdanın arasına alaq toxumu səpdi və gedib öz yolu ilə getdi.... Beləliklə, ev sahibinin qulları gəlib ona dedilər: Ağa, sən öz tarlana yaxşı toxum səpmədinmi? Bəs onda alaq haradandır? O onlara dedi: Bunu düşmən edib. Qullar ona dedilər: Elə isə istəyirsənmi gedib onları yığaq? Amma o dedi: Xeyr; çünki alaq otlarını yığarkən onlarla birlikdə buğdanı da kökündən çıxara bilərsiniz. Qoy biçinədək hər ikisi birlikdə böyüsün; biçin vaxtı isə biçənlərə deyəcəyəm: Əvvəlcə alaq otlarını yığın və yandırmaq üçün dəstələr halında bağlayın; buğdanı isə mənim anbarıma yığın.’”</w:t>
      </w:r>
    </w:p>
    <w:p>
      <w:pPr>
        <w:pStyle w:val="ArticleScripture"/>
        <w:jc w:val="left"/>
      </w:pPr>
      <w:r>
        <w:rPr>
          <w:rFonts w:ascii="Times New Roman" w:hAnsi="Times New Roman" w:eastAsia="Times New Roman" w:cs="Times New Roman"/>
        </w:rPr>
        <w:t>“Buğda və alaq otları haqqında məsəldə biz alaq otlarının nə üçün yolunmamalı olduğunu görürük; çünki buğdanın da alaq otları ilə birlikdə kökündən çıxarılması təhlükəsi var idi. İnsan fikri və mühakiməsi ciddi səhvlərə yol açardı. Lakin bir səhvə yol verilməsindənsə və bircə buğda saplağının belə kökündən çıxarılmaqdansa, Ağa deyir: “Qoy hər ikisi biçinədək birlikdə böyüsün”; sonra mələklər məhvə təyin olunmuş alaq otlarını toplayıb ayıracaqlar. İnkişaf etmiş həqiqətə inandıqlarını iddia edən kilsələrimizdə, buğda arasındakı alaq otları kimi qüsurlu və yanlışlığa düşən kəslər olsa da, Allah həlimdir və səbrlidir. O, yanlışlığa düşənləri məzəmmət edir və xəbərdar edir, lakin onlara öyrətmək istədiyi dərsi öyrənməkdə ləng olanları məhv etmir; O, alaq otlarını buğdanın arasından kökündən çıxarmır. Alaq otları ilə buğda biçinədək birlikdə böyüməlidir; buğda tam böyümə və inkişaf həddinə çatdıqda və yetişdiyi zaman xarakterinə görə alaq otlarından tamamilə seçiləcəkdir.</w:t>
      </w:r>
    </w:p>
    <w:p>
      <w:pPr>
        <w:pStyle w:val="ArticleScripture"/>
        <w:jc w:val="left"/>
      </w:pPr>
      <w:r>
        <w:rPr>
          <w:rFonts w:ascii="Times New Roman" w:hAnsi="Times New Roman" w:eastAsia="Times New Roman" w:cs="Times New Roman"/>
        </w:rPr>
        <w:t>“Yer üzündə Məsihin kilsəsi qeyri-kamil olacaqdır, lakin Allah Öz kilsəsini onun qeyri-kamilliyinə görə məhv etmir. Bilik üzrə olmayan qeyrətlə dolu olub kilsəni təmizləmək və buğdanın arasından alaq otlarını kökündən çıxarmaq istəyənlər olmuşdur və olacaqdır. Lakin Məsih yanılanlarla və kilsədə iman gətirməmiş olanlarla necə rəftar edilməli olduğuna dair xüsusi nur vermişdir. Kilsə üzvləri tərəfindən xaraktercə qüsurlu hesab etdikləri şəxsləri kənarlaşdırmaq üçün heç bir qıcolmalı, qeyrətli, tələsik tədbir görülməməlidir. Buğdanın arasında alaq otları görünəcəkdir; lakin alaq otlarını, Allahın təyin etdiyi yolla olmadıqca, yolmaq, onları toxunulmaz buraxmaqdan daha çox zərər verərdi. Rəbb həqiqətən iman gətirmiş olanları kilsəyə gətirdiyi halda, Şeytan da eyni zamanda iman gətirməmiş şəxsləri onun cəmiyyətinə daxil edir. Məsih yaxşı toxumu səpdiyi halda, Şeytan alaq otlarını səpir. Kilsə üzvləri üzərində daima təsir göstərən iki qarşı duran təsir vardır. Bir təsir kilsənin təmizlənməsi üçün çalışır, digəri isə Allahın xalqını pozmaq üçün.” Testimonies to Ministers, 45, 46.</w:t>
      </w:r>
    </w:p>
    <w:p>
      <w:pPr>
        <w:pStyle w:val="ArticleBody"/>
        <w:jc w:val="left"/>
      </w:pPr>
      <w:r>
        <w:rPr>
          <w:rFonts w:ascii="Times New Roman" w:hAnsi="Times New Roman" w:eastAsia="Times New Roman" w:cs="Times New Roman"/>
        </w:rPr>
        <w:t>Pislər məhv edilmək üçün Yerusəlimdən kənara aparılırlar. Onlar biçin vaxtında uzaqlaşdırılırlar; bu, həm də buğdanın yetişdiyi vaxtdır, çünki məhz həmin vaxt buğda Əllinci Gün bayramının iki yellənən çörəyinin ilk məhsul yellənən təqdiməsi kimi bir yerə toplanır. Buğdanın ilk məhsulunun biçilməsi Müqəddəs Kitab peyğəmbərliyinin xüsusi bir mövzusudur. Buğda ilə alaq otlarının ayrılması məhz bu mövzuya toxunur və Məsihin bir çox məsəlləri bu son dərəcə mühüm peyğəmbərlik nişanəsini göstərir.</w:t>
      </w:r>
    </w:p>
    <w:p>
      <w:pPr>
        <w:pStyle w:val="ArticleScripture"/>
        <w:jc w:val="left"/>
      </w:pPr>
      <w:r>
        <w:rPr>
          <w:rFonts w:ascii="Times New Roman" w:hAnsi="Times New Roman" w:eastAsia="Times New Roman" w:cs="Times New Roman"/>
        </w:rPr>
        <w:t>“Yenə də bu məsəllər öyrədir ki, mühakimədən sonra heç bir möhlət dövrü olmayacaq. Müjdənin işi tamamlandıqda, dərhal yaxşı ilə pis arasında ayrılıq baş verir və hər iki dəstənin taleyi əbədi olaraq müəyyən edilir.” Christ’s Object Lessons, 123.</w:t>
      </w:r>
    </w:p>
    <w:p>
      <w:pPr>
        <w:pStyle w:val="ArticleBody"/>
        <w:jc w:val="left"/>
      </w:pPr>
      <w:r>
        <w:rPr>
          <w:rFonts w:ascii="Times New Roman" w:hAnsi="Times New Roman" w:eastAsia="Times New Roman" w:cs="Times New Roman"/>
        </w:rPr>
        <w:t>Buğda təqdimı yüz qırx dörd min nəfərdir və üçüncü mələk buğdanı alaq otlarından ayırır.</w:t>
      </w:r>
    </w:p>
    <w:p>
      <w:pPr>
        <w:pStyle w:val="ArticleScripture"/>
        <w:jc w:val="left"/>
      </w:pPr>
      <w:r>
        <w:rPr>
          <w:rFonts w:ascii="Times New Roman" w:hAnsi="Times New Roman" w:eastAsia="Times New Roman" w:cs="Times New Roman"/>
        </w:rPr>
        <w:t>“Sonra mən üçüncü mələyi gördüm. Məni müşayiət edən mələk dedi: ‘Onun sözü qorxuludur, missiyası dəhşətlidir. Bu, buğdanı alaqdan ayırmalı və buğdanı səmavi anbar üçün möhürləməli və ya bağlamalı olan mələkdir.’ Bu şeylər bütün zehni, bütün diqqəti cəlb etməlidir. Yenə mənə göstərildi ki, son mərhəmət xəbəri aldığımıza inananların hər gün yeni yanlışı qəbul edən və ya içinə çəkənlərdən ayrı olmaları zəruridir. Mən gördüm ki, nə cavanlar, nə də qocalar yanlışlıq və qaranlıq içində olanların yığıncaqlarına qatılmamalıdır. Mələk dedi: ‘Qoy zehin heç bir faydası olmayan şeylər üzərində dayanmaqdan əl çəksin.’” Manuscript Releases, 5-ci cild, 425.</w:t>
      </w:r>
    </w:p>
    <w:p>
      <w:pPr>
        <w:pStyle w:val="ArticleBody"/>
        <w:jc w:val="left"/>
      </w:pPr>
      <w:r>
        <w:rPr>
          <w:rFonts w:ascii="Times New Roman" w:hAnsi="Times New Roman" w:eastAsia="Times New Roman" w:cs="Times New Roman"/>
        </w:rPr>
        <w:t>Üçüncü mələk buğdanı möhürləyir və həmçinin buğdanı alaq otlarından ayırır. Üçüncü mələk bazar günü qanununu təmsil edir; məhz burada Laodikeyalı Yeddinci Gün Adventist kilsəsinin rəhbərliyini təmsil edən 25 kişi Yerusəlimdən kənara çıxarılaraq mühakimə olunur. Həmin anda mübariz kilsə zəfər çalmış kilsəyə çevrilir.</w:t>
      </w:r>
    </w:p>
    <w:p>
      <w:pPr>
        <w:pStyle w:val="ArticleScripture"/>
        <w:jc w:val="left"/>
      </w:pPr>
      <w:r>
        <w:rPr>
          <w:rFonts w:ascii="Times New Roman" w:hAnsi="Times New Roman" w:eastAsia="Times New Roman" w:cs="Times New Roman"/>
        </w:rPr>
        <w:t>“Bu iş tezliklə başa çatacaq. Sadiq olduqları sübuta yetmiş mübariz kilsənin üzvləri zəfər çalmış kilsəyə çevriləcəklər. Keçmiş tariximizi nəzərdən keçirərkən, indiki mövqeyimizədək irəliləyişin hər bir addımını qət etmiş olaraq, deyə bilərəm: Allaha həmd olsun! Allahın nə etdiyini gördükcə, heyrətlə və Rəhbər olaraq Məsihə inamla doluram. Gələcəkdən qorxmalı olduğumuz heç nə yoxdur, yalnız o halda ki, Rəbbin bizə necə yol göstərdiyini və keçmiş tariximizdəki təlimini unudaq.” General Conference Bulletin, January 29, 1893.</w:t>
      </w:r>
    </w:p>
    <w:p>
      <w:pPr>
        <w:pStyle w:val="ArticleBody"/>
        <w:jc w:val="left"/>
      </w:pPr>
      <w:r>
        <w:rPr>
          <w:rFonts w:ascii="Times New Roman" w:hAnsi="Times New Roman" w:eastAsia="Times New Roman" w:cs="Times New Roman"/>
        </w:rPr>
        <w:t>Alaq otlarının buğdadan ayrılması ilə bağlı peyğəmbərlik mövzusu Müqəddəs Kitab peyğəmbərliyinin əsas mövzularından biridir. Məsihin məbədi təmizləməsi bu işin bir təsviridir; zirvə nöqtəsi bazar günü qanunu zamanı baş verir, çünki orada mühakimə olunmalı olanların ölmək üçün Yerusəlimin sərhədinə aparıldığını görürük.</w:t>
      </w:r>
    </w:p>
    <w:p>
      <w:pPr>
        <w:pStyle w:val="ArticleScripture"/>
        <w:jc w:val="left"/>
      </w:pPr>
      <w:r>
        <w:rPr>
          <w:rFonts w:ascii="Times New Roman" w:hAnsi="Times New Roman" w:eastAsia="Times New Roman" w:cs="Times New Roman"/>
        </w:rPr>
        <w:t>“İsa Özünün açıq xidmətinə başladıqda, Məbədi onun müqəddəs şeylərə qarşı yönəlmiş murdar təhqirindən təmizlədi. Onun xidmətinin son əməlləri sırasında Məbədin ikinci dəfə təmizlənməsi də var idi. Beləcə, dünyaya xəbərdarlıq edilməsinə dair son işdə kilsələrə iki ayrı çağırış edilir. İkinci mələyin xəbəri belədir: “Babil yıxıldı, yıxıldı, o böyük şəhər, çünki o, bütün millətlərə öz zinakarlığının qəzəb şərabından içirmişdir” (Vəhy 14:8). Üçüncü mələyin xəbərinin uca fəryadında isə göydən bir səs eşidilir və deyir: “Ey Mənim xalqım, ondan çıxın ki, onun günahlarına şərik olmayasınız və onun bəlalarından pay almayasınız. Çünki onun günahları göyə qədər yetişmişdir və Allah onun haqsızlıqlarını yada salmışdır” (Vəhy 18:4, 5).” Selected Messages, book 2, 118.</w:t>
      </w:r>
    </w:p>
    <w:p>
      <w:pPr>
        <w:pStyle w:val="ArticleBody"/>
        <w:jc w:val="left"/>
      </w:pPr>
      <w:r>
        <w:rPr>
          <w:rFonts w:ascii="Times New Roman" w:hAnsi="Times New Roman" w:eastAsia="Times New Roman" w:cs="Times New Roman"/>
        </w:rPr>
        <w:t>Buğda və darı kilsəsi Bazar günü qanunu böhranına qədər mövcuddur; o zaman darılar insan gücü ilə deyil, üçüncü mələk vasitəsilə uzaqlaşdırılır — bu isə Bazar günü qanununu təmsil edir, lakin eyni zamanda son yağışın xəbərinin o vaxt gur bir nida halına qədər qüvvətlənməsini də ifadə edir. Darılar, buğda kimi, peyğəmbərlik şəhadətinin bir ünsürüdür. Allahın inayəti Bazar günü qanununa qədər uzanır və üçüncü mələk məbədi ikinci dəfə təmizləyir. O, onu 22 oktyabr 1844-cü ildə təmizlədi və məbədin ikinci təmizlənməsi Bazar günü qanunudur.</w:t>
      </w:r>
    </w:p>
    <w:p>
      <w:pPr>
        <w:pStyle w:val="ArticleBody"/>
        <w:jc w:val="left"/>
      </w:pPr>
      <w:r>
        <w:rPr>
          <w:rFonts w:ascii="Times New Roman" w:hAnsi="Times New Roman" w:eastAsia="Times New Roman" w:cs="Times New Roman"/>
        </w:rPr>
        <w:t>Bazar gününə dair qanuna aparan tarixin zahiri ünsürləri qalib kilsənin şəhadətinin əsas bir ünsürüdür; necə ki, alaq otları, buğda və bu iki sinfin bağlanması da belədir. Vəhy kitabının yekun ismarıcları üç mələyin ismarıclarıdır və onlar bu iki sinfi ayırır və bağlayır; lakin görmək mühümdür ki, Sister White həmin “yekun ismarıcların” “məhsulu yetişdirdiyini” bildirir. Məhsulu yetişdirən yekun ismarıc son yağışdır və o, 250 nəfəri “məhv odları üçün bağlamalar kimi” bağlayan oddur.</w:t>
      </w:r>
    </w:p>
    <w:p>
      <w:pPr>
        <w:pStyle w:val="ArticleScripture"/>
        <w:jc w:val="left"/>
      </w:pPr>
      <w:r>
        <w:rPr>
          <w:rFonts w:ascii="Times New Roman" w:hAnsi="Times New Roman" w:eastAsia="Times New Roman" w:cs="Times New Roman"/>
        </w:rPr>
        <w:t>“Yəhyaya kilsənin təcrübəsində dərin və həyəcanverici əhəmiyyət daşıyan səhnələr açıldı. O, Allah xalqının mövqeyini, təhlükələrini, mübarizələrini və nəhayət qurtuluşunu gördü. O, yer üzünün məhsulunu ya səmavi anbar üçün dərzlər, ya da məhvedici odlar üçün çırpı dəstələri kimi yetişdirəcək son xəbərləri qeyd edir. Ona çox böyük əhəmiyyət daşıyan mövzular, xüsusilə də son kilsə üçün, vəhy olundu ki, səhvdən həqiqətə dönəcək olanlar qarşılarında duran təhlükələr və mübarizələr barədə öyrədilsinlər. Yer üzünün üzərinə gələcək şeylər barəsində heç kəsin qaranlıqda qalmasına ehtiyac yoxdur.” The Great Controversy, 341.</w:t>
      </w:r>
    </w:p>
    <w:p>
      <w:pPr>
        <w:pStyle w:val="ArticleBody"/>
        <w:jc w:val="left"/>
      </w:pPr>
      <w:r>
        <w:rPr>
          <w:rFonts w:ascii="Times New Roman" w:hAnsi="Times New Roman" w:eastAsia="Times New Roman" w:cs="Times New Roman"/>
        </w:rPr>
        <w:t>Onun məbədi təmizləməsi, həmçinin Vəftizçi Yəhyanın öz xidmətindən sonra gələn Şəxs kimi təqdim etdiyi Torpaq Fırçası adamın işi ilə də təsvir olunur. Millerin yuxusunda zibili süpürüb çıxaran məhz Odur.</w:t>
      </w:r>
    </w:p>
    <w:p>
      <w:pPr>
        <w:pStyle w:val="ArticleScripture"/>
        <w:jc w:val="left"/>
      </w:pPr>
      <w:r>
        <w:rPr>
          <w:rFonts w:ascii="Times New Roman" w:hAnsi="Times New Roman" w:eastAsia="Times New Roman" w:cs="Times New Roman"/>
        </w:rPr>
        <w:t>“Rəbb salehlə pisi arasındakı fərqi üzə çıxarmaq üzrədir; çünki Onun ‘kürəyi əlindədir; O, xırman yerini tamamilə təmizləyəcək və buğdasını anbarına yığacaq; lakin samanı sönməz odla yandıracaqdır.’” Review and Herald, 8 noyabr 1892.</w:t>
      </w:r>
    </w:p>
    <w:p>
      <w:pPr>
        <w:pStyle w:val="ArticleBody"/>
        <w:jc w:val="left"/>
      </w:pPr>
      <w:r>
        <w:rPr>
          <w:rFonts w:ascii="Times New Roman" w:hAnsi="Times New Roman" w:eastAsia="Times New Roman" w:cs="Times New Roman"/>
        </w:rPr>
        <w:t>Ağa Yeşaya Bacı Uayt tərəfindən xatırladılır; o, 1849-cu ildə Rəbbin Öz xalqının qalığını toplamaq üçün əlini ikinci dəfə uzatdığını müəyyənləşdirdiyi zaman, həm Yeşaya, həm də Bacı Uayt yüz qırx dörd minin son toplanışını göstərirlər. Toplanma prosesi, ilk məyusluq kimi təmsil olunan səpələnmə və toplanmanı ehtiva edir; bu da gözləmə vaxtının sonunda baş verən toplanışa aparır. Yüz qırx dörd minin möhürlənməsinə aid bu ünsürlərin hər biri Müqəddəs Kitab peyğəmbərliyinin ayrıca bir mövzusudur. Rəbbin günahı öz son həddinə çatdırmaq üçün alət kimi istifadə etdiyi zahiri tarix Daniel 11:11-də təmsil olunur; son toplanış Yeşaya 11:11-də verilir; gözləmə vaxtının sonu Vəhy 11:11-də tapılır və bazar günü qanunu zamanı buğda ilə alaq otlarının ayrılması Hizqiyal 11:11-də yerləşir:</w:t>
      </w:r>
    </w:p>
    <w:p>
      <w:pPr>
        <w:pStyle w:val="ArticleScripture"/>
        <w:jc w:val="left"/>
      </w:pPr>
      <w:r>
        <w:rPr>
          <w:rFonts w:ascii="Times New Roman" w:hAnsi="Times New Roman" w:eastAsia="Times New Roman" w:cs="Times New Roman"/>
        </w:rPr>
        <w:t>Bu şəhər sizin qazanınız olmayacaq, siz də onun içindəki ət olmayacaqsınız; lakin Mən sizi İsrail sərhədində mühakimə edəcəyəm. Yezekel 11:11.</w:t>
      </w:r>
    </w:p>
    <w:p>
      <w:pPr>
        <w:pStyle w:val="ArticleBody"/>
        <w:jc w:val="left"/>
      </w:pPr>
      <w:r>
        <w:rPr>
          <w:rFonts w:ascii="Times New Roman" w:hAnsi="Times New Roman" w:eastAsia="Times New Roman" w:cs="Times New Roman"/>
        </w:rPr>
        <w:t>Yoel kitabında “yeni şərab” məbədin mühafizəçiləri olmalı olan qədim qocalardan kəsilib alınmışdır. Gecəyarısı Fəryadının xəbəri Yoeldəki yeni şərabdır və Bazar günü qanunu zamanı göydən enən od Pentikost odunun timsalında əvvəlcədən göstərilmişdir. Həmin od bir xəbəri təmsil edir; bu, yeni şərabdır, lakin o, həm də buxur təqdim edən 250 adamı məhv edən xəbərin özüdür. Laodikiyalı Yeddinci Gün Adventist kilsəsi Bazar günü qanunu ilə sona çatır, çünki məhz o zaman od ölçüsüz şəkildə tökülür və buxur təqdim edən 250 adamı məhv edir; deməli, onların ibadət sistemini də məhv edir.</w:t>
      </w:r>
    </w:p>
    <w:p>
      <w:pPr>
        <w:pStyle w:val="ArticleBody"/>
        <w:jc w:val="left"/>
      </w:pPr>
      <w:r>
        <w:rPr>
          <w:rFonts w:ascii="Times New Roman" w:hAnsi="Times New Roman" w:eastAsia="Times New Roman" w:cs="Times New Roman"/>
        </w:rPr>
        <w:t>Yeddinci gün Adventist kilsəsi bazar qanunu zamanı sadiq qalsaydı, Amerika Birləşmiş Ştatları hökumətinin qüdrəti və gücü onu bağlayacaq. Əgər sədaqətsiz olsa, sadəcə adını Birinci gün Adventist kilsəsi və ya ona yaxın başqa bir bənzərinə dəyişəcək. Saleh olsun və ya qeyri-saleh, Yeddinci gün Adventist kilsəsi bazar qanunundan o yana keçmir. Peyğəmbərlik şəhadəti müəyyən edir ki, Adventizm 11 sentyabrda qədim yolların ismarıcını rədd etmişdir və həmin qədim yollar bazar qanununda bağlanan qapıya aparır. O 25 nəfər Hizqiyalın parçasında “Azurun oğlu Yaazanya və Benayanın oğlu Pelatya, xalqın başçıları” kimi təmsil olunmuşdu.</w:t>
      </w:r>
    </w:p>
    <w:p>
      <w:pPr>
        <w:pStyle w:val="ArticleBody"/>
        <w:jc w:val="left"/>
      </w:pPr>
      <w:r>
        <w:rPr>
          <w:rFonts w:ascii="Times New Roman" w:hAnsi="Times New Roman" w:eastAsia="Times New Roman" w:cs="Times New Roman"/>
        </w:rPr>
        <w:t>Onların adları Allahın xalqının xüsusiyyətlərini etiraf edir, lakin bu, sadəcə etirafdır. Yaazanya Allah eşidir deməkdir və o, kömək etmək və qorumaq mənasını verən Azurun oğludur. Bacı Uayt deyir ki, 25 nəfər “Azur” ilə təmsil olunduğu kimi, mühafizəçilər olmalı idilər. Onun oğlu Allaha “eşitdiyini” etiraf edir, lakin o, baxdıqları halda görməyən, eşitdikləri halda eşitməyən sinifdəndir. Pelatya Allah tərəfindən xilas edilmiş deməkdir, onun atası “Benaya” isə Allah qurmuşdur mənasını verir. Yezekel öz xəbərdarlıq ismarıcını başa çatdıranda Pelatya öldü.</w:t>
      </w:r>
    </w:p>
    <w:p>
      <w:pPr>
        <w:pStyle w:val="ArticleScripture"/>
        <w:jc w:val="left"/>
      </w:pPr>
      <w:r>
        <w:rPr>
          <w:rFonts w:ascii="Times New Roman" w:hAnsi="Times New Roman" w:eastAsia="Times New Roman" w:cs="Times New Roman"/>
        </w:rPr>
        <w:t>Bu şəhər sizin qazanınız olmayacaq, siz də onun içində ət olmayacaqsınız; lakin Mən sizi İsrailin sərhədində mühakimə edəcəyəm. Və biləcəksiniz ki, Mən Rəbbəm; çünki siz Mənim qaydalarım üzrə yerimədiniz, hökümlərimi yerinə yetirmədiniz, əksinə, ətrafınızdakı bütpərəst xalqların adətlərinə görə davrandınız. Və belə oldu ki, mən peyğəmbərlik edərkən Benayanın oğlu Pelatya öldü. O zaman mən üzüstə yerə qapandım, yüksək səslə fəryad edib dedim: Ah, Xudavənd Rəbb! Məgər İsrailin qalığını tamamilə məhv edəcəksən? Hezqiyal 11:11–13.</w:t>
      </w:r>
    </w:p>
    <w:p>
      <w:pPr>
        <w:pStyle w:val="ArticleBody"/>
        <w:jc w:val="left"/>
      </w:pPr>
      <w:r>
        <w:rPr>
          <w:rFonts w:ascii="Times New Roman" w:hAnsi="Times New Roman" w:eastAsia="Times New Roman" w:cs="Times New Roman"/>
        </w:rPr>
        <w:t>Pelatya Hizqiyalın uca səslə fəryad etdiyi zaman öldü. Buğda Vəhy on birin yerinə yetməsi olaraq 18 iyul 2020-ci ildə küçədə öldü. Buğda Allahın Kəlamının ilk müəllifi olan Musa və İlyasdır; gələcək İlyas vədi isə Əhdi-Ətiqdəki son bəyanatdır. Alfa və Omeqa Sodom və Misirin küçəsində öldürülür, lakin Vəhy 11:11-də təmsil olunduğu kimi, 2024-cü ildə dirildilirlər. Onlar ölü olduqları müddətdə Sodom və Misir sevindi. Hizqiyal, “Ah, Xudavənd Rəbb! İsrailin qalığının kökünü tamamilə kəsəcəksənmi?” dedikdə, Pelatyanın ölümünü qalıq dövrünə yerləşdirir. Yeşayaya görə, Sodom qalıq dövründə Yeddinci Gün Adventist kilsəsidir.</w:t>
      </w:r>
    </w:p>
    <w:p>
      <w:pPr>
        <w:pStyle w:val="ArticleScripture"/>
        <w:jc w:val="left"/>
      </w:pPr>
      <w:r>
        <w:rPr>
          <w:rFonts w:ascii="Times New Roman" w:hAnsi="Times New Roman" w:eastAsia="Times New Roman" w:cs="Times New Roman"/>
        </w:rPr>
        <w:t>Ey göylər, eşidin, və ey yer, qulaq as; çünki Rəbb söyləmişdir: Mən övladlar bəslədim və böyütdüm, amma onlar Mənə qarşı üsyan etdilər. Öküz öz sahibini tanıyır, eşşək də ağasının yalını tanıyır; lakin İsrail tanımır, xalqım anlamır.</w:t>
      </w:r>
    </w:p>
    <w:p>
      <w:pPr>
        <w:pStyle w:val="ArticleScripture"/>
        <w:jc w:val="left"/>
      </w:pPr>
      <w:r>
        <w:rPr>
          <w:rFonts w:ascii="Times New Roman" w:hAnsi="Times New Roman" w:eastAsia="Times New Roman" w:cs="Times New Roman"/>
        </w:rPr>
        <w:t>Vay günahlı millətə, təqsirlə yüklənmiş xalqa, şər əməl sahiblərinin nəslinə, pozğunluq törədən övladlara! Onlar Rəbbi tərk etdilər, İsrailin Müqəddəsini qəzəbləndirdilər, geri dönüb uzaqlaşdılar. Nə üçün daha artıq cəzalandırılasınız? Siz yenə də üsyanınızı artıracaqsınız; bütün baş xəstədir, bütün ürək taqətsizdir. Ayağın altından başın təpəsinədək onda sağlam bir yer yoxdur; ancaq yaralar, əziklər və irinli çibanlar vardır; onlar nə sıxılıb təmizlənmiş, nə sarınmış, nə də məlhəmlə yumşaldılmışdır. Ölkəniz virandır, şəhərləriniz odla yandırılmışdır; torpağınızı gözünüzün qabağında yadellilər yeyib-dağıdır, o da yadellilərin viran etdiyi kimi viran qalmışdır. Sion qızı isə üzüm bağındakı bir daxma kimi, xiyar bostanındakı bir köşk kimi, mühasirəyə alınmış bir şəhər kimi tənha qalmışdır.</w:t>
      </w:r>
    </w:p>
    <w:p>
      <w:pPr>
        <w:pStyle w:val="ArticleScripture"/>
        <w:jc w:val="left"/>
      </w:pPr>
      <w:r>
        <w:rPr>
          <w:rFonts w:ascii="Times New Roman" w:hAnsi="Times New Roman" w:eastAsia="Times New Roman" w:cs="Times New Roman"/>
        </w:rPr>
        <w:t>Əgər Ordular Rəbbi bizə çox kiçik bir qalıq saxlamamış olsaydı, biz Sodom kimi olardıq və Homorra bənzəyərdik. Rəbbin sözünü eşidin, ey Sodom başçıları; Allahımızın qanununa qulaq asın, ey Homorra xalqı. Yeşaya 1:2–10.</w:t>
      </w:r>
    </w:p>
    <w:p>
      <w:pPr>
        <w:pStyle w:val="ArticleBody"/>
        <w:jc w:val="left"/>
      </w:pPr>
      <w:r>
        <w:rPr>
          <w:rFonts w:ascii="Times New Roman" w:hAnsi="Times New Roman" w:eastAsia="Times New Roman" w:cs="Times New Roman"/>
        </w:rPr>
        <w:t>Musanın və İlyasın qalıq dövründə Sodomda və Misirdə öldürüldüyü bildirilir. Misir pozulmuş dövlətçilik sənətinin, Sodom isə pozulmuş kilsəçilik sənətinin rəmzidir. Benayanın oğlu Pelatya Bazar qanunu zamanı ölür; Yeşaya bunu Müqəddəs Kitabdakı qəzəbləndirmə günü ilə uyğunlaşdırır ki, bu da ya 1863-cü ildir, ya da Bazar qanunudur. Benayanın oğlu Pelatya əslində Allahın Kəlamını eşidənlərin saxtasını təmsil edir. Qalıq zamanında Musa və İlyasla təmsil olunanlar öldürülür, sonra isə dirildilirlər. O dirilmə 2023-cü ilin iyulunda səhrada səslənən bir səslə başladı. 2024-cü ildən etibarən buğda ilə alaq otlarının son ayrılması davam etməkdədir.</w:t>
      </w:r>
    </w:p>
    <w:p>
      <w:pPr>
        <w:pStyle w:val="ArticleBody"/>
        <w:jc w:val="left"/>
      </w:pPr>
      <w:r>
        <w:rPr>
          <w:rFonts w:ascii="Times New Roman" w:hAnsi="Times New Roman" w:eastAsia="Times New Roman" w:cs="Times New Roman"/>
        </w:rPr>
        <w:t>Bazar günü qanunu qəbul ediləndə, Yeddinci Gün Adventist Kilsəsi anlayacaq ki, onlar həlak olmuşlar.</w:t>
      </w:r>
    </w:p>
    <w:p>
      <w:pPr>
        <w:pStyle w:val="ArticleScripture"/>
        <w:jc w:val="left"/>
      </w:pPr>
      <w:r>
        <w:rPr>
          <w:rFonts w:ascii="Times New Roman" w:hAnsi="Times New Roman" w:eastAsia="Times New Roman" w:cs="Times New Roman"/>
        </w:rPr>
        <w:t>Bu şəhər sizin qazanınız olmayacaq, siz də onun içindəki ət olmayacaqsınız; lakin Mən sizi İsrail sərhədində mühakimə edəcəyəm. Və biləcəksiniz ki, Mən Rəbbəm; çünki siz Mənim qaydalarımla getmədiniz, hökmlərimi yerinə yetirmədiniz, əksinə ətrafınızdakı bütpərəst xalqların adətlərinə görə davrandınız. Və belə oldu ki, mən peyğəmbərlik edərkən Benayanın oğlu Pelatya öldü. Yezekel 11:11–13.</w:t>
      </w:r>
    </w:p>
    <w:p>
      <w:pPr>
        <w:pStyle w:val="ArticleBody"/>
        <w:jc w:val="left"/>
      </w:pPr>
      <w:r>
        <w:rPr>
          <w:rFonts w:ascii="Times New Roman" w:hAnsi="Times New Roman" w:eastAsia="Times New Roman" w:cs="Times New Roman"/>
        </w:rPr>
        <w:t>Pelatyanın ölümü — adı “Allah tərəfindən qurtarılmış” mənasını daşıyan bu şəxsin adı burada mətnin kontekstində ölümə təslim edilmək mənasını ifadə edir — Daniel 11-in qırx birinci ayəsində on birinci saatın işçilərinin şimal padşahının əlindən qurtarıldığı həmin eyni anda baş verir. Pelatya bazar qanunu zamanı şimal padşahının əlinə təslim edilir. Bənayanın oğlu Pelatya — mənası “Allahın tikdiyi şey”dir. Məhz Allahın bir daha məbəd tikdiyi və onu bazar qanunu zamanı qalib kilsə kimi ucaltmaq üçün qaldırdığı nöqtədə, Pelatya ilə təmsil olunanlar ölümə təslim edilirlər; çünki onlar köhnə xarabalıqları bərpa etmək işində iştirak etmək əvəzinə, özləri üçün Toviyanın məzarını tikirdilər. Pelatya Yeşayanın başdan ayağa qədər olan təsvirini təmsil edir; yəni tamamilə günahla yüklənmiş bir bədəni. Həmin bədən, Yeşayanın “getdikcə daha çox asi olursunuz” deyərək artan bir üsyan kimi ifadə etdiyi, dörd nəsil davam edən mütərəqqi üsyanın sonunda olan Laodikeyalı Yeddinci Gün Adventist kilsəsidir. 2024-cü ildə başlayan son sınaq prosesində buğda üç gün yarım ölü qalır, sonra dirildilir; o zaman onlar biləcəklər ki, Rəbb Allahdır.</w:t>
      </w:r>
    </w:p>
    <w:p>
      <w:pPr>
        <w:pStyle w:val="ArticleScripture"/>
        <w:jc w:val="left"/>
      </w:pPr>
      <w:r>
        <w:rPr>
          <w:rFonts w:ascii="Times New Roman" w:hAnsi="Times New Roman" w:eastAsia="Times New Roman" w:cs="Times New Roman"/>
        </w:rPr>
        <w:t>Buna görə də peyğəmbərlik et və onlara de: Xudavənd Rəbb belə deyir: Baxın, ey xalqım, qəbirlərinizi açacağam, sizi qəbirlərinizdən çıxaracağam və sizi İsrail torpağına gətirəcəyəm. Ey xalqım, qəbirlərinizi açdığım və sizi qəbirlərinizdən çıxardığım zaman biləcəksiniz ki, Mən Rəbbəm. Ruhumu içinizə qoyacağam və siz yaşayacaqsınız; sizi öz torpağınızda yerləşdirəcəyəm. O zaman biləcəksiniz ki, bunu söyləyən də, həyata keçirən də Mən, Rəbbəm, — deyir Rəbb. Hezekiel 37:12–14.</w:t>
      </w:r>
    </w:p>
    <w:p>
      <w:pPr>
        <w:pStyle w:val="ArticleBody"/>
        <w:jc w:val="left"/>
      </w:pPr>
      <w:r>
        <w:rPr>
          <w:rFonts w:ascii="Times New Roman" w:hAnsi="Times New Roman" w:eastAsia="Times New Roman" w:cs="Times New Roman"/>
        </w:rPr>
        <w:t>Bazar günü qanununda 25-lə təmsil olunan saxta kahinlik o zaman biləcək ki, Rəbb Allahdır. Buğda 2024-cü ildə bilir ki, Rəbb Allahdır, alaq otları isə bu biliyə Bazar günü qanununda, artıq çox gec olduğu zaman ayılır. Dövr bir qəbir və dirilmə ilə başlayır və bir qəbir və dirilməsizliklə başa çatır. Başlanğıcdakı buğda Vəhy kitabının on birinci fəslindəki dirilməni O yerinə yetirdiyi zaman Allahı tanıyır, alaq otları isə həmin fəslin Bazar günü qanunu zəlzələsi zamanı tanıyır. Bu iki nişanə arasında son yağışın sınaq prosesi hər iki sinfi məhsul yığımı üçün yetkinliyə çatdırır.</w:t>
      </w:r>
    </w:p>
    <w:p>
      <w:pPr>
        <w:pStyle w:val="ArticleBody"/>
        <w:jc w:val="left"/>
      </w:pPr>
      <w:r>
        <w:rPr>
          <w:rFonts w:ascii="Times New Roman" w:hAnsi="Times New Roman" w:eastAsia="Times New Roman" w:cs="Times New Roman"/>
        </w:rPr>
        <w:t>Yoelin xəbəri üzüm bağının nəğməsidir, lakin onun qaldırdığı ilk məsələ budur ki, insanlar axır günləri əvvəlki günlərə əsasən tanıya bilərlərmi? Yoeldəki “qoca adamlar” bunu edə bilmədilər, çünki oyadıcı nida gecə yarısı gəlib çatanda onlar kəsilib atılırlar — Rəbbin ağzından tüpürülüb çıxarılırlar; məhz yer üzünün vəhşisinin danışmaq üçün ağzını açdığı yerdə; Balamın eşşəyinin danışdığı yerdə; və Vəftizçi Yəhyanın atasının danışdığı yerdə.</w:t>
      </w:r>
    </w:p>
    <w:p>
      <w:pPr>
        <w:pStyle w:val="ArticleBody"/>
        <w:jc w:val="left"/>
      </w:pPr>
      <w:r>
        <w:rPr>
          <w:rFonts w:ascii="Times New Roman" w:hAnsi="Times New Roman" w:eastAsia="Times New Roman" w:cs="Times New Roman"/>
        </w:rPr>
        <w:t>“Qoca qədim adamlar” üzərində hökm, bunun əcdadlarınızın günlərində baş verib-vermədiyi sualına əsaslanır. Parça “bunu eşidin” deməklə açılır. Sonra iki şahid ortaya qoyur: bunlardan biri insanların dörd nəslidir, digəri isə həşəratların dörd növü. Daha sonra onlar Gecəyarısı Harayı zamanı oyadılırlar, ancaq görürlər ki, Allahın seçilmiş əhd xalqı kimi onların yanından keçilib. Onların yanından şərabları olmadığı üçün keçilmir; onların yanından ona görə keçilir ki, şərabları yanlışdır. On bakirə məsəlində, Yoelin yeni şərabı yağdır.</w:t>
      </w:r>
    </w:p>
    <w:p>
      <w:pPr>
        <w:pStyle w:val="ArticleBody"/>
        <w:jc w:val="left"/>
      </w:pPr>
      <w:r>
        <w:rPr>
          <w:rFonts w:ascii="Times New Roman" w:hAnsi="Times New Roman" w:eastAsia="Times New Roman" w:cs="Times New Roman"/>
        </w:rPr>
        <w:t>Onların xilası son yağış xəbərinin “yeni şərab”ını qəbul edib-etməmələri şərti ilə təqdim olunur. “Qoca və qədim adamlar” da Yeşaya tərəfindən “Efrayimin sərxoşları” kimi təsvir edilir və Vəhyin yeddinci fəslində Efrayim möhürlənənlər arasında göstərilmir. Onun yerini qardaşı Mənəssə tutur. Mənəssədən daha pis bir padşah tapmaq çətindir, lakin o, Efrayimin sərxoşlarının yerini tutur.</w:t>
      </w:r>
    </w:p>
    <w:p>
      <w:pPr>
        <w:pStyle w:val="ArticleScripture"/>
        <w:jc w:val="left"/>
      </w:pPr>
      <w:r>
        <w:rPr>
          <w:rFonts w:ascii="Times New Roman" w:hAnsi="Times New Roman" w:eastAsia="Times New Roman" w:cs="Times New Roman"/>
        </w:rPr>
        <w:t>“Öz ruhani tənəzzülləri üzərində kədərlənməyən və başqalarının günahları üçün yas tutmayan zümrə Allahın möhürü olmadan buraxılacaq. Rəbb Öz elçilərinə, əllərində qırğın silahları olan adamlara belə əmr edir: ‘Onun ardınca şəhərin arasından keçin və vurun; gözünüz əsirgəməsin, nə də rəhminiz gəlsin; qocanı da, cavanı da, qızları da, kiçik uşaqları da, qadınları da tamamilə qırın; lakin üzərində nişan olan heç bir adama yaxınlaşmayın; və Mənim məbədimdən başlayın. Onda onlar evin önündə duran ağsaqqallardan başladılar.’”</w:t>
      </w:r>
    </w:p>
    <w:p>
      <w:pPr>
        <w:pStyle w:val="ArticleScripture"/>
        <w:jc w:val="left"/>
      </w:pPr>
      <w:r>
        <w:rPr>
          <w:rFonts w:ascii="Times New Roman" w:hAnsi="Times New Roman" w:eastAsia="Times New Roman" w:cs="Times New Roman"/>
        </w:rPr>
        <w:t>“Burada görürük ki, kilsə — Rəbbin məbədi — Allahın qəzəbinin zərbəsini ilk hiss edən oldu. Qədim kişilər, Allahın özlərinə böyük nur verdiyi və xalqın ruhani mənafelərinin keşiyində duranlar kimi durmuş olanlar, onlara etibar edilənə xəyanət etmişdilər. Onlar belə bir mövqe tutmuşdular ki, əvvəlki günlərdə olduğu kimi möcüzələri və Allahın qüdrətinin aşkar təzahürünü gözləməyə ehtiyac yoxdur. Zamanlar dəyişmişdir. Bu sözlər onların imansızlığını möhkəmləndirir və onlar deyirlər: Rəbb nə yaxşılıq edəcək, nə də pislik edəcək. O, Öz xalqını mühakimə ilə cəzalandıracaq qədər həddindən artıq mərhəmətlidir. Beləcə, “Sülh və əmin-amanlıq” Allahın xalqına onların təqsirlərini və Yaqubun evinə onların günahlarını göstərmək üçün bir daha heç vaxt səsini şeypur kimi ucaldmayacaq adamların fəryadıdır. Hürməyən bu lal itlər təhqir olunmuş Allahın ədalətli qisasını hiss edənlərdir. Kişilər, qızlar və kiçik uşaqlar hamısı birlikdə həlak olurlar.</w:t>
      </w:r>
    </w:p>
    <w:p>
      <w:pPr>
        <w:pStyle w:val="ArticleScripture"/>
        <w:jc w:val="left"/>
      </w:pPr>
      <w:r>
        <w:rPr>
          <w:rFonts w:ascii="Times New Roman" w:hAnsi="Times New Roman" w:eastAsia="Times New Roman" w:cs="Times New Roman"/>
        </w:rPr>
        <w:t>“Etibarlı olanların ah çəkib fəryad etdikləri iyrəncliklər sonlu gözlərin ayırd edə bildiyi hər şey idi; lakin ən ağır günahlar — pak və müqəddəs Allahın qısqanclığını oyadan günahlar — aşkara çıxarılmamışdı. Qəlblərin böyük Araşdırıcısı haqsızlıq edənlərin gizlində törətdiyi hər bir günahı bilir. Bu adamlar öz aldatmalarında özlərini arxayın hiss etməyə başlayır və Onun səbrinə görə deyirlər ki, Rəbb görmür; sonra da sanki O, yer üzünü tərk etmiş kimi davranırlar. Lakin O, onların riyakarlığını üzə çıxaracaq və belə böyük qayğı ilə gizlətdikləri günahları başqalarının önündə açacaqdır.”</w:t>
      </w:r>
    </w:p>
    <w:p>
      <w:pPr>
        <w:pStyle w:val="ArticleScripture"/>
        <w:jc w:val="left"/>
      </w:pPr>
      <w:r>
        <w:rPr>
          <w:rFonts w:ascii="Times New Roman" w:hAnsi="Times New Roman" w:eastAsia="Times New Roman" w:cs="Times New Roman"/>
        </w:rPr>
        <w:t>“Rütbə, ləyaqət və ya dünyəvi hikmət baxımından heç bir üstünlük, müqəddəs vəzifədə heç bir mövqe, insanları öz aldadıcı ürəklərinin ixtiyarına buraxıldıqları zaman prinsipdən qurban verməkdən qoruyub saxlamayacaq. Layiqli və saleh hesab edilənlər dönüklükdə başçılar və laqeydlikdə, eləcə də Allahın mərhəmətlərindən sui-istifadədə nümunələr olduqlarını göstərirlər. O, onların şər yoluna artıq daha dözməyəcək və qəzəbində onlarla mərhəmətsiz rəftar edir.”</w:t>
      </w:r>
    </w:p>
    <w:p>
      <w:pPr>
        <w:pStyle w:val="ArticleScripture"/>
        <w:jc w:val="left"/>
      </w:pPr>
      <w:r>
        <w:rPr>
          <w:rFonts w:ascii="Times New Roman" w:hAnsi="Times New Roman" w:eastAsia="Times New Roman" w:cs="Times New Roman"/>
        </w:rPr>
        <w:t>“Rəbb Öz hüzurunu böyük nurla xeyir-dua almış və başqalarına xidmət edərkən kəlamın qüdrətini hiss etmiş olanlardan könülsüzlük ilə geri çəkir. Onlar bir vaxtlar Onun sadiq qulları idilər, Onun hüzuru və rəhbərliyi ilə lütfə nail olmuşdular; lakin Ondan uzaqlaşdılar və başqalarını da azğınlığa apardılar, buna görə də ilahi narazılıq altına gətirildilər.” Testimonies, cild 5, 211, 212.</w:t>
      </w:r>
    </w:p>
    <w:p>
      <w:pPr>
        <w:pStyle w:val="ArticleBody"/>
        <w:jc w:val="left"/>
      </w:pPr>
      <w:r>
        <w:rPr>
          <w:rFonts w:ascii="Times New Roman" w:hAnsi="Times New Roman" w:eastAsia="Times New Roman" w:cs="Times New Roman"/>
        </w:rPr>
        <w:t>Yoel “qoca adamları” müəyyənləşdirərkən Laodikeyalı Yeddinci Gün Adventist Kilsəsinin rəhbərliyinə müraciət edir, lakin Yoel həm də Yeşayanın savadlılarla müqayisə etdiyi savadsızlara da xitab edir. Yoel Hizqiyal kitabının səkkizinci fəslində günəşə səcdə edən qədim kişilərə xitab edir; doqquzuncu fəsildə isə ilk mühakimə olunanlar da onlardır. O, həmçinin Laodikeyalı Yeddinci Gün Adventist Kilsəsinin sıravi üzvlərinə də müraciət edir, belə deyərkən: “Bunu eşidin, ey qoca adamlar, və qulaq asın, ey ölkənin bütün sakinləri.”</w:t>
      </w:r>
    </w:p>
    <w:p>
      <w:pPr>
        <w:pStyle w:val="ArticleBody"/>
        <w:jc w:val="left"/>
      </w:pPr>
      <w:r>
        <w:rPr>
          <w:rFonts w:ascii="Times New Roman" w:hAnsi="Times New Roman" w:eastAsia="Times New Roman" w:cs="Times New Roman"/>
        </w:rPr>
        <w:t>Səkkizinci fəsildəki 25 nəfər Bazar qanunu zamanı yerləşir; onlar üzlərini günəşə tərəf tutaraq, arxalarını məbədə çevirmiş halda səcdə edirlər. Onlar Qorah, Datan və Aviramla birlikdə duran 250 nəfərlik üsyanın “onda biri”dir. Bu 25 nəfər, ilhamın 1888-ci ildə göstərdiyinə görə təkrarlanmış üsyanın rəmzidir; həmin üsyan 9/11-də Laodikeyadakı Yeddinci Gün Adventist kilsəsinin rəhbərliyinin Bazar qanununa qədər davam edən üsyanını əvvəlcədən təsvir edirdi. Onlar, Yeşayanın altıncı fəsildə hikmətliləri daxilində mahiyyət olan bir “onda bir” kimi müəyyən etdiyi eyni dövrdə, üsyanın bir “onda biri”ni təmsil edirlər.</w:t>
      </w:r>
    </w:p>
    <w:p>
      <w:pPr>
        <w:pStyle w:val="ArticleBody"/>
        <w:jc w:val="left"/>
      </w:pPr>
      <w:r>
        <w:rPr>
          <w:rFonts w:ascii="Times New Roman" w:hAnsi="Times New Roman" w:eastAsia="Times New Roman" w:cs="Times New Roman"/>
        </w:rPr>
        <w:t>Yoel, Adventizmə belə bir bəyanatdır ki, onların möhləti bağlanmışdır; çünki onlar sınaq möhlətlərinin camını günahla doldurmuşlar və bu doluluq başdan ayağa qədər xəstəlik kimi təsvir edilir; bu isə son yağış xəbərinin onların ağızlarından kəsildiyini göstərir. Yeşaya iyirmi doqquzuncu fəsildə eyni gerçəkliyi təsvir edir.</w:t>
      </w:r>
    </w:p>
    <w:p>
      <w:pPr>
        <w:pStyle w:val="ArticleScripture"/>
        <w:jc w:val="left"/>
      </w:pPr>
      <w:r>
        <w:rPr>
          <w:rFonts w:ascii="Times New Roman" w:hAnsi="Times New Roman" w:eastAsia="Times New Roman" w:cs="Times New Roman"/>
        </w:rPr>
        <w:t>Dayanın və heyrətə gəlin; fəryad edin və hay salın: onlar sərxoşdurlar, amma şərabdan deyil; büdrəyirlər, amma məstedici içkidən deyil. Çünki Rəbb üzərinizə dərin yuxu ruhu tökmüş, gözlərinizi yummuşdur; peyğəmbərləri və başçılarınızı, görücüləri örtmüşdür. Və hamısının vəhyi sizin üçün möhürlənmiş bir kitabın sözləri kimi olmuşdur; onu savadlı birinə verib deyərlər: “Xahiş edirəm, bunu oxu”; o isə deyər: “Bacarmıram, çünki möhürlənib”. Kitab savadsız olana da verilib deyərlər: “Xahiş edirəm, bunu oxu”; o isə deyər: “Mən savadlı deyiləm”.</w:t>
      </w:r>
    </w:p>
    <w:p>
      <w:pPr>
        <w:pStyle w:val="ArticleScripture"/>
        <w:jc w:val="left"/>
      </w:pPr>
      <w:r>
        <w:rPr>
          <w:rFonts w:ascii="Times New Roman" w:hAnsi="Times New Roman" w:eastAsia="Times New Roman" w:cs="Times New Roman"/>
        </w:rPr>
        <w:t>Buna görə Rəbb dedi: “Bu xalq Mənə ağzı ilə yaxınlaşır, dodaqları ilə Mənə hörmət göstərir, amma ürəyini Məndən uzaqlaşdırmışdır və Mənə olan qorxusu insan əmrləri ilə öyrədilmişdir. Buna görə də budur, Mən bu xalq arasında heyrətamiz bir iş, bəli, heyrətamiz bir iş və bir möcüzə görəcəyəm; çünki onların müdriklərinin hikməti məhv olacaq, ağıllılarının anlayışı isə gizlədiləcəkdir. Vay o kəslərin halına ki, öz məsləhətlərini Rəbbdən gizlətmək üçün dərinliklərə çəkilirlər, əməlləri qaranlıqda olur və deyirlər: “Bizi kim görür? Bizi kim tanıyır?” Şübhəsiz, sizin hər şeyi alt-üst etməyiniz dulusçunun gili kimi sayılacaqdır; məgər düzəldilən şey onu düzəldən haqqında deyə bilərmi: “O məni yaratmayıb”? Yaxud biçim verilən şey onu biçimləndirən haqqında deyə bilərmi: “Onun anlayışı yox idi”?” Yeşaya 29:9–16.</w:t>
      </w:r>
    </w:p>
    <w:p>
      <w:pPr>
        <w:pStyle w:val="ArticleBody"/>
        <w:jc w:val="left"/>
      </w:pPr>
      <w:r>
        <w:rPr>
          <w:rFonts w:ascii="Times New Roman" w:hAnsi="Times New Roman" w:eastAsia="Times New Roman" w:cs="Times New Roman"/>
        </w:rPr>
        <w:t>Müdriklərin “anlayışı” Allahın peyğəmbərlik Kəlamının möhürünün açılmasına əsaslanır. Adventizmin pozulmuş təsisatlarında tərbiyə almış olanlar peyğəmbərlik kitabını oxuya bilmirlər və anlayışın Allahda olmadığını iddia edirlər. Peyğəmbərlik möhürdən açıldıqda onu anlaya bilmirlər; buna görə də anlayışın Allahda olmadığını iddia edir və bununla hər şeyi alt-üst edirlər. Adventizmin həm savadlıları, həm də savadsızları sınaq müddəti başa çatmazdan az əvvəl möhürü açılan peyğəmbərliyi anlaya bilmirlər və Yoel kitabı “qocalar”a eşitməyi əmr edir, lakin onlar elə bir sinifdir ki, eşidə-eşidə eşitmirlər və görə-görə görmürlər.</w:t>
      </w:r>
    </w:p>
    <w:p>
      <w:pPr>
        <w:pStyle w:val="ArticleBody"/>
        <w:jc w:val="left"/>
      </w:pPr>
      <w:r>
        <w:rPr>
          <w:rFonts w:ascii="Times New Roman" w:hAnsi="Times New Roman" w:eastAsia="Times New Roman" w:cs="Times New Roman"/>
        </w:rPr>
        <w:t>Onların üsyanının lap mahiyyəti, Məsihi Əvvəl və Axır kimi tanıya bilməmələrində təcəssüm olunur. “Bu, sizin günlərinizdə olubmu, yaxud atalarınızın günlərində belə bir şey olubmu?” sualının verildiyi fəslin konteksti budur.</w:t>
      </w:r>
    </w:p>
    <w:p>
      <w:pPr>
        <w:pStyle w:val="ArticleBody"/>
        <w:jc w:val="left"/>
      </w:pPr>
      <w:r>
        <w:rPr>
          <w:rFonts w:ascii="Times New Roman" w:hAnsi="Times New Roman" w:eastAsia="Times New Roman" w:cs="Times New Roman"/>
        </w:rPr>
        <w:t>Atalarınızın tarixində elə bir vaxt olubmu ki, bir xalq Gecəyarısı Harayı ilə oyansın, yalnız ağılsız bakirələr olduqlarını aşkar etsin? “Qocalara” “oyanın” deyə əmr verilir; necə ki, 1844-cü ildə Exeter düşərgə toplantısında Millerçilərə verilmişdi. On bakirə məsəli Adventist xalqının təcrübəsinin məsəlidir; bu təcrübə Millerçi tarixində hərfi şəkildə yerinə yetmişdir və axır günlərdə yenə də hərfi şəkildə yerinə yetəcəkdir. Laodikiyalı Yeddinci Gün Adventizminin öz kilsəsinin təməl tarixinin axır günlərdə təkrarlandığını dərk edə bilməməsi, peyğəmbərlik xəbərini açan açar olan peyğəmbərlik prinsipini vurğulayır. Bu, yalnız Müqəddəs Kitab qaydası deyil, həm də möhlət bağlanmazdan bir az əvvəl açılan İsa Məsihin xarakteri barəsindəki Vəhyin özəyidir.</w:t>
      </w:r>
    </w:p>
    <w:p>
      <w:pPr>
        <w:pStyle w:val="ArticleBody"/>
        <w:jc w:val="left"/>
      </w:pPr>
      <w:r>
        <w:rPr>
          <w:rFonts w:ascii="Times New Roman" w:hAnsi="Times New Roman" w:eastAsia="Times New Roman" w:cs="Times New Roman"/>
        </w:rPr>
        <w:t>Yoel soruşur: “Bu sizin günlərinizdə, yoxsa hətta atalarınızın günlərində olubmu?” Yaxud belə də soruşula bilər: “Atalarınızın günlərində yeni əhd xalqını köhnə əhd xalqından ayıran bir sınaq prosesi olmuşdumu?” Olmuşdu və bu ayrılma məsəldə yağ kimi təmsil olunan peyğəmbərlik xəbəri vasitəsilə həyata keçirilmişdi. “Bu sizin günlərinizdə, yoxsa atalarınızın günlərində olubmu?” ifadəsi dərhal göstərirdi ki, atalarının günlərində baş verən şey, xəbərin dörd nəsil boyunca yayılması əmri və artan məhvin dörd həşəratı ilə təmsil olunduğu kimi, getdikcə artan məhvin dörd nəsildən sonrakı bir oyanışı idi. Yoel, Gecəyarısı Fəryadı zamanı yoldan azmış və mürtəd bir kilsəyə qarşı hökmün elanıdır. Müqəddəs tarixdə heç bir kilsə Yeddinci Gün Adventist kilsəsi qədər böyük işığa qarşı durmamışdır. Həqiqətə qarşı bu cür üsyanın simvolu “Kapernaum” ilə təmsil olunur.</w:t>
      </w:r>
    </w:p>
    <w:p>
      <w:pPr>
        <w:pStyle w:val="ArticleBody"/>
        <w:jc w:val="left"/>
      </w:pPr>
      <w:r>
        <w:rPr>
          <w:rFonts w:ascii="Times New Roman" w:hAnsi="Times New Roman" w:eastAsia="Times New Roman" w:cs="Times New Roman"/>
        </w:rPr>
        <w:t>Növbəti məqalədə davam edəcəyik.</w:t>
      </w:r>
    </w:p>
    <w:p>
      <w:pPr>
        <w:pStyle w:val="ArticleScripture"/>
        <w:jc w:val="left"/>
      </w:pPr>
      <w:r>
        <w:rPr>
          <w:rFonts w:ascii="Times New Roman" w:hAnsi="Times New Roman" w:eastAsia="Times New Roman" w:cs="Times New Roman"/>
        </w:rPr>
        <w:t>“Kəfərnahumda İsa gediş-gəlişli səfərləri arasındakı fasilələrdə yaşayırdı və orası ‘Onun öz şəhəri’ kimi tanınmağa başladı. O, Qalileya gölünün sahilində və Gennesaretin gözəl düzənliyinin sərhədləri yaxınlığında, hətta bəlkə də birbaşa onun üzərində yerləşirdi.” Əsrlərin Arzusu, 252.</w:t>
      </w:r>
    </w:p>
    <w:p>
      <w:pPr>
        <w:pStyle w:val="ArticleScripture"/>
        <w:jc w:val="left"/>
      </w:pPr>
      <w:r>
        <w:rPr>
          <w:rFonts w:ascii="Times New Roman" w:hAnsi="Times New Roman" w:eastAsia="Times New Roman" w:cs="Times New Roman"/>
        </w:rPr>
        <w:t>“Özünü Allahın övladları kimi təqdim edənlər arasında nə qədər az səbir göstərilmiş, nə qədər çox acı sözlər söylənmiş, bizim imanımızdan olmayanlara qarşı nə qədər çox ittihamlar səsləndirilmişdir. Çoxları başqa kilsələrə mənsub olanlara böyük günahkarlar kimi baxmışlar, halbuki Rəbb onlara belə baxmır. Başqa kilsələrin üzvlərinə bu cür baxanların Allahın qüdrətli əli altında alçalmağa ehtiyacı vardır. Onların məhkum etdikləri kəslər bəlkə də yalnız çox az nur, az imkan və imtiyazlara malik olmuşlar. Əgər onlar bizim kilsələrimizin bir çox üzvlərinin malik olduqları nura malik olsaydılar, bəlkə də daha böyük sürətlə irəliləmiş və öz imanlarını dünyaya daha yaxşı təmsil etmiş olardılar. Nuruyla öyünüb də onunla yeriməyənlər haqqında Məsih belə deyir: ‘Lakin sizə deyirəm, hökm günündə Sur və Sidon üçün sizdən daha dözümlü olacaq. Və sən, Kapernaum [böyük nur almış Yeddinci Gün Adventistləri], göyə qədər ucaldılmış [imtiyaz baxımından], cəhənnəmə qədər endiriləcəksən; çünki səndə edilmiş qüdrətli işlər Sodomda edilmiş olsaydı, o, bu günədək qalardı. Lakin sizə deyirəm ki, hökm günündə Sodom diyarı üçün səndən daha dözümlü olacaq.’ O zaman İsa cavab verib dedi: ‘Sənə şükür edirəm, ey Ata, göyün və yerin Rəbbi, çünki bunları müdriklərdən və ağıllılardan [öz qiymətləndirmələrinə görə] gizlədib körpələrə aşkar etmisən.’”</w:t>
      </w:r>
    </w:p>
    <w:p>
      <w:pPr>
        <w:pStyle w:val="ArticleScripture"/>
        <w:jc w:val="left"/>
      </w:pPr>
      <w:r>
        <w:rPr>
          <w:rFonts w:ascii="Times New Roman" w:hAnsi="Times New Roman" w:eastAsia="Times New Roman" w:cs="Times New Roman"/>
        </w:rPr>
        <w:t>“‘İndi, siz bütün bu əməlləri etdiyinizə görə, Rəbb belə bəyan edir, Mən sizə erkəndən qalxıb danışdım, amma siz eşitmədiniz; sizi çağırdım, amma cavab vermədiniz; buna görə də adımla çağırılan, sizin güvəndiyiniz bu evə və sizə və atalarınıza verdiyim bu məkana Şiloya etdiyim kimi edəcəyəm. Sizi də bütün qardaşlarınızı, yəni bütün Efrayim nəslini qovduğum kimi, hüzurumdan qovacağam.’”</w:t>
      </w:r>
    </w:p>
    <w:p>
      <w:pPr>
        <w:pStyle w:val="ArticleScripture"/>
        <w:jc w:val="left"/>
      </w:pPr>
      <w:r>
        <w:rPr>
          <w:rFonts w:ascii="Times New Roman" w:hAnsi="Times New Roman" w:eastAsia="Times New Roman" w:cs="Times New Roman"/>
        </w:rPr>
        <w:t>“Rəbb aramızda böyük əhəmiyyət daşıyan təsisatlar qurmuşdur və onlar dünyəvi təsisatların idarə olunduğu kimi deyil, Allahın nizamına uyğun olaraq idarə edilməlidir. Onlar Onun izzətinə tək gözlə baxılaraq idarə olunmalıdır ki, hər vasitə ilə həlak olmaqda olan canlar xilas edilsin. Allahın xalqına Ruhun şahidlikləri gəlmişdir, lakin yenə də bir çoxları məzəmmətlərə, xəbərdarlıqlara və nəsihətlərə diqqət etməmişlər.</w:t>
      </w:r>
    </w:p>
    <w:p>
      <w:pPr>
        <w:pStyle w:val="ArticleScripture"/>
        <w:jc w:val="left"/>
      </w:pPr>
      <w:r>
        <w:rPr>
          <w:rFonts w:ascii="Times New Roman" w:hAnsi="Times New Roman" w:eastAsia="Times New Roman" w:cs="Times New Roman"/>
        </w:rPr>
        <w:t>“‘İndi bunu eşidin, ey axmaq və anlayışsız xalq; gözləri var, amma görmürlər; qulaqları var, amma eşitmirlər: Məndən qorxmursunuzmu? — Rəbb belə deyir; hüzurum qarşısında titrəməyəcəksinizmi? Mən dənizə həmişəlik bir sərhəd olaraq qumu qoydum ki, onu keçə bilməsin; onun dalğaları çalxalansa da, üstün gələ bilməz; nərildəsə də, onu aşa bilməz. Amma bu xalqın dönük və üsyankar bir ürəyi var; onlar dönüb getdilər. Onlar ürəklərində də demirlər: Gəlin indi Allahımız Rəbbdən qorxaq; O, yağışı — erkən yağışı da, gec yağışı da — öz mövsümündə verir; biçin üçün təyin olunmuş həftələri bizim üçün saxlayır. Sizin təqsirləriniz bunları uzaqlaşdırdı, günahlarınız isə yaxşı şeyləri sizdən əsirgədi.... Onlar yetimin işinə, atasızın davasına baxmırlar, amma firavan yaşayırlar; yoxsulun haqqını isə müdafiə etmirlər. Mən bunlara görə cəza verməyimmi? — Rəbb belə deyir; Mənim canım belə bir millətdən intiqam almayacaqmı?’”</w:t>
      </w:r>
    </w:p>
    <w:p>
      <w:pPr>
        <w:pStyle w:val="ArticleScripture"/>
        <w:jc w:val="left"/>
      </w:pPr>
      <w:r>
        <w:rPr>
          <w:rFonts w:ascii="Times New Roman" w:hAnsi="Times New Roman" w:eastAsia="Times New Roman" w:cs="Times New Roman"/>
        </w:rPr>
        <w:t>“Rəbb məcbur olubmu belə deməyə: ‘Bu xalq üçün dua etmə, onlar üçün nə fəryadını, nə də yalvarışını qaldır, Mənə də onlar üçün şəfaət etmə; çünki Mən səni eşitməyəcəyəm’? ‘Buna görə də leysanlar saxlanılmış, axırıncı yağış olmamışdır.... Məgər sən bundan sonra Mənə səslənməyəcəksən: Atam, Sən gəncliyimin rəhbərisən?’” Review and Herald, 1 avqust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Laodikeyadakı Yeddinci Gün Adventist Kilsəsi - İyirmi Dördüncü Nömrə</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