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Otuz Üçüncü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2026-01-21</w:t>
      </w:r>
    </w:p>
    <w:p>
      <w:pPr>
        <w:pStyle w:val="ArticleHeading"/>
        <w:jc w:val="left"/>
      </w:pPr>
      <w:r>
        <w:rPr>
          <w:rFonts w:ascii="Arial" w:hAnsi="Arial" w:eastAsia="Arial" w:cs="Arial"/>
        </w:rPr>
        <w:t>Otuz Üçüncü Nömrə</w:t>
      </w:r>
    </w:p>
    <w:p>
      <w:pPr>
        <w:pStyle w:val="ArticleBody"/>
        <w:jc w:val="left"/>
      </w:pPr>
      <w:r>
        <w:rPr>
          <w:rFonts w:ascii="Times New Roman" w:hAnsi="Times New Roman" w:eastAsia="Times New Roman" w:cs="Times New Roman"/>
        </w:rPr>
        <w:t>Bazar günü qanunu zamanı yüz qırx dörd min peyğəmbərlik baxımından on birinci saat işçiləri ilə qarşılaşır. Yüz qırx dörd min artıq möhürlənmişdir və bundan sonra böyük izdihamı Babildən çıxmağa və yeddinci gün Şənbəsi uğrunda onlarla birlikdə durmağa çağırırlar. Allahın evi üçün hökm Bazar günü qanununda başa çatır və hökm sonra millətlərə, böyük izdihama — Allahın digər sürüsünə — yönəlir. Vəhyin yeddinci fəsli hər iki qrupu müəyyən edir və beşinci möhürdə Qaranlıq Əsrlərdən olan şəhidlər öz şəhid edilmələrinə görə Allahın papalıq hakimiyyətini nə vaxta qədər mühakimə edəcəyini soruşaraq “nə vaxta qədər” deyirlər? Onlara deyilir ki, papalıq təqibinin ikinci bir şəhidlər qrupu tamamlanana qədər qəbirlərində istirahət etsinlər və onlara ağ libaslar verilir. Vəhy kitabının yeddinci fəslindəki böyük izdiham ağ libaslar geyinir, çünki onlar tezliklə gələcək Bazar günü qanunu böhranında papalıq şəhidlərinin ikinci qrupunu təmsil edirlər. Vəhyin yeddinci fəsli və beşinci möhür bu iki qrupa toxunur; eynilə Smirna və Filadelfiya cəmiyyətləri də belədir. Smirna son papalıq qanlı qırğınının şəhidlərini, Filadelfiya isə yüz qırx dörd mini təmsil edir.</w:t>
      </w:r>
    </w:p>
    <w:p>
      <w:pPr>
        <w:pStyle w:val="ArticleBody"/>
        <w:jc w:val="left"/>
      </w:pPr>
      <w:r>
        <w:rPr>
          <w:rFonts w:ascii="Times New Roman" w:hAnsi="Times New Roman" w:eastAsia="Times New Roman" w:cs="Times New Roman"/>
        </w:rPr>
        <w:t>Peter üçüncü saatdə Qeysəriyyə Filipidədir və “altı gündən” sonra — altı saatdan deyil — o, bazar qanununun astanasında olacaqdı; bu isə doqquzuncu saatdır.</w:t>
      </w:r>
    </w:p>
    <w:p>
      <w:pPr>
        <w:pStyle w:val="ArticleScripture"/>
        <w:jc w:val="left"/>
      </w:pPr>
      <w:r>
        <w:rPr>
          <w:rFonts w:ascii="Times New Roman" w:hAnsi="Times New Roman" w:eastAsia="Times New Roman" w:cs="Times New Roman"/>
        </w:rPr>
        <w:t>Altı gündən sonra İsa Peteri, Yaqubu və onun qardaşı Yəhyanı özü ilə götürüb onları təklikdə uca bir dağa çıxardı. Və onların önündə surəti dəyişdi: üzü günəş kimi parladı, paltarları isə işıq kimi ağ oldu. Və baxın, Musa ilə İlyas onlara görünüb Onunla danışırdılar. Matta 17:1–3.</w:t>
      </w:r>
    </w:p>
    <w:p>
      <w:pPr>
        <w:pStyle w:val="ArticleBody"/>
        <w:jc w:val="left"/>
      </w:pPr>
      <w:r>
        <w:rPr>
          <w:rFonts w:ascii="Times New Roman" w:hAnsi="Times New Roman" w:eastAsia="Times New Roman" w:cs="Times New Roman"/>
        </w:rPr>
        <w:t>Bazar qanunu zamanı yüz qırx dörd min nəfər peyğəmbərlik baxımından böyük izdihamla qarşılaşır. İlyas ölümü dadmayan yüz qırx dörd min nəfəri təmsil edir, Musa isə Rəbdə ölənləri təmsil edir. Onlar Bazar qanunu zamanı Məsihlə birlikdə dayanırlar; bu, Məsihin izzət padşahlığını məsh etdiyi yerdir, necə ki, O, çarmıxda Öz lütf padşahlığını təsis etmişdi. Əgər siz hələ də üçüncü saatdan doqquzuncu saata qədər olan altı saatlıq dövrlə bağlı irəli sürdüyümüz məntiqə diqqət yetirirsinizsə, onda çox xüsusi bir təsvir olan bir şeyi görmək zəruridir.</w:t>
      </w:r>
    </w:p>
    <w:p>
      <w:pPr>
        <w:pStyle w:val="ArticleBody"/>
        <w:jc w:val="left"/>
      </w:pPr>
      <w:r>
        <w:rPr>
          <w:rFonts w:ascii="Times New Roman" w:hAnsi="Times New Roman" w:eastAsia="Times New Roman" w:cs="Times New Roman"/>
        </w:rPr>
        <w:t>Qeysəriyyə Filipidəki üçüncü saat, Qeysəriyyə Maritimadakı doqquzuncu saatın omeqasının alfasıdır. Mən bunu müəyyən edirəm ki, altı saat deyil, altı gün sonra Peter Başqalaşma Dağında olur; bu da doqquzuncu saat olan bazar qanununda kulminasiyaya çatan tarixi təsvir edir. Altı günlük dövr altı saatlıq dövrə uyğun gəlir, lakin yalnız Qeysəriyyədən Qeysəriyyəyə uzanan bir fraktal kimi. Çox xüsusi olan budur ki, altı saatlıq dövrün tarixinin daxilində tarixin bir fraktalı olan bu hadisə, Pentikostal mövsümü nəzərə aldığınız zaman baş verənlə tam eynidir. Məsihin ölümündən Pentikosta qədər olan altı saat, müqəddəs həftənin başa çatdığı və Müjdənin başqa millətlərə yönəldiyi miladi 34-cü ilə qədər çarmıxdan uzanan dövrün bir fraktalıdır.</w:t>
      </w:r>
    </w:p>
    <w:p>
      <w:pPr>
        <w:pStyle w:val="ArticleScripture"/>
        <w:jc w:val="left"/>
      </w:pPr>
      <w:r>
        <w:rPr>
          <w:rFonts w:ascii="Times New Roman" w:hAnsi="Times New Roman" w:eastAsia="Times New Roman" w:cs="Times New Roman"/>
        </w:rPr>
        <w:t>“İndi isə qürur və paxıllıq işığa qarşı qapını bağladı. Çobanların və müdrik adamların gətirdiyi xəbərlərə inanılacaq olsaydı, bu, kahinləri və ravviləri olduqca arzuolunmaz bir vəziyyətə salardı və onların Allah həqiqətinin şərhçiləri olmaq iddiasını təkzib edərdi. Bu bilikli müəllimlər, özlərinin bütpərəst adlandırdıqları kəslərdən təlim almağa alçalmazdılar. Onlar deyirdilər ki, Allahın onlardan yan keçib, xəbəri savadsız çobanlara və sünnətsiz başqa millətlərə çatdırması mümkün deyildi. Onlar padşah Hirodu və bütün Yerusəlimi həyəcanlandıran bu xəbərlərə olan hörmətsizliklərini göstərmək qərarına gəldilər. Bunların həqiqətən belə olub-olmadığını görmək üçün hətta Beytləhmə belə getmədilər. Və onlar xalqı elə yönəltdilər ki, İsa ilə bağlı marağı fanatik bir həyəcan kimi qəbul etsinlər. Məsihin kahinlər və ravvilər tərəfindən rədd edilməsi burada başlandı. Bu andan etibarən onların qüruru və inadkarlığı Xilaskara qarşı köklü bir nifrətə çevrildi. Allah başqa millətlərə qapını açarkən, yəhudi rəhbərləri qapını öz üzərlərinə bağlayırdılar.” The Desire of Ages, 62.</w:t>
      </w:r>
    </w:p>
    <w:p>
      <w:pPr>
        <w:pStyle w:val="ArticleBody"/>
        <w:jc w:val="left"/>
      </w:pPr>
      <w:r>
        <w:rPr>
          <w:rFonts w:ascii="Times New Roman" w:hAnsi="Times New Roman" w:eastAsia="Times New Roman" w:cs="Times New Roman"/>
        </w:rPr>
        <w:t>Müqəddəs həftənin ortasında Məsih çarmıxa çəkildi. Üç il yarım sonra Stefan daşqalaq edildi və Kornelius Peteri çağırtdırdı. Çarmıxdan üç il yarım sonra qədim İsrail üçün sınaq müddəti tamamilə başa çatdı. Sonra Stefan göyə baxdı və Məsihin ayaq üstə durduğunu gördü; bu, Daniel 12:1-də sınaq müddətinin bağlanmasının rəmzidir. Qədim İsrail üçün qapı bağlandı və millətlər üçün açıldı.</w:t>
      </w:r>
    </w:p>
    <w:p>
      <w:pPr>
        <w:pStyle w:val="ArticleBody"/>
        <w:jc w:val="left"/>
      </w:pPr>
      <w:r>
        <w:rPr>
          <w:rFonts w:ascii="Times New Roman" w:hAnsi="Times New Roman" w:eastAsia="Times New Roman" w:cs="Times New Roman"/>
        </w:rPr>
        <w:t>Məsihin doqquzuncu saatda ölümündən Stefanın ölümü və Peterin doqquzuncu saatda çağırılması dövrünədək, Korneli və Stefan min iki yüz altmış peyğəmbərlik gününün yerinə yetirildiyinə dair iki şahiddir. Ölümün doqquzuncu saatından ölümün doqquzuncu saatınadək 1,260 peyğəmbərlik günü idi. Ölümün doqquzuncu saatından Pentikostun doqquzuncu saatınadək olan müddət əlli iki gün çərçivəsində 1,260 günün bir fraktalını müəyyən edir.</w:t>
      </w:r>
    </w:p>
    <w:p>
      <w:pPr>
        <w:pStyle w:val="ArticleBody"/>
        <w:jc w:val="left"/>
      </w:pPr>
      <w:r>
        <w:rPr>
          <w:rFonts w:ascii="Times New Roman" w:hAnsi="Times New Roman" w:eastAsia="Times New Roman" w:cs="Times New Roman"/>
        </w:rPr>
        <w:t>Pentikostal mövsümü olan fraktal həmin 1.260 günün başlanğıcındadır və o günlərin sonunda Peter peyğəmbərlik baxımından Kesariyyədə həm üçüncü, həm də doqquzuncu saatda yerləşdirilmişdir. İki Kesariyyə peyğəmbərlik xarakterli altı saatlıq bir dövrün alfasını və omeqasını təmsil edir. İki Kesariyyənin peyğəmbərlik xarakterli altı saatlıq dövrü daxilində Peter altı gün yol gedir və Dəyişilmə Dağına çatır. Dağ, bazar günü qanununda kulminasiya nöqtəsinə çatan möhürlənməni təmsil edir; bu da qalib kilsənin bütün dağların üzərinə qaldırıldığı yerdir. Həmin altı gün Kesariyyədən Kesariyyəyə qədər olan altı saatlıq dövrü təmsil edir və bu dövrün daxilində bir fraktaldır; necə ki, Pentikostal mövsüm də elə həmin müqəddəs dövrün başlanğıcında bir fraktal idi.</w:t>
      </w:r>
    </w:p>
    <w:p>
      <w:pPr>
        <w:pStyle w:val="ArticleBody"/>
        <w:jc w:val="left"/>
      </w:pPr>
      <w:r>
        <w:rPr>
          <w:rFonts w:ascii="Times New Roman" w:hAnsi="Times New Roman" w:eastAsia="Times New Roman" w:cs="Times New Roman"/>
        </w:rPr>
        <w:t>Başlanğıc fraktalı, Pentikost mövsümü ilə əlaqəli Bahar bayramlarının yerinə yetməsi idi. Qeysəriyyə Filippidən Dəyişilmə Dağınadək olan son fraktal da peyğəmbərlik baxımından müqəddəs həftə ilə bir-birinə bağlanmışdır. Dağda Ata danışdı; bunu O, Məsihin vəftizində etdiyi kimi, həm də çarmıxdan az əvvəl edəcəyi kimi etdi. Ata müqəddəs həftənin başlanğıcından çarmıxa qədər üç dəfə eşidiləcək şəkildə danışdı. Bir dəfə vəftizdə, sonra Dəyişilmə Dağında, sonra isə yaxınlaşan çarmıxın kölgəsində danışdı.</w:t>
      </w:r>
    </w:p>
    <w:p>
      <w:pPr>
        <w:pStyle w:val="ArticleBody"/>
        <w:jc w:val="left"/>
      </w:pPr>
      <w:r>
        <w:rPr>
          <w:rFonts w:ascii="Times New Roman" w:hAnsi="Times New Roman" w:eastAsia="Times New Roman" w:cs="Times New Roman"/>
        </w:rPr>
        <w:t>Çarmıx Onun vəftizi ilə başlayan 1.260 günün omeqasıdır. Vəftiz və çarmıx Daniel doqquzun müqəddəs həftəsinin müəyyən nişanələridir; beləliklə, Dəyişmə Dağını müqəddəs həftənin bir hissəsi kimi müəyyən edir. Əgər birinci və sonuncu müqəddəs həftə peyğəmbərliyinin nişanələrini yerinə yetirirsə, onda orta nişanə də peyğəmbərlik zərurəti ilə eyni şeyi etməlidir.</w:t>
      </w:r>
    </w:p>
    <w:p>
      <w:pPr>
        <w:pStyle w:val="ArticleBody"/>
        <w:jc w:val="left"/>
      </w:pPr>
      <w:r>
        <w:rPr>
          <w:rFonts w:ascii="Times New Roman" w:hAnsi="Times New Roman" w:eastAsia="Times New Roman" w:cs="Times New Roman"/>
        </w:rPr>
        <w:t>Vəftiz birinci mələkdir; Dəyişilmə Dağı ikincidir, çarmıx isə üçüncüdür. Dağda Allah Musa ilə İlyası qalıq kilsənin yol nişanələri kimi müəyyən etdi. Tətbiq Peter, Yaqub və Yəhyanın üçqat simvolu ilə bir-birinə bağlanır. İsa Peteri, Yaqubu və Yəhyanı Özü ilə birlikdə üç dəfə apardı. Birinci dəfə bu, Yairin qızının dirilməsi idi, ikinci dəfə Dəyişilmə, üçüncü dəfə isə Getsemani idi. Birinci dəfə Peter, Yaqub və Yəhya dirilmiş on iki yaşlı bir bakirə qızın şahidi oldular.</w:t>
      </w:r>
    </w:p>
    <w:p>
      <w:pPr>
        <w:pStyle w:val="ArticleScripture"/>
        <w:jc w:val="left"/>
      </w:pPr>
      <w:r>
        <w:rPr>
          <w:rFonts w:ascii="Times New Roman" w:hAnsi="Times New Roman" w:eastAsia="Times New Roman" w:cs="Times New Roman"/>
        </w:rPr>
        <w:t>Və belə oldu ki, İsa geri qayıtdıqda, xalq Onu sevinclə qarşıladı; çünki hamı Onu gözləyirdi. Və budur, Yayir adlı bir adam gəldi; o, sinaqoqun rəisi idi; İsanın ayaqlarına qapanıb Ondan yalvardı ki, evinə gəlsin. Çünki onun təxminən on iki yaşında olan yeganə bir qızı var idi və o, ölüm ayağında idi. Lakin İsa gedərkən xalq Onu sıxışdırırdı. Luka 8:40–42.</w:t>
      </w:r>
    </w:p>
    <w:p>
      <w:pPr>
        <w:pStyle w:val="ArticleBody"/>
        <w:jc w:val="left"/>
      </w:pPr>
      <w:r>
        <w:rPr>
          <w:rFonts w:ascii="Times New Roman" w:hAnsi="Times New Roman" w:eastAsia="Times New Roman" w:cs="Times New Roman"/>
        </w:rPr>
        <w:t>Yair adı “nurlandıran” və “işıqlı və izzətli olmaq” mənasını verir. Peter, Yaqub və Yəhyanın Məsihin yalnız özlərinə məxsus şəkildə qonaqları olduqları üç haldan bu, birincisi idi və Yair birinci mələyi təmsil edir ki, yer üzünü öz izzəti ilə nurlandırır. On iki yaşlı bakirə, yüz qırx dörd min olaraq dirildiləcək bakirələri təmsil edir. Məsih bakirə qızın evinə, on iki il qanaxma xəstəliyindən əziyyət çəkən bir qadınla qarşılaşmasından sonra çatdı.</w:t>
      </w:r>
    </w:p>
    <w:p>
      <w:pPr>
        <w:pStyle w:val="ArticleScripture"/>
        <w:jc w:val="left"/>
      </w:pPr>
      <w:r>
        <w:rPr>
          <w:rFonts w:ascii="Times New Roman" w:hAnsi="Times New Roman" w:eastAsia="Times New Roman" w:cs="Times New Roman"/>
        </w:rPr>
        <w:t>On iki ildir qanaxma xəstəliyindən əziyyət çəkən və bütün dolanacağını həkimlərə sərf etmiş, lakin heç biri tərəfindən sağaldıla bilməmiş bir qadın Onun arxasınca gəlib paltarının ətəyinə toxundu; və həmin anda onun qanaxması dayandı. Luka 8:43, 44.</w:t>
      </w:r>
    </w:p>
    <w:p>
      <w:pPr>
        <w:pStyle w:val="ArticleBody"/>
        <w:jc w:val="left"/>
      </w:pPr>
      <w:r>
        <w:rPr>
          <w:rFonts w:ascii="Times New Roman" w:hAnsi="Times New Roman" w:eastAsia="Times New Roman" w:cs="Times New Roman"/>
        </w:rPr>
        <w:t>On iki yaşlı bir bakirə müəyyən edilir, sonra isə növbəti ayədə on iki il ərzində qanaxma xəstəliyindən əziyyət çəkən bir qadın müəyyən edilir. Qadında həmin qanaxma xəstəliyi bakirənin bütün ömrü boyu olmuşdu. İsa bakirə qıza çatmaq üçün qanaxma xəstəliyi olan qadının yanından keçmək üzrə idi. Qadın, Laodikeyaya verilən xəbərlə təmsil olunduğu kimi, birinci mələyin xəbərini təmsil edir. Məsih bakirəni dirildib həyata qaytarmaq üzrə idi və xəstə qadının, Laodikeyaçı qadının, hələ də İlahiyyata toxunmaq üçün qısa bir imkanı var idi. Uşaq son nəsli təmsil edir və İsa son günlərin bakirəsini ayağa qaldırmaq üçün xəstə bir qadının — Laodikeyanın — yanından keçir. Bakirə dirildildikdə, qadın ya şəfa tapmış, ya da yanından keçilmiş olur.</w:t>
      </w:r>
    </w:p>
    <w:p>
      <w:pPr>
        <w:pStyle w:val="ArticleBody"/>
        <w:jc w:val="left"/>
      </w:pPr>
      <w:r>
        <w:rPr>
          <w:rFonts w:ascii="Times New Roman" w:hAnsi="Times New Roman" w:eastAsia="Times New Roman" w:cs="Times New Roman"/>
        </w:rPr>
        <w:t>Birinci mələyin səciyyəvi xüsusiyyəti qorxudur və qorxunun iki növü vardır.</w:t>
      </w:r>
    </w:p>
    <w:p>
      <w:pPr>
        <w:pStyle w:val="ArticleScripture"/>
        <w:jc w:val="left"/>
      </w:pPr>
      <w:r>
        <w:rPr>
          <w:rFonts w:ascii="Times New Roman" w:hAnsi="Times New Roman" w:eastAsia="Times New Roman" w:cs="Times New Roman"/>
        </w:rPr>
        <w:t>O hələ danışarkən, sinaqoq rəisinin evindən bir nəfər gəlib ona dedi: Qızın ölüb; Müəllimi daha narahat etmə. Lakin İsa bunu eşidəndə ona cavab verib dedi: Qorxma; yalnız iman et, o sağalacaq. Luka 8:49, 50.</w:t>
      </w:r>
    </w:p>
    <w:p>
      <w:pPr>
        <w:pStyle w:val="ArticleBody"/>
        <w:jc w:val="left"/>
      </w:pPr>
      <w:r>
        <w:rPr>
          <w:rFonts w:ascii="Times New Roman" w:hAnsi="Times New Roman" w:eastAsia="Times New Roman" w:cs="Times New Roman"/>
        </w:rPr>
        <w:t>Sonra Peter, James və John, Məsihin vəftizi ilə rəmzləşdirilən dirilmənin birinci və üçüncü mələklərin qüvvətləndirilməsini təmsil etdiyi otağa daxil olurlar. Təbdili-surət dağı Peter, James və Johnun şahid olduqları ikinci hadisədir. Təbdili-surət dağı ikinci mələkdir və Məsih eyni şagirdləri Getsemaniyə apardıqda, bu, üçüncü mələyi təmsil edirdi. İkinci addımda, Təbdili-surət dağında bir “ikiqatlanma” vardır, çünki Dağ nişangahı Atanın danışdığı üç dəfə arasında ortadadır. Birincisi Onun vəftizi zamanı idi ki, bu da on iki yaşlı bakirənin dirilməsi ilə uyğun gəlir; ikincisi Dağ idi, üçüncüsü isə çarmıxdan bir qədər əvvəl. Atanın danışdığı üç dəfə və üç şagirdin İsa ilə təkbaşına getdikləri üç dəfə bir-birinə bu həqiqətlə bağlanır ki, hər iki xəttdə ikinci nişangah Təbdili-surət dağıdır.</w:t>
      </w:r>
    </w:p>
    <w:p>
      <w:pPr>
        <w:pStyle w:val="ArticleScripture"/>
        <w:jc w:val="left"/>
      </w:pPr>
      <w:r>
        <w:rPr>
          <w:rFonts w:ascii="Times New Roman" w:hAnsi="Times New Roman" w:eastAsia="Times New Roman" w:cs="Times New Roman"/>
        </w:rPr>
        <w:t>Evə girdikdə O, Peter, Yaqub, Yəhya və qızın atası ilə anasından başqa heç kəsin içəri girməsinə izin vermədi. Hamı ağlayır, onun üçün fəryad edirdi; lakin O dedi: Ağlamayın; o ölməyib, yatır. Onlar isə onun öldüyünü bildiklərindən Ona istehza ilə güldülər. O da onların hamısını bayıra çıxarıb qızın əlindən tutdu və çağırıb dedi: Qız, qalx. Onun ruhu geri döndü və o dərhal ayağa qalxdı; O da ona yemək verməyi əmr etdi. Valideynləri heyrətə gəldilər; lakin O, baş verənləri heç kəsə deməmələrini onlara tapşırdı. Luka 8:51–56.</w:t>
      </w:r>
    </w:p>
    <w:p>
      <w:pPr>
        <w:pStyle w:val="ArticleBody"/>
        <w:jc w:val="left"/>
      </w:pPr>
      <w:r>
        <w:rPr>
          <w:rFonts w:ascii="Times New Roman" w:hAnsi="Times New Roman" w:eastAsia="Times New Roman" w:cs="Times New Roman"/>
        </w:rPr>
        <w:t>Peter, Yaqub və Yəhya, Lazar kimi yuxuda olmuş bakirənin dirilməsi zamanı birinci mələyə şahid olurlar. O ayıldıqda dərhal qalxdı və ona yemək verildi. İlyas və Musa Vəhy on birinci fəsildə dirildildikdə, onlar da dərhal qalxırlar, sonra isə bakirənin yeməyini təmsil edən Müqəddəs Ruh ölçüsüz şəkildə tökülür. Dəyişilmə Dağı, Luka hadisələri nəql etdiyi hal istisna olmaqla, Qeysəriyyə Filipidən altı gün sonra idi.</w:t>
      </w:r>
    </w:p>
    <w:p>
      <w:pPr>
        <w:pStyle w:val="ArticleScripture"/>
        <w:jc w:val="left"/>
      </w:pPr>
      <w:r>
        <w:rPr>
          <w:rFonts w:ascii="Times New Roman" w:hAnsi="Times New Roman" w:eastAsia="Times New Roman" w:cs="Times New Roman"/>
        </w:rPr>
        <w:t>Və belə oldu ki, bu sözlərdən təxminən səkkiz gün sonra O, Peteri, Yəhyanı və Yaqubu götürüb dua etmək üçün dağa çıxdı. O dua edərkən üzünün görkəmi dəyişdi, geyimi isə ağ və parlaq oldu. Və budur, Onunla danışan iki nəfər var idi; onlar Musa və İlyas idilər. Luka 9:28–30.</w:t>
      </w:r>
    </w:p>
    <w:p>
      <w:pPr>
        <w:pStyle w:val="ArticleBody"/>
        <w:jc w:val="left"/>
      </w:pPr>
      <w:r>
        <w:rPr>
          <w:rFonts w:ascii="Times New Roman" w:hAnsi="Times New Roman" w:eastAsia="Times New Roman" w:cs="Times New Roman"/>
        </w:rPr>
        <w:t>Matta və Mark qəti şəkildə “altı gündən sonra” deyirlər, Luka isə “təxminən” səkkiz gün deyir. Müqəddəs Kitab müəllifləri zamanın hesablanmasında iki üsuldan istifadə etmişlər; bunlardan biri inklüziv, digəri isə eksklüziv adlanır. İlk baxışda bu, ziddiyyət kimi görünə bilər, lakin Lukanın “təxminən” deməsi onun inklüziv mənada danışdığını göstərir; Matta və Markın “altı gündən sonra” demələri isə onların tam günləri saydıqlarını, səkkiz günlük dövrü başlayan günü də, həmin dövrü bitirən günü də hesaba qatmadıqlarını göstərir. Bu fərq eyni dövrün iki say simvolunu meydana çıxarır; bunlardan biri səkkiz rəqəmi, digəri isə altı gündür.</w:t>
      </w:r>
    </w:p>
    <w:p>
      <w:pPr>
        <w:pStyle w:val="ArticleBody"/>
        <w:jc w:val="left"/>
      </w:pPr>
      <w:r>
        <w:rPr>
          <w:rFonts w:ascii="Times New Roman" w:hAnsi="Times New Roman" w:eastAsia="Times New Roman" w:cs="Times New Roman"/>
        </w:rPr>
        <w:t>Qeysəriyyə Filippi və Dəyişilmə Dağından olan altı və ya səkkiz günlük dövrə dair iki şəhadətlə təsbit edilən budur ki, Məsih yüz qırx dörd mini möhürlədiyi dövrdə səkkiz rəqəmi Nuhun Gəmisindəki səkkiz canı təmsil edir, altı isə yeddidən olub səkkizinci olacaq kilsə olmağa təyin edilmiş Filadelfiya adlı altıncı kilsəni təmsil edir. Onlar Musa, İlyas və Məsihin izzətləndirilməsi zamanı səkkizinciyə çevrilirlər. Dağ üzərindəki izzətləndirilmə, Musanın tarixində dağ üzərində baş verən izzətləndirilmə ilə də əvvəlcədən surətləndirilmişdir.</w:t>
      </w:r>
    </w:p>
    <w:p>
      <w:pPr>
        <w:pStyle w:val="ArticleBody"/>
        <w:jc w:val="left"/>
      </w:pPr>
      <w:r>
        <w:rPr>
          <w:rFonts w:ascii="Times New Roman" w:hAnsi="Times New Roman" w:eastAsia="Times New Roman" w:cs="Times New Roman"/>
        </w:rPr>
        <w:t>Musa dağa qalxanda özü ilə yetmiş ağsaqqalı və Yeşuanı apardı.</w:t>
      </w:r>
    </w:p>
    <w:p>
      <w:pPr>
        <w:pStyle w:val="ArticleScripture"/>
        <w:jc w:val="left"/>
      </w:pPr>
      <w:r>
        <w:rPr>
          <w:rFonts w:ascii="Times New Roman" w:hAnsi="Times New Roman" w:eastAsia="Times New Roman" w:cs="Times New Roman"/>
        </w:rPr>
        <w:t>Sonra Musa, Harun, Nadab, Abihu və İsrailin ağsaqqallarından yetmiş nəfər yuxarı çıxdı. Onlar İsrailin Allahını gördülər; Onun ayaqları altında safir daşından döşənmiş bir işə bənzər bir şey var idi və o, saflığında göyün öz cismi kimi idi. İsrail övladlarının adlı-sanlıları üzərinə O əlini uzatmadı; onlar da Allahı gördülər, yeyib-içdilər. Və Rəbb Musaya dedi: “Dağa, yanıma çıx və orada qal; Mən sənə daş lövhələr, yazdığım qanunu və əmrləri verəcəyəm ki, onları öyrədəsən.”</w:t>
      </w:r>
    </w:p>
    <w:p>
      <w:pPr>
        <w:pStyle w:val="ArticleScripture"/>
        <w:jc w:val="left"/>
      </w:pPr>
      <w:r>
        <w:rPr>
          <w:rFonts w:ascii="Times New Roman" w:hAnsi="Times New Roman" w:eastAsia="Times New Roman" w:cs="Times New Roman"/>
        </w:rPr>
        <w:t>Musa qalxıb köməkçisi Yeşua ilə birlikdə yola düşdü; Musa Allahın dağına çıxdı. O, ağsaqqallara dedi: “Biz sizin yanınıza qayıdana qədər burada bizi gözləyin; və budur, Harunla Hur sizinlədirlər; əgər kimin bir işi olsa, qoy onların yanına getsin.”</w:t>
      </w:r>
    </w:p>
    <w:p>
      <w:pPr>
        <w:pStyle w:val="ArticleScripture"/>
        <w:jc w:val="left"/>
      </w:pPr>
      <w:r>
        <w:rPr>
          <w:rFonts w:ascii="Times New Roman" w:hAnsi="Times New Roman" w:eastAsia="Times New Roman" w:cs="Times New Roman"/>
        </w:rPr>
        <w:t>Musa dağa çıxdı və bulud dağı örtdü. Rəbbin izzəti Sinay dağının üzərində qərar tutdu və bulud onu altı gün örtdü; yeddinci gün isə O, buludun ortasından Musaya səsləndi. İsrail övladlarının gözündə Rəbbin izzətinin görünüşü dağın zirvəsində yandırıb-yaxan od kimi idi. Musa buludun ortasına daxil olub dağa qalxdı; Musa dağda qırx gün və qırx gecə qaldı. Çıxış 24:9–18.</w:t>
      </w:r>
    </w:p>
    <w:p>
      <w:pPr>
        <w:pStyle w:val="ArticleBody"/>
        <w:jc w:val="left"/>
      </w:pPr>
      <w:r>
        <w:rPr>
          <w:rFonts w:ascii="Times New Roman" w:hAnsi="Times New Roman" w:eastAsia="Times New Roman" w:cs="Times New Roman"/>
        </w:rPr>
        <w:t>Birinci mələyin xəbəri Məsihin vəftizi ilə uyğunluq təşkil edərək Yairin qızının dirildilməsi idi. Sonra altı gün keçdikdən sonra çarmıxa aparan ikinci mələk olan Təbdil Dağı gəldi; çarmıx isə üçüncü mələkdir. İkinci mələk kimi Dağın ikili şahidliyi vardır; belə ki, Dağda Atanın danışması, üçünlükdən ibarət olanın ikinci xətti ilə bağlanır. Peter, Yaqub və Yəhyanın Məsihin yanında müstəsna qonaqlar olduqları üç hadisə və Atanın danışdığı üç dəfə, hər ikisi Atanın səsinin ikinci təzahürünü göstərir; İsanın Peteri, Yaqubu və Yəhyanı özü ilə apardığı ikinci dəfə də Təbdil Dağı idi. Dağ olan ikinci nişangah Atanın səsinin və üç şagirdin ikili şahidliyinə malikdir, çünki ikinci xəbər həmişə “ikiləşməni” göstərir.</w:t>
      </w:r>
    </w:p>
    <w:p>
      <w:pPr>
        <w:pStyle w:val="ArticleBody"/>
        <w:jc w:val="left"/>
      </w:pPr>
      <w:r>
        <w:rPr>
          <w:rFonts w:ascii="Times New Roman" w:hAnsi="Times New Roman" w:eastAsia="Times New Roman" w:cs="Times New Roman"/>
        </w:rPr>
        <w:t>Axşam və səhər qurbanları arasındakı altı saatlıq müddət, Matta və Markın Qeysəriyyə Filipidən Dağa qədər olan altı günü ilə təmsil olunur; bu da Musanın altı günü ilə təmsil olunur, ta ki yeddinci gün o, buludun içinə çağırılsın.</w:t>
      </w:r>
    </w:p>
    <w:p>
      <w:pPr>
        <w:pStyle w:val="ArticleBody"/>
        <w:jc w:val="left"/>
      </w:pPr>
      <w:r>
        <w:rPr>
          <w:rFonts w:ascii="Times New Roman" w:hAnsi="Times New Roman" w:eastAsia="Times New Roman" w:cs="Times New Roman"/>
        </w:rPr>
        <w:t>Xətt Musanın yetmiş ağsaqqala o qayıdana qədər “gözləməyi” tapşırdığı kimi, ikinci mələyin ləngimə vaxtı ilə başlayır. Xətdəki ilk altı gün ayrıdır, lakin yenə də ümumi qırx altı günün bir hissəsini təşkil edir. Bu altı gün qırx günlə təmsil olunan üçüncü sınağa aparan bir dövrdür. Qırx altı gün məbədi simvolizə edir; altıncı günlər Məsihin ölümündən Pentikosta qədər olan altı saatı, Onun çarmıxa çəkilməsindən ölümünədək olan altı saatı, Qeysəriyyədən Qeysəriyyəyə olan altı saatı və Peterin yuxarı otaqdan məbədə qədər olan altı saatını təmsil edir. Musa əhdin Qanununu qəbul edir və məbədin necə qaldırılacağına dair göstərişləri alır. Müqəddəs Kitab heç kəsin Allahı görmədiyini desə də, ağsaqqallar “İsrailin Allahını gördülər.” Musa və ağsaqqallarla birlikdə dağda Allahın izzətləndirilməsi Dəyişmə Dağındakı izzətləndirilməni tipoloji olaraq öncədən göstərirdi. Hər ikisi altı günlük dövrü ehtiva edir. Musanın xəttinə ikinci mələyin ləngimə vaxtı və məbədi təmsil edən tam qırx altı gün daxildir. Qırx gün ərzində onun qanunu alması möhürlənməni təmsil edir.</w:t>
      </w:r>
    </w:p>
    <w:p>
      <w:pPr>
        <w:pStyle w:val="ArticleBody"/>
        <w:jc w:val="left"/>
      </w:pPr>
      <w:r>
        <w:rPr>
          <w:rFonts w:ascii="Times New Roman" w:hAnsi="Times New Roman" w:eastAsia="Times New Roman" w:cs="Times New Roman"/>
        </w:rPr>
        <w:t>Peter üçüncü saatdə Qeysəriyyə Filippidə idi, doqquzuncu saatdə isə Qeysəriyyə Maritimaya gedirdi və altı ilə səkkiz gün içində O, Dağda olur, Musanın yetmiş ağsaqqalı ilə orada qalarkən, Danielin onuncu fəsildə etdiyi kimi, izzətə bürünmüş Rəbbin bir görüntüsünü görür. Daniel Rəbbi üz-üzə gördü; necə ki, Gideon və yetmiş ağsaqqal da gördülər. Dəyişilmə Dağı Laodikiya hərəkatına mənsub yüz qırx dörd min nəfərin Filadelfiya hərəkatına mənsub yüz qırx dörd min nəfərə çevrildiyi yerdir. Onlar altıncı kilsə olan səkkizinci kilsəyə çevrilirlər; beləliklə biz altı günü və səkkiz günü görürük.</w:t>
      </w:r>
    </w:p>
    <w:p>
      <w:pPr>
        <w:pStyle w:val="ArticleBody"/>
        <w:jc w:val="left"/>
      </w:pPr>
      <w:r>
        <w:rPr>
          <w:rFonts w:ascii="Times New Roman" w:hAnsi="Times New Roman" w:eastAsia="Times New Roman" w:cs="Times New Roman"/>
        </w:rPr>
        <w:t>Çarmıxa çəkilməsindən Onun ölümünədək olan altı saat, Pentikostun altı saatı, Qeysəriyyədən Qeysəriyyəyədək olan altı saat, Dəyişmə Dağınadək olan altı gün və Musanın qırx günə aparan altı günü eyni xətdir. Panium və bazar qanunu olan Qeysəriyyə Filipi ilə Qeysəriyyə arasında yüz qırx dörd min nəfər möhürlənir. Həmin möhürlənmə bir ayrılığa səbəb olur.</w:t>
      </w:r>
    </w:p>
    <w:p>
      <w:pPr>
        <w:pStyle w:val="ArticleScripture"/>
        <w:jc w:val="left"/>
      </w:pPr>
      <w:r>
        <w:rPr>
          <w:rFonts w:ascii="Times New Roman" w:hAnsi="Times New Roman" w:eastAsia="Times New Roman" w:cs="Times New Roman"/>
        </w:rPr>
        <w:t>Mən, yalnız Daniel, bu görüntünü gördüm; çünki mənimlə birlikdə olan adamlar görüntünü görmədilər; lakin onların üzərinə böyük bir titrəmə düşdü, buna görə də gizlənmək üçün qaçdılar. Daniel 10:7.</w:t>
      </w:r>
    </w:p>
    <w:p>
      <w:pPr>
        <w:pStyle w:val="ArticleBody"/>
        <w:jc w:val="left"/>
      </w:pPr>
      <w:r>
        <w:rPr>
          <w:rFonts w:ascii="Times New Roman" w:hAnsi="Times New Roman" w:eastAsia="Times New Roman" w:cs="Times New Roman"/>
        </w:rPr>
        <w:t>Musa belə dedikdə ağsaqqallardan ayrıldı: “Biz yanınıza qayıdanadək burada bizi gözləyin.” Musa gözləmə zamanı yetmiş nəfərdən ayrıldı və yetmiş həftə əvvəlki əhd xalqı üçün sınaq müddətini təmsil edir. Yetmişinci həftə başa çatdıqda, və həmin yetmişinci həftə Məsihin bir çoxları ilə əhdi təsdiq etdiyi müqəddəs həftə olduqda, Məsih əvvəlki əhd xalqından tamamilə ayrıldı. Əvvəlki əhd xalqının qan axını məsələsini həll edə biləcəyi dövr, hansı ki onlar üçün İbrahimin qanı ilə xilas olunduqlarına inanmaq idi, başa çatdı və on iki yaşlı bakirə xidmət etmək üçün dirildildi. Gözləmə vaxtı başladıqdan sonra Musa əhdin qanununu və məbədi ucaltmağın göstərişlərini aldı.</w:t>
      </w:r>
    </w:p>
    <w:p>
      <w:pPr>
        <w:pStyle w:val="ArticleBody"/>
        <w:jc w:val="left"/>
      </w:pPr>
      <w:r>
        <w:rPr>
          <w:rFonts w:ascii="Times New Roman" w:hAnsi="Times New Roman" w:eastAsia="Times New Roman" w:cs="Times New Roman"/>
        </w:rPr>
        <w:t>Peter, Yaqub və Yəhya Dağda olduqları zaman, Allahın xalqının möhürlənməsi və sonradan bayraq kimi ucaldılması həmin əhd xalqını yüz qırx dörd minin məbədi kimi təmsil edir. On birinci saatın işçiləri isə daha sonra həmin məbədə birləşdirilir.</w:t>
      </w:r>
    </w:p>
    <w:p>
      <w:pPr>
        <w:pStyle w:val="ArticleScripture"/>
        <w:jc w:val="left"/>
      </w:pPr>
      <w:r>
        <w:rPr>
          <w:rFonts w:ascii="Times New Roman" w:hAnsi="Times New Roman" w:eastAsia="Times New Roman" w:cs="Times New Roman"/>
        </w:rPr>
        <w:t>Rəbb belə deyir: Hökmü qoruyun və ədaləti icra edin; çünki xilasım gəlməyə yaxındır və salehliyim aşkar olunmağa hazırdır. Nə bəxtiyardır bu işi görən insan və ondan möhkəm yapışan bəşər oğlu; şənbəni murdarlamadan qoruyan və əlini hər cür pislik etməkdən saxlayan. Rəbbə bağlanmış yadelli oğlu belə deməsin: “Rəbb məni öz xalqından tamamilə ayırmışdır”; habelə hadım da deməsin: “Budur, mən quru bir ağacam.” Çünki Rəbb şənbələrimi qoruyan, Mənə xoş olan şeyləri seçən və əhdimdən möhkəm yapışan hadımlara belə deyir: Mən onlara Öz evimdə və divarlarımın içində oğullardan və qızlardan daha üstün bir yer və bir ad verəcəyəm; onlara əbədi bir ad verəcəyəm ki, kəsilib yox olmayacaq. Habelə Rəbbə bağlanıb Ona xidmət etmək, Rəbbin adını sevmək və Onun qulları olmaq üçün gələn yadelli oğulları, şənbəni murdarlamadan qoruyan və əhdimdən möhkəm yapışan hər kəsi də Müqəddəs dağıma gətirəcəyəm və dua evimdə onları sevindirəcəyəm; onların yandırma qurbanları və qurbanları qurbangahım üzərində qəbul olunacaq; çünki Mənim evim bütün xalqlar üçün dua evi adlanacaqdır.</w:t>
      </w:r>
    </w:p>
    <w:p>
      <w:pPr>
        <w:pStyle w:val="ArticleScripture"/>
        <w:jc w:val="left"/>
      </w:pPr>
      <w:r>
        <w:rPr>
          <w:rFonts w:ascii="Times New Roman" w:hAnsi="Times New Roman" w:eastAsia="Times New Roman" w:cs="Times New Roman"/>
        </w:rPr>
        <w:t>İsrailin didərginlərini toplayan Xudavənd Rəbb belə deyir: “Onun yanına toplanmış olanlardan başqa, Mən hələ başqalarını da onun yanına toplayacağam.” Yeşaya 56:1–8.</w:t>
      </w:r>
    </w:p>
    <w:p>
      <w:pPr>
        <w:pStyle w:val="ArticleBody"/>
        <w:jc w:val="left"/>
      </w:pPr>
      <w:r>
        <w:rPr>
          <w:rFonts w:ascii="Times New Roman" w:hAnsi="Times New Roman" w:eastAsia="Times New Roman" w:cs="Times New Roman"/>
        </w:rPr>
        <w:t>Peter, James və John, habelə Musa da öz qardaşları tərəfindən nifrət edilərək qovulan “İsrailin qovulmuşlarını” təmsil edir.</w:t>
      </w:r>
    </w:p>
    <w:p>
      <w:pPr>
        <w:pStyle w:val="ArticleScripture"/>
        <w:jc w:val="left"/>
      </w:pPr>
      <w:r>
        <w:rPr>
          <w:rFonts w:ascii="Times New Roman" w:hAnsi="Times New Roman" w:eastAsia="Times New Roman" w:cs="Times New Roman"/>
        </w:rPr>
        <w:t>Rəbb belə deyir: Göylər Mənim taxtımdır, yer isə ayaqlarımın altındakı kürsüdür; Mənim üçün tikdiyiniz ev hanıdır? Mənim istirahət yerim haradadır?</w:t>
      </w:r>
    </w:p>
    <w:p>
      <w:pPr>
        <w:pStyle w:val="ArticleScripture"/>
        <w:jc w:val="left"/>
      </w:pPr>
      <w:r>
        <w:rPr>
          <w:rFonts w:ascii="Times New Roman" w:hAnsi="Times New Roman" w:eastAsia="Times New Roman" w:cs="Times New Roman"/>
        </w:rPr>
        <w:t>Çünki bütün bu şeyləri Mənim əlim yaratdı və bütün bunlar var oldu, — Rəbb bəyan edir. Lakin Mən baxacağam o adama ki, yoxsuldur, ruhən sınmışdır və sözümün qarşısında titrəyir. Öküz kəsən adam sanki bir insan öldürür; quzu qurban verən sanki itin boynunu kəsir; təqdim gətirən sanki donuz qanı təqdim edir; buxur yandıran sanki bütə xeyir-dua verir. Bəli, onlar öz yollarını seçdilər və canları öz iyrəncliklərindən zövq alır. Mən də onların aldanışlarını seçəcəyəm və qorxularını başlarına gətirəcəyəm; çünki Mən çağıranda heç kəs cavab vermədi; Mən danışanda qulaq asmadılar; əksinə, gözlərimin önündə pislik etdilər və Mənim bəyənmədiyim şeyi seçdilər.</w:t>
      </w:r>
    </w:p>
    <w:p>
      <w:pPr>
        <w:pStyle w:val="ArticleScripture"/>
        <w:jc w:val="left"/>
      </w:pPr>
      <w:r>
        <w:rPr>
          <w:rFonts w:ascii="Times New Roman" w:hAnsi="Times New Roman" w:eastAsia="Times New Roman" w:cs="Times New Roman"/>
        </w:rPr>
        <w:t>Rəbbin kəlamından titrəyənlər, Rəbbin sözünü eşidin; adım naminə sizə nifrət edən, sizi qovan qardaşlarınız dedilər: “Qoy Rəbb izzətlənsin”; lakin O, sizin sevinciniz üçün görünəcək, onlar isə xəcalət çəkəcəklər. Yeşaya 66:1–5.</w:t>
      </w:r>
    </w:p>
    <w:p>
      <w:pPr>
        <w:pStyle w:val="ArticleBody"/>
        <w:jc w:val="left"/>
      </w:pPr>
      <w:r>
        <w:rPr>
          <w:rFonts w:ascii="Times New Roman" w:hAnsi="Times New Roman" w:eastAsia="Times New Roman" w:cs="Times New Roman"/>
        </w:rPr>
        <w:t>“Müqəddəs Yazılar”da “sevinc” sözü də, “rüsvay olmaq” sözü də çoxsaylı hallarda və müxtəlif formalarda işlədilir. Peterin Yoel kitabından gətirdiyi ismarıcın kontekstində rüsvaylıq ilə sevinc arasındakı qarşıdurma, müdriklə ağılsızın və ya buğda ilə alaq otunun qarşılaşdırılması kimi paraleldir. Yoelin kontekstində rüsvaylıq və sevinc, yağa, yaxud son yağış ismarıcına sahib olanlarla ona sahib olmayanları təmsil edir. Yalnız bu təfərrüatı gördükdə “Sizdən nifrət edən, Mənim adım naminə sizi qovan qardaşlarınız” sözlərinin daha dərin mənasına çata bilərsiniz. Həmin qardaşlar Spalding and Magan kitabının birinci və ikinci səhifələrində “Yəhuda kimi zahiri Adventistlər” adlandırılan, “bizi katoliklərə satacaq” olanlardır; “çünki onlar Şənbə gününə görə bizdən nifrət edirdilər, çünki onu təkzib edə bilmirdilər.” Sizə nifrət edən qardaşlar sizi torpağın Şənbəsi, Musanın yeddi dəfə təlimi barədə ismarıca görə qovurlar; bu isə təkzib oluna bilməz. Buradakı məqam budur ki, siz bir doktrinal mübahisəyə, Yeşayanın adlandırdığı kimi, bir debat üzündən qovulursunuz və həmin doktrinal debat son yağış ismarıcıdır.</w:t>
      </w:r>
    </w:p>
    <w:p>
      <w:pPr>
        <w:pStyle w:val="ArticleBody"/>
        <w:jc w:val="left"/>
      </w:pPr>
      <w:r>
        <w:rPr>
          <w:rFonts w:ascii="Times New Roman" w:hAnsi="Times New Roman" w:eastAsia="Times New Roman" w:cs="Times New Roman"/>
        </w:rPr>
        <w:t>Yoel həmin xəbəri “təzə şərab” adlandırır və əgər bu xəbərə maliksənsə, sevincə maliksən. Əgər ona malik deyilsənsə, Yoeldəki sərxoşlar kimi oyanarsan və görərsən ki, təzə şərab ağzından kəsilib. O zaman sən peyğəmbərcəsinə “rüsvay” olursan. Yağa malik olan sinif sevincə malikdir, yağı olmayan sinif isə rüsvay olur. Yağ həm də təzə şərabdır və sevinclə əlaqələndirilir. Buna görə də Yeşaya deyir: “Rəbbin sözünü eşidin.” Bir sinif eşitməyi seçir, digəri isə şeypur səsinə qulaq asmır. Yeşaya eşidən sinfi açıq şəkildə müəyyən edir, belə deyəndə: “Onun sözündən tir-tir əsən sizlər.” Rəbb 11 sentyabrda gələn xəbər üzündən qovulmuş olanları toplayır və bazar günü qanunu zamanı Yeşayanın quru ağaclar kimi təmsil olunan hadımlarını toplayır. Əgər onlar əhdən möhkəm yapışsalar, artıq Allahın müqəddəs dağından ayrı salınmayacaqlar.</w:t>
      </w:r>
    </w:p>
    <w:p>
      <w:pPr>
        <w:pStyle w:val="ArticleBody"/>
        <w:jc w:val="left"/>
      </w:pPr>
      <w:r>
        <w:rPr>
          <w:rFonts w:ascii="Times New Roman" w:hAnsi="Times New Roman" w:eastAsia="Times New Roman" w:cs="Times New Roman"/>
        </w:rPr>
        <w:t>Xədim və ya quru ağac ölümü təmsil edir. Xədim nəsil artıra bilməz və quru ağacda həyat yoxdur. Vəd budur ki, əgər həmin millətlərdən olanlar, yaxud on birinci saatın işçiləri, Şənbə ilə təmsil olunan əhdi qəbul etsələr, oğulları və qızları olacaq. O, əvvəlcə İsrailin didərginlərini toplayır, sonra həmin didərginləri bir bayraq kimi ucaldır və sonra Özünün başqa sürüsünü toplayır. Birinci və ikinci toplanışlar 9/11-dən Bazar qanununadək olan dövrü, Müqəddəs Ruhun çilədiyi zamanı, həmçinin Bazar qanunundan Mixail ayağa qalxanadək və son yağışın ölçüsüz töküldüyü dövrü təmsil edir. Hər iki dövrdə son yağış bir ismarıcdır; əgər ona maliksənsə, sevinc gətirir, yoxdursa, rüsvayçılıq gətirir.</w:t>
      </w:r>
    </w:p>
    <w:p>
      <w:pPr>
        <w:pStyle w:val="ArticleBody"/>
        <w:jc w:val="left"/>
      </w:pPr>
      <w:r>
        <w:rPr>
          <w:rFonts w:ascii="Times New Roman" w:hAnsi="Times New Roman" w:eastAsia="Times New Roman" w:cs="Times New Roman"/>
        </w:rPr>
        <w:t>Matta kitabı Vəhyin on dördüncü fəslindəki üç mələyi təmsil edən üç xəttə bölünür. Bu üç xəttin hər biri də öz daxilində üç mələyin fraktallarını ehtiva edir. On birinci fəsildən iyirmi ikinci fəslə qədər olan ikinci xətt mərkəzdir, çünki o, birinci və üçüncü mələklərin arasında yerləşən ikinci mələkdir. Yaradılış və Vəhy kitablarının əhd fəsilləri kontekstində on birinci fəsildən iyirmi ikinci fəslə qədər olan fəsilləri nəzərə aldıqda, Matta kitabının özü də mərkəzi bir xətdir.</w:t>
      </w:r>
    </w:p>
    <w:p>
      <w:pPr>
        <w:pStyle w:val="ArticleBody"/>
        <w:jc w:val="left"/>
      </w:pPr>
      <w:r>
        <w:rPr>
          <w:rFonts w:ascii="Times New Roman" w:hAnsi="Times New Roman" w:eastAsia="Times New Roman" w:cs="Times New Roman"/>
        </w:rPr>
        <w:t>On iki əhd fəslinin mərkəzi Mattaya məxsusdur və Mattanın üç xəttinin mərkəz xətti də həmin on iki fəsildə yerləşir. Həmin on iki fəslin mərkəzi yüz qırx dörd min nəfərin möhürlənməsidir. Bu mərkəzi nöqtə üç ayə ilə təmsil olunur və bu ayələr Yaradılış və Vəhyin on iki əhd fəslinin üç mərkəzi ayəsi ilə uyğunluq təşkil edir.</w:t>
      </w:r>
    </w:p>
    <w:p>
      <w:pPr>
        <w:pStyle w:val="ArticleBody"/>
        <w:jc w:val="left"/>
      </w:pPr>
      <w:r>
        <w:rPr>
          <w:rFonts w:ascii="Times New Roman" w:hAnsi="Times New Roman" w:eastAsia="Times New Roman" w:cs="Times New Roman"/>
        </w:rPr>
        <w:t>Peter mərkəzi nöqtənin mərkəzi nöqtəsinin mərkəzi nöqtəsidir və o, ilk və son məsihçi gəlini təmsil edir. Bu, Alfa və Omeqanın imzasıdır. Palmoni də Peterin adının dəyişdirilməsi üzərinə Öz imzasını qoydu, Peter adının ingilis dilindəki müəmmasını tərtib etdiyi zaman. İsa Peterlə ivrit dilində danışdı, bu söhbət isə yunan dilində qeydə alındı və bundan sonra ingilis dilinə köçürüldü. İngilis dilində Palmoni Peteri ingilis əlifbasının 16-cı hərfindən istifadə etməklə adlandırdı; bunun ardınca 5-ci hərf, onun ardınca 20-ci, onun ardınca 5-ci, onun da ardınca 18-ci gəlir; O, Palmoni olaraq ivrit dilindən yunan dilinə, ordan da ingilis dilinə keçəcək adı yaratdığı zaman bunu tam bilirdi. O həmçinin belə tərtib etdi ki, ingiliscə ad bu beş hərfin vurulması ilə yüz qırx dörd min sayına çatmağı mümkün edən bir müəmmanı daşısın. Həm ilk, həm də son Olan Palmoni belə tərtib etdi ki, Peter adını təşkil edən həmin beş ingilis hərfindən birincisi və sonuncusu 16-cı və 18-ci hərflər olsun; çünki Peter adı Matta 16:18-də baş verməli idi.</w:t>
      </w:r>
    </w:p>
    <w:p>
      <w:pPr>
        <w:pStyle w:val="ArticleBody"/>
        <w:jc w:val="left"/>
      </w:pPr>
      <w:r>
        <w:rPr>
          <w:rFonts w:ascii="Times New Roman" w:hAnsi="Times New Roman" w:eastAsia="Times New Roman" w:cs="Times New Roman"/>
        </w:rPr>
        <w:t>Peter barəsində bütün bunlara baxmayaraq, biz hələ də “qızıl nisbət” məsələsinə toxunmalıyıq. Qızıl nisbət Matta 16:18 ilə təmsil olunur, çünki nisbət 1.618-dir. Qızıl nisbət təbiətin fraktalları ilə əlaqələndirilir və Palmoni Peteri Matta 16:18-də yerləşdirdikdə, Palmoni Yeşaya 22:22-də Elyaqimin çiyni üzərinə qoyulan peyğəmbərlik açarının, habelə həmin parçadakı Peterə və kilsəyə verilən peyğəmbərlik açarlarının peyğəmbərlik fraktallarını da ehtiva etdiyini müəyyən edir.</w:t>
      </w:r>
    </w:p>
    <w:p>
      <w:pPr>
        <w:pStyle w:val="ArticleBody"/>
        <w:jc w:val="left"/>
      </w:pPr>
      <w:r>
        <w:rPr>
          <w:rFonts w:ascii="Times New Roman" w:hAnsi="Times New Roman" w:eastAsia="Times New Roman" w:cs="Times New Roman"/>
        </w:rPr>
        <w:t>Üçüncü saatda Qeysəriyyə Filipidən doqquzuncu saatda Qeysəriyyə Maritimaya qədər olan hadisə, Məsihin çarmıxa çəkildiyi üçüncü saatdan Kornelinin Peteri çağırtdığı doqquzuncu saata qədər olanın bir fraktalını təmsil edir. Çarmıxa çəkilişin üçüncü saatından Peterin Pentikost günündə məbəddə doqquzuncu saatda olmasına qədər uzanan Pentikost mövsümü, çarmıxdan Korneliyə qədər olan 1.260 günün bir fraktalıdır. Atanın üç dəfə danışması üç mələyin bir fraktalı olduğu kimi, İsanın yalnız Peteri, Yaqubu və Yəhyanı özü ilə götürdüyü üç hal da belədir. Peterin yüz qırx dörd mini təsvir etdiyi ayələrə kodlaşdırılmış peyğəmbərlik məlumatı, indiyədək olmuş hər hansı həqiqət qədər dərin məna daşıyır; bununla belə, biz hələ Peteri Daniel on birdə Paniumda yerləşdirməmişik.</w:t>
      </w:r>
    </w:p>
    <w:p>
      <w:pPr>
        <w:pStyle w:val="ArticleBody"/>
        <w:jc w:val="left"/>
      </w:pPr>
      <w:r>
        <w:rPr>
          <w:rFonts w:ascii="Times New Roman" w:hAnsi="Times New Roman" w:eastAsia="Times New Roman" w:cs="Times New Roman"/>
        </w:rPr>
        <w:t>Biz bu araşdırmanı növbəti məqalədə davam etdirəcəyik.</w:t>
      </w:r>
    </w:p>
    <w:p>
      <w:pPr>
        <w:pStyle w:val="ArticleScripture"/>
        <w:jc w:val="left"/>
      </w:pPr>
      <w:r>
        <w:rPr>
          <w:rFonts w:ascii="Times New Roman" w:hAnsi="Times New Roman" w:eastAsia="Times New Roman" w:cs="Times New Roman"/>
        </w:rPr>
        <w:t>İsa Məsihin həvarisi Peterdən Pont, Qalatiya, Kappadokiya, Asiya və Bitiniyaya səpələnmiş qəriblərə: Ata Allahın qabaqcadan biliyinə görə seçilmiş, Ruhun müqəddəsləşdirməsi ilə itaətə və İsa Məsihin qanının üzərinizə səpilməsinə təyin olunmuş olanlara: lütf və sülh sizə bol-bol artsın. Mübarək olsun Rəbbimiz İsa Məsihin Allahı və Atası; O, Öz bol mərhəmətinə görə, İsa Məsihin ölülər arasından dirilməsi vasitəsilə bizi yenidən canlı bir ümidə doğdu, çürüməz, ləkəsiz və solmaz bir irsə yetmək üçün ki, sizin üçün göylərdə qorunub saxlanılır. Siz ki, axır zamanda aşkar olunmağa hazır olan xilasa yetişmək üçün iman vasitəsilə Allahın qüdrəti ilə qorunursunuz.</w:t>
      </w:r>
    </w:p>
    <w:p>
      <w:pPr>
        <w:pStyle w:val="ArticleScripture"/>
        <w:jc w:val="left"/>
      </w:pPr>
      <w:r>
        <w:rPr>
          <w:rFonts w:ascii="Times New Roman" w:hAnsi="Times New Roman" w:eastAsia="Times New Roman" w:cs="Times New Roman"/>
        </w:rPr>
        <w:t>Buna görə siz çox sevinirsiniz, baxmayaraq ki, indi bir müddət üçün, lazım gələrsə, müxtəlif sınaqlar vasitəsilə qəm içindəsiniz; belə ki, odla sınansa da məhv olan qızıldan qat-qat daha qiymətli olan imanınızın sınağı İsa Məsihin zühurunda tərifə, izzətə və şöhrətə səbəb olsun. Onu görməmiş olduğunuz halda sevirsiniz; indi Onu görməsəniz də, Ona iman edərək, ifadəolunmaz və şöhrətlə dolu bir sevinclə sevinirsiniz; imanınızın sonunu, yəni canlarınızın xilasını alırsınız.</w:t>
      </w:r>
    </w:p>
    <w:p>
      <w:pPr>
        <w:pStyle w:val="ArticleScripture"/>
        <w:jc w:val="left"/>
      </w:pPr>
      <w:r>
        <w:rPr>
          <w:rFonts w:ascii="Times New Roman" w:hAnsi="Times New Roman" w:eastAsia="Times New Roman" w:cs="Times New Roman"/>
        </w:rPr>
        <w:t>Bu qurtuluş barədə, sizə gələcək lütf haqqında peyğəmbərlik etmiş peyğəmbərlər diqqətlə soruşub araşdırdılar; onlarda olan Məsihin Ruhu, Məsihin əzablarını və bunlardan sonra gələcək izzəti əvvəlcədən şəhadət edərkən, hansı vaxta və ya necə bir zamanın nəzərdə tutulduğunu araşdırırdılar. Onlara aşkar edildi ki, onlar bu şeylərlə özlərinə deyil, bizə xidmət edirdilər; bu şeylər indi sizə, göydən göndərilmiş Müqəddəs Ruhla sizə Müjdəni təbliğ etmiş olanlar vasitəsilə bildirilmişdir; mələklər də bu şeylərə nəzər salmağı arzulayırlar.</w:t>
      </w:r>
    </w:p>
    <w:p>
      <w:pPr>
        <w:pStyle w:val="ArticleScripture"/>
        <w:jc w:val="left"/>
      </w:pPr>
      <w:r>
        <w:rPr>
          <w:rFonts w:ascii="Times New Roman" w:hAnsi="Times New Roman" w:eastAsia="Times New Roman" w:cs="Times New Roman"/>
        </w:rPr>
        <w:t>Buna görə də ağlınızın bellərini qurşayın, ayıq olun və İsa Məsihin zühurunda sizə gətiriləcək lütfə sonadək ümid bağlayın; itaətli övladlar kimi, cəhalətinizdəki əvvəlki şəhvətlərə uyğunlaşmayın; lakin sizi çağıran necə müqəddəsdirsə, siz də bütün rəftarınızda müqəddəs olun; çünki yazılmışdır: “Müqəddəs olun; çünki Mən müqəddəsəm.”</w:t>
      </w:r>
    </w:p>
    <w:p>
      <w:pPr>
        <w:pStyle w:val="ArticleScripture"/>
        <w:jc w:val="left"/>
      </w:pPr>
      <w:r>
        <w:rPr>
          <w:rFonts w:ascii="Times New Roman" w:hAnsi="Times New Roman" w:eastAsia="Times New Roman" w:cs="Times New Roman"/>
        </w:rPr>
        <w:t>Əgər şəxsə baxmadan hər kəsin əməlini mühakimə edən Atanı çağırırsınızsa, burada qəriblik müddətinizi qorxu içində keçirin. Çünki bilirsiniz ki, atalarınızdan ənənə yolu ilə sizə keçmiş boş həyat tərzinizdən gümüş və qızıl kimi fanı şeylərlə satın alınmadınız; lakin nöqsansız və ləkəsiz bir quzunun qanı kimi, Məsihin qiymətli qanı ilə satın alındınız. O, doğrudan da dünyanın təməli qoyulmazdan əvvəl öncədən təyin olunmuşdu, amma sizin üçün bu axır zamanlarda zühur etdirildi. Siz Onun vasitəsilə, Onu ölülər arasından dirildib Ona izzət verən Allaha iman edirsiniz ki, imanınız və ümidiniz Allahda olsun. Həqiqətə Ruha itaət etməklə canlarınızı qardaşlara qarşı riyasız məhəbbət üçün təmizləmiş olduğunuzdan, bir-birinizi təmiz qəlbdən, hərarətlə sevin. Çünki yenidən doğuldunuz, fanı toxumdan deyil, əbədi yaşayan və duran Allahın kəlamı vasitəsilə qeyri-fanı toxumdan. Çünki hər bəşər ot kimidir, insanın bütün izzəti isə otun çiçəyi kimidir. Ot quruyur, onun çiçəyi tökülüb gedir; amma Rəbbin kəlamı əbədi qalır. Sizə Müjdə ilə vəz olunan kəlam da budur. 1 Peter 1:1–25.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Otuz Üçüncü Nömrə</dc:title>
  <dc:subject/>
  <dc:creator>Jeff Pippenger</dc:creator>
  <cp:keywords/>
  <dc:description>Generated by ArticleDigger from joel\33_joel.json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