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Otuz Beşinci Sayı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Otuz Beşinci Nömrə</w:t>
      </w:r>
    </w:p>
    <w:p>
      <w:pPr>
        <w:pStyle w:val="ArticleBody"/>
        <w:jc w:val="left"/>
      </w:pPr>
      <w:r>
        <w:rPr>
          <w:rFonts w:ascii="Times New Roman" w:hAnsi="Times New Roman" w:eastAsia="Times New Roman" w:cs="Times New Roman"/>
        </w:rPr>
        <w:t>“Erkən Yazılar”ın 81-ci səhifəsində (və “81” bir ilahi Baş Kahinin və səksən kahinin rəmzidir) William Millerin ikinci yuxusu qeyd edilmişdir. Navuxodonosora bənzər şəkildə, William Millerin iki yuxusu olmuşdu. Danielin dördüncü fəslində Navuxodonosorun ikinci yuxusu, Levililər 26-da Musanın “yeddi vaxtı” kontekstində verilmişdir. Miller 2.520-ni öyrədərkən Levililər 26-nın “yeddi vaxtını” izah etmək üçün Danielin dördüncü fəslindən istifadə etmişdi, baxmayaraq ki, onu “yeddi vaxt” adlandırırdı. Miller özünün Navuxodonosorla tipikləşdirildiyini dərk etməmişdi, lakin dördüncü fəsildə Navuxodonosorun 2.520 günü həm “səpələmək” sözü, həm də Millerin yuxusuna toz-fırça adamı gəlməzdən əvvəl bunun ‘yeddi dəfə’ baş verməsi faktı ilə təmsil olunur.</w:t>
      </w:r>
    </w:p>
    <w:p>
      <w:pPr>
        <w:pStyle w:val="ArticleBody"/>
        <w:jc w:val="left"/>
      </w:pPr>
      <w:r>
        <w:rPr>
          <w:rFonts w:ascii="Times New Roman" w:hAnsi="Times New Roman" w:eastAsia="Times New Roman" w:cs="Times New Roman"/>
        </w:rPr>
        <w:t>Miller Bacı Vayt tərəfindən “Ata Miller” adlandırılır, lakin katoliklərin etdiyi kimi bütpərəst bir mənada deyil, ata İbrahimə bənzər patriarxal bir mənada. Miller bir simvoldur; o, əhd adamıdır və yüz qırx dörd minlə son əhdə aparan yol boyunca bibliya simvolları zəncirini təmsil edir. Yoel bizə xəbər verir ki, axır günlərdə qocalar yuxular görəcəklər; William Miller isə tariximizin qocasıdır, həm də William Tyndale-in belə deyən peyğəmbərliyini yerinə yetirən əkinçidir: “Əgər Allah canımı bağışlasa, çox keçmədən elə edəcəyəm ki, kotanı sürən bir oğlan Müqəddəs Yazını səndən daha yaxşı bilsin.”</w:t>
      </w:r>
    </w:p>
    <w:p>
      <w:pPr>
        <w:pStyle w:val="ArticleScripture"/>
        <w:jc w:val="left"/>
      </w:pPr>
      <w:r>
        <w:rPr>
          <w:rFonts w:ascii="Times New Roman" w:hAnsi="Times New Roman" w:eastAsia="Times New Roman" w:cs="Times New Roman"/>
        </w:rPr>
        <w:t>“Allah Öz mələyini Müqəddəs Kitaba inanmamış bir əkinçinin qəlbinə təsir etmək, onu peyğəmbərlikləri araşdırmağa yönəltmək üçün göndərdi. Allahın mələkləri həmin seçilmiş adamı dəfələrlə ziyarət edirdilər ki, onun zehninə rəhbərlik etsinlər və Allahın xalqı üçün həmişə qaranlıq qalmış peyğəmbərlikləri onun anlayışına açsınlar. Həqiqət zəncirinin başlanğıcı ona verildi və o, halqa ardınca halqa axtarmağa yönəldildi; nəhayət, Allahın Kəlamına heyrət və məftunluqla baxdı. O, orada kamil bir həqiqət zənciri gördü. İlhamsız hesab etdiyi həmin Kəlam indi onun gözləri önündə öz gözəlliyi və izzəti ilə açıldı. O gördü ki, Müqəddəs Yazının bir hissəsi digərini izah edir, və bir mətn onun anlayışı üçün qapalı olduqda, Kəlamın başqa bir yerində onu açıqlayan şeyi tapırdı. O, Allahın müqəddəs Kəlamına sevinclə, ən dərin ehtiram və müqəddəs heyranlıqla yanaşırdı.” Early Writings, 230.</w:t>
      </w:r>
    </w:p>
    <w:p>
      <w:pPr>
        <w:pStyle w:val="ArticleBody"/>
        <w:jc w:val="left"/>
      </w:pPr>
      <w:r>
        <w:rPr>
          <w:rFonts w:ascii="Times New Roman" w:hAnsi="Times New Roman" w:eastAsia="Times New Roman" w:cs="Times New Roman"/>
        </w:rPr>
        <w:t>Miller Tyndaleın peyğəmbərliyini yerinə yetirən cütçü idi və onun Daniel 8:14-ün möhürünün açılmasından topladığı peyğəmbərlik biliyinin ilk nəşri 1831-ci ildə, Müqəddəs Kitabın King James Version nəşrindən iki yüz iyirmi il sonra oldu. John Wycliff, William Tyndale və 1611-ci ildə King James Müqəddəs Kitabının nəşri, Tyndaleın kotançı oğlanının Allahın Kəlamını birinci mələyin xəbərinə açacağı zaman başa çatan iki yüz iyirmi illik peyğəmbərliyi başlayan üç əlamətdar mərhələni təmsil edir; bu xəbərin ardınca isə daha iki mələk gəlməli idi. Həmin birinci mələk 1798-ci ildə, üçüncüsü isə 1844-cü ildə gəldi. Wycliff, Tyndale və King James, Tyndaleın qabaqcadan söylədiyini yerinə yetirəcək və 1798-dən 1844-dək üç mələyin tarixini simvollaşdıracaq olan həmin cütçü ilə əlaqələnir.</w:t>
      </w:r>
    </w:p>
    <w:p>
      <w:pPr>
        <w:pStyle w:val="ArticleBody"/>
        <w:jc w:val="left"/>
      </w:pPr>
      <w:r>
        <w:rPr>
          <w:rFonts w:ascii="Times New Roman" w:hAnsi="Times New Roman" w:eastAsia="Times New Roman" w:cs="Times New Roman"/>
        </w:rPr>
        <w:t>Uilyam Millerin alfa kəşfi Levililər iyirmi altıdakı 2,520 il, omeqa kəşfi isə Daniel 8:14-dəki 2,300 il idi. Yəhudanın 2,520 illik səpələnməsi e.ə. 677-ci ildə başladı və 1844-cü ildə başa çatdı. Daniel 8:14-dəki 2,300 il 1844-cü ildə başa çatdı. Hər ikisi birlikdə 1844-cü ildə sona çatdı və Uilyam Millerin alfa və omeqa kəşflərinin başlanğıc nöqtələri iki yüz iyirmi il ilə ayrılmışdı. “İki yüz iyirmi” iki şahid əsasında Uilyam Millerin rəmzidir. Millerin alfa və omeqa kəşfləri 1798 və 1844 ilə təmsil olunur. Şimal padşahlığına qarşı olan 2,520 illik səpələnmə 1798-ci ildə sona çatdı və qırx altı il sonra, 1844-cü ildə, 2,300 il başa çatdı.</w:t>
      </w:r>
    </w:p>
    <w:p>
      <w:pPr>
        <w:pStyle w:val="ArticleBody"/>
        <w:jc w:val="left"/>
      </w:pPr>
      <w:r>
        <w:rPr>
          <w:rFonts w:ascii="Times New Roman" w:hAnsi="Times New Roman" w:eastAsia="Times New Roman" w:cs="Times New Roman"/>
        </w:rPr>
        <w:t>1798-ci ildə başa çatan 2,520 il həmin tarixi işarələyir və 1844-cü ildə başa çatan Yəhudaya qarşı 2,520 il iki yüz iyirmi illik bir dövr əmələ gətirir. Bu o deməkdir ki, İsrailə qarşı 2,520 peyğəmbərlik dövrü olan qırx altı ili, Yəhudaya qarşı 2,520 isə peyğəmbərlik dövrü olan iki yüz iyirmi ili hasil edir. Həmin dövrün alfasi e.ə. 677-ci il, omeqası isə e.ə. 457-ci ildir; bu da o deməkdir ki, qırx altı illik dövrün və iki yüz iyirmi illik dövrün alfasi 2,520 ilə təmsil olunur, hər iki xəttin omeqası isə 2,300-dür. 2,520 illik iki “səpələnmə” 2,520 ilə başlayıb 2,300 ilə bitən bir dövrə iki şahid təqdim edir. Həmin xətlərin hər ikisi William Millerin alfa və omeqa kəşflərini müəyyən edir.</w:t>
      </w:r>
    </w:p>
    <w:p>
      <w:pPr>
        <w:pStyle w:val="ArticleScripture"/>
        <w:jc w:val="left"/>
      </w:pPr>
      <w:r>
        <w:rPr>
          <w:rFonts w:ascii="Times New Roman" w:hAnsi="Times New Roman" w:eastAsia="Times New Roman" w:cs="Times New Roman"/>
        </w:rPr>
        <w:t>“Uilyam Millerin Yuxusu”</w:t>
      </w:r>
    </w:p>
    <w:p>
      <w:pPr>
        <w:pStyle w:val="ArticleScripture"/>
        <w:jc w:val="left"/>
      </w:pPr>
      <w:r>
        <w:rPr>
          <w:rFonts w:ascii="Times New Roman" w:hAnsi="Times New Roman" w:eastAsia="Times New Roman" w:cs="Times New Roman"/>
        </w:rPr>
        <w:t>“Mən yuxuda gördüm ki, Allah görünməz bir əl vasitəsilə mənə təxminən on düym uzunluğunda, altı düym enində, abanosdan və incə naxışlarla işlənmiş mirvarilərdən düzəldilmiş, qeyri-adi ustalıqla hazırlanmış bir mücrü göndərdi. Mücrüyə bir açar bərkidilmişdi. Mən dərhal açarı götürüb mücrünü açdım; onda heyrət və təəccüb içində gördüm ki, o, hər cür və hər ölçüdə cəvahirat, almaz, qiymətli daşlar, hər ölçü və dəyərdə qızıl və gümüş sikkələrlə doludur; bunların hamısı mücrünün içində öz yerlərində gözəl bir şəkildə düzülmüşdü; və bu cür düzülmüş halda onlar yalnız günəşlə müqayisə oluna biləcək bir nur və izzət saçırdılar.</w:t>
      </w:r>
    </w:p>
    <w:p>
      <w:pPr>
        <w:pStyle w:val="ArticleScripture"/>
        <w:jc w:val="left"/>
      </w:pPr>
      <w:r>
        <w:rPr>
          <w:rFonts w:ascii="Times New Roman" w:hAnsi="Times New Roman" w:eastAsia="Times New Roman" w:cs="Times New Roman"/>
        </w:rPr>
        <w:t>“Mən düşünürdüm ki, məzmununun parlaqlığına, gözəlliyinə və dəyərinə görə ürəyim həddən artıq sevinclə dolsa da, bu ecazkar mənzərədən təkbaşına zövq almaq mənim borcum deyildi. Buna görə də onu otağımdakı orta masanın üstünə qoydum və xəbər yaydım ki, istəyən hər kəs gəlib insanın bu həyatda indiyədək gördüyü ən əzəmətli və ən parlaq mənzərəni görə bilər.</w:t>
      </w:r>
    </w:p>
    <w:p>
      <w:pPr>
        <w:pStyle w:val="ArticleScripture"/>
        <w:jc w:val="left"/>
      </w:pPr>
      <w:r>
        <w:rPr>
          <w:rFonts w:ascii="Times New Roman" w:hAnsi="Times New Roman" w:eastAsia="Times New Roman" w:cs="Times New Roman"/>
        </w:rPr>
        <w:t>“Xalq gəlməyə başladı; əvvəlcə sayca az idilər, lakin getdikcə izdihama çevrildilər. Onlar ilk dəfə sandığa baxdıqda heyrətlənir və sevincdən nida edirdilər. Lakin tamaşaçıların sayı artdıqca, hər kəs cəvahirata əl vurmağa, onları sandıqdan çıxarıb masanın üstünə səpələməyə başlayırdı.</w:t>
      </w:r>
    </w:p>
    <w:p>
      <w:pPr>
        <w:pStyle w:val="ArticleScripture"/>
        <w:jc w:val="left"/>
      </w:pPr>
      <w:r>
        <w:rPr>
          <w:rFonts w:ascii="Times New Roman" w:hAnsi="Times New Roman" w:eastAsia="Times New Roman" w:cs="Times New Roman"/>
        </w:rPr>
        <w:t>“Mən düşünməyə başladım ki, sahib tabutu və cəvahiratları yenidən mənim əlimdən tələb edəcək; və əgər onların ətrafa səpələnməsinə yol versəydim, onları bir daha əvvəlki kimi tabutdakı yerlərinə yerləşdirə bilməzdim; və hiss etdim ki, bu məsuliyyətin hesabını heç vaxt verə bilməyəcəyəm, çünki o, olduqca böyük olacaqdı. Sonra xalqa yalvarmağa başladım ki, onlara toxunmasınlar və onları tabutdan çıxarmasınlar; lakin mən nə qədər çox yalvarırdımsa, onlar bir o qədər çox səpələyirdilər; və indi elə bil onları otağın hər yerinə, döşəməyə və otaqdakı hər bir mebel parçasının üstünə səpələyirdilər.</w:t>
      </w:r>
    </w:p>
    <w:p>
      <w:pPr>
        <w:pStyle w:val="ArticleScripture"/>
        <w:jc w:val="left"/>
      </w:pPr>
      <w:r>
        <w:rPr>
          <w:rFonts w:ascii="Times New Roman" w:hAnsi="Times New Roman" w:eastAsia="Times New Roman" w:cs="Times New Roman"/>
        </w:rPr>
        <w:t>“Sonra gördüm ki, onlar həqiqi cəvahirat və sikkələr arasına saysız-hesabsız miqdarda saxta cəvahirat və qəlp sikkələr səpələyiblər. Mən onların alçaq rəftarına və nankorluğuna son dərəcə qəzəbləndim və buna görə onları məzəmmət edib danladım; lakin mən onları nə qədər çox məzəmmət etdimsə, onlar da saxta cəvahiratı və qəlp sikkələri həqiqilər arasına bir o qədər çox səpələdilər.”</w:t>
      </w:r>
    </w:p>
    <w:p>
      <w:pPr>
        <w:pStyle w:val="ArticleScripture"/>
        <w:jc w:val="left"/>
      </w:pPr>
      <w:r>
        <w:rPr>
          <w:rFonts w:ascii="Times New Roman" w:hAnsi="Times New Roman" w:eastAsia="Times New Roman" w:cs="Times New Roman"/>
        </w:rPr>
        <w:t>“Sonra cismani canımda hiddətləndim və onları otaqdan çıxarmaq üçün cismani gücdən istifadə etməyə başladım; lakin mən birini bayıra itələyib çıxararkən, daha üçü içəri girir, çirkab, yonqar, qum və hər cür zibili gətirirdi; nəhayət, onlar həqiqi cəvahiratın, almazların və sikkələrin hər birinin üstünü elə örtdülər ki, hamısı gözdən uzaq qaldı. Onlar həmçinin mənim sandıqçamı parça-parça etdilər və onu zibilin arasına səpələdilər. Mənə elə gəldi ki, nə kimsə mənim kədərimə, nə də qəzəbimə etina edir. Mən tamamilə ruhdan düşdüm və qəlbən sarsıldım, oturub ağladım.</w:t>
      </w:r>
    </w:p>
    <w:p>
      <w:pPr>
        <w:pStyle w:val="ArticleScripture"/>
        <w:jc w:val="left"/>
      </w:pPr>
      <w:r>
        <w:rPr>
          <w:rFonts w:ascii="Times New Roman" w:hAnsi="Times New Roman" w:eastAsia="Times New Roman" w:cs="Times New Roman"/>
        </w:rPr>
        <w:t>“Mən beləliklə böyük itkimə və məsuliyyətimə görə ağlayıb yas tutarkən, Allahı xatırladım və Ondan mənə kömək göndərməsi üçün ürəkdən dua etdim.</w:t>
      </w:r>
    </w:p>
    <w:p>
      <w:pPr>
        <w:pStyle w:val="ArticleScripture"/>
        <w:jc w:val="left"/>
      </w:pPr>
      <w:r>
        <w:rPr>
          <w:rFonts w:ascii="Times New Roman" w:hAnsi="Times New Roman" w:eastAsia="Times New Roman" w:cs="Times New Roman"/>
        </w:rPr>
        <w:t>“Dərhal qapı açıldı və bir adam otağa daxil oldu; o anda hamı oradan çıxdı. O isə, əlində toz fırçası olduğu halda, pəncərələri açdı və otaqdakı toz-torpağı və zibilləri süpürüb təmizləməyə başladı.</w:t>
      </w:r>
    </w:p>
    <w:p>
      <w:pPr>
        <w:pStyle w:val="ArticleScripture"/>
        <w:jc w:val="left"/>
      </w:pPr>
      <w:r>
        <w:rPr>
          <w:rFonts w:ascii="Times New Roman" w:hAnsi="Times New Roman" w:eastAsia="Times New Roman" w:cs="Times New Roman"/>
        </w:rPr>
        <w:t>“Ona yalvardım ki, dayansın, çünki dağıntılar arasında bəzi qiymətli cəvahirat səpələnmişdi.</w:t>
      </w:r>
    </w:p>
    <w:p>
      <w:pPr>
        <w:pStyle w:val="ArticleScripture"/>
        <w:jc w:val="left"/>
      </w:pPr>
      <w:r>
        <w:rPr>
          <w:rFonts w:ascii="Times New Roman" w:hAnsi="Times New Roman" w:eastAsia="Times New Roman" w:cs="Times New Roman"/>
        </w:rPr>
        <w:t>O mənə dedi ki, “qorxma”, çünki “onların qayğısına qalacaqdır”.</w:t>
      </w:r>
    </w:p>
    <w:p>
      <w:pPr>
        <w:pStyle w:val="ArticleScripture"/>
        <w:jc w:val="left"/>
      </w:pPr>
      <w:r>
        <w:rPr>
          <w:rFonts w:ascii="Times New Roman" w:hAnsi="Times New Roman" w:eastAsia="Times New Roman" w:cs="Times New Roman"/>
        </w:rPr>
        <w:t>“Sonra o, torpağı və zibili, saxta cəvahiratı və saxta sikkələri süpürüb təmizləyərkən, bunların hamısı bulud kimi qalxıb pəncərədən bayıra çıxdı və külək onları aparıb uzaqlaşdırdı. Həmin qarışıqlıq içində bir anlıq gözlərimi yumdum; onları açanda zibilin hamısı yox olmuşdu. Qiymətli cəvahiratlar, almazlar, qızıl və gümüş sikkələr otağın hər tərəfinə bolluq içində səpələnmiş halda uzanırdı.</w:t>
      </w:r>
    </w:p>
    <w:p>
      <w:pPr>
        <w:pStyle w:val="ArticleScripture"/>
        <w:jc w:val="left"/>
      </w:pPr>
      <w:r>
        <w:rPr>
          <w:rFonts w:ascii="Times New Roman" w:hAnsi="Times New Roman" w:eastAsia="Times New Roman" w:cs="Times New Roman"/>
        </w:rPr>
        <w:t>“Sonra o, masanın üzərinə əvvəlkindən xeyli böyük və daha gözəl bir sandıqça qoydu, və cəvahiratı, almazları, sikkələri ovuc-ovuc yığıb sandıqçanın içinə atdı; ta ki, bir dənəsi belə qalmadı, baxmayaraq ki, almazların bəzisi iynənin ucundan da böyük deyildi.”</w:t>
      </w:r>
    </w:p>
    <w:p>
      <w:pPr>
        <w:pStyle w:val="ArticleScripture"/>
        <w:jc w:val="left"/>
      </w:pPr>
      <w:r>
        <w:rPr>
          <w:rFonts w:ascii="Times New Roman" w:hAnsi="Times New Roman" w:eastAsia="Times New Roman" w:cs="Times New Roman"/>
        </w:rPr>
        <w:t>Sonra o, məni “gəl və gör” deyə çağırdı.</w:t>
      </w:r>
    </w:p>
    <w:p>
      <w:pPr>
        <w:pStyle w:val="ArticleScripture"/>
        <w:jc w:val="left"/>
      </w:pPr>
      <w:r>
        <w:rPr>
          <w:rFonts w:ascii="Times New Roman" w:hAnsi="Times New Roman" w:eastAsia="Times New Roman" w:cs="Times New Roman"/>
        </w:rPr>
        <w:t>“Mən tabutun içinə baxdım, lakin gözlərim gördüyüm mənzərədən qamaşdı. Onlar əvvəlki izzətlərindən on qat artıq parıldayırdılar. Mən elə düşündüm ki, onları toza səpib ayaq altında tapdalayan o pis adamların ayaqları altında qumda ovulub parıldadılmışdılar. Onlar tabutun içində gözəl bir nizamla düzülmüşdü; hər biri öz yerində idi və onları içinə atan adamın zəhmətindən görünən heç bir iz yox idi. Mən sevincimin çoxluğundan qışqırdım və o qışqırıq məni oyatdı.” Early Writings, 81–83.</w:t>
      </w:r>
    </w:p>
    <w:p>
      <w:pPr>
        <w:pStyle w:val="ArticleBody"/>
        <w:jc w:val="left"/>
      </w:pPr>
      <w:r>
        <w:rPr>
          <w:rFonts w:ascii="Times New Roman" w:hAnsi="Times New Roman" w:eastAsia="Times New Roman" w:cs="Times New Roman"/>
        </w:rPr>
        <w:t>“81-ci” səhifədən başlayaraq, kahinlərin bir rəmzi olaraq, yuxu İlahi Varlığın William Millerin bəşəriyyəti vasitəsilə bir araya gətirdiyi təməl həqiqətləri məhv etmək işində Laodikeyalı Yeddinci Gün Adventist Kilsəsinin tarixini müəyyənləşdirir. Bu tarix Millerin “böyük sevinc içində qışqırdığı” və bu qışqırığın onu “oyatdığı” zaman sona çatır. Yuxuda təmsil olunan tarix, Gecəyarısı Fəryadının zirvəsi olan üçüncü mələyin uca fəryadı ilə yekunlaşır. Millerin yuxusunun tarixi rəvayəti həmçinin Millerçi tarixin yol nişanələrini təmsil edir və buna görə də o, yüz qırx dörd minlərin hərəkatının paralel tarixini də təmsil edir. Eyni dərəcədə mühüm olan budur ki, yuxunun tarixi təsviri həm də 2023-cü ildə təkrarlanmağa başlayan tarixin peyğəmbərlik fraktalını özündə ehtiva edir.</w:t>
      </w:r>
    </w:p>
    <w:p>
      <w:pPr>
        <w:pStyle w:val="ArticleBody"/>
        <w:jc w:val="left"/>
      </w:pPr>
      <w:r>
        <w:rPr>
          <w:rFonts w:ascii="Times New Roman" w:hAnsi="Times New Roman" w:eastAsia="Times New Roman" w:cs="Times New Roman"/>
        </w:rPr>
        <w:t>Yüz qırx dörd min nəfərin tarixində tanınmış həqiqət cəvahiratları 2004-cü ildə ictimai qeydə daxil edildi və sonra yenidən 2012-ci ildə, Habaqququn Cədvəllərinin təqdimatı dağılmağa məhkum olan bir qrupu bir araya topladığı zaman. Bu həqiqətlər 2004-cü ildə, 1989-cu ildə möhürləri açılmış həqiqətlərin ilk təqdimatı ilə cədvəlin üzərinə qoyuldu. O zaman “az sayda” insan bu xəbəri nəzərdən keçirdi, lakin 2012-ci ildə Habaqququn Cədvəlləri adlı 95 təqdimatdan ibarət silsilə bir izdiham topladı, çünki “xalq gəlməyə başladı, əvvəlcə sayca az, lakin artaraq bir izdihama çevrildi.”</w:t>
      </w:r>
    </w:p>
    <w:p>
      <w:pPr>
        <w:pStyle w:val="ArticleBody"/>
        <w:jc w:val="left"/>
      </w:pPr>
      <w:r>
        <w:rPr>
          <w:rFonts w:ascii="Times New Roman" w:hAnsi="Times New Roman" w:eastAsia="Times New Roman" w:cs="Times New Roman"/>
        </w:rPr>
        <w:t>2012-ci ildən 18 iyul 2020-ci ilədək həmin həqiqətlər tədricən səpələndi və zibil altına basdırıldı. 18 iyul 2020-ci ildə Habaqququn Lövhələri ismarıcının tərəfdarları üç gün yarımlıq bir müddət üçün səpələndilər.</w:t>
      </w:r>
    </w:p>
    <w:p>
      <w:pPr>
        <w:pStyle w:val="ArticleScripture"/>
        <w:jc w:val="left"/>
      </w:pPr>
      <w:r>
        <w:rPr>
          <w:rFonts w:ascii="Times New Roman" w:hAnsi="Times New Roman" w:eastAsia="Times New Roman" w:cs="Times New Roman"/>
        </w:rPr>
        <w:t>Onlar öz şəhadətlərini başa çatdıranda, dərin uçurumdan çıxan vəhşi heyvan onlara qarşı müharibə edəcək, onlara qalib gələcək və onları öldürəcək. Onların cəsədləri böyük şəhərin küçəsində qalacaq; o şəhər ki, ruhani mənada Sodom və Misir adlanır və Rəbbimiz də orada çarmıxa çəkilmişdi. Xalqlardan, qəbilələrdən, dillərdən və millətlərdən olanlar onların cəsədlərini üç gün yarım görəcək və onların cəsədlərinin qəbirlərə qoyulmasına yol verməyəcəklər. Yer üzündə yaşayanlar isə onlara görə sevinəcək, şadlanacaq və bir-birinə hədiyyələr göndərəcəklər; çünki bu iki peyğəmbər yer üzündə yaşayanlara əzab verirdi. Vəhy 11:7–10.</w:t>
      </w:r>
    </w:p>
    <w:p>
      <w:pPr>
        <w:pStyle w:val="ArticleBody"/>
        <w:jc w:val="left"/>
      </w:pPr>
      <w:r>
        <w:rPr>
          <w:rFonts w:ascii="Times New Roman" w:hAnsi="Times New Roman" w:eastAsia="Times New Roman" w:cs="Times New Roman"/>
        </w:rPr>
        <w:t>2023-cü il dekabrın 30-u, şənbə günü, Future for America 18 iyul 2020-ci ildən bəri ilk ictimai toplantısı üçün Zoom görüşünə qoşuldu. 30 dekabr 2023, 18 iyul 2020-dən 1.260 gün sonradır, yaxud “üç gün yarım”dır. İlyas və Musa küçədə ölü ikən, digər sinif “sevinir.” Future for America 2023-cü ilin iyulunda peyğəmbərlik xəbərini yenidən dərc etməyə qayıtmışdı, çünki o zaman bütün yer üzünə getməli olan xəbər peyğəmbərlik zərurətinə görə “səhradan” gəlməli idi. Üç gün yarım, yaxud 1.260 gün bir səhradır.</w:t>
      </w:r>
    </w:p>
    <w:p>
      <w:pPr>
        <w:pStyle w:val="ArticleScripture"/>
        <w:jc w:val="left"/>
      </w:pPr>
      <w:r>
        <w:rPr>
          <w:rFonts w:ascii="Times New Roman" w:hAnsi="Times New Roman" w:eastAsia="Times New Roman" w:cs="Times New Roman"/>
        </w:rPr>
        <w:t>Və qadın səhraya qaçdı; orada onun üçün Allah tərəfindən hazırlanmış bir yer var idi ki, onu orada min iki yüz altmış gün bəsləsinlər. Vəhy 12:6.</w:t>
      </w:r>
    </w:p>
    <w:p>
      <w:pPr>
        <w:pStyle w:val="ArticleBody"/>
        <w:jc w:val="left"/>
      </w:pPr>
      <w:r>
        <w:rPr>
          <w:rFonts w:ascii="Times New Roman" w:hAnsi="Times New Roman" w:eastAsia="Times New Roman" w:cs="Times New Roman"/>
        </w:rPr>
        <w:t>“Çöl” “min iki yüz altmış gün”dür, yəni 1.260 gündür; bu da “üç gün yarım”dır və Vəhy 12:6-da təsvir edilmişdir; “126” isə 1.260-ın onda biridir. Həmin zaman möhürü açılan heyrətamiz həqiqətlərdən biri də Levililər iyirmi altıda verilən “yeddi dəfə” duasının yerinə yetməsi üçün tövbənin zəruriliyi idi.</w:t>
      </w:r>
    </w:p>
    <w:p>
      <w:pPr>
        <w:pStyle w:val="ArticleBody"/>
        <w:jc w:val="left"/>
      </w:pPr>
      <w:r>
        <w:rPr>
          <w:rFonts w:ascii="Times New Roman" w:hAnsi="Times New Roman" w:eastAsia="Times New Roman" w:cs="Times New Roman"/>
        </w:rPr>
        <w:t>1.260 gün həm də 2.520 günün bir rəmzidir. Şimal padşahlığına qarşı olan “yeddi vaxt” e.ə. 723-cü ildə başladı və 1798-ci ildə başa çatdı. Onun orta nöqtəsi 538-dir; bununla da bütpərəstliyin müqəddəs məkanı və ordunu tapdaladığı 1.260 il, ardınca isə papalığın müqəddəs məkanı və ordunu tapdaladığı 1.260 il meydana gəlir. Bu peyğəmbərlik quruluşu Məsihin vəftizindən çarmıxa qədər olan 1.260 günlə uyğunluq təşkil edir; bunun ardınca Müjdənin başqa millətlərə getdiyi e. 34-cü ilə qədər 1.260 peyğəmbərlik günü gəlir. Beləliklə, iki şahidin şəhadəti ilə, 1.260, 2.520 günün, yaxud Levililər kitabının iyirmi altıncı fəslində Musanın dediyi “yeddi vaxt”ın bir hissəsidir.</w:t>
      </w:r>
    </w:p>
    <w:p>
      <w:pPr>
        <w:pStyle w:val="ArticleBody"/>
        <w:jc w:val="left"/>
      </w:pPr>
      <w:r>
        <w:rPr>
          <w:rFonts w:ascii="Times New Roman" w:hAnsi="Times New Roman" w:eastAsia="Times New Roman" w:cs="Times New Roman"/>
        </w:rPr>
        <w:t>2020-ci il 18 iyul şənbə günündən 2023-cü il 30 dekabr şənbə gününədək davam edən səhradakı səs dövrü 2023-cü ilin iyulunda fəryad etməyə başladı və “səhra” dövrü 2023-cü il 30 dekabr şənbə günü başa çatdıqda, Musanın və İlyasın dirilməsi yetişdi. Səsin xəbəri müəyyən etdi ki, hər bir islahat hərəkatında paralel ilk məyusluqların yol nişanı, on bakirə məsələsinin kontekstində 2020-ci il 18 iyul tarixinin yalançı qabaqcadan xəbər verilməsini izah edirdi. O, kişiləri və qadınları Levililər iyirmi altıncı fəsildəki dua ilə təmsil olunan tövbəyə çağırdı. Millerin yuxusu məhz həmin tövbəni təmsil edir; o, belə yazır: “Mən bu cür böyük itkimə və məsuliyyətimə görə ağlayıb yas tutarkən, Allahı xatırladım və ciddi-cəhdlə dua etdim ki, O, mənə kömək göndərsin.”</w:t>
      </w:r>
    </w:p>
    <w:p>
      <w:pPr>
        <w:pStyle w:val="ArticleHeading"/>
        <w:jc w:val="left"/>
      </w:pPr>
      <w:r>
        <w:rPr>
          <w:rFonts w:ascii="Arial" w:hAnsi="Arial" w:eastAsia="Arial" w:cs="Arial"/>
        </w:rPr>
        <w:t>Gəlin və baxın</w:t>
      </w:r>
    </w:p>
    <w:p>
      <w:pPr>
        <w:pStyle w:val="ArticleBody"/>
        <w:jc w:val="left"/>
      </w:pPr>
      <w:r>
        <w:rPr>
          <w:rFonts w:ascii="Times New Roman" w:hAnsi="Times New Roman" w:eastAsia="Times New Roman" w:cs="Times New Roman"/>
        </w:rPr>
        <w:t>Millerin yuxusu “gəl və gör” ifadəsinin iki işlənməsi ilə bölünür. Birinci dəfə insanları “gəl və gör” deyə dəvət edən Millerdir, ikinci dəfə isə “toz fırçası olan adam” Milleri gəlib görməyə dəvət edir. “Gəl və gör” möhürdən açılmış bir peyğəmbərlik həqiqətini müəyyən edən peyğəmbərlik rəmzidir. İlk dörd möhürün hər biri “gəl və gör” əmrini ehtiva edir.</w:t>
      </w:r>
    </w:p>
    <w:p>
      <w:pPr>
        <w:pStyle w:val="ArticleScripture"/>
        <w:jc w:val="left"/>
      </w:pPr>
      <w:r>
        <w:rPr>
          <w:rFonts w:ascii="Times New Roman" w:hAnsi="Times New Roman" w:eastAsia="Times New Roman" w:cs="Times New Roman"/>
        </w:rPr>
        <w:t>Və Quzunun möhürlərdən birini açdığını gördüm və dörd varlıqdan birinin göy gurultusuna bənzər səsini eşitdim; deyirdi: Gəl və gör. … O, ikinci möhürü açanda ikinci varlığın belə dediyini eşitdim: Gəl və gör. … O, üçüncü möhürü açanda üçüncü varlığın belə dediyini eşitdim: Gəl və gör. … O, dördüncü möhürü açanda dördüncü varlığın səsini eşitdim; deyirdi: Gəl və gör. Vəhy 6:1, 3, 5, 7.</w:t>
      </w:r>
    </w:p>
    <w:p>
      <w:pPr>
        <w:pStyle w:val="ArticleBody"/>
        <w:jc w:val="left"/>
      </w:pPr>
      <w:r>
        <w:rPr>
          <w:rFonts w:ascii="Times New Roman" w:hAnsi="Times New Roman" w:eastAsia="Times New Roman" w:cs="Times New Roman"/>
        </w:rPr>
        <w:t>Millerin yuxusunun başlanğıcındakı “gəl və bax” alfadır, sondakı “gəl və bax” isə omeqadır. Yuxu, yuxunun əvvəlindəki möhürlərin açılmasını elə daş-qaşlar kimi təsvir edir ki, onlar “düzüldükdə yalnız günəşə bərabər olan bir nur və izzəti əks etdirirdilər.” Məsih Milleri omeqanı “gəl və bax” deyə dəvət etdikdə, Miller belə deyir: “gördüyüm mənzərə ilə gözlərim qamaşdı. Onlar əvvəlki izzətlərindən on dəfə artıq parlayırdılar.” Alfa nuru günəş kimi idi, omeqa nuru isə günəşdən on dəfə artıq idi.</w:t>
      </w:r>
    </w:p>
    <w:p>
      <w:pPr>
        <w:pStyle w:val="ArticleHeading"/>
        <w:jc w:val="left"/>
      </w:pPr>
      <w:r>
        <w:rPr>
          <w:rFonts w:ascii="Arial" w:hAnsi="Arial" w:eastAsia="Arial" w:cs="Arial"/>
        </w:rPr>
        <w:t>Dağıdın</w:t>
      </w:r>
    </w:p>
    <w:p>
      <w:pPr>
        <w:pStyle w:val="ArticleBody"/>
        <w:jc w:val="left"/>
      </w:pPr>
      <w:r>
        <w:rPr>
          <w:rFonts w:ascii="Times New Roman" w:hAnsi="Times New Roman" w:eastAsia="Times New Roman" w:cs="Times New Roman"/>
        </w:rPr>
        <w:t>Millerin matəmi və tövbəsi ilk “gəl və gör” ilə başlayıb son “gəl və gör” ilə bitən dövrün sonunda təmsil olunur. Millerin xalqa bir xəbəri açması ilə başlayıb sonra Məsihin Millerə bir xəbəri açması ilə başa çatan dövrdə “dağıtmaq” sözü “yeddi dəfə” təmsil olunur. Miller bu sözü yenidən işlədəcək, lakin ilk və son açılma arasında “dağıtmaq” “yeddi dəfə” ifadə olunur. Müqəddəs Kitab “yeddi dəfə” hökmünü “dağıtmaq” sözü ilə eyniləşdirir.</w:t>
      </w:r>
    </w:p>
    <w:p>
      <w:pPr>
        <w:pStyle w:val="ArticleScripture"/>
        <w:jc w:val="left"/>
      </w:pPr>
      <w:r>
        <w:rPr>
          <w:rFonts w:ascii="Times New Roman" w:hAnsi="Times New Roman" w:eastAsia="Times New Roman" w:cs="Times New Roman"/>
        </w:rPr>
        <w:t>Mən sizi bütpərəst xalqlar arasına səpələyəcəyəm və arxanızca qılınc çəkəcəyəm; torpağınız viran qalacaq, şəhərləriniz isə xarabalığa dönəcəkdir. Levililər 26:33.</w:t>
      </w:r>
    </w:p>
    <w:p>
      <w:pPr>
        <w:pStyle w:val="ArticleBody"/>
        <w:jc w:val="left"/>
      </w:pPr>
      <w:r>
        <w:rPr>
          <w:rFonts w:ascii="Times New Roman" w:hAnsi="Times New Roman" w:eastAsia="Times New Roman" w:cs="Times New Roman"/>
        </w:rPr>
        <w:t>Millerin kəşf etdiyi ilk həqiqət Levililər iyirmi altıncı fəsildəki “yeddi dəfə” idi; və onun yuxusunda, Millerin xəbərinin nəşr olunması ilə Məsihin xəbərinin nəşr olunması arasındakı dövrdə, Uilyam Millerin işi ilə təmsil olunan bütün təməl həqiqətlər Laodikeyalı Yeddinci Gün Adventizminin ilahiyyatçılarının zibili və saxta sikkələri ilə örtülməli idi. Təməl həqiqətlərin həmin rəddi, alfa ilə omeqa arasındakı tarix daxilində yeddi səpələnmə kimi təmsil olunur. “Yeddi dəfə” Uilyam Millerin işinin rəmzidir; bu isə öz növbəsində Yeddinci Gün Adventizminin təməlləridir və həmin təməlın mərkəzi sütunu Daniel 8:14-dəki 2,300 gündür. Bunun göstərdiyi budur ki, Uilyam Millerin ilk, yaxud alfa kəşfi olan 2,520 illik səpələnmə, Uilyam Millerin omeqa kəşfi olan 2,300 günlə başa çatan bir dövrün başlanğıcını işarələyir.</w:t>
      </w:r>
    </w:p>
    <w:p>
      <w:pPr>
        <w:pStyle w:val="ArticleBody"/>
        <w:jc w:val="left"/>
      </w:pPr>
      <w:r>
        <w:rPr>
          <w:rFonts w:ascii="Times New Roman" w:hAnsi="Times New Roman" w:eastAsia="Times New Roman" w:cs="Times New Roman"/>
        </w:rPr>
        <w:t>Laodikeyalı Yeddinci Gün Adventizmi 1863-cü ildə “yeddi vaxt”ı kənara qoyduqda, Uilyam Millerin ilk kəşfini də kənara qoymuş oldu; bu, onun alfa kəşfi və təməl kəşfi idi. Millerin kəşflərinin sonuncusu 2.300 gün idi; bu, onun omeqa kəşfi və başdaşı kəşfi idi. 1798-ci ildə başa çatan “yeddi vaxt” 2.520-ni işarələyirdi və 2.300 gün 1844-cü ildə işarələndi.</w:t>
      </w:r>
    </w:p>
    <w:p>
      <w:pPr>
        <w:pStyle w:val="ArticleBody"/>
        <w:jc w:val="left"/>
      </w:pPr>
      <w:r>
        <w:rPr>
          <w:rFonts w:ascii="Times New Roman" w:hAnsi="Times New Roman" w:eastAsia="Times New Roman" w:cs="Times New Roman"/>
        </w:rPr>
        <w:t>Yeddi dəfə dağıldıqdan sonra cəvahiratları toplayan, toz fırçası olan adamdır. O zaman sandıq daha böyük və daha gözəl olur və günəşdən on dəfə daha parlaq saçır. On rəqəmi sınağın rəmzidir və buna görə həmin cəvahiratlar günəş gününün üzərində olan sınaqda parlayırlar; beləliklə, Millerin yuxusu 1798-ci ildə başlayır və bazar günü qanununda üçüncü mələyin yüksək fəryadı ilə sona yetir.</w:t>
      </w:r>
    </w:p>
    <w:p>
      <w:pPr>
        <w:pStyle w:val="ArticleBody"/>
        <w:jc w:val="left"/>
      </w:pPr>
      <w:r>
        <w:rPr>
          <w:rFonts w:ascii="Times New Roman" w:hAnsi="Times New Roman" w:eastAsia="Times New Roman" w:cs="Times New Roman"/>
        </w:rPr>
        <w:t>1798-ci ildən 1863-cü ilə qədər olan Milleritlərin tarixi, eyni zamanda 1798-ci ildən tezliklə gələcək bazar qanununa qədər olan tarixdir. Uilyam Millerin yuxusunda, Millerin “gəlin və görün” deməsindən Torpaq Fırçası adamının “gəlin və görün” deməsinə qədər baş verən tarix həm 1798-ci ildən 1863-cü ilə qədər olan dövr, həm də 1798-ci ildən bazar qanununa qədər olan dövrdür. 1863-cü ildə başa çatan xətt, 1798-ci ildə başlayıb bazar qanununda başa çatan xəttin peyğəmbərlik fraktalıdır. Bu xətlərin hər ikisi də Millerin yuxusunda təmsil olunur.</w:t>
      </w:r>
    </w:p>
    <w:p>
      <w:pPr>
        <w:pStyle w:val="ArticleBody"/>
        <w:jc w:val="left"/>
      </w:pPr>
      <w:r>
        <w:rPr>
          <w:rFonts w:ascii="Times New Roman" w:hAnsi="Times New Roman" w:eastAsia="Times New Roman" w:cs="Times New Roman"/>
        </w:rPr>
        <w:t>1844-cü il oktyabrın 22-də bağlanan qapı, bazar günü qanunundakı bağlanan qapının timsalıdır. 1844-cü ildə yerinə yetən 2,300 illik peyğəmbərlik, bazar günü qanununun timsalıdır.</w:t>
      </w:r>
    </w:p>
    <w:p>
      <w:pPr>
        <w:pStyle w:val="ArticleScripture"/>
        <w:jc w:val="left"/>
      </w:pPr>
      <w:r>
        <w:rPr>
          <w:rFonts w:ascii="Times New Roman" w:hAnsi="Times New Roman" w:eastAsia="Times New Roman" w:cs="Times New Roman"/>
        </w:rPr>
        <w:t>“Daniel 8:14-də göstərildiyi kimi, məbədin təmizlənməsi üçün Məsihin Baş Kahinimiz olaraq ən müqəddəs yerə gəlişi; Daniel 7:13-də təqdim edildiyi kimi, Bəşər Oğlunun Qədim Günlər Olanın hüzuruna gəlişi; və Malakinin əvvəlcədən xəbər verdiyi kimi, Rəbbin Öz məbədinə gəlişi — bunların hamısı eyni hadisənin təsvirləridir; və bu, həmçinin Məsihin Matta 25-dəki on bakirə məsəlində təsvir etdiyi bəyin toy mərasiminə gəlişi ilə də təmsil olunur.” Böyük Mübarizə, 426.</w:t>
      </w:r>
    </w:p>
    <w:p>
      <w:pPr>
        <w:pStyle w:val="ArticleHeading"/>
        <w:jc w:val="left"/>
      </w:pPr>
      <w:r>
        <w:rPr>
          <w:rFonts w:ascii="Arial" w:hAnsi="Arial" w:eastAsia="Arial" w:cs="Arial"/>
        </w:rPr>
        <w:t>Sətirlər</w:t>
      </w:r>
    </w:p>
    <w:p>
      <w:pPr>
        <w:pStyle w:val="ArticleBody"/>
        <w:jc w:val="left"/>
      </w:pPr>
      <w:r>
        <w:rPr>
          <w:rFonts w:ascii="Times New Roman" w:hAnsi="Times New Roman" w:eastAsia="Times New Roman" w:cs="Times New Roman"/>
        </w:rPr>
        <w:t>Millerin kəşflərinin omeqası 2,300 illik peyğəmbərlik idi; buna görə həm 1844, həm də bazar qanunu 2,300 illə təmsil olunur. Bu o deməkdir ki, 2,520 hər iki xəttin alfasi, 2,300 isə omeqasıdır; xətlərdən biri 1863-də, digəri isə bazar qanununda başa çatır. Hər iki xəttdə 2,520 peyğəmbərliyi alfa və təməl daşıdır. Millerçilərin təməl tarixində 1798-dən 1863-ə qədər olan fraktal, həmçinin omeqa, küncdaşı tarixində yüz qırx dörd minin başqa bir fraktalı ilə də uyğunluq təşkil edir.</w:t>
      </w:r>
    </w:p>
    <w:p>
      <w:pPr>
        <w:pStyle w:val="ArticleBody"/>
        <w:jc w:val="left"/>
      </w:pPr>
      <w:r>
        <w:rPr>
          <w:rFonts w:ascii="Times New Roman" w:hAnsi="Times New Roman" w:eastAsia="Times New Roman" w:cs="Times New Roman"/>
        </w:rPr>
        <w:t>11 sentyabrda Allah Öz xalqını Yeremyanın qədim yollarına qayıtmağa çağırdı; bu yollar təməllərdir, həmin təməllər isə öz növbəsində təməl tarixinin xəbərçisi ilə təmsil olunur, o da öz növbəsində onun “yeddi vaxt”a dair təməl alfa kəşfi ilə təmsil edilir. “Yeddi vaxt” yüz qırx dörd minin təməllərinin rəmzidir və 11 sentyabrda həmin qrupun möhürlənməsi təməllərin sınaq xəbəri ilə başlandı; bu xəbər Uilyam Millerin və Adventizmin ilk və ən əsas təməl həqiqəti ilə təmsil olunur. 11 sentyabrda möhürlənmə vaxtı başlandı və tezliklə gələcək bazar qanunu zamanı yüz qırx dörd minin möhürlənmə vaxtı başa çatır.</w:t>
      </w:r>
    </w:p>
    <w:p>
      <w:pPr>
        <w:pStyle w:val="ArticleBody"/>
        <w:jc w:val="left"/>
      </w:pPr>
      <w:r>
        <w:rPr>
          <w:rFonts w:ascii="Times New Roman" w:hAnsi="Times New Roman" w:eastAsia="Times New Roman" w:cs="Times New Roman"/>
        </w:rPr>
        <w:t>O tarix 2,520 ilə başlayıb 2,300 ilə bitən bir fraktaldır və buna görə də həmin tarix William Millerin yuxusunda təmsil olunan peyğəmbərlik tarixinin üçüncü xəttidir. 2,520 1798-ci ildə, 2,300 isə 1844-cü ildə yerinə yetdi. Bu iki xəttin təmsil etdiyi iş, Məsihin Öz ilahiliyini bizim insanlığımızla birləşdirməsi işidir. Bu, günahkarı müqəddəsə çevirmək, ali təbiəti aşağı təbiət üzərində öz qanuni taxtına bərpa etmək işidir. Bu səbəbdən insan bədəni bədəndəki hər bir hüceyrəni tamamilə yenidən yaratmaq üçün 2,520 gün çəkir və həmin elə bədən 23 kişi xromosomu ilə 23 qadın xromosomunun birləşməsi üzərində əsaslanır. Onlar birlikdə canlı bir məbəd əmələ gətirirlər; bu isə “46” rəqəmi ilə təmsil olunur; bu da 1798-dən 1844-ə qədər olan dövrdür, yəni William Millerin yuxusundakı 1798-ci ildəki 2,520-dən 1844-cü ildəki 2,300-ə qədər olan dövrdür.</w:t>
      </w:r>
    </w:p>
    <w:p>
      <w:pPr>
        <w:pStyle w:val="ArticleBody"/>
        <w:jc w:val="left"/>
      </w:pPr>
      <w:r>
        <w:rPr>
          <w:rFonts w:ascii="Times New Roman" w:hAnsi="Times New Roman" w:eastAsia="Times New Roman" w:cs="Times New Roman"/>
        </w:rPr>
        <w:t>Uilyam Millerin yuxusunda həmçinin diqqətəlayiq başqa bir fraktal da vardır. 11 sentyabrdan Bazar gününə dair qanunadək olan dövr, 1798-dən Bazar gününə dair qanunadək olan dövrün fraktalıdır; necə ki, 1798-dən 1863-ədək olan tarix. 2023-dən Bazar gününə dair qanunadək olan dövr 11 sentyabrdan Bazar gününə dair qanunadək olan dövrün fraktalıdır və bu, Millerin yuxusundakı bütün xətlərin onların hamısının omeqası kimi işarə etdiyi tarixdir. Bu, ilkin həqiqətlərin günəşdən on qat artıq ucaldıldığı dövrdür.</w:t>
      </w:r>
    </w:p>
    <w:p>
      <w:pPr>
        <w:pStyle w:val="ArticleHeading"/>
        <w:jc w:val="left"/>
      </w:pPr>
      <w:r>
        <w:rPr>
          <w:rFonts w:ascii="Arial" w:hAnsi="Arial" w:eastAsia="Arial" w:cs="Arial"/>
        </w:rPr>
        <w:t>İki Arxa Turnyur</w:t>
      </w:r>
    </w:p>
    <w:p>
      <w:pPr>
        <w:pStyle w:val="ArticleBody"/>
        <w:jc w:val="left"/>
      </w:pPr>
      <w:r>
        <w:rPr>
          <w:rFonts w:ascii="Times New Roman" w:hAnsi="Times New Roman" w:eastAsia="Times New Roman" w:cs="Times New Roman"/>
        </w:rPr>
        <w:t>1840-cı illərdə “bustle” sözü (isim kimi) adətən enerjili, məşğul və ya səs-küylü fəaliyyəti ifadə edirdi—çox vaxt təlaş, həyəcan, tələsiklik və ya təşviş çaları ilə. Bu söz izdihamda, ev təsərrüfatında, bazar yerində və ya müəyyən bir hadisə zamanı canlı hərəkəti, qarışıqlığı və ya ora-bura vurnuxmağı bildirirdi. Deməli, Millerin yuxusundakı “bustle” məhz həmin anda baş verən dərhal fəaliyyət canlanmasını, həyəcanı və ya təcili məşğuliyyəti—mövcud vəziyyətin və ya halın keçici təlaşını və qarışıqlığını təsvir edərdi.</w:t>
      </w:r>
    </w:p>
    <w:p>
      <w:pPr>
        <w:pStyle w:val="ArticleBody"/>
        <w:jc w:val="left"/>
      </w:pPr>
      <w:r>
        <w:rPr>
          <w:rFonts w:ascii="Times New Roman" w:hAnsi="Times New Roman" w:eastAsia="Times New Roman" w:cs="Times New Roman"/>
        </w:rPr>
        <w:t>Miller deyir: “Sonra o, torpağı və zibili süpürərkən saxta cəvahirat və saxta sikkələrin hamısı bulud kimi qalxıb pəncərədən bayıra çıxdı və külək onları aparıb uzaqlaşdırdı. Bu təlaş içində mən bir anlıq gözlərimi yumdum; onları açdığımda isə zibilin hamısı yox olmuşdu.”</w:t>
      </w:r>
    </w:p>
    <w:p>
      <w:pPr>
        <w:pStyle w:val="ArticleBody"/>
        <w:jc w:val="left"/>
      </w:pPr>
      <w:r>
        <w:rPr>
          <w:rFonts w:ascii="Times New Roman" w:hAnsi="Times New Roman" w:eastAsia="Times New Roman" w:cs="Times New Roman"/>
        </w:rPr>
        <w:t>“Qarmaqarışıqlıq” Millerin yuxusunda iki məqamı göstərir: birincisi, izdihamın cəvahiratları ətrafa səpələdiyi vaxt, sonra isə torpaq fırçası olan adamın pəncərələri açıb saxta cəvahiratları süpürməyə başladığı vaxtdır. Birinci və alfa qarmaqarışıqlıq cəvahiratların ört-basdır edilməsidir, ikinci və omeqa qarmaqarışıqlıq isə cəvahiratların bərpa olunmasıdır. Qarmaqarışıqlıq zamanı Miller gözlərini yumdu. Miller 1849-cu ildə torpağa tapşırıldı; məhz həmin məqamda Məsih Öz xalqının qalığını toplamaq üçün ikinci dəfə əlini uzadırdı. Bundan sonra Miller gözlərini yumdu və 1850-ci ildə onun həqiqətləri Habakkukun vəhyi yazmaq və onu aydın etmək əmrinə uyğun olaraq yenidən masa üzərinə qoyuldu. Həmin qarmaqarışıqlıq dövründə Miller gözlərini yumur və o ayıldıqda cəvahiratların bərpa olunması prosesi gedir.</w:t>
      </w:r>
    </w:p>
    <w:p>
      <w:pPr>
        <w:pStyle w:val="ArticleBody"/>
        <w:jc w:val="left"/>
      </w:pPr>
      <w:r>
        <w:rPr>
          <w:rFonts w:ascii="Times New Roman" w:hAnsi="Times New Roman" w:eastAsia="Times New Roman" w:cs="Times New Roman"/>
        </w:rPr>
        <w:t>Onun yuxusundakı ikinci canlanma yüz qırx dörd minin bayrağı dirildildiyi, təmizləndiyi və saflaşdırıldığı zaman baş verir; həmin bayrağı Zəkəriyyə tac üzərindəki cəvahirat kimi təqdim edir.</w:t>
      </w:r>
    </w:p>
    <w:p>
      <w:pPr>
        <w:pStyle w:val="ArticleScripture"/>
        <w:jc w:val="left"/>
      </w:pPr>
      <w:r>
        <w:rPr>
          <w:rFonts w:ascii="Times New Roman" w:hAnsi="Times New Roman" w:eastAsia="Times New Roman" w:cs="Times New Roman"/>
        </w:rPr>
        <w:t>Və Rəbb onların Allahı o gün onları Öz xalqının sürüsü kimi xilas edəcək; çünki onlar Onun torpağı üzərində bayraq tək ucaldılmış tac daşları kimi olacaqlar. Çünki Onun xeyirxahlığı necə böyükdür, Onun gözəlliyi necə böyükdür! Taxıl cavan oğlanları şadlandıracaq, təzə şərab isə qızları. Axır yağış zamanı Rəbdən yağış diləyin; onda Rəbb parlaq buludlar yaradacaq və onlara yağış leysanları verəcək, tarlada hər kəsə ot verəcək. Çünki bütlər boş şey söylədi, falçılar yalan gördü və yalançı yuxular danışdı; onlar nahaq yerə təsəlli verirlər; buna görə də onlar sürü kimi yollarına getdilər, çoban olmadığı üçün əzab çəkdilər. Qəzəbim çobanlara qarşı alovlandı, və təkələri cəzalandırdım; çünki Ordular Rəbbi Öz sürüsünü, Yəhuda evini ziyarət etdi və onları döyüşdə Öz əzəmətli atı kimi etdi. Zəkəriyyə 9:16–10:3.</w:t>
      </w:r>
    </w:p>
    <w:p>
      <w:pPr>
        <w:pStyle w:val="ArticleBody"/>
        <w:jc w:val="left"/>
      </w:pPr>
      <w:r>
        <w:rPr>
          <w:rFonts w:ascii="Times New Roman" w:hAnsi="Times New Roman" w:eastAsia="Times New Roman" w:cs="Times New Roman"/>
        </w:rPr>
        <w:t>“Onun xalqının sürüsü” həm bir bayraq, həm də bir tac üzərindəki daşlar (cəvahiratlar)dır. Onun xalqının sürüsü son yağış zamanı müəyyən edilir, çünki əmr budur ki, son yağış vaxtında son yağış diləyin. Sürü, Yeremyanın qədim yollarının yolu ilə getmək əvəzinə, öz yolları ilə gedən “sürü” ilə qarşılaşdırılır. Son yağış vaxtında Onun sürüsü olan cəvahiratlar döyüşdə Onun gözəl atı olacaq. Həmin “gözəl at” Peterlə simvolizə olunan, birinci möhür dövründə ağ at kimi qalib gələrək və qalib gəlmək üçün irəli çıxmış ilk məsihi gəlində təmsil edilən qalib kilsədir.</w:t>
      </w:r>
    </w:p>
    <w:p>
      <w:pPr>
        <w:pStyle w:val="ArticleScripture"/>
        <w:jc w:val="left"/>
      </w:pPr>
      <w:r>
        <w:rPr>
          <w:rFonts w:ascii="Times New Roman" w:hAnsi="Times New Roman" w:eastAsia="Times New Roman" w:cs="Times New Roman"/>
        </w:rPr>
        <w:t>Və Quzunun möhürlərdən birini açdığını gördüm və dörd məxluqdan birinin sanki göy gurultusu kimi bir səslə: “Gəl və gör”, — dediyini eşitdim. Baxdım, və budur, ağ bir at; onun belində oturanın əlində bir yay var idi; ona bir tac verildi və o, qalib gələrək və qalib gəlmək üçün irəli çıxdı. Vəhy 6:1, 2.</w:t>
      </w:r>
    </w:p>
    <w:p>
      <w:pPr>
        <w:pStyle w:val="ArticleBody"/>
        <w:jc w:val="left"/>
      </w:pPr>
      <w:r>
        <w:rPr>
          <w:rFonts w:ascii="Times New Roman" w:hAnsi="Times New Roman" w:eastAsia="Times New Roman" w:cs="Times New Roman"/>
        </w:rPr>
        <w:t>Beləliklə, Peter Həvarilərin Pentikostdakı yağışın tökülməsi zamanı mövcud olan ilk xristian kilsəsinin simvoludur və Pentikost tökülməsi ilə timsallaşdırılmış axırıncı yağış zamanı mövcud olan son xristian kilsəsinin də simvoludur.</w:t>
      </w:r>
    </w:p>
    <w:p>
      <w:pPr>
        <w:pStyle w:val="ArticleScripture"/>
        <w:jc w:val="left"/>
      </w:pPr>
      <w:r>
        <w:rPr>
          <w:rFonts w:ascii="Times New Roman" w:hAnsi="Times New Roman" w:eastAsia="Times New Roman" w:cs="Times New Roman"/>
        </w:rPr>
        <w:t>Və mən göyün açıldığını gördüm; və bax, ağ bir at var idi; onun üzərində Oturan Sadiq və Həqiqi adlanırdı və O, salehliklə hökm edir və müharibə aparır. Onun gözləri od alovu kimi idi, başında çoxlu taclar var idi; və Onun üzərində elə bir ad yazılmışdı ki, onu Özündən başqa heç kəs bilmirdi. O, qana batırılmış bir libasa bürünmüşdü və Onun adı Allahın Kəlamı adlanır. Və göydə olan qoşunlar ağ atlar üzərində, ağ və pak incə kətana geyinmiş halda Onun ardınca gəlirdilər. Vəhy 19:11–14.</w:t>
      </w:r>
    </w:p>
    <w:p>
      <w:pPr>
        <w:pStyle w:val="ArticleBody"/>
        <w:jc w:val="left"/>
      </w:pPr>
      <w:r>
        <w:rPr>
          <w:rFonts w:ascii="Times New Roman" w:hAnsi="Times New Roman" w:eastAsia="Times New Roman" w:cs="Times New Roman"/>
        </w:rPr>
        <w:t>Ağ atlar Yezekel 37-də dirildilən Məsihin ordusunu təmsil edir və onlar qalib kilsədir; onlar tacdakı daşlardır, çünki Məsih Öz izzət padşahlığını son yağış vaxtında bərqərar edir. Onun padşahlığının nümayəndələri olaraq yüz qırx dörd min nəfər, 2.300 günün sonunda aldığı padşahlığın rəmzi olan tac üzərindəki cəvahiratlardır; bu, həm 22 oktyabr 1844-cü il idi, həm də bazar qanunu vaxtında yenə olacaq. Ağ atlardan ibarət həmin padşahlıq son yağış zamanı qaldırılır, o vaxt göyün pəncərələri açılır; çünki Yəhya göy açıldığı zaman ağ atı gördü.</w:t>
      </w:r>
    </w:p>
    <w:p>
      <w:pPr>
        <w:pStyle w:val="ArticleBody"/>
        <w:jc w:val="left"/>
      </w:pPr>
      <w:r>
        <w:rPr>
          <w:rFonts w:ascii="Times New Roman" w:hAnsi="Times New Roman" w:eastAsia="Times New Roman" w:cs="Times New Roman"/>
        </w:rPr>
        <w:t>1849-cu ilin alfa təlaşında Miller qısa bir anlıq ölüm yuxusuna getdi. Miller İlyas idi və İlyas 18 iyul 2020-ci ildə öldü; o, omeqa təlaşına çatana qədər 1.260 gün küçədə uzandı və sonra oyadıldı. Onun oyadılması, zibil-kürü süpürüb çıxarmaq üçün torpaq fırçası adam göyün pəncərəsini açanda baş vermiş kimi qeyd olunur. Ağ atlar ordusu göyün pəncərəsi açılanda qaldırılır və bu baş verəndə həqiqi ilə yalançının ayrılığı müəyyən edilir. Həmin ayrılıq Malaki kitabında da göstərilir.</w:t>
      </w:r>
    </w:p>
    <w:p>
      <w:pPr>
        <w:pStyle w:val="ArticleScripture"/>
        <w:jc w:val="left"/>
      </w:pPr>
      <w:r>
        <w:rPr>
          <w:rFonts w:ascii="Times New Roman" w:hAnsi="Times New Roman" w:eastAsia="Times New Roman" w:cs="Times New Roman"/>
        </w:rPr>
        <w:t>Bütün onda birləri anbara gətirin ki, Mənim evimdə azuqə olsun; və bununla Məni indi sınayın, Ordular Rəbbi belə deyir: görəsiniz, göylərin pəncərələrini sizin üçün açmayacağammı və üzərinizə elə bir bərəkət tökməyəcəyəmmi ki, onu qəbul etməyə yer yetməsin. Malaki 3:10.</w:t>
      </w:r>
    </w:p>
    <w:p>
      <w:pPr>
        <w:pStyle w:val="ArticleBody"/>
        <w:jc w:val="left"/>
      </w:pPr>
      <w:r>
        <w:rPr>
          <w:rFonts w:ascii="Times New Roman" w:hAnsi="Times New Roman" w:eastAsia="Times New Roman" w:cs="Times New Roman"/>
        </w:rPr>
        <w:t>Peyğəmbərlərin ruhları peyğəmbərlərə tabedir və Vəhydə Yəhya, Millerin yuxusu və Malaki göylərin pəncərələrinin açıldığı vaxta dair üç şahid təqdim edir. Millerin yuxusunda bu, “gəl və gör” çağırışının omeqasında baş verir. Alfadakı təlaş səpələnmənin başladığı vaxt idi, omeqa isə yığılmanın başladığı vaxtdır.</w:t>
      </w:r>
    </w:p>
    <w:p>
      <w:pPr>
        <w:pStyle w:val="ArticleBody"/>
        <w:jc w:val="left"/>
      </w:pPr>
      <w:r>
        <w:rPr>
          <w:rFonts w:ascii="Times New Roman" w:hAnsi="Times New Roman" w:eastAsia="Times New Roman" w:cs="Times New Roman"/>
        </w:rPr>
        <w:t>Millerin yuxusuna daha dərindən keçməzdən əvvəl, bu yuxu barədə James Whiteın şərhini daxil etmək istəyirik. James White həqiqi cəvahiratları Allahın həqiqi xalqı, saxta cəvahiratları isə pislər kimi müəyyən edir. Mən isə cəvahiratları yanlışa qarşı qoyulan həqiqətlər kimi müəyyən edirəm. Cəvahiratlar da, saxta cəvahiratlar da, yanlışlıq və yalançı xəbərçilərlə qarşılaşdırılan həm ismarıcın özü, həm də ismarıcı gətirənlərdir.</w:t>
      </w:r>
    </w:p>
    <w:p>
      <w:pPr>
        <w:pStyle w:val="ArticleScripture"/>
        <w:jc w:val="left"/>
      </w:pPr>
      <w:r>
        <w:rPr>
          <w:rFonts w:ascii="Times New Roman" w:hAnsi="Times New Roman" w:eastAsia="Times New Roman" w:cs="Times New Roman"/>
        </w:rPr>
        <w:t>“QARDAŞ MİLLERİN YUXUSU In many things our brother was deceived. He was old and worn with arduous labor, and he was subject to depression of spirits; and Charles Fitch, embracing the false doctrine of man’s spiritual reign in the old Jerusalem, had much influence over Brother Miller. This doctrine was just after the cry of 1843. Brother Miller had no sympathy with these views, but they served to weaken his faith in the midnight cry. This and his opposition to the “shut door,” led him to doubt generally. Those who gave this dream can see in this thing Brother Miller’s errors. F. M.”** Bir çox məsələlərdə qardaşımız aldadılmışdı. O, yaşlı idi və ağır zəhmətlə taqətdən düşmüşdü, həm də ruh düşkünlüyünə meyilli idi; və köhnə Yerusəlimdə insanın ruhani hökmranlığına dair yalan təlimi qəbul edən Charles Fitch Qardaş Miller üzərində böyük təsir göstərmişdi. Bu təlim 1843-cü ilin hayqırtısından dərhal sonra meydana çıxmışdı. Qardaş Millerin bu baxışlarla heç bir rəğbəti yox idi, lakin onlar onun gecəyarısı hayqırtısına imanını zəiflətməyə xidmət etmişdi. Bu da və onun “bağlı qapı”ya qarşı çıxması onu ümumən şübhəyə saldı. Bu yuxunu verənlər Qardaş Millerin səhvlərini bu işdə görə bilərlər. F. M.”**</w:t>
      </w:r>
    </w:p>
    <w:p>
      <w:pPr>
        <w:pStyle w:val="ArticleScripture"/>
        <w:jc w:val="left"/>
      </w:pPr>
      <w:r>
        <w:rPr>
          <w:rFonts w:ascii="Times New Roman" w:hAnsi="Times New Roman" w:eastAsia="Times New Roman" w:cs="Times New Roman"/>
        </w:rPr>
        <w:t>“Aşağıdakı yuxu iki ildən artıq bir vaxt əvvəl Advent Herald-da dərc edilmişdi. Mən o zaman gördüm ki, bu yuxu bizim keçmiş ikinci gəliş təcrübəmizi aydın şəkildə göstərir və Allah bu yuxunu pərən-pərən düşmüş sürünün xeyri üçün vermişdir.</w:t>
      </w:r>
    </w:p>
    <w:p>
      <w:pPr>
        <w:pStyle w:val="ArticleScripture"/>
        <w:jc w:val="left"/>
      </w:pPr>
      <w:r>
        <w:rPr>
          <w:rFonts w:ascii="Times New Roman" w:hAnsi="Times New Roman" w:eastAsia="Times New Roman" w:cs="Times New Roman"/>
        </w:rPr>
        <w:t>“Rəbbin böyük və dəhşətli gününün yaxınlaşmasının əlamətləri arasında Allah yuxuları yerləşdirmişdir. Bax: Yoel 2:28–31; Həvarilərin İşləri 2:17–20. Yuxular üç yolla gələ bilər; birincisi, “çox iş-gücün” təsiri ilə. Bax: Vaiz 5:3. İkincisi, Şeytanın murdar ruhu və aldanışı altında olanlar, onun təsiri ilə yuxular görə bilərlər. Bax: Qanunun Təkrarı 8:1–5; Yeremya 23:25–28; 27:9; 29:8; Zəkəriyyə 10:2; Yəhuda 8. Üçüncüsü isə, Allah həmişə Öz xalqını mələklərin və Müqəddəs Ruhun vasitəçiliyi ilə gələn yuxularla az və ya çox dərəcədə öyrətmişdir və hələ də öyrədir. Həqiqətin aydın nurunda duranlar Allahın onlara nə vaxt yuxu verdiyini biləcəklər; belələri yalan yuxularla aldanıb yoldan çıxarılmayacaqlar.”</w:t>
      </w:r>
    </w:p>
    <w:p>
      <w:pPr>
        <w:pStyle w:val="ArticleScripture"/>
        <w:jc w:val="left"/>
      </w:pPr>
      <w:r>
        <w:rPr>
          <w:rFonts w:ascii="Times New Roman" w:hAnsi="Times New Roman" w:eastAsia="Times New Roman" w:cs="Times New Roman"/>
        </w:rPr>
        <w:t>“‘Və O dedi: İndi sözlərimi dinləyin; əgər aranızda bir peyğəmbər varsa, Mən Rəbb ona Özümü görüntüdə bildirərəm və onunla yuxuda danışaram.’ Saylar 12:6. Yaqub dedi: ‘Rəbbin mələyi mənimlə yuxuda danışdı.’ Yaradılış 31:2. ‘Və Allah gecə yuxuda aramilı Lavanın yanına gəldi.’ Yaradılış 31:24. Yusifin yuxularını [Yaradılış 37:5–9] oxuyun, sonra isə onların Misirdə yerinə yetməsinin maraqlı hekayəsini. ‘Givonda Rəbb gecə yuxuda Süleymana göründü.’ 1 Padşahlar 3:5. Danielin ikinci fəslindəki böyük və mühüm heykəl yuxuda verilmişdi, həmçinin yeddinci fəslin dörd vəhşi heyvanı və s. Hirod körpə Xilaskarı məhv etməyə çalışarkən, Yusifə yuxuda xəbərdarlıq edildi ki, Misirə qaçsın. Matta 2:13.</w:t>
      </w:r>
    </w:p>
    <w:p>
      <w:pPr>
        <w:pStyle w:val="ArticleScripture"/>
        <w:jc w:val="left"/>
      </w:pPr>
      <w:r>
        <w:rPr>
          <w:rFonts w:ascii="Times New Roman" w:hAnsi="Times New Roman" w:eastAsia="Times New Roman" w:cs="Times New Roman"/>
        </w:rPr>
        <w:t>“‘Və axır günlərdə belə olacaq, Allah buyurur, Öz Ruhumdan bütün bəşər üzərinə tökəcəyəm; oğullarınız və qızlarınız peyğəmbərlik edəcəklər, cavanlarınız görüntülər görəcək, qocalarınız isə yuxular görəcəklər.’ Həvarilərin işləri 2:17.</w:t>
      </w:r>
    </w:p>
    <w:p>
      <w:pPr>
        <w:pStyle w:val="ArticleScripture"/>
        <w:jc w:val="left"/>
      </w:pPr>
      <w:r>
        <w:rPr>
          <w:rFonts w:ascii="Times New Roman" w:hAnsi="Times New Roman" w:eastAsia="Times New Roman" w:cs="Times New Roman"/>
        </w:rPr>
        <w:t>“Peyğəmbərlik ənamı, yuxular və görüntülər vasitəsilə, burada Müqəddəs Ruhun bəhrəsidir və axır günlərdə bir əlamət təşkil edəcək dərəcədə kifayət qədər təzahür etməlidir. Bu, İncil kilsəsinin ənamlarından biridir.</w:t>
      </w:r>
    </w:p>
    <w:p>
      <w:pPr>
        <w:pStyle w:val="ArticleScripture"/>
        <w:jc w:val="left"/>
      </w:pPr>
      <w:r>
        <w:rPr>
          <w:rFonts w:ascii="Times New Roman" w:hAnsi="Times New Roman" w:eastAsia="Times New Roman" w:cs="Times New Roman"/>
        </w:rPr>
        <w:t>“‘Və O, bəzilərini həvarilər, bəzilərini PEYĞƏMBƏRLƏR, bəzilərini müjdəçilər, bəzilərini isə çobanlar və müəllimlər təyin etdi; müqəddəslərin kamilləşdirilməsi, xidmət işinin görülməsi, Məsihin bədəninin möhkəmləndirilməsi üçün.’ Efeslilərə 4:11, 12.</w:t>
      </w:r>
    </w:p>
    <w:p>
      <w:pPr>
        <w:pStyle w:val="ArticleScripture"/>
        <w:jc w:val="left"/>
      </w:pPr>
      <w:r>
        <w:rPr>
          <w:rFonts w:ascii="Times New Roman" w:hAnsi="Times New Roman" w:eastAsia="Times New Roman" w:cs="Times New Roman"/>
        </w:rPr>
        <w:t>“‘Və Allah kilsədə bəzilərini təyin etmişdir: əvvəlcə həvarilər, ikinci olaraq PEYĞƏMBƏRLƏR,’ və s. 1 Korinflilərə 12:28. ‘PEYĞƏMBƏRLİKLƏRƏ həqarətlə baxmayın.’ 1 Saloniklilərə 5:20. Həmçinin baxın: Həvarilərin İşləri 13:1; 21:9; Romalılara 7:6; 1 Korinflilərə 14:1, 24, 39. Peyğəmbərlər və ya peyğəmbərliklər Məsihin kilsəsinin möhkəmləndirilməsi üçündür; və Allahın Kəlamından onların müjdəçilərdən, çobanlardan və müəllimlərdən əvvəl dayanmalı olduğuna dair irəli sürülə biləcək heç bir dəlil yoxdur. Lakin etiraz edən deyir: ‘Bu qədər çox yalançı görüntülər və yuxular olmuşdur ki, mən bu cür şeylərin heç birinə etibar edə bilmirəm.’ Doğrudur ki, Şeytanın öz saxtası vardır. Onun həmişə yalançı peyğəmbərləri olmuşdur və şübhəsiz, aldatma və zəfərin bu son saatında indi də onları gözləyə bilərik. Belə xüsusi vəhyləri, saxtası mövcud olduğu üçün rədd edənlər, eyni dərəcədə əsasla bir az da irəli gedib Allahın insana yuxuda və ya görüntüdə nə vaxtsa Özünü aşkar etdiyini də inkar edə bilərlər, çünki saxta həmişə mövcud olmuşdur.”</w:t>
      </w:r>
    </w:p>
    <w:p>
      <w:pPr>
        <w:pStyle w:val="ArticleScripture"/>
        <w:jc w:val="left"/>
      </w:pPr>
      <w:r>
        <w:rPr>
          <w:rFonts w:ascii="Times New Roman" w:hAnsi="Times New Roman" w:eastAsia="Times New Roman" w:cs="Times New Roman"/>
        </w:rPr>
        <w:t>“Yuxular və görüntülər Allahın Özünü insana aşkar etdiyi vasitədir. O, peyğəmbərlərlə bu vasitə ilə danışmışdır; peyğəmbərlik ənamını İncil kilsəsinin ənamları arasında yerləşdirmiş və yuxularla görüntüləri ‘AXIR GÜNLƏR’in digər əlamətləri ilə bir sıraya qoymuşdur.” Amin.</w:t>
      </w:r>
    </w:p>
    <w:p>
      <w:pPr>
        <w:pStyle w:val="ArticleScripture"/>
        <w:jc w:val="left"/>
      </w:pPr>
      <w:r>
        <w:rPr>
          <w:rFonts w:ascii="Times New Roman" w:hAnsi="Times New Roman" w:eastAsia="Times New Roman" w:cs="Times New Roman"/>
        </w:rPr>
        <w:t>“Yuxarıdakı qeydlərdə məqsədim etirazları Müqəddəs Yazılara uyğun bir şəkildə aradan qaldırmaq və oxucunun zehnini aşağıdakılar üçün hazırlamaq olmuşdur.</w:t>
      </w:r>
    </w:p>
    <w:p>
      <w:pPr>
        <w:pStyle w:val="ArticleScripture"/>
        <w:jc w:val="left"/>
      </w:pPr>
      <w:r>
        <w:rPr>
          <w:rFonts w:ascii="Times New Roman" w:hAnsi="Times New Roman" w:eastAsia="Times New Roman" w:cs="Times New Roman"/>
        </w:rPr>
        <w:t>“UİLYAM MİLLER,</w:t>
      </w:r>
    </w:p>
    <w:p>
      <w:pPr>
        <w:pStyle w:val="ArticleScripture"/>
        <w:jc w:val="left"/>
      </w:pPr>
      <w:r>
        <w:rPr>
          <w:rFonts w:ascii="Times New Roman" w:hAnsi="Times New Roman" w:eastAsia="Times New Roman" w:cs="Times New Roman"/>
        </w:rPr>
        <w:t>“Low Hampton, N. Y. 3 dekabr 1847.” Ceyms Uayt, Qardaş Millerin Yuxusu, 1–6.</w:t>
      </w:r>
    </w:p>
    <w:p>
      <w:pPr>
        <w:pStyle w:val="ArticleScripture"/>
        <w:jc w:val="left"/>
      </w:pPr>
      <w:r>
        <w:rPr>
          <w:rFonts w:ascii="Times New Roman" w:hAnsi="Times New Roman" w:eastAsia="Times New Roman" w:cs="Times New Roman"/>
        </w:rPr>
        <w:t>“1. ‘Sandıq’ Rəbbimiz İsa Məsihin ikinci gəlişi ilə bağlı Müqəddəs Kitabın böyük həqiqətlərini təmsil edir; bu həqiqətlər dünyaya nəşr olunmaq üçün Qardaş Millerə verilmişdi.</w:t>
      </w:r>
    </w:p>
    <w:p>
      <w:pPr>
        <w:pStyle w:val="ArticleScripture"/>
        <w:jc w:val="left"/>
      </w:pPr>
      <w:r>
        <w:rPr>
          <w:rFonts w:ascii="Times New Roman" w:hAnsi="Times New Roman" w:eastAsia="Times New Roman" w:cs="Times New Roman"/>
        </w:rPr>
        <w:t>“2. ‘Bağlı açar’ onun peyğəmbərlik Kəlamını şərh etmə tərzi idi — ayəni ayə ilə müqayisə etmək; Müqəddəs Kitab özünün təfsirçisidir. Qardaş Miller bu açarla ‘sandığı’, yaxud gəlişə dair böyük həqiqəti dünya üçün açdı.</w:t>
      </w:r>
    </w:p>
    <w:p>
      <w:pPr>
        <w:pStyle w:val="ArticleScripture"/>
        <w:jc w:val="left"/>
      </w:pPr>
      <w:r>
        <w:rPr>
          <w:rFonts w:ascii="Times New Roman" w:hAnsi="Times New Roman" w:eastAsia="Times New Roman" w:cs="Times New Roman"/>
        </w:rPr>
        <w:t>“3. ‘Mücrüdə öz yerlərində belə gözəl düzülmüş’ ‘hər cür və hər ölçüdən olan’ ‘ləl-cəvahirat, almazlar və s.’ Allahın övladlarını [Malaki 3:17] təmsil edir; onlar bütün kilsələrdən və həyatın demək olar ki, hər bir məqamından və şəraitindən olub, advent imanını qəbul etmiş və müqəddəs həqiqət işində öz mövqelərində cəsarətlə dayandıqları görünmüşdülər. Onlar bu nizam daxilində hərəkət edərkən, hər biri öz vəzifəsinə diqqət yetirib Allahın önündə təvazökarlıqla yeriyərkən, dünyaya ‘bir nur və izzət’ əks etdirirdilər ki, buna yalnız həvarilərin günlərindəki kilsə bərabər ola bilərdi. Xəbər [Vəhy 14:6,7] sanki küləyin qanadları üzərində yayılırdı və dəvət, ‘Gəlin, çünki artıq hər şey hazırdır’ [Luka 14:17], qüvvə və təsirlə hər yana yayılırdı.</w:t>
      </w:r>
    </w:p>
    <w:p>
      <w:pPr>
        <w:pStyle w:val="ArticleScripture"/>
        <w:jc w:val="left"/>
      </w:pPr>
      <w:r>
        <w:rPr>
          <w:rFonts w:ascii="Times New Roman" w:hAnsi="Times New Roman" w:eastAsia="Times New Roman" w:cs="Times New Roman"/>
        </w:rPr>
        <w:t>“4. ‘İnsanlar gəlməyə başladılar; əvvəlcə sayca az idilər, lakin get-gedə izdihama çevrildilər.’ Qardaş Miller və daha bir neçə nəfər tərəfindən gəliş doktrinası ilk dəfə vəz ediləndə, bunun təsiri çox az oldu və onun vasitəsilə oyadılanların sayı da çox az idi; lakin 1840-cı ildən 1844-cü ilə qədər, harada vəz edilirdisə, bütün cəmiyyət hərəkətə gətirilirdi.</w:t>
      </w:r>
    </w:p>
    <w:p>
      <w:pPr>
        <w:pStyle w:val="ArticleScripture"/>
        <w:jc w:val="left"/>
      </w:pPr>
      <w:r>
        <w:rPr>
          <w:rFonts w:ascii="Times New Roman" w:hAnsi="Times New Roman" w:eastAsia="Times New Roman" w:cs="Times New Roman"/>
        </w:rPr>
        <w:t>“5. Uçan mələk [Vəhy 14:6–7] əbədi müjdəni ilk dəfə təbliğ etməyə başlayanda, “Allahdan qorxun və Ona izzət verin; çünki Onun hökm saatı gəlib çatmışdır”, bir çoxları İsanın gəlişini və bərpanı nəzərdə tutaraq sevincdən hayqırdılar; lakin sonradan, az əvvəl onları sevinclə doldurmuş həqiqətə qarşı çıxdılar, onu məsxərəyə qoydular və lağa qoydular. Onlar cəvahiratları narahat etdilər və səpələdilər. Bu isə bizi 1844-cü ilin payızına, səpələnmə vaxtının başlandığı dövrə gətirir.</w:t>
      </w:r>
    </w:p>
    <w:p>
      <w:pPr>
        <w:pStyle w:val="ArticleScripture"/>
        <w:jc w:val="left"/>
      </w:pPr>
      <w:r>
        <w:rPr>
          <w:rFonts w:ascii="Times New Roman" w:hAnsi="Times New Roman" w:eastAsia="Times New Roman" w:cs="Times New Roman"/>
        </w:rPr>
        <w:t>“Bunu yadda saxlayın: qiymətli daşları narahat edib səpələyənlər vaxtilə «sevincdən hayqıranlar» idi. Və 1844-cü ildən bəri sürünü bir zamanlar həqiqəti təbliğ edib onda sevinən, lakin sonradan Allahın işini və keçmiş advent təcrübəmizdə peyğəmbərliyin yerinə yetməsini inkar etmiş olanlar qədər təsirli şəkildə heç kəs səpələməmiş və onları azdırmamışdır.”</w:t>
      </w:r>
    </w:p>
    <w:p>
      <w:pPr>
        <w:pStyle w:val="ArticleScripture"/>
        <w:jc w:val="left"/>
      </w:pPr>
      <w:r>
        <w:rPr>
          <w:rFonts w:ascii="Times New Roman" w:hAnsi="Times New Roman" w:eastAsia="Times New Roman" w:cs="Times New Roman"/>
        </w:rPr>
        <w:t>“6. Əsl olanların arasına səpələnmiş ‘saxta cəvahiratlar və saxta sikkələr’ 1844-cü ildən bəri yalançı imanlıları, yaxud ‘yad övladları’ [Hosea 5:7] aydın şəkildə təmsil edir.</w:t>
      </w:r>
    </w:p>
    <w:p>
      <w:pPr>
        <w:pStyle w:val="ArticleScripture"/>
        <w:jc w:val="left"/>
      </w:pPr>
      <w:r>
        <w:rPr>
          <w:rFonts w:ascii="Times New Roman" w:hAnsi="Times New Roman" w:eastAsia="Times New Roman" w:cs="Times New Roman"/>
        </w:rPr>
        <w:t>“7. ‘Torpaq və yonqar, qum və hər cür zibil’ 1844-cü ilin payızından bəri ikinci gəlişə iman edənlərin arasına daxil edilmiş müxtəlif və çoxsaylı səhvləri təmsil edir. Burada onlardan bir neçəsinə toxunacağam.</w:t>
      </w:r>
    </w:p>
    <w:p>
      <w:pPr>
        <w:pStyle w:val="ArticleScripture"/>
        <w:jc w:val="left"/>
      </w:pPr>
      <w:r>
        <w:rPr>
          <w:rFonts w:ascii="Times New Roman" w:hAnsi="Times New Roman" w:eastAsia="Times New Roman" w:cs="Times New Roman"/>
        </w:rPr>
        <w:t>“1. ‘Çobanlar’dan bəzilərinin Gecəyarısı fəryadı verildikdən dərhal sonra təkəbbürlə tutduqları mövqe bu idi ki, yeddinci ay hərəkatını müşayiət edən Müqəddəs Ruhun ciddi qəlb-yumşaldan qüvvəsi mesmerik bir təsir imiş. George Storrs bu mövqeyi tutan ilk şəxslərdən idi. Buna dair onun 1844-cü ilin sonlarında, o zaman New York şəhərində nəşr olunan Midnight-Cry-da çap edilən yazılarına baxın. J. V. Himes 1845-ci ilin yazında Albany Konfransında dedi ki, yeddinci ay hərəkatı yeddi fut dərinliyində mesmerizm hasil etmişdir. Bunu mənə orada iştirak etmiş və həmin sözü eşitmiş bir şəxs söylədi. Yeddinci ay fəryadında fəal iştirak etmiş başqaları isə sonradan həmin hərəkatı İblisin işi adlandırmışlar. Məsihin və Müqəddəs Ruhun işini İblisə aid etmək Xilaskarımızın günlərində küfr idi, indi də küfrdür. 2. Müəyyən vaxt barəsində edilən çoxsaylı təcrübələr. 2300 gün 1844-cü ildə başa çatdıqdan sonra, onların sonu üçün müxtəlif şəxslər tərəfindən xeyli sayda vaxtlar təyin edilmişdir. Onlar bunu etməklə ‘sərhəd nişanələri’ni yerindən qaldırmış və bütün advent hərəkatının üzərinə qaranlıq və şübhə salmışlar. 3. Bütün xəyalat və ifratları ilə birlikdə spiritizm. Ölümə aparan dəhşətli bir iş görmüş bu İblis hiyləsi çox münasib surətdə ‘yonqarlar’ və ‘hər cür zibil’ ilə təmsil olunur. Spiritizmin zəhərini içinə çəkənlərin bir çoxu keçmiş advent təcrübəmizin həqiqətini qəbul etmişdi və məhz bu fakt üzündən çoxları belə bir qənaətə gətirilmişdir ki, spiritizm 1843 və 1844-cü illərdə Allahın böyük advent hərəkatlarına rəhbərlik etdiyinə inanmağın təbii bəhrəsi imiş. Peter, ‘məhvedici bidətləri araya gətirəcək, hətta onları satın almış Rəbbi də inkar edəcək’ olanlardan danışaraq deyir: ‘ONLARA GÖRƏ HƏQİQƏT YOLU PİSLƏNƏCƏKDİR.’ 4. S. S. Snow özünü ‘Peyğəmbər İlyas’ adlandıraraq bunu iddia etmişdir. Bu adam öz qəribə və vəhşi gedişatında bu ölüm işində öz rolunu da oynamışdır və onun tutduğu yol çoxlu səmimi canların nəzərində gözləyən müqəddəslər üçün olan həqiqi mövqeyi etibardan salmağa meyl göstərmişdir.”</w:t>
      </w:r>
    </w:p>
    <w:p>
      <w:pPr>
        <w:pStyle w:val="ArticleScripture"/>
        <w:jc w:val="left"/>
      </w:pPr>
      <w:r>
        <w:rPr>
          <w:rFonts w:ascii="Times New Roman" w:hAnsi="Times New Roman" w:eastAsia="Times New Roman" w:cs="Times New Roman"/>
        </w:rPr>
        <w:t>“Səhvlərin bu siyahısına mən daha bir çoxlarını da əlavə edə bilərəm; məsələn, Vəhy 20:4, 7-dəki “min il”in keçmişdə olması, Vəhy 7:4; 14:1-dəki 144.000, Məsihin dirilməsindən sonra “qalxıb qəbirlərdən çıxanlar”, işsiz-doqma, körpələrin məhv edilməsi doktrinası və s. və s. Bu səhvlər o qədər canfəşanlıqla yayılır və gözləyən sürüyə təlqin olunurdu ki, Qardaş Miller yuxunu gördüyü zaman həqiqi cəvahiratlar “gözdən uzaqlaşdırılmışdı” və peyğəmbərin sözləri tətbiq edilə bilirdi — “Məhkəmə geri çevrilmişdir, ədalət isə uzaqda durmuşdur” və s. və s. Bax: Yeşaya 56:14.”</w:t>
      </w:r>
    </w:p>
    <w:p>
      <w:pPr>
        <w:pStyle w:val="ArticleScripture"/>
        <w:jc w:val="left"/>
      </w:pPr>
      <w:r>
        <w:rPr>
          <w:rFonts w:ascii="Times New Roman" w:hAnsi="Times New Roman" w:eastAsia="Times New Roman" w:cs="Times New Roman"/>
        </w:rPr>
        <w:t>“O vaxt ölkədə indiki həqiqətin işini müdafiə edən bir advent qəzeti yox idi. ‘Day-Dawn’ kiçik sürünün doğru mövqeyini müdafiə edən sonuncu nəşr idi; lakin Rəbb Qardaş Millerə bu yuxunu verməzdən bir neçə ay əvvəl o da sönüb getdi; və son canvermə çırpınışında yorğun, ah-nalə edən müqəddəsləri onların son qurtuluşlarının vaxtı kimi, o zaman hələ gələcəkdə otuz il uzaqda olan 1877-ci ilə yönəltdi. Vay! vay! Təəccüblü deyil ki, Qardaş Miller yuxusunda şeylərin bu kədərli halı üzərində ‘oturub ağladı’.”</w:t>
      </w:r>
    </w:p>
    <w:p>
      <w:pPr>
        <w:pStyle w:val="ArticleScripture"/>
        <w:jc w:val="left"/>
      </w:pPr>
      <w:r>
        <w:rPr>
          <w:rFonts w:ascii="Times New Roman" w:hAnsi="Times New Roman" w:eastAsia="Times New Roman" w:cs="Times New Roman"/>
        </w:rPr>
        <w:t>“8. Sandıq, qardaş Millerin on bakirə məsəli ilə göstərildiyi kimi dünyaya bəyan etdiyi advent həqiqətini təmsil edir. Matta 25:1–11. Birincisi vaxt, 1843; ikincisi gecikmə vaxtı; üçüncüsü gecə yarısı nidası, yeddinci ayda, 1844; və dördüncüsü bağlı qapı. 1843-cü ildən bəri İkinci Gəliş qəzetlərini oxumuş heç kəs inkar etməz ki, qardaş Miller advent tarixinin bu dörd mühüm məqamını müdafiə etmişdir. Həqiqətin bu ahəngdar sistemi, yaxud “sandıq”, öz təcrübələrini rədd etmiş və qardaş Millerlə birlikdə dünyaya belə cəsarətlə təbliğ etdikləri həqiqətlərin məhz özünü inkar etmiş olanlar tərəfindən parça-parça edilmiş və zibil yığını arasına səpələnmişdir.”</w:t>
      </w:r>
    </w:p>
    <w:p>
      <w:pPr>
        <w:pStyle w:val="ArticleScripture"/>
        <w:jc w:val="left"/>
      </w:pPr>
      <w:r>
        <w:rPr>
          <w:rFonts w:ascii="Times New Roman" w:hAnsi="Times New Roman" w:eastAsia="Times New Roman" w:cs="Times New Roman"/>
        </w:rPr>
        <w:t>“9. ‘Çirkli fırça’lı adam üçüncü mələyin xəbəri [Vəhy 14:9–12] vasitəsilə ortaya qoyulan indiki həqiqətin aydın işığını təmsil edir; bu işıq indi səhvləri qalıq xalqın arasından təmizləyib uzaqlaşdırır. İndiki həqiqət işi 1848-ci ilin yazında yenidən canlanmağa başladı və o vaxtdan bu günədək yüksələrək qüvvət qazanmışdır. ‘Çirkli fırça’ hərəkətdə olmuşdur və səhvlər həqiqətin aydın işığı qarşısında aradan çəkilmişdir; çox da qısa bir müddət əvvəl qaranlıq və səhv tərəfindən örtülərək gözdən uzaq saxlanmış qiymətli cəvahiratlardan bəziləri isə indi indiki həqiqətin aydın işığında durur.”</w:t>
      </w:r>
    </w:p>
    <w:p>
      <w:pPr>
        <w:pStyle w:val="ArticleScripture"/>
        <w:jc w:val="left"/>
      </w:pPr>
      <w:r>
        <w:rPr>
          <w:rFonts w:ascii="Times New Roman" w:hAnsi="Times New Roman" w:eastAsia="Times New Roman" w:cs="Times New Roman"/>
        </w:rPr>
        <w:t>“Ləl-cəvahiratın üzə çıxarılması və yanlışlığın aradan təmizlənməsi işi sürətlə artır və bütün müqəddəslər tamamilə araşdırılıb diri Allahın möhürünü alana qədər getdikcə artan qüvvə ilə irəliləməyə məhkumdur. Bunu Yezekelin otuz dördüncü fəsli ilə müqayisə edin və görəcəksiniz ki, Allah 1844-cü ildən bəri bu qaranlıq və buludlu gündə dağılmış sürüsünü toplamağı vəd etmişdir. İsa gəlməzdən əvvəl “kiçik sürü” “imanın birliyinə” toplanacaqdır. İsa indi “özü üçün xeyirxah işlərə qeyrətli, seçilmiş bir xalqı” paklayır və O gəldiyi zaman “üzərində ləkə, qırış və ya buna bənzər bir şey olmayan” Öz “kilsəsini” tapacaqdır. “Kürəyi Onun əlindədir və O, xırmanını tamamilə təmizləyəcək, buğdasını isə anbara yığacaqdır və s.” Matta 3:12.</w:t>
      </w:r>
    </w:p>
    <w:p>
      <w:pPr>
        <w:pStyle w:val="ArticleScripture"/>
        <w:jc w:val="left"/>
      </w:pPr>
      <w:r>
        <w:rPr>
          <w:rFonts w:ascii="Times New Roman" w:hAnsi="Times New Roman" w:eastAsia="Times New Roman" w:cs="Times New Roman"/>
        </w:rPr>
        <w:t>“10. Səpələnmiş «cavahirat», «almazlar» və sikkələrin içərisinə toplandığı, «əvvəlkindən xeyli böyük və daha gözəl olan ikinci sandıq», səpələnmiş sürünün, yəni yaşayan Allahın möhürünə malik olanların hamısının — 144.000 nəfərin — toplanacağı yaşayan indiki həqiqətin geniş sahəsini təmsil edir. O qiymətli almazların bir dənəsi belə qaranlıqda qalmayacaq. Baxmayaraq ki, bəziləri sancaq ucundan da böyük deyildir, yenə də onlar nəzərdən qaçırılmayacaq və Allahın Öz cavahiratını topladığı bu gündə kənarda buraxılmayacaqlar. [Malaki 3:16–18] O, Öz mələklərini göndərə və Lutu Sodomdan çıxardığı kimi onları da tələsik çıxara bilər. «Rəbb yer üzündə qısa bir iş görəcək». «Onu salehliklə qısaldacaq». Bax: Romalılara 9:28.” James White, Brother Millerin Yuxusuna Qeydlər.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Otuz Beşinci Sayı</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