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Qırx İkinci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Qırx İki Sayı</w:t>
      </w:r>
    </w:p>
    <w:p>
      <w:pPr>
        <w:pStyle w:val="ArticleBody"/>
        <w:jc w:val="left"/>
      </w:pPr>
      <w:r>
        <w:rPr>
          <w:rFonts w:ascii="Times New Roman" w:hAnsi="Times New Roman" w:eastAsia="Times New Roman" w:cs="Times New Roman"/>
        </w:rPr>
        <w:t>Levililər iyirmi üçüncü fəslin, Məsihin xəttinə uyğun olaraq, bahar bayramlarının öz antitipini tapdığı xəttlə əlaqədə, iyirmi iki ayədən ibarət iki bərabər sətirə bölündüyü zaman, biz belə bir xətti göstərə bilərik ki, o, cümə axşamının Pasxasının, Şənbə gününün mayasız çörəyinin və həftənin birinci günündə ilk məhsulların üç mərhələsi ilə başlanır. Bu, Məsihin vəftizi ilə təmsil olunduğu kimi, bir yol nişanəsidir, lakin həmin bir yol nişanəsinin üç mərhələsi vardır.</w:t>
      </w:r>
    </w:p>
    <w:p>
      <w:pPr>
        <w:pStyle w:val="ArticleBody"/>
        <w:jc w:val="left"/>
      </w:pPr>
      <w:r>
        <w:rPr>
          <w:rFonts w:ascii="Times New Roman" w:hAnsi="Times New Roman" w:eastAsia="Times New Roman" w:cs="Times New Roman"/>
        </w:rPr>
        <w:t>Dirilmədən başlayıb gələcəyə doğru qırx gün irəlilədikdə, bir dönüş nöqtəsinə çatırıq; çünki məhz o zaman Məsih üz-üzə öyrətməyə son verib buludlar içində göyə yüksəldi. Yüz qırx dörd min nəfər də buludlar içində göyə yüksəlir.</w:t>
      </w:r>
    </w:p>
    <w:p>
      <w:pPr>
        <w:pStyle w:val="ArticleScripture"/>
        <w:jc w:val="left"/>
      </w:pPr>
      <w:r>
        <w:rPr>
          <w:rFonts w:ascii="Times New Roman" w:hAnsi="Times New Roman" w:eastAsia="Times New Roman" w:cs="Times New Roman"/>
        </w:rPr>
        <w:t>Və onlar göydən özlərinə deyilən uca bir səsi eşitdilər: “Bura qalxın”. Onlar bulud içində göyə qalxdılar; düşmənləri də onları gördü. Həmin saat böyük bir zəlzələ oldu, şəhərin onda biri uçdu, zəlzələdə yeddi min adam öldü; qalanlar isə qorxuya düşüb göylərin Allahına izzət verdilər. İkinci vay keçdi; bax, üçüncü vay tez gəlir. Yeddinci mələk şeypur çaldı; və göydə uca səslər eşidildi ki, deyirdilər: “Bu dünyanın səltənətləri Rəbbimizin və Onun Məsihinin səltənətlərinə çevrildi; O, əbədi olaraq hökmranlıq edəcək”. Vəhy 11:12–15.</w:t>
      </w:r>
    </w:p>
    <w:p>
      <w:pPr>
        <w:pStyle w:val="ArticleBody"/>
        <w:jc w:val="left"/>
      </w:pPr>
      <w:r>
        <w:rPr>
          <w:rFonts w:ascii="Times New Roman" w:hAnsi="Times New Roman" w:eastAsia="Times New Roman" w:cs="Times New Roman"/>
        </w:rPr>
        <w:t>İkinci və üçüncü vay İslamdır, yeddinci mələk isə üçüncü vaydır; bu da yenə İslamdır. Üçüncü vay zəlzələ zamanı tez gəlir. Zəlzələ ABŞ-da bazar günü qanunudur; ABŞ Vəhy on üçün torpaq vəhşisidir və bazar günü qanunu sarsıntıdır, yəni zəlzələdir. Torpaq vəhşisi on padşahın başlıca padşahıdır və ABŞ bazar günü qanunu zamanı devrildikdə, şəhərin onda bir hissəsi yıxılmış olacaq. Bazar günü qanununun olduğu həmin saatda, İlyas və Musa ilə təmsil olunan iki şahid, Məsihlə birlikdə Peter, Yaqub və Yəhyaya dəyişmiş surətdə görünən həmin iki şahid, bulud içində göyə qaldırılır və hamı görür, çünki düşmənləri onlara baxdılar.</w:t>
      </w:r>
    </w:p>
    <w:p>
      <w:pPr>
        <w:pStyle w:val="ArticleBody"/>
        <w:jc w:val="left"/>
      </w:pPr>
      <w:r>
        <w:rPr>
          <w:rFonts w:ascii="Times New Roman" w:hAnsi="Times New Roman" w:eastAsia="Times New Roman" w:cs="Times New Roman"/>
        </w:rPr>
        <w:t>Dirilmədən qırx gün sonra İsa buludlar içində “göylərə qalxdı” və yuxarı otaqda on günlük dövr başlandı. Göylərə qalxma, üç mələkdən ikincisi kimi, gözlə görünən bir sınaqdır. Onun göylərə qalxması zamanı mələklər bəyan etdilər ki, O, necə buludlarla göylərə qalxdısa, eləcə də buludlarla geri qayıdacaq.</w:t>
      </w:r>
    </w:p>
    <w:p>
      <w:pPr>
        <w:pStyle w:val="ArticleScripture"/>
        <w:jc w:val="left"/>
      </w:pPr>
      <w:r>
        <w:rPr>
          <w:rFonts w:ascii="Times New Roman" w:hAnsi="Times New Roman" w:eastAsia="Times New Roman" w:cs="Times New Roman"/>
        </w:rPr>
        <w:t>O bunları söylədikdən sonra, onlar baxıb durarkən, O yuxarı qaldırıldı; və bir bulud Onu onların gözündən gizlədib qəbul etdi. O yuxarı qalxarkən onlar gözlərini göyə zilləyib baxdıqları zaman, budur, ağ libaslı iki kişi onların yanında durdu; onlar da dedilər: Ey Cəliləli kişilər, nə üçün durub göyə baxırsınız? Sizin aranızdan göyə götürülən elə həmin İsa, Onun göyə getdiyini necə görmüsünüzsə, eyni qayda ilə yenə gələcəkdir. Həv. 1:9–11.</w:t>
      </w:r>
    </w:p>
    <w:p>
      <w:pPr>
        <w:pStyle w:val="ArticleBody"/>
        <w:jc w:val="left"/>
      </w:pPr>
      <w:r>
        <w:rPr>
          <w:rFonts w:ascii="Times New Roman" w:hAnsi="Times New Roman" w:eastAsia="Times New Roman" w:cs="Times New Roman"/>
        </w:rPr>
        <w:t>Onun İkinci Gəlişində qayıdışı Öz Padşahlığının “izzəti” içindədir.</w:t>
      </w:r>
    </w:p>
    <w:p>
      <w:pPr>
        <w:pStyle w:val="ArticleScripture"/>
        <w:jc w:val="left"/>
      </w:pPr>
      <w:r>
        <w:rPr>
          <w:rFonts w:ascii="Times New Roman" w:hAnsi="Times New Roman" w:eastAsia="Times New Roman" w:cs="Times New Roman"/>
        </w:rPr>
        <w:t>Buna görə də, kim bu zinakar və günahkar nəsil içində Məndən və Mənim sözlərimdən utanarsa, İnsan Oğlu da Öz Atasının izzəti içində müqəddəs mələklərlə gələndə ondan utanacaq. Mark 8:38.</w:t>
      </w:r>
    </w:p>
    <w:p>
      <w:pPr>
        <w:pStyle w:val="ArticleBody"/>
        <w:jc w:val="left"/>
      </w:pPr>
      <w:r>
        <w:rPr>
          <w:rFonts w:ascii="Times New Roman" w:hAnsi="Times New Roman" w:eastAsia="Times New Roman" w:cs="Times New Roman"/>
        </w:rPr>
        <w:t>Eyni bu “izzət”i Peter, Yaqub və Yəhya Təcəlli Dağında gördülər. Təcəlli Dağı da ikinci bir addım idi; ondan əvvəl Qeysəriyyə Filippi, ondan sonra isə Qeysəriyyə Maritima gəlirdi. İkinci sınaq həmçinin vəhşi heyvanın surəti sınağıdır; elə bir sınaq ki, vəhşi heyvanın surətinin formalaşmaqda olduğunu peyğəmbərlik baxımından tanımağı tələb edir. İkinci sınaq həm də Melzarın Danieli və onun dostlarını, paxlalı yeyməyənlərlə simalarını müqayisə etmək üçün yoxlamasıdır. Bu, vizual bir sınaqdır. İbrahimin əhd tarixinin üç əhd addımında ikinci addım sünnətin “əlaməti” idi. İkinci addım Allahın xalqının bayraq kimi ucaldılarkən möhürlənməsini təmsil edir. “İzzət”in zahir olduğu yer ikinci addımdır, çünki birinci mələyin üç addımı qorxu, “izzət” və hökmüdür. Əllinci gün mövsümünün qırxıncı günü Təcəlli Dağı ilə uyğunlaşır. Ayaqqabılarını çıxar, çünki müqəddəs torpaq üzərindəsən.</w:t>
      </w:r>
    </w:p>
    <w:p>
      <w:pPr>
        <w:pStyle w:val="ArticleBody"/>
        <w:jc w:val="left"/>
      </w:pPr>
      <w:r>
        <w:rPr>
          <w:rFonts w:ascii="Times New Roman" w:hAnsi="Times New Roman" w:eastAsia="Times New Roman" w:cs="Times New Roman"/>
        </w:rPr>
        <w:t>Göyə yüksəliş vizual bir sınaqdır və bayramlar silsiləsində qırxıncı gün mərhələsindəki göyə yüksəlişdən əvvəl beş gün Trubalar bayramı gəlir. Trubalar bayramı yeddinci trubanın xəbərdarlığını müəyyən edir ki, bu da İslamın xəbərdarlığıdır.</w:t>
      </w:r>
    </w:p>
    <w:p>
      <w:pPr>
        <w:pStyle w:val="ArticleBody"/>
        <w:jc w:val="left"/>
      </w:pPr>
      <w:r>
        <w:rPr>
          <w:rFonts w:ascii="Times New Roman" w:hAnsi="Times New Roman" w:eastAsia="Times New Roman" w:cs="Times New Roman"/>
        </w:rPr>
        <w:t>Yüksəliş şeypurlardan beş gün sonra baş verir, sonra isə yüksəlişdən beş gün sonra Kəffarə Günü mühakiməni işarələyir. Şeypur qədim yollardır; o, Laodikiya xəbəridir, İslamdır və birinci mələyin təməl xəbəridir. Beş gün sonra, “üz-üzə” təlim başa çatdıqda, ikinci mələyin ikinci vizual sınağı yüksəlişlə işarələnir. Bundan beş gün sonra isə mühakimə üçüncü mələyi işarələyir.</w:t>
      </w:r>
    </w:p>
    <w:p>
      <w:pPr>
        <w:pStyle w:val="ArticleBody"/>
        <w:jc w:val="left"/>
      </w:pPr>
      <w:r>
        <w:rPr>
          <w:rFonts w:ascii="Times New Roman" w:hAnsi="Times New Roman" w:eastAsia="Times New Roman" w:cs="Times New Roman"/>
        </w:rPr>
        <w:t>Allahın evinə hökm başa çatdıqdan beş gün sonra, Pentikost Günü ilə işarələnmiş şəkildə hökm Amerika Birləşmiş Ştatlarının üzərinə gəlir.</w:t>
      </w:r>
    </w:p>
    <w:p>
      <w:pPr>
        <w:pStyle w:val="ArticleScripture"/>
        <w:jc w:val="left"/>
      </w:pPr>
      <w:r>
        <w:rPr>
          <w:rFonts w:ascii="Times New Roman" w:hAnsi="Times New Roman" w:eastAsia="Times New Roman" w:cs="Times New Roman"/>
        </w:rPr>
        <w:t>Və O, Abrama dedi: Qəti bil ki, sənin nəslin özlərinə məxsus olmayan bir ölkədə qərib olacaq, onlara qulluq edəcək; və onlar dörd yüz il onları əzəcəklər; həm də qulluq edəcəkləri o milləti Mən mühakimə edəcəyəm; və bundan sonra onlar böyük sərvətlə çıxacaqlar. Yaradılış 15:13, 14.</w:t>
      </w:r>
    </w:p>
    <w:p>
      <w:pPr>
        <w:pStyle w:val="ArticleBody"/>
        <w:jc w:val="left"/>
      </w:pPr>
      <w:r>
        <w:rPr>
          <w:rFonts w:ascii="Times New Roman" w:hAnsi="Times New Roman" w:eastAsia="Times New Roman" w:cs="Times New Roman"/>
        </w:rPr>
        <w:t>Birləşmiş Ştatların “xalq”ının mühakimə olunduğu bazar günü qanunu zamanı yüz qırx dörd minin malik olduğu “böyük sərvət”, İşaia peyğəmbərin altıncı fəslindəki, İlahiliyi təmsil edən sərvətdir. İbrahimin əhd peyğəmbərliyi “həm də o xalq” deyir və bununla Allahın xalqının bazar günü qanunundan əvvəl möhürləndiyini müəyyən edir. Sonra bazar günü qanunu zamanı, Çardaqlar bayramının yeddi günü ilə təmsil olunan bir dövrdə, Allahın evindən kənardakı böyük izdiham üzərində hökm icra olunarkən, son yağış ölçüsüz şəkildə tökülür.</w:t>
      </w:r>
    </w:p>
    <w:p>
      <w:pPr>
        <w:pStyle w:val="ArticleBody"/>
        <w:jc w:val="left"/>
      </w:pPr>
      <w:r>
        <w:rPr>
          <w:rFonts w:ascii="Times New Roman" w:hAnsi="Times New Roman" w:eastAsia="Times New Roman" w:cs="Times New Roman"/>
        </w:rPr>
        <w:t>18 iyul 2020-ci ildə iki şahid Sodomun və Misirin küçələrində öldürüldü. İki şahid Musa və İlyas idi, və Uilyam Miller öz tarixinin İlyası idi. O, yuxusunda bir anlıq gözlərini yumdu və 18 iyul 2020-ci ildə peyğəmbərcəsinə ölüm içində gözlərini yumdu. Gözlərini açdıqda otaq boş idi, bir qapı və pəncərələr açıq idi. Miller sonra toz fırçası olan adamın gördüyü işi görəndə, ondan ehtiyatlı olmasını yalvararaq xahiş etdi, və toz fırçası olan adam onu əmin etdi ki, hər şey yaxşı olacaq.</w:t>
      </w:r>
    </w:p>
    <w:p>
      <w:pPr>
        <w:pStyle w:val="ArticleBody"/>
        <w:jc w:val="left"/>
      </w:pPr>
      <w:r>
        <w:rPr>
          <w:rFonts w:ascii="Times New Roman" w:hAnsi="Times New Roman" w:eastAsia="Times New Roman" w:cs="Times New Roman"/>
        </w:rPr>
        <w:t>Miller 2023-cü ilin iyulunda çöldə oyandıqda, mayasız çörək bayramı 31 dekabr 2023-cü ildəki dirilmədən bir qədər əvvəl gəlib çatdı. Həmin anda—əvvəllər açılmış hər bir digər peyğəmbərlik xəbərinin timsalını təşkil etdiyi həqiqi Gecəyarısı Nidasının peyğəmbərlik xəbəri, yəni “nida” açılmağa başladı; çünki üç yarım günün sonu “axır zaman”ı müəyyən edir, və “axır zaman”da həmişə peyğəmbərliklə bağlı bir açılma olur. Bu həmişə belədir, çünki Məsih dünən, bu gün və əbədi olaraq eynidir. Onun insanlarla rəftarı daim eynidir, çünki O indi də həmişə olduğu kimi eyni “xətlər” üzrə işləyir. Üç yarım günün sonunda İsa Məsihin Vəhyi açıldı.</w:t>
      </w:r>
    </w:p>
    <w:p>
      <w:pPr>
        <w:pStyle w:val="ArticleBody"/>
        <w:jc w:val="left"/>
      </w:pPr>
      <w:r>
        <w:rPr>
          <w:rFonts w:ascii="Times New Roman" w:hAnsi="Times New Roman" w:eastAsia="Times New Roman" w:cs="Times New Roman"/>
        </w:rPr>
        <w:t>Dirilmiş bədən əvvəlcə formalaşdırılan, sonra isə həyat nəfəsi ilə nəfəs verilən Adəmlə öncədən simvolizə edilmişdi. Yezekel 37-dəki ölü quru sümüklər də əvvəlcə bir peyğəmbərliklə formalaşdırıldı, sonra isə dörd külək barədə olan bir xəbərlə, yəni möhürləmə xəbəri ilə, cansız bədənə həyat nəfəsini gətirən ikinci bir peyğəmbərlik vasitəsilə həyata qaytarıldı. Hər iki təsvirdə açılmış peyğəmbərlik iki hissədən ibarətdir və bu, müxtəlif yollarla təqdim olunur. Bunlar daxili və xarici hissələrdir; bunlar Ulai və Hiddekel çaylarının görüntüsüdür; bunlar chazon və mareh görüntüləridir; bunlar iki şahid, iki qızıl borudur və beləcə davam edir.</w:t>
      </w:r>
    </w:p>
    <w:p>
      <w:pPr>
        <w:pStyle w:val="ArticleBody"/>
        <w:jc w:val="left"/>
      </w:pPr>
      <w:r>
        <w:rPr>
          <w:rFonts w:ascii="Times New Roman" w:hAnsi="Times New Roman" w:eastAsia="Times New Roman" w:cs="Times New Roman"/>
        </w:rPr>
        <w:t>Millerçi tarixində Gecəyarısı Nidası ikinci mələyin peyğəmbərliyi ilə birləşən peyğəmbərlik idi. İki mərhələli bir peyğəmbərlik. Quru ölü sümüklər 2023-cü ildə dirildildikdə, peyğəmbərlik zərurəti üzrə sınaqdan keçirilməli idilər; çünki bir peyğəmbərliyin möhürünün açılması həmişə üç mərhələli sınaq prosesini başlayır. İlk iki sınaq əsas sınaq, sonra isə məbədin sınağı olacaqdı.</w:t>
      </w:r>
    </w:p>
    <w:p>
      <w:pPr>
        <w:pStyle w:val="ArticleBody"/>
        <w:jc w:val="left"/>
      </w:pPr>
      <w:r>
        <w:rPr>
          <w:rFonts w:ascii="Times New Roman" w:hAnsi="Times New Roman" w:eastAsia="Times New Roman" w:cs="Times New Roman"/>
        </w:rPr>
        <w:t>Dirilmədən beş gün sonra — mayasız çörək dövrü ilə təmsil olunan səhradakı səs başa çatır, çünki Miller və Vəftizçi Yəhya ilə təmsil olunan İlyas, ayaqqabılarını daşımağa layiq olmadıqları Şəxsin yolunu hər ikisi hazırlamışdı. Dirilmə zamanı İsa qırx gün ərzində Özünün “üz-üzə” təlim dövrünə başlayır. Həmin “üz-üzə” təlim Daniel üçün onuncu fəsildə iyirmi ikinci gündə başlamışdı. Orada bu, üç addım və üç toxunuş kimi, həmçinin güclü olmağın ikiqatlanması ilə birlikdə təmsil olunur.</w:t>
      </w:r>
    </w:p>
    <w:p>
      <w:pPr>
        <w:pStyle w:val="ArticleBody"/>
        <w:jc w:val="left"/>
      </w:pPr>
      <w:r>
        <w:rPr>
          <w:rFonts w:ascii="Times New Roman" w:hAnsi="Times New Roman" w:eastAsia="Times New Roman" w:cs="Times New Roman"/>
        </w:rPr>
        <w:t>Qırx gün başa çatmazdan beş gün əvvəl, İslam şeypurunun xəbərdarlıq səsi çalınır. İslamın xəbərdarlığı Məsihin Yerusəlimə zəfərli girişində mindiyi eşşəklə təmsil olunmuşdu. O, Zeytun dağının yamaclarından Yerusəlimə enməzdən əvvəl, əvvəlcə şagirdlərinə gedib eşşəyi açmağı əmr etdi.</w:t>
      </w:r>
    </w:p>
    <w:p>
      <w:pPr>
        <w:pStyle w:val="ArticleScripture"/>
        <w:jc w:val="left"/>
      </w:pPr>
      <w:r>
        <w:rPr>
          <w:rFonts w:ascii="Times New Roman" w:hAnsi="Times New Roman" w:eastAsia="Times New Roman" w:cs="Times New Roman"/>
        </w:rPr>
        <w:t>“Bu görünüş 1847-ci ildə verilmişdi; o zaman Şənbəni saxlayan Advent qardaşlarının sayı çox az idi və bunların da yalnız az bir qismi onun qeyd olunmasının Allahın xalqı ilə imansızlar arasında bir sərhəd çəkmək üçün kifayət qədər mühüm olduğunu düşünürdü. İndi isə həmin görünüşün yerinə yetməsi görünməyə başlayır. Burada xatırlanan ‘o sıxıntı vaxtının başlanğıcı’ bəlaların tökülməyə başlayacağı vaxta deyil, onların tökülməsindən bir qədər əvvəl olan qısa dövrə aiddir; həmin vaxt Məsih məbəddədir. O zaman, xilas işi başa çatmaqda ikən, yer üzünə sıxıntı gələcək və millətlər qəzəblənəcəklər, lakin üçüncü mələyin işinə mane olmasınlar deyə cilov altında saxlanılacaqlar. O vaxt Rəbbin hüzurundan gələn ‘axırıncı yağış’, yaxud təravətləndirmə gələcək ki, üçüncü mələyin uca səsinə qüvvət versin və müqəddəsləri yeddi axırıncı bəlanın töküləcəyi dövrdə tab gətirməyə hazırlasın.” Early Writings, 85.</w:t>
      </w:r>
    </w:p>
    <w:p>
      <w:pPr>
        <w:pStyle w:val="ArticleBody"/>
        <w:jc w:val="left"/>
      </w:pPr>
      <w:r>
        <w:rPr>
          <w:rFonts w:ascii="Times New Roman" w:hAnsi="Times New Roman" w:eastAsia="Times New Roman" w:cs="Times New Roman"/>
        </w:rPr>
        <w:t>9/11-də O, Öz mələklərinə eşşəyi açmağı əmr etdi, sonra isə kiçik Corc Buş eşşəyi cilovladı. Kir birinci mələyi təmsil edir, çünki o, birinci fərmanı elan etdi. Buna görə də o, həm 11 avqust 1840-ı, həm də 9/11-i təmsil edir; və 9/11-də “millətlərin qəzəblənməsi” ilə təmsil olunan İslam azad buraxıldı, sonra isə nəzarət altında saxlanıldı. Həmin vaxt son yağış yağmağa başladı. Kir İslamın hər iki nişan nöqtəsini — 11 avqust 1840-ı və 9/11-i — təmsil edir.</w:t>
      </w:r>
    </w:p>
    <w:p>
      <w:pPr>
        <w:pStyle w:val="ArticleScripture"/>
        <w:jc w:val="left"/>
      </w:pPr>
      <w:r>
        <w:rPr>
          <w:rFonts w:ascii="Times New Roman" w:hAnsi="Times New Roman" w:eastAsia="Times New Roman" w:cs="Times New Roman"/>
        </w:rPr>
        <w:t>“Üç həftə ərzində Cəbrail qaranlığın qüvvələri ilə mübarizə apardı, Kirin düşüncəsinə təsir göstərməkdə olan təsirlərin qarşısını almağa çalışdı; və mübarizə başa çatmamışdan əvvəl Məsihin Özü Cəbrailin köməyinə gəldi. Cəbrail bəyan edir: «Fars padşahlığının hökmdarı iyirmi bir gün mənə qarşı durdu; lakin budur, baş əyanlardan biri olan Mikayıl mənə köməyə gəldi; və mən orada Fars padşahlarının yanında qaldım». Daniel 10:13. Allahın xalqı naminə göyün edə biləcəyi hər şey edildi. Nəhayət qələbə qazanıldı; düşmənin qüvvələri Kirin bütün günləri boyunca və təxminən yeddi il yarım hökmranlıq etmiş oğlu Kambizin bütün günləri boyunca cilov altında saxlanıldı.” Peyğəmbərlər və Padşahlar, 571.</w:t>
      </w:r>
    </w:p>
    <w:p>
      <w:pPr>
        <w:pStyle w:val="ArticleBody"/>
        <w:jc w:val="left"/>
      </w:pPr>
      <w:r>
        <w:rPr>
          <w:rFonts w:ascii="Times New Roman" w:hAnsi="Times New Roman" w:eastAsia="Times New Roman" w:cs="Times New Roman"/>
        </w:rPr>
        <w:t>Kir, 11 avqust 1840-cı ildə Osmanlı hökmranlığı sona çatdıqda, qabaqcılların ifadə etdiyi kimi, ikinci vay olan İslam nəzarət altında saxlanıldı. Bu məhdudlaşdırma, dörd İslam sultanını təmsil edən dörd mələyin, İslamın üç vayından ikinci vayını təmsil edən altıncı mələk tərəfindən sərbəst buraxıldığı zaman başlayan üç yüz doxsan bir il və on beş günlük zaman peyğəmbərliyinin nəticəsini göstərirdi. 9/11-də İslam zərbə vurdu və sonra, Kirin və 1840-cı ilin tarixindəki məhdudlaşdırma ilə təmsil olunduğu kimi, məhdudlaşdırıldı. Bu üç şahidin hamısı İslamın məhdudlaşdırılmasını və ya sərbəst buraxılmasını müəyyən edir və Məsihin zəfərli girişinin əvvəlində eşşək sərbəst buraxıldı.</w:t>
      </w:r>
    </w:p>
    <w:p>
      <w:pPr>
        <w:pStyle w:val="ArticleBody"/>
        <w:jc w:val="left"/>
      </w:pPr>
      <w:r>
        <w:rPr>
          <w:rFonts w:ascii="Times New Roman" w:hAnsi="Times New Roman" w:eastAsia="Times New Roman" w:cs="Times New Roman"/>
        </w:rPr>
        <w:t>Onun zəfərlə girişindən əvvəl eşşəyin açılıb buraxılması, yüksəlişdən beş gün əvvəl gələn şeypur xəbərini müəyyən edir. İslamın yenidən sərbəst buraxılması xəbəri — 11 sentyabrda olduğu kimi və daha on beş gün sonra Pentikost olan bazar qanununda yenidən sərbəst buraxılacağı kimi — Gecəyarısı Nidasının başlanğıcını işarələyən xəbərdir. Eşşəyin buraxılması Gecəyarısı Nidası xəbərinin elanının başlanğıcını, yaxud alfasını, işarələyir və Gecəyarısı Nidasının uca fəryada çevrildiyi bazar qanununda İslam yer üzünün vəhşisinə yenidən zərbə endirir.</w:t>
      </w:r>
    </w:p>
    <w:p>
      <w:pPr>
        <w:pStyle w:val="ArticleBody"/>
        <w:jc w:val="left"/>
      </w:pPr>
      <w:r>
        <w:rPr>
          <w:rFonts w:ascii="Times New Roman" w:hAnsi="Times New Roman" w:eastAsia="Times New Roman" w:cs="Times New Roman"/>
        </w:rPr>
        <w:t>Gecəyarısı Fəryadının dövrü İslamın bir alfa zərbəsi ilə başlayır və İslamın bir omeqa zərbəsi ilə başa çatır. İslamın Amerika Birləşmiş Ştatlarına endirdiyi zərbələr Bilam və onun dişi eşşəyi haqqında şahadətdə təmsil olunur; bu, əlbəttə, Saylar kitabının iyirmi ikinci fəslində təqdim edilmişdir. Yer vəhşisinin protestant buynuzu kimi Laodikeyalı Yeddinci Gün Adventist kilsəsinin aqibəti Yeşaya 22:22-də (daxili) təmsil olunur və Respublikaçı buynuzun aqibəti isə Saylar 22:22-də (xarici) və sonrakı ayələrdə göstərilmişdir.</w:t>
      </w:r>
    </w:p>
    <w:p>
      <w:pPr>
        <w:pStyle w:val="ArticleScripture"/>
        <w:jc w:val="left"/>
      </w:pPr>
      <w:r>
        <w:rPr>
          <w:rFonts w:ascii="Times New Roman" w:hAnsi="Times New Roman" w:eastAsia="Times New Roman" w:cs="Times New Roman"/>
        </w:rPr>
        <w:t>Və getdiyinə görə Allahın qəzəbi alovlandı; Rəbbin mələyi ona qarşı durmaq üçün yolda dayandı. O isə eşşəyinə minmişdi və iki xidmətçisi onunla idi.</w:t>
      </w:r>
    </w:p>
    <w:p>
      <w:pPr>
        <w:pStyle w:val="ArticleScripture"/>
        <w:jc w:val="left"/>
      </w:pPr>
      <w:r>
        <w:rPr>
          <w:rFonts w:ascii="Times New Roman" w:hAnsi="Times New Roman" w:eastAsia="Times New Roman" w:cs="Times New Roman"/>
        </w:rPr>
        <w:t>Və dişi eşşək Rəbbin mələyini yolda durmuş və əlində qılıncını çəkmiş gördü; dişi eşşək yoldan çıxıb tarlaya getdi; və Bilam onu yenidən yola döndərmək üçün vurdu. Saylar 22:22, 23.</w:t>
      </w:r>
    </w:p>
    <w:p>
      <w:pPr>
        <w:pStyle w:val="ArticleBody"/>
        <w:jc w:val="left"/>
      </w:pPr>
      <w:r>
        <w:rPr>
          <w:rFonts w:ascii="Times New Roman" w:hAnsi="Times New Roman" w:eastAsia="Times New Roman" w:cs="Times New Roman"/>
        </w:rPr>
        <w:t>11 sentyabr zamanı yalançı peyğəmbər Bilam, Birləşmiş Ştatları və kiçik Corc Buşu təmsil edərək, qlobalistlərin Birləşmiş Ştatları devirmək cəhdində atası birinci Corc Buşun başlamış olduğu işi başa çatdırmağa və onun “yeni dünya nizamı” adlandırdığı şeyi həyata keçirməyə çalışırdı. Qlobalistlərin Müqəddəs Kitaba əsaslanan motivasiyası Allahın qalıq xalqını öldürməkdir və kiçik Corc Buş, atasının, özünün adlandırdığı kimi, “yeni dünya nizamı”nı gətirən peyğəmbərlik irsinin sonunu təmsil edir. Buşun “yeni dünya nizamı” bazar günü qanununda əjdaha, vəhşi heyvan və yalançı peyğəmbərin üçqat birliyinə çatır və kiçik Corc Buş möhürlənmə vaxtı, vəhşi heyvanın surətinin sınaq vaxtı, Vəhy on səkkizinci fəslin birinci səsi ilə təmsil olunan dövr və daha çox şeylə yekunlaşan, bazar günü qanununda zirvəyə çatan dövrün başlanğıcını işarələyir. Bilamın eşşəyi qlobalist gündəliyi yüz qırx dörd min nəfər alınlarından möhürlənənədək kənara çevirdi.</w:t>
      </w:r>
    </w:p>
    <w:p>
      <w:pPr>
        <w:pStyle w:val="ArticleScripture"/>
        <w:jc w:val="left"/>
      </w:pPr>
      <w:r>
        <w:rPr>
          <w:rFonts w:ascii="Times New Roman" w:hAnsi="Times New Roman" w:eastAsia="Times New Roman" w:cs="Times New Roman"/>
        </w:rPr>
        <w:t>Asafın nəğməsi və ya məzmuru. Ey Allah, susma; dinmə və sakit qalma, ey Allah. Çünki budur, düşmənlərin hay-küy qoparırlar; Sənə nifrət edənlər baş qaldırıblar. Xalqına qarşı hiyləgər məsləhət qurublar və gizlətdiklərin əleyhinə məşvərət ediblər. Demişlər: “Gəlin, onları bir millət olmaqdan kəsib yox edək ki, İsrailin adı bir daha xatırlanmasın.” Çünki onlar bir ürəklə birlikdə məsləhətləşiblər; Sənə qarşı ittifaq bağlayıblar. Məzmurlar 83:1–5.</w:t>
      </w:r>
    </w:p>
    <w:p>
      <w:pPr>
        <w:pStyle w:val="ArticleBody"/>
        <w:jc w:val="left"/>
      </w:pPr>
      <w:r>
        <w:rPr>
          <w:rFonts w:ascii="Times New Roman" w:hAnsi="Times New Roman" w:eastAsia="Times New Roman" w:cs="Times New Roman"/>
        </w:rPr>
        <w:t>Altıncı ayədən etibarən “düşmənlər” Vəhy on yeddidə on padşah kimi təsvir olunan “on” millət olaraq müəyyən edilir. Orada on padşah bir fikirdədir, lakin Asaf deyir: “Onlar bir ağızdan məsləhətləşdilər; Sənə qarşı ittifaq bağladılar.” On padşah son günlərin qlobalist şər konfederasiyasıdır; onlar “İsraili”, “Sənin gizlədilmişlərini” “millət olmaqdan” “kəsməyə” qərar vermişlər. Üçqat birliyin “başı” kimi papa hakimiyyətini “uca tutan” on padşahdan ibarət konfederasiyanın işi, Uca Olanın “gizli məkanında” gizlədilmiş ruhani “İsraili” aradan qaldırmaqdır.</w:t>
      </w:r>
    </w:p>
    <w:p>
      <w:pPr>
        <w:pStyle w:val="ArticleBody"/>
        <w:jc w:val="left"/>
      </w:pPr>
      <w:r>
        <w:rPr>
          <w:rFonts w:ascii="Times New Roman" w:hAnsi="Times New Roman" w:eastAsia="Times New Roman" w:cs="Times New Roman"/>
        </w:rPr>
        <w:t>11 sentyabrda İslamın eşşəyi əjdahanın gündəmini öz yolundan çevirdi, çünki Vəhy 18-in qüdrətli mələyi əlində qılıncla endi. O zaman daxili sınaq qədim yollara qayıtmaq idi. Həmin məqamda həm birinci, həm də ikinci mələklərin Millerçi tarixlərinin təkrarı, Vəhy on səkkizinci fəslin ilk üç ayəsinin tarixində göstərildiyi kimi, təkrarlanmağa başladı. Həmin ilk üç ayə isə, Bacı Uaytın dediyi kimi, Nyu-York şəhərinin böyük binaları yerlə yeksan ediləndə yerinə yetəcək ayələr idi.</w:t>
      </w:r>
    </w:p>
    <w:p>
      <w:pPr>
        <w:pStyle w:val="ArticleBody"/>
        <w:jc w:val="left"/>
      </w:pPr>
      <w:r>
        <w:rPr>
          <w:rFonts w:ascii="Times New Roman" w:hAnsi="Times New Roman" w:eastAsia="Times New Roman" w:cs="Times New Roman"/>
        </w:rPr>
        <w:t>11 sentyabr hadisələrində Vəhy 18:1–3 yerinə yetdi və 11 avqust 1840-cı ildə yer üzünü öz izzəti ilə nurlandırmaq üçün enən birinci mələyin paraleli, Babilin süqutunu elan edən ikinci mələklə həmin vaxt birləşdi. Bilam birinci mələyin rəmzi idi və Bilam ikinci mələyi təmsil edən iki nökəri ilə müşayiət olunurdu.</w:t>
      </w:r>
    </w:p>
    <w:p>
      <w:pPr>
        <w:pStyle w:val="ArticleBody"/>
        <w:jc w:val="left"/>
      </w:pPr>
      <w:r>
        <w:rPr>
          <w:rFonts w:ascii="Times New Roman" w:hAnsi="Times New Roman" w:eastAsia="Times New Roman" w:cs="Times New Roman"/>
        </w:rPr>
        <w:t>Yalançı peyğəmbərin Respublikaçı buynuzuna dair Bilamın təsvirində, Bilam İslam eşşəyi ilə daha iki qarşıdurma yaşayacaqdı. Üçüncü qarşıdurmada eşşək “danışacaqdı” və peyğəmbərliyin danışması Bazar qanununu işarələyir. 7 oktyabr 2023-cü ildə eşşək yenidən zərbə endirdi, lakin ruhani müasir şöhrətli ölkəyə yox. O, hərfi qədim şöhrətli ölkəyə zərbə endirdi və Bilamla onun eşşəyi artıq ikinci qarşıdurmalarında idi.</w:t>
      </w:r>
    </w:p>
    <w:p>
      <w:pPr>
        <w:pStyle w:val="ArticleScripture"/>
        <w:jc w:val="left"/>
      </w:pPr>
      <w:r>
        <w:rPr>
          <w:rFonts w:ascii="Times New Roman" w:hAnsi="Times New Roman" w:eastAsia="Times New Roman" w:cs="Times New Roman"/>
        </w:rPr>
        <w:t>Lakin Rəbbin mələyi üzüm bağlarının arasındakı bir yolda dayandı; bu tərəfdə bir divar, o tərəfdə də bir divar var idi. Eşşək Rəbbin mələyini görəndə özünü divara sıxdı və Bilamın ayağını divara əzdi; o isə onu yenə vurdu. Saylar 22:24, 25.</w:t>
      </w:r>
    </w:p>
    <w:p>
      <w:pPr>
        <w:pStyle w:val="ArticleBody"/>
        <w:jc w:val="left"/>
      </w:pPr>
      <w:r>
        <w:rPr>
          <w:rFonts w:ascii="Times New Roman" w:hAnsi="Times New Roman" w:eastAsia="Times New Roman" w:cs="Times New Roman"/>
        </w:rPr>
        <w:t>Qədim İsrailin üzüm bağı Laodikeyalı Yeddinci Gün Adventizminin üzüm bağını təsvir edir. Onların hər ikisi Allahın Qanununun əmanətdarları olmaq məsuliyyəti verilmiş əhd xalqıdır; bu Qanun “divar” kimi simvollaşdırılır və üzüm bağını təşkil edən ünsürlərdən biridir.</w:t>
      </w:r>
    </w:p>
    <w:p>
      <w:pPr>
        <w:pStyle w:val="ArticleScripture"/>
        <w:jc w:val="left"/>
      </w:pPr>
      <w:r>
        <w:rPr>
          <w:rFonts w:ascii="Times New Roman" w:hAnsi="Times New Roman" w:eastAsia="Times New Roman" w:cs="Times New Roman"/>
        </w:rPr>
        <w:t>Üzüm bağıma, orada etmədiyim nə qalmışdı ki, onun üçün daha nə ediləydi? Nə üçün ondan üzüm verməsini gözlədiyim halda, o, yabanı üzüm verdi? İndi isə gəlin, üzüm bağıma nə edəcəyimi sizə bildirim: onun çəpərini götürəcəyəm, və o, yeyilib məhv ediləcək; onun divarını yıxacağam, və o, tapdanacaqdır. Yeşaya 5:4, 5.</w:t>
      </w:r>
    </w:p>
    <w:p>
      <w:pPr>
        <w:pStyle w:val="ArticleBody"/>
        <w:jc w:val="left"/>
      </w:pPr>
      <w:r>
        <w:rPr>
          <w:rFonts w:ascii="Times New Roman" w:hAnsi="Times New Roman" w:eastAsia="Times New Roman" w:cs="Times New Roman"/>
        </w:rPr>
        <w:t>Qədim həqiqi və müasir ruhani İsrailin hər ikisi üsyan etdi və onlara həvalə olunmuş müqəddəs məsuliyyətləri rədd etdi. 11 sentyabrdan bazar günü qanununadək peyğəmbərliklə bağlı bir məsələ “divar”la təmsil olunur. Bu peyğəmbərlik məsələsi Birləşmiş Ştatların Konstitusiyası daxilində kilsə ilə dövlətin ayrılığını ifadə edən “divar”ın dağıdılmasıdır. 11 sentyabrda Buş Patriot Aktını tətbiq etdi ki, bu da Konstitusiyanın ləğv edilməsinə doğru atılmış böyük bir addım idi; çünki məhz orada Konstitusiyaya rəhbərlik etmiş fəlsəfə alt-üst edildi, belə ki, bir şəxsin günahsızlığı sübuta yetirilənədək təqsirli sayıldığını iddia edən Roma hüququnun prinsipləri, bir şəxsin təqsiri sübuta yetirilənədək günahsız olduğunu müdafiə edən İngilis hüququnun prinsipindən üstün tutuldu.</w:t>
      </w:r>
    </w:p>
    <w:p>
      <w:pPr>
        <w:pStyle w:val="ArticleBody"/>
        <w:jc w:val="left"/>
      </w:pPr>
      <w:r>
        <w:rPr>
          <w:rFonts w:ascii="Times New Roman" w:hAnsi="Times New Roman" w:eastAsia="Times New Roman" w:cs="Times New Roman"/>
        </w:rPr>
        <w:t>11 sentyabrdan Bazar qanununa qədər olan dövr “divarlar”a dair peyğəmbərlik istinadlarını ehtiva edir. İslamın Bilamın eşşəyi kimi divarları aşması, Konstitusiya daxilindəki prinsipləri devirmək üçün yanlış yönləndirilmiş məntiqi təmin edəcək məsələnin İslam məsələsi olduğunu müəyyənləşdirir. Bu peyğəmbərlik mənasında İslam — bibliya mənasında yalançı peyğəmbər — vəhşi heyvanın surəti sınağı zamanı Birləşmiş Ştatları aldadan qüvvədir; necə ki, Birləşmiş Ştatların yalançı peyğəmbəri də dünyanın vəhşi heyvanın surəti sınağı zamanı bütün dünyanı aldadır.</w:t>
      </w:r>
    </w:p>
    <w:p>
      <w:pPr>
        <w:pStyle w:val="ArticleBody"/>
        <w:jc w:val="left"/>
      </w:pPr>
      <w:r>
        <w:rPr>
          <w:rFonts w:ascii="Times New Roman" w:hAnsi="Times New Roman" w:eastAsia="Times New Roman" w:cs="Times New Roman"/>
        </w:rPr>
        <w:t>7 oktyabr 2023-cü ildə İslamın eşşəyi qədim həqiqi şanlı ölkəyə hücum etdi və Gecəyarısı Fəryadının bəyanından əvvəl eşşək açılıb sərbəst buraxıldıqda, İslam 11 sentyabrda etdiyi kimi, yenidən müasir ruhani şanlı ölkə olan Amerika Birləşmiş Ştatlarına zərbə vuracaq. Bilam eşşəyi ikinci dəfə vuranda, bu, ikinci mələkdir və ikinci mələk həmişə iki divarla təmsil olunan “üzümlüklər yolu”nda göstərildiyi kimi, ikiqatlanma əmələ gətirir.</w:t>
      </w:r>
    </w:p>
    <w:p>
      <w:pPr>
        <w:pStyle w:val="ArticleScripture"/>
        <w:jc w:val="left"/>
      </w:pPr>
      <w:r>
        <w:rPr>
          <w:rFonts w:ascii="Times New Roman" w:hAnsi="Times New Roman" w:eastAsia="Times New Roman" w:cs="Times New Roman"/>
        </w:rPr>
        <w:t>Və Rəbbin mələyi daha irəli getdi və sağa da, sola da dönməyə yol olmayan dar bir yerdə durdu. Eşşək Rəbbin mələyini görəndə Bilamın altında yerə çökdü; Bilamın qəzəbi alovlandı və o, eşşəyi dəyənəklə vurdu. Rəbb eşşəyin ağzını açdı və o, Bilama dedi: “Sən məni bu üç dəfə vurmağın üçün mən sənə nə etmişəm?” Saylar 22:26–28.</w:t>
      </w:r>
    </w:p>
    <w:p>
      <w:pPr>
        <w:pStyle w:val="ArticleBody"/>
        <w:jc w:val="left"/>
      </w:pPr>
      <w:r>
        <w:rPr>
          <w:rFonts w:ascii="Times New Roman" w:hAnsi="Times New Roman" w:eastAsia="Times New Roman" w:cs="Times New Roman"/>
        </w:rPr>
        <w:t>İyirmi iki və sonrakı üç ayəni daha diqqətlə nəzərdən keçirdikdə görürük ki, eşşəyin ilk dəfə vurulduğu yer əslində iyirmi üçüncü ayədir.</w:t>
      </w:r>
    </w:p>
    <w:p>
      <w:pPr>
        <w:pStyle w:val="ArticleScripture"/>
        <w:jc w:val="left"/>
      </w:pPr>
      <w:r>
        <w:rPr>
          <w:rFonts w:ascii="Times New Roman" w:hAnsi="Times New Roman" w:eastAsia="Times New Roman" w:cs="Times New Roman"/>
        </w:rPr>
        <w:t>Və o getdiyi üçün Allahın qəzəbi alovlandı; və Rəbbin mələyi ona qarşı duran bir rəqib kimi yolun üstündə dayandı. O isə eşşəyinin üstündə gedirdi və iki qulu onunla birlikdə idi.</w:t>
      </w:r>
    </w:p>
    <w:p>
      <w:pPr>
        <w:pStyle w:val="ArticleScripture"/>
        <w:jc w:val="left"/>
      </w:pPr>
      <w:r>
        <w:rPr>
          <w:rFonts w:ascii="Times New Roman" w:hAnsi="Times New Roman" w:eastAsia="Times New Roman" w:cs="Times New Roman"/>
        </w:rPr>
        <w:t>Və eşşək Rəbbin mələyinin yolda durduğunu və əlində qılıncının çəkilmiş olduğunu gördü; eşşək yoldan sapıb tarlaya girdi; və Bilam onu yenidən yola döndərmək üçün eşşəyi vurdu. Saylar 22:22, 23.</w:t>
      </w:r>
    </w:p>
    <w:p>
      <w:pPr>
        <w:pStyle w:val="ArticleBody"/>
        <w:jc w:val="left"/>
      </w:pPr>
      <w:r>
        <w:rPr>
          <w:rFonts w:ascii="Times New Roman" w:hAnsi="Times New Roman" w:eastAsia="Times New Roman" w:cs="Times New Roman"/>
        </w:rPr>
        <w:t>Yalançı peyğəmbər olmaq xahişini qəbul etdiyinə görə Allahın Bilama qarşı qəzəbi, Məsihin Matta 22-nin son ayəsində irad tutan yəhudilərlə Öz dialoquna son qoymasına paralel idi. Saylar 22-nin iyirmi üçüncü ayəsi Matta 23-cü fəsillə uyğunlaşır, Saylar kitabının iyirmi dördüncü və iyirmi beşinci ayələri isə Matta 24-cü və 25-ci fəsilləri ilə uyğunlaşır. İyirmi altıncı, iyirmi yeddinci və iyirmi səkkizinci ayələr Matta 26, 27, 28-ci fəsillərlə uyğunlaşır.</w:t>
      </w:r>
    </w:p>
    <w:p>
      <w:pPr>
        <w:pStyle w:val="ArticleBody"/>
        <w:jc w:val="left"/>
      </w:pPr>
      <w:r>
        <w:rPr>
          <w:rFonts w:ascii="Times New Roman" w:hAnsi="Times New Roman" w:eastAsia="Times New Roman" w:cs="Times New Roman"/>
        </w:rPr>
        <w:t>Matta 23 birinci mələkdir, 24 və 25 ikinci mələkdir, 26, 27 və 28 isə üçüncü mələkdir. Saylar 22-də 23-cü ayə birinci mələkdir, 24 və 25-ci ayələr ikinci mələkdir, 26, 27 və 28-ci ayələr isə üçüncü mələkdir. Matta köhnə və yeni əhd xalqına müraciət edir; Saylar isə İslamın, Birləşmiş Ştatlarda başlayıb daha sonra bütün dünyaya yayılan bazar ibadəti üzərində Allahın tənbeh vasitəsi kimi rolunu müəyyən edir. Üçüncü zərbədən sonra, eşşək danışdıqda, Bilam indicə nə baş verdiyini dərk edir.</w:t>
      </w:r>
    </w:p>
    <w:p>
      <w:pPr>
        <w:pStyle w:val="ArticleScripture"/>
        <w:jc w:val="left"/>
      </w:pPr>
      <w:r>
        <w:rPr>
          <w:rFonts w:ascii="Times New Roman" w:hAnsi="Times New Roman" w:eastAsia="Times New Roman" w:cs="Times New Roman"/>
        </w:rPr>
        <w:t>Sonra Rəbb Bilamın gözlərini açdı və o, əlində qılıncı çəkilmiş halda yolda dayanan Rəbbin mələyini gördü; başını aşağı əydi və üzüstə yerə qapandı. Rəbbin mələyi ona dedi: “Nə üçün eşşəyini bu üç dəfə vurdun? Bax, mən sənə qarşı durmaq üçün çıxdım, çünki yolun Mənim önümdə əyridir. Eşşək məni gördü və bu üç dəfə məndən döndü; əgər o məndən dönməsəydi, şübhəsiz ki, indi səni öldürər, onu isə sağ buraxardım”. Bilam Rəbbin mələyinə dedi: “Günah etdim; çünki mənə qarşı yolda durduğunu bilmirdim; indi isə, əgər bu Sənin xoşuna gəlmirsə, geri qayıdacağam”. Saylar 22:31–34.</w:t>
      </w:r>
    </w:p>
    <w:p>
      <w:pPr>
        <w:pStyle w:val="ArticleBody"/>
        <w:jc w:val="left"/>
      </w:pPr>
      <w:r>
        <w:rPr>
          <w:rFonts w:ascii="Times New Roman" w:hAnsi="Times New Roman" w:eastAsia="Times New Roman" w:cs="Times New Roman"/>
        </w:rPr>
        <w:t>Balaam yalançı peyğəmbəri təmsil edir; bu isə bazar günü qanunu zamanı əjdaha kimi danışan Birləşmiş Ştatlardır. Bazar günü qanunu zamanı, o, nurlandırıldığı vaxt, hələ də Babildə olanları təmsil edir; onlar isə bundan sonra bazar günü qanunu məsələsinə oyadılır və Babildən çağırılıb çıxarılırlar.</w:t>
      </w:r>
    </w:p>
    <w:p>
      <w:pPr>
        <w:pStyle w:val="ArticleBody"/>
        <w:jc w:val="left"/>
      </w:pPr>
      <w:r>
        <w:rPr>
          <w:rFonts w:ascii="Times New Roman" w:hAnsi="Times New Roman" w:eastAsia="Times New Roman" w:cs="Times New Roman"/>
        </w:rPr>
        <w:t>Millerdən mayasız çörək xəbəri ilə bağlı beş günlük təlim, sonra isə Məsihin Öz kahinlərinə — otuz rəqəmi ilə təmsil olunanlara — verdiyi otuz günlük təlim gəlir; bu da eşşəyin açılıb buraxılması ilə bağlı şeypur xəbərdarlığına aparır; həmin xəbərdarlıq bayrağın qaldırılmasından beş gün əvvəl gəlir; bu isə öz növbəsində on qız məsəlinin bağlı qapısından beş gün əvvəl baş verir; o da Çardaq Bayramının yeddi günlük dövrünü başladan Pentikost Bazar qanunundan beş gün əvvəl gəlir; Çardaq Bayramı isə Bazar qanunu böhranı zamanı axırıncı yağışın tam tökülməsidir, çünki həmin dövrün sınağı yeddinci gün üzərindədir.</w:t>
      </w:r>
    </w:p>
    <w:p>
      <w:pPr>
        <w:pStyle w:val="ArticleBody"/>
        <w:jc w:val="left"/>
      </w:pPr>
      <w:r>
        <w:rPr>
          <w:rFonts w:ascii="Times New Roman" w:hAnsi="Times New Roman" w:eastAsia="Times New Roman" w:cs="Times New Roman"/>
        </w:rPr>
        <w:t>Beş rəqəmi, istər müdrik, istərsə də ağılsız olsun, bakirələrin rəmzidir. Otuz rəqəmi kahinlərin rəmzidir; Levililər kitabının adı da məhz bunu ifadə edir. Yeddi rəqəmi Şənbədir. Levililər iyirmi üç, Şənbə sınağı dövründə kahinlərin tarixini, Malaki üçdəki Levililəri, müdrik bakirələri və yüz qırx dörd mini təsvir edir.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Qırx İkinci Nömrə</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