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Qırx Üçüncü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Qırx Üçüncü Nömrə</w:t>
      </w:r>
    </w:p>
    <w:p>
      <w:pPr>
        <w:pStyle w:val="ArticleBody"/>
        <w:jc w:val="left"/>
      </w:pPr>
      <w:r>
        <w:rPr>
          <w:rFonts w:ascii="Times New Roman" w:hAnsi="Times New Roman" w:eastAsia="Times New Roman" w:cs="Times New Roman"/>
        </w:rPr>
        <w:t>İlahi Baş Kahinlə birləşmiş səksən bəşəri kahinin simvolu “81” rəqəmidir; məhz burada biz Millerin Yuxusunu Early Writings kitabında tapırıq. Vəhy “81”də görürük ki, ən son möhür götürüldükdə, göydə yarım saatlıq sükut olur. Habakkuk 2:20 deyir ki, Rəbb Öz müqəddəs məbədində olarkən bütün yer üzü sükut etməlidir.</w:t>
      </w:r>
    </w:p>
    <w:p>
      <w:pPr>
        <w:pStyle w:val="ArticleScripture"/>
        <w:jc w:val="left"/>
      </w:pPr>
      <w:r>
        <w:rPr>
          <w:rFonts w:ascii="Times New Roman" w:hAnsi="Times New Roman" w:eastAsia="Times New Roman" w:cs="Times New Roman"/>
        </w:rPr>
        <w:t>Və O, yeddinci möhürü açanda göydə təxminən yarım saatlıq sükut oldu. Vəhy 8:1.</w:t>
      </w:r>
    </w:p>
    <w:p>
      <w:pPr>
        <w:pStyle w:val="ArticleBody"/>
        <w:jc w:val="left"/>
      </w:pPr>
      <w:r>
        <w:rPr>
          <w:rFonts w:ascii="Times New Roman" w:hAnsi="Times New Roman" w:eastAsia="Times New Roman" w:cs="Times New Roman"/>
        </w:rPr>
        <w:t>Yeddinci möhürün götürülməsi otuz gün ərzində baş verir, çünki bu, son möhürdür. 31 dekabr 2023-cü ildə Yezekelin sümükləri dirilmə prosesinə başladı. Sonra Məsih qırx gün ərzində öyrətməyə başladı. Həmin tarix 18 iyul 2020-ci il xəyal qırıqlığından etibarən keçən 1.260 günün sonunu qeyd etdi və Yəhya Vəhy on birinci fəsildə bizə məbədi ölçməli olduğumuzu, lakin həyəti kənarda qoymalı olduğumuzu bildirir. Həyət səpələnmənin sonunda başa çatır, çünki Yəhya bizə 1.260 günün həyət olan başqa millətlərə verildiyini bildirir. Ölçərkən, həmin tarix kənarda qoyulmalıdır.</w:t>
      </w:r>
    </w:p>
    <w:p>
      <w:pPr>
        <w:pStyle w:val="ArticleBody"/>
        <w:jc w:val="left"/>
      </w:pPr>
      <w:r>
        <w:rPr>
          <w:rFonts w:ascii="Times New Roman" w:hAnsi="Times New Roman" w:eastAsia="Times New Roman" w:cs="Times New Roman"/>
        </w:rPr>
        <w:t>Miller ayılıb “toz süpürən adam”ı görəndə otaq boşdur və o, səsini ucaltdıqda, Miller hələ də səhradadır. Dirilmənin tarixindən bazar günü qanunundan az əvvələdək, Məsih yüz qırx dörd minin məbədini, 1798-ci ildən 1844-cü ilədək keçən qırx altı il ərzində etdiyi kimi, ucaldır.</w:t>
      </w:r>
    </w:p>
    <w:p>
      <w:pPr>
        <w:pStyle w:val="ArticleBody"/>
        <w:jc w:val="left"/>
      </w:pPr>
      <w:r>
        <w:rPr>
          <w:rFonts w:ascii="Times New Roman" w:hAnsi="Times New Roman" w:eastAsia="Times New Roman" w:cs="Times New Roman"/>
        </w:rPr>
        <w:t>O, təlim verməyə başlayanda Öz məbədində işləyir, xüsusilə də otuz gün ərzində. O zaman mələklər otuz dəqiqə susurlar; O isə üç yüz Millerçi vaizdən ibarət kahinlərinə, yaxud Gideonun üç yüz nəfərindən ibarət ordusuna təlim verir, yaxud 1843-cü ilin üç yüz cədvəlini nəşr edir; və O bütün bunları mayasız çörəyin sonundan şeypurların xəbərinədək olan otuz gün ərzində edir. O, Millerin otağının döşəməsini süpürür, lakin o döşəmə Onundur, buna görə də Millerin otağı Onun məbədidir. O, yüz qırx dörd min arasında olmaq üçün namizəd kimi çağırılmış olanların ya günahlarını, ya da adlarını silib qurtarmaq işini tamamlayır.</w:t>
      </w:r>
    </w:p>
    <w:p>
      <w:pPr>
        <w:pStyle w:val="ArticleBody"/>
        <w:jc w:val="left"/>
      </w:pPr>
      <w:r>
        <w:rPr>
          <w:rFonts w:ascii="Times New Roman" w:hAnsi="Times New Roman" w:eastAsia="Times New Roman" w:cs="Times New Roman"/>
        </w:rPr>
        <w:t>Yüksəlişdən beş gün əvvəl və mühakimədən on gün əvvəl gələn şeypur xəbəri sınaq daşıdır. Səmanın sakit olduğu otuz dəqiqə ərzində, yaxud Məsihin kahinlərə təlim verdiyi otuz gün ərzində baş verənlər, möhürün şeypurun, yüksəlişin və mühakimənin üç mərhələsi zamanı vurulması ilə artıq iki sinif meydana çıxarmışdır. Bunu görmək sadədir.</w:t>
      </w:r>
    </w:p>
    <w:p>
      <w:pPr>
        <w:pStyle w:val="ArticleBody"/>
        <w:jc w:val="left"/>
      </w:pPr>
      <w:r>
        <w:rPr>
          <w:rFonts w:ascii="Times New Roman" w:hAnsi="Times New Roman" w:eastAsia="Times New Roman" w:cs="Times New Roman"/>
        </w:rPr>
        <w:t>Əgər sən şeypurun xəbərini səsləndirməli olduğun nöqtəyə gəlib çatdığın halda bu xəbəri səsləndirməkdən imtina edirsənsə, uğursuz olursan.</w:t>
      </w:r>
    </w:p>
    <w:p>
      <w:pPr>
        <w:pStyle w:val="ArticleBody"/>
        <w:jc w:val="left"/>
      </w:pPr>
      <w:r>
        <w:rPr>
          <w:rFonts w:ascii="Times New Roman" w:hAnsi="Times New Roman" w:eastAsia="Times New Roman" w:cs="Times New Roman"/>
        </w:rPr>
        <w:t>“Sur, yüksəliş və hökm”ün üç mərhələsi bir yol nişanının üç mərhələsidir; necə ki, tarixin əvvəlində bir yol nişanı “ölüm, dəfn və dirilmə” ilə təmsil olunmuşdu. Sondakı üç mərhələli sınaq, Pentikost Bazar günü qanunundan beş gün əvvəl gələn həlledici sınaqdır.</w:t>
      </w:r>
    </w:p>
    <w:p>
      <w:pPr>
        <w:pStyle w:val="ArticleBody"/>
        <w:jc w:val="left"/>
      </w:pPr>
      <w:r>
        <w:rPr>
          <w:rFonts w:ascii="Times New Roman" w:hAnsi="Times New Roman" w:eastAsia="Times New Roman" w:cs="Times New Roman"/>
        </w:rPr>
        <w:t>Dirilmədən beş gün sonra mayasız çörək bayramının sonu yetişir və həmin müqəddəs toplantı 2024-cü ilin ilk və əsaslı sınağını göstərir. Siz Göylərin Çörəyini yeyəcəksiniz, yoxsa insan mühakiməsinin çörəyini? Bu sınaq 2024-cü ildə gəlib çatdı və o, Adəm və Həvvanın, Nimrodun, Harunun, Yarovamın, Qorahın və onun üsyançılarının, Millerit tarixinin protestantlarının, John Harvey Kellogg-un alfa üsyanının, 1888-ci ilin üsyanının və əlbəttə, 11 sentyabr üsyanının əsaslı üsyanı ilə əvvəlcədən tipləşdirilmişdi. Qabilin əsaslı üsyanı isə əsaslı üsyanlar silsiləsi boyunca qardaşına qarşı qısqanclıq məsələsini ifadə edir.</w:t>
      </w:r>
    </w:p>
    <w:p>
      <w:pPr>
        <w:pStyle w:val="ArticleBody"/>
        <w:jc w:val="left"/>
      </w:pPr>
      <w:r>
        <w:rPr>
          <w:rFonts w:ascii="Times New Roman" w:hAnsi="Times New Roman" w:eastAsia="Times New Roman" w:cs="Times New Roman"/>
        </w:rPr>
        <w:t>Əsas xarakterli üsyanın bütün nümunələri Allaha qarşı üsyandır, lakin bəziləri — məsələn, 1888-ci ilin üsyançıları və Qorahın üsyançıları — seçilmiş elçinin sınağın bir hissəsi olması həqiqətini də ehtiva edir. Daniel 11:14-də görüntünü bərqərar edənin Romanın özü olduğuna dair Millerin müəyyənləşdirməsinin rədd edilməsi həm xəbərin, həm də elçinin rədd edilməsidir. Bu sınaq təməl xarakterlidir, çünki on dördüncü ayədəki qarətçiləri Roma kimi müəyyənləşdirən təkcə Ata Miller deyil, həm də Millerin oğlu olmuşdur.</w:t>
      </w:r>
    </w:p>
    <w:p>
      <w:pPr>
        <w:pStyle w:val="ArticleBody"/>
        <w:jc w:val="left"/>
      </w:pPr>
      <w:r>
        <w:rPr>
          <w:rFonts w:ascii="Times New Roman" w:hAnsi="Times New Roman" w:eastAsia="Times New Roman" w:cs="Times New Roman"/>
        </w:rPr>
        <w:t>31 dekabr 2023-cü il dirilməsindən beş gün sonra, Millerin hazırlıq təlim xidməti Yəhyanın ardınca gələn Şəxs tərəfindən öz üzərinə götürüldü. Otuz gün ərzində məbəddə ibadət edənlərə Məsih tərəfindən “üz-üzə” xüsusi təlim veriləcəkdi. Bu hazırlıq, şeypurlar bayramının xəbərdarlıq ismarıcını elan etmək üçün 80 nəfərlik bir kahinlik hazırlamaq məqsədi daşıyırdı.</w:t>
      </w:r>
    </w:p>
    <w:p>
      <w:pPr>
        <w:pStyle w:val="ArticleBody"/>
        <w:jc w:val="left"/>
      </w:pPr>
      <w:r>
        <w:rPr>
          <w:rFonts w:ascii="Times New Roman" w:hAnsi="Times New Roman" w:eastAsia="Times New Roman" w:cs="Times New Roman"/>
        </w:rPr>
        <w:t>Otuz günlük həmin hazırlıq başlanğıcda təməl xarakterli birinci sınaqdan və sonunda məbəd ilə bağlı ikinci sınaqdan ibarətdir. Məbəd ilə bağlı ikinci sınaq şeypurlar çalınmazdan əvvəl başa çatır və buna görə bu təfərrüat Millerin yuxusunda Məsihin cəvahiratı sandığa atdığı zaman təmsil olunur. O bunu etdikdən sonra Milleri “gəl və bax” deyə dəvət edir. Bazar qanunundan əvvəl bayraq şeypur xəbərdarlığından mühakiməyə yüksəlişədək qaldırılır. Millerə “gəl və bax” deyə çağırış edilməzdən əvvəl cəvahiratın hamısı məbəddədir və iki şahid buludların üzərinə qaldırıldığı zaman düşmənləri onları görür.</w:t>
      </w:r>
    </w:p>
    <w:p>
      <w:pPr>
        <w:pStyle w:val="ArticleBody"/>
        <w:jc w:val="left"/>
      </w:pPr>
      <w:r>
        <w:rPr>
          <w:rFonts w:ascii="Times New Roman" w:hAnsi="Times New Roman" w:eastAsia="Times New Roman" w:cs="Times New Roman"/>
        </w:rPr>
        <w:t>Onların 2020-ci ildə baş verməyən İslam tərəfindən ediləcək hücum barədəki qabaqcadan xəbərdarlıqları, Snow-un həqiqi Gecəyarısı Hayqırtısı kimi, düzəldildikdən sonra təkrarlanmalıdır. Millerin Gecəyarısı Hayqırtısı kimi müəyyən etdiyi bir anlayışı var idi, lakin Samuel Snow Millerin Gecəyarısı Hayqırtısı xəbərini düzəltdi və bu səbəbdən Snow-un Gecəyarısı Hayqırtısı xəbəri Millerçi tarixdə “həqiqi” Gecəyarısı Hayqırtısı xəbəri adlanır. Gecəyarısı Hayqırtısı xəbəri düzəldilmiş və bu düzəlişlə qüvvətləndirilmiş bir xəbərdir.</w:t>
      </w:r>
    </w:p>
    <w:p>
      <w:pPr>
        <w:pStyle w:val="ArticleScripture"/>
        <w:jc w:val="left"/>
      </w:pPr>
      <w:r>
        <w:rPr>
          <w:rFonts w:ascii="Times New Roman" w:hAnsi="Times New Roman" w:eastAsia="Times New Roman" w:cs="Times New Roman"/>
        </w:rPr>
        <w:t>“Məyus olmuş olanlar Müqəddəs Yazılardan gördülər ki, onlar ləngimə dövründə idilər və görüntünün yerinə yetməsini səbirlə gözləməli idilər. Onları 1843-cü ildə Rəblərini gözləməyə sövq edən eyni dəlillər, Onu 1844-cü ildə gözləmələrinə də səbəb oldu.” Early Writings, 247.</w:t>
      </w:r>
    </w:p>
    <w:p>
      <w:pPr>
        <w:pStyle w:val="ArticleBody"/>
        <w:jc w:val="left"/>
      </w:pPr>
      <w:r>
        <w:rPr>
          <w:rFonts w:ascii="Times New Roman" w:hAnsi="Times New Roman" w:eastAsia="Times New Roman" w:cs="Times New Roman"/>
        </w:rPr>
        <w:t>Bu hadisə 1840-dan 1844-ə qədər olan dövrün sonunda baş verdi və həmçinin başlanğıcında da baş verdi. Cozaya Liç 1840-cı ildə İslamın bir yerinə yetirilməsini öncədən bildirmişdi. O, öz proqnozunu 1838-ci ildə ictimai qeydə daxil etdi, sonra isə 1840-cı il 11 avqustdan on gün əvvəl onu düzəltdi. Düzəldilmiş proqnozun yerinə yetməsi birinci mələyin xəbərini qüvvətləndirdi. İkinci xəbər Gecəyarısı Fəryadının düzəldilmiş xəbəri ilə qüvvətləndirildi. Bir tarixdən olan iki şahid — alfa şahidi və omeqa şahidi. Birlikdə onlar əvvəlki bir xəbərin düzəldilməsi əsasında bir xəbərin qüvvətləndirilməsini müəyyən edir.</w:t>
      </w:r>
    </w:p>
    <w:p>
      <w:pPr>
        <w:pStyle w:val="ArticleBody"/>
        <w:jc w:val="left"/>
      </w:pPr>
      <w:r>
        <w:rPr>
          <w:rFonts w:ascii="Times New Roman" w:hAnsi="Times New Roman" w:eastAsia="Times New Roman" w:cs="Times New Roman"/>
        </w:rPr>
        <w:t>Alfa İslam haqqında bir peyğəmbərliyi, omeqa isə bağlanmış qapı haqqında bir peyğəmbərliyi müəyyən edir. Sətir üzərinə sətir, 1840-cı ildə İslam və 1844-cü ildə bağlanmış qapı, Gecəyarısı Fəryadının xəbəri olaraq İslamı və bağlanmış qapını müəyyən edir. Xəbərin başlanğıcında, Məsihin zəfərli girişində olduğu kimi, İslam sərbəst buraxılır. Həmin nöqtədə, Allahın evinin mühakiməsi üzərinə qapı bağlandığı kimi, on bakirə məsəlinə görə də qapı bağlanır. Xəbərin yekununda isə, Amerika Birləşmiş Ştatları üzərinə qapı bağlanarkən, İslam yenidən zərbə endirir.</w:t>
      </w:r>
    </w:p>
    <w:p>
      <w:pPr>
        <w:pStyle w:val="ArticleBody"/>
        <w:jc w:val="left"/>
      </w:pPr>
      <w:r>
        <w:rPr>
          <w:rFonts w:ascii="Times New Roman" w:hAnsi="Times New Roman" w:eastAsia="Times New Roman" w:cs="Times New Roman"/>
        </w:rPr>
        <w:t>Levililər iyirmi üç tərəfindən əmələ gətirilən xəttin əvvəlində Pasxanın üç mərhələsini, sonunda isə kahinlərin üç mərhələsini müəyyən etdiyini görmək vacibdir. Kahinlər bazar günü qanunu zamanı təqdim olaraq ucaldılırlar, lakin həmin hadisədən əvvəl onlar təmizlənirlər. Onlar ucaldıldıqları zaman nişanədirlər və Məsih xəttin əvvəlindəki üç mərhələdə ucaldıldığı zaman bütün dünyanı Özünə tərəf çəkdi. Yüz qırx dörd minin ucaldılması Məsihin ucaldılması ilə başlayan xəttin sonudur. Həm başlanğıcda, həm də sonda üç mərhələdən ibarət bir yol nişanı müəyyən edilir.</w:t>
      </w:r>
    </w:p>
    <w:p>
      <w:pPr>
        <w:pStyle w:val="ArticleBody"/>
        <w:jc w:val="left"/>
      </w:pPr>
      <w:r>
        <w:rPr>
          <w:rFonts w:ascii="Times New Roman" w:hAnsi="Times New Roman" w:eastAsia="Times New Roman" w:cs="Times New Roman"/>
        </w:rPr>
        <w:t>Əvvəldə üç addım vardır ki, onların ardınca beş gün gəlir; və sonda üç addım vardır ki, onların da ardınca beş gün gəlir. Həmin nöqtədən etibarən hekayə böyük izdiham haqqındadır, çünki kahinlik yüz qırx dörd minin bayrağı kimi təsis edilmişdir. Çardaqlar bayramının yeddi günü başqa millətlər üçün olan bir dövrdür. Əgər Bazar qanunu ilə başlayan başqa millətlərin zamanını və 2023-cü ildə başa çatan üç yarım günü kənara qoysaq, onda 2023-cü il 31 dekabrdan tezliklə gələcək Bazar qanununa qədər Pentikost mövsümünün əlli günü içində təmsil olunan yüz qırx dörd minin məbədinə malik oluruq.</w:t>
      </w:r>
    </w:p>
    <w:p>
      <w:pPr>
        <w:pStyle w:val="ArticleBody"/>
        <w:jc w:val="left"/>
      </w:pPr>
      <w:r>
        <w:rPr>
          <w:rFonts w:ascii="Times New Roman" w:hAnsi="Times New Roman" w:eastAsia="Times New Roman" w:cs="Times New Roman"/>
        </w:rPr>
        <w:t>Dirilmədən etibarən bakirələr üçün beş gün, bunun ardınca kahinlər üçün otuz gün. Sonra bakirələrdən gələn şeypur xəbəri ilə beş gün; bu, qırx gün tamamlandıqda onların göyə yüksəlişi ilə sona çatır; bunun ardınca mühakiməyə qədər beş gün, sonra isə bazar qanununa qədər beş gün gəlir. Bakirələrin bir simvolu olaraq “5” rəqəmi, həm bakirə, həm də kahin olan yüz qırx dörd minin ayaq izlərini ortaya qoyur.</w:t>
      </w:r>
    </w:p>
    <w:p>
      <w:pPr>
        <w:pStyle w:val="ArticleBody"/>
        <w:jc w:val="left"/>
      </w:pPr>
      <w:r>
        <w:rPr>
          <w:rFonts w:ascii="Times New Roman" w:hAnsi="Times New Roman" w:eastAsia="Times New Roman" w:cs="Times New Roman"/>
        </w:rPr>
        <w:t>Otuz günlük təlim müddəti ərzində sonuncu və yeddinci möhür götürülür və məhz həmin dövrdə Miller cəvahiratların bərpa olunduğunu görür. “Gəl və gör” ilk dörd möhürə əsaslanan bir simvoldur; buna görə də yeddinci möhür açıldıqda, Millerə “gəl və gör” deyildi, lakin göydəki mələklərin hamısı sadəcə sükut içində seyr edirlər. Millerin yuxusu yüz qırx dörd min olan cəvahiratların möhürlənməsini göstərməklə yanaşı, Gecə Yarısı Çığlığı xəbəri olan cəvahiratları da müəyyən edir. Həmin xəbər möhürlənməni həyata keçirən bakirələrə qüvvə verir və toz fırçası olan adam həm elçilərə, həm də xəbərə hökm edən Şəxsi göstərir.</w:t>
      </w:r>
    </w:p>
    <w:p>
      <w:pPr>
        <w:pStyle w:val="ArticleBody"/>
        <w:jc w:val="left"/>
      </w:pPr>
      <w:r>
        <w:rPr>
          <w:rFonts w:ascii="Times New Roman" w:hAnsi="Times New Roman" w:eastAsia="Times New Roman" w:cs="Times New Roman"/>
        </w:rPr>
        <w:t>2024 təməl sınağını təmsil edir, və indi 2026-cı ildə məbəd sınağı gəlib çatmışdır. İndi biz Məsihin təlim verdiyi otuz günlük dövrdəyik və bu həqiqəti tanımamaq ölümcül nəticədir.</w:t>
      </w:r>
    </w:p>
    <w:p>
      <w:pPr>
        <w:pStyle w:val="ArticleBody"/>
        <w:jc w:val="left"/>
      </w:pPr>
      <w:r>
        <w:rPr>
          <w:rFonts w:ascii="Times New Roman" w:hAnsi="Times New Roman" w:eastAsia="Times New Roman" w:cs="Times New Roman"/>
        </w:rPr>
        <w:t>Mesajı və elçini tanımaq, Romanın görüntünü təsbit etməsi ilə təmsil olunan təməl sınağın bir ünsürü idi və İlyasla Axavın hekayəsinin də bir ünsürüdür.</w:t>
      </w:r>
    </w:p>
    <w:p>
      <w:pPr>
        <w:pStyle w:val="ArticleScripture"/>
        <w:jc w:val="left"/>
      </w:pPr>
      <w:r>
        <w:rPr>
          <w:rFonts w:ascii="Times New Roman" w:hAnsi="Times New Roman" w:eastAsia="Times New Roman" w:cs="Times New Roman"/>
        </w:rPr>
        <w:t>Yəhuda padşahı Asanın otuz səkkizinci ilində Omrinin oğlu Axav İsrail üzərində padşahlıq etməyə başladı; Omrinin oğlu Axav Samariyada İsrail üzərində iyirmi iki il padşahlıq etdi. Omrinin oğlu Axav Rəbbin gözündə özündən əvvəl olanların hamısından daha çox pislik etdi. Və elə oldu ki, sanki Nevat oğlu Yarovamın günahlarında yerimək ona yüngül bir şey imiş kimi, Sidonluların padşahı Etbaalın qızı İzebeli özünə arvad aldı, gedib Baala qulluq etdi və ona səcdə qıldı. O, Samariyada tikdiyi Baal məbədində Baal üçün bir qurbangah qurdu. Axav bir Aşera da düzəltdi; Axav özündən əvvəl olmuş İsrail padşahlarının hamısından daha artıq İsrailin Allahı Rəbbi qəzəbləndirdi. Onun günlərində betellı Xiel Yerixonu yenidən tikdi: onun təməlini ilk oğlu Aviramın bahasına qoydu, qapılarını isə kiçik oğlu Sequbun bahasına qurdu; Nun oğlu Yeşua vasitəsilə Rəbbin söylədiyi sözə görə belə oldu. Və Gilead sakinlərindən olan tişbli İlyas Axava dedi: Hüzurunda durduğum İsrailin Allahı Rəbb sağdır, mənim sözüm olmadıqca bu illərdə nə şeh olacaq, nə də yağış. 1 Padşahlar 16:29–17:1.</w:t>
      </w:r>
    </w:p>
    <w:p>
      <w:pPr>
        <w:pStyle w:val="ArticleBody"/>
        <w:jc w:val="left"/>
      </w:pPr>
      <w:r>
        <w:rPr>
          <w:rFonts w:ascii="Times New Roman" w:hAnsi="Times New Roman" w:eastAsia="Times New Roman" w:cs="Times New Roman"/>
        </w:rPr>
        <w:t>Axabla əlaqəli rəqəmlər bu hissənin kontekstinə əlavə məna qatır. “Otuz səkkiz” “ayağa qalxma”nı ifadə edir. İsrailə otuz səkkizinci ildə “ayağa qalxıb” Vəd edilmiş Torpağa daxil olmaq əmr olunmuşdu.</w:t>
      </w:r>
    </w:p>
    <w:p>
      <w:pPr>
        <w:pStyle w:val="ArticleScripture"/>
        <w:jc w:val="left"/>
      </w:pPr>
      <w:r>
        <w:rPr>
          <w:rFonts w:ascii="Times New Roman" w:hAnsi="Times New Roman" w:eastAsia="Times New Roman" w:cs="Times New Roman"/>
        </w:rPr>
        <w:t>İndi qalxın, dedim mən, və Zered çayını keçin. Biz də Zered çayını keçdik. Qadeş-Barneadan çıxıb Zered çayını keçənədək keçən müddət otuz səkkiz il idi; ta ki Rəbbin onlara and içdiyi kimi, döyüşçü kişilərin bütün nəsli ordunun arasından məhv olub tükənsin. Qanunun Təkrarı 2:13, 14.</w:t>
      </w:r>
    </w:p>
    <w:p>
      <w:pPr>
        <w:pStyle w:val="ArticleBody"/>
        <w:jc w:val="left"/>
      </w:pPr>
      <w:r>
        <w:rPr>
          <w:rFonts w:ascii="Times New Roman" w:hAnsi="Times New Roman" w:eastAsia="Times New Roman" w:cs="Times New Roman"/>
        </w:rPr>
        <w:t>İsa ona “qalx” dedikdə, otuz səkkiz yaşlı şikəst adamı sağaltdı.</w:t>
      </w:r>
    </w:p>
    <w:p>
      <w:pPr>
        <w:pStyle w:val="ArticleScripture"/>
        <w:jc w:val="left"/>
      </w:pPr>
      <w:r>
        <w:rPr>
          <w:rFonts w:ascii="Times New Roman" w:hAnsi="Times New Roman" w:eastAsia="Times New Roman" w:cs="Times New Roman"/>
        </w:rPr>
        <w:t>Orada otuz səkkiz il xəstəlikdən əziyyət çəkən bir adam var idi. İsa onun uzandığını görüb və artıq uzun müddətdir bu halda olduğunu bildiyi üçün ona dedi: “Sağalmaq istəyirsənmi?” Gücsüz adam Ona cavab verdi: “Ağa, su çalxalandığı zaman məni hovuza salacaq heç kəsim yoxdur; mən gələnədək isə məndən əvvəl başqa biri enir.” İsa ona dedi: “Qalx, döşəyini götür və gəz.” Adam dərhal sağaldı, döşəyini götürdü və gəzməyə başladı; həmin gün isə Şənbə günü idi. Yəhya 5:5–9.</w:t>
      </w:r>
    </w:p>
    <w:p>
      <w:pPr>
        <w:pStyle w:val="ArticleBody"/>
        <w:jc w:val="left"/>
      </w:pPr>
      <w:r>
        <w:rPr>
          <w:rFonts w:ascii="Times New Roman" w:hAnsi="Times New Roman" w:eastAsia="Times New Roman" w:cs="Times New Roman"/>
        </w:rPr>
        <w:t>Coşiya Liç 1838-ci ildə bir qabaqcadan xəbər verdi və onu 1840-cı ildə daha da dəqiqləşdirdi. Musanın Qanunun Təkrarı kitabında istinad etdiyi otuz səkkizinci il, eyni zamanda qırxıncı il idi. Coşiya Liçin iki mərhələli prosesi, adaşı olan padşah Yoşiyanın iki mərhələli dirçəlişinə paralel idi. 38 və 40 rəqəmləri bir-biri ilə münasibətdə yüksəlişi təmsil edir; buludların içinə qaldırıldıqları zaman iki şahidin başına gələn də budur.</w:t>
      </w:r>
    </w:p>
    <w:p>
      <w:pPr>
        <w:pStyle w:val="ArticleBody"/>
        <w:jc w:val="left"/>
      </w:pPr>
      <w:r>
        <w:rPr>
          <w:rFonts w:ascii="Times New Roman" w:hAnsi="Times New Roman" w:eastAsia="Times New Roman" w:cs="Times New Roman"/>
        </w:rPr>
        <w:t>Litch ilə yüksəldilmə ikinci vayın İslam xəbəri vasitəsilə yerinə yetirildi. Məsihin göyə yüksəlişi ilə işarələnən yüksəldilmə, İslamın şeypur xəbərindən sonra gəlir. Şeypur, yüksəliş və hökm olan yol nişanının həmin ilk iki addımı, iki addımı padşah Yoşiyanın iki mərhələli dirçəlişi və islahatı ilə təmsil olunan Litch tərəfindən tipoloji olaraq göstərilmişdi. Qanunun Təkrarında əmr belə idi: qalxın və Vəd olunmuş Torpağa gedin; bazar qanunu zamanı bayrağın qaldırılması da eyni vəddir.</w:t>
      </w:r>
    </w:p>
    <w:p>
      <w:pPr>
        <w:pStyle w:val="ArticleBody"/>
        <w:jc w:val="left"/>
      </w:pPr>
      <w:r>
        <w:rPr>
          <w:rFonts w:ascii="Times New Roman" w:hAnsi="Times New Roman" w:eastAsia="Times New Roman" w:cs="Times New Roman"/>
        </w:rPr>
        <w:t>Axav iyirmi iki il padşahlıq etdi; beləliklə o, İlahiliyin bəşəriyyətlə birləşdirildiyi dövrdə hökmranlıq edir; bu isə şeypur xəbəri öncəsində gələn otuz günlük dövrdür. Axav Trampdır; o, çox yaxın gələcəkdə İzebellə evlənəcək. Tramp dövründə yağış barədə xəbəri olan yalnız İlyasdır. Bu həqiqət təməldir, çünki yüz qırx dörd minin hərəkatı sətir üzərinə sətir metodologiyasının hərəkatıdır; və həmin metodologiya bu təməl həqiqət üzərində qurulmuşdur ki, yüz qırx dörd minin islahat hərəkatı müqəddəs tarixin hər bir islahat hərəkatı ilə timsallaşdırılmışdır. O hərəkatların hər birində rəhbərlər sınaq prosesinin bir hissəsi olmuşlar. Hər dəfə.</w:t>
      </w:r>
    </w:p>
    <w:p>
      <w:pPr>
        <w:pStyle w:val="ArticleBody"/>
        <w:jc w:val="left"/>
      </w:pPr>
      <w:r>
        <w:rPr>
          <w:rFonts w:ascii="Times New Roman" w:hAnsi="Times New Roman" w:eastAsia="Times New Roman" w:cs="Times New Roman"/>
        </w:rPr>
        <w:t>Axav Yarovamdan etibarən yeddinci padşahdır və biz dəfələrlə göstərmişik ki, Axav Bazar günü qanunu böhranı zamanı dövlətin rəmzidir. Biz göstərmişik ki, Laodikeyalı Yeddinci Gün Adventist kilsəsi 1863-cü ildə Yerixonu yenidən qurdu; bu, Uaytların ən böyük və ən kiçik oğullarına başa gəldi və Bazar günü qanunu vaxtındakı Yerixonu tipləşdirdi. 1863-cü il Bazar günü qanununu tipləşdirir.</w:t>
      </w:r>
    </w:p>
    <w:p>
      <w:pPr>
        <w:pStyle w:val="ArticleBody"/>
        <w:jc w:val="left"/>
      </w:pPr>
      <w:r>
        <w:rPr>
          <w:rFonts w:ascii="Times New Roman" w:hAnsi="Times New Roman" w:eastAsia="Times New Roman" w:cs="Times New Roman"/>
        </w:rPr>
        <w:t>Bu keçid həmin dövrü yüz qırx dörd minin möhürlənməsi kimi tanıdan rəmzlərlə doludur və o zaman kəsiyində Habaqququn 1843 cədvəli üzərinə yerləşdirilmiş bir həqiqətə dair Millerin anlayışını rədd etmək əsaslı üsyandır; bu isə “bütün camaat müqəddəsdir” iddiasını irəli sürən Qorahın üsyançıları və 1888-ci ilin üsyançıları ilə eyni bəhanə altında Allahın seçdiyi xəbərçiyə etinasızlığı da ehtiva edir.</w:t>
      </w:r>
    </w:p>
    <w:p>
      <w:pPr>
        <w:pStyle w:val="ArticleBody"/>
        <w:jc w:val="left"/>
      </w:pPr>
      <w:r>
        <w:rPr>
          <w:rFonts w:ascii="Times New Roman" w:hAnsi="Times New Roman" w:eastAsia="Times New Roman" w:cs="Times New Roman"/>
        </w:rPr>
        <w:t>İndi biz, səmavi pəncərələrin bir dispensasion qapı ilə birlikdə açıldığı məbəd sınağındayıq. Dispensasion qapı kahinlər üçün Laodikeyadan Filadelfiya kahinlərinə keçidi göstərir. O, Millerin yuxusundakı saxta və həqiqi cəvahirlərin ayrılmasını göstərir. Pəncərələr ya lənəti, ya da xeyir-duanı müəyyən edir. Malaki üçüncü fəsil sınağı geri qayıdış üzərinə əsaslandırır. Millerin yuxusu həm kahinliyin, həm də xəbərin bərpasını vurğulayır. Vəhy on doqquz İslam barədə bir şeypur xəbərinin qabaqcadan bildirilmiş sözünün yerinə yetirildiyi zaman qaldırılan Rəbbin ordusunu müəyyən edir.</w:t>
      </w:r>
    </w:p>
    <w:p>
      <w:pPr>
        <w:pStyle w:val="ArticleBody"/>
        <w:jc w:val="left"/>
      </w:pPr>
      <w:r>
        <w:rPr>
          <w:rFonts w:ascii="Times New Roman" w:hAnsi="Times New Roman" w:eastAsia="Times New Roman" w:cs="Times New Roman"/>
        </w:rPr>
        <w:t>Sur mesajının litmus sınağından əvvəl gələn sınaq ikinci sınaqdır və bu, məbəd sınağıdır. Millerin yuxusu bir ikiqatlanma meydana gətirir; bu isə həmişə ikinci sınaqla əlaqəlidir, çünki Millerin yuxusu cəvahiratlardan həm xəbərlər, həm də xəbərçilər kimi istifadə edir. Məbəd sınağı son yağışın sətir üzərinə sətir metodologiyasının tətbiqini ehtiva edir. O, kahinlərdən tələb edir ki, xəbərləri uyğunlaşdırmaq üçün müxtəlif peyğəmbərlik xətlərində məbədi görsünlər. Çirk fırçası adamın daha böyük tabutu yüz qırx dörd minin məbədidir və Malakinin anbarı da elə həmin şeydir. Məbəd təchizatının ürəyi əhd sandığıdır; onu örtən keruvlar daim ona baxırlar və bununla bütün müqəddəs varlıqların diqqət mərkəzini vurğulayırlar. Bu tarixdə olan müqəddəslər məbədə baxmalı və əhd sandığının içinə nəzər salmalıdırlar.</w:t>
      </w:r>
    </w:p>
    <w:p>
      <w:pPr>
        <w:pStyle w:val="ArticleBody"/>
        <w:jc w:val="left"/>
      </w:pPr>
      <w:r>
        <w:rPr>
          <w:rFonts w:ascii="Times New Roman" w:hAnsi="Times New Roman" w:eastAsia="Times New Roman" w:cs="Times New Roman"/>
        </w:rPr>
        <w:t>Yüz qırx dörd minin məbədi Levililər iyirmi üçün mövzusudur və o, Bacı Uaytın “Əllinci gün mövsümü” adlandırdığı şeylə Məsihin zamanında yerinə yetmiş tarixi bir xətt təqdim edir. Dirilmədən Əllinci günədək, yaxud 31 dekabr 2023-dən Bazar qanununa qədər, Levililər iyirmi üçünün peyğəmbərlik xətti yüz qırx dörd minin məbədini təmsil edir. Bu tarix üç addımlı bir nişangahla başlayır, ardınca beş gün gəlir və üç addımlı bir nişangahla, ardınca isə beş günlə başa çatır. Alfa və omeqa tarixlərinin ortasında kahinlərin möhürlənməsinin otuz günü yerləşir. Bu ümumi xətt yeddinci gün Şənbəsi ilə başlayır və yeddinci il Şənbəsi ilə başa çatır. Bu səviyyədə yüz qırx dörd minin məbədi 8 canı yenilənmiş yerə daşıyacaq gəmidır, həmçinin iki mələyin kölgə saldığı əhd sandığıdır; necə ki, iki Şənbə də Əllinci gün mövsümü ilə təmsil olunan yüz qırx dörd minin kahinlik məbədinə kölgə salır.</w:t>
      </w:r>
    </w:p>
    <w:p>
      <w:pPr>
        <w:pStyle w:val="ArticleBody"/>
        <w:jc w:val="left"/>
      </w:pPr>
      <w:r>
        <w:rPr>
          <w:rFonts w:ascii="Times New Roman" w:hAnsi="Times New Roman" w:eastAsia="Times New Roman" w:cs="Times New Roman"/>
        </w:rPr>
        <w:t>Levililər iyirmi üçüncü fəsil, Məsihin dirilməsindən başlayan və əlli gün sonra Pentikost Gününədək davam edən Pentikost mövsümünün son təzahürü zamanı yüz qırx dörd minin kahinliyi haqqındadır. Pentikost mövsümü, Levililər iyirmi üçüncü fəslin ilk iyirmi iki ayəsi son iyirmi iki ayə ilə uyğunlaşdırıldıqda müəyyən olunur. Uilyam Millerin yuxusu Allahın sözünün cəvahiratlarının həm xəbər, həm də xəbərçilər olduğunu müəyyən edir.</w:t>
      </w:r>
    </w:p>
    <w:p>
      <w:pPr>
        <w:pStyle w:val="ArticleScripture"/>
        <w:jc w:val="left"/>
      </w:pPr>
      <w:r>
        <w:rPr>
          <w:rFonts w:ascii="Times New Roman" w:hAnsi="Times New Roman" w:eastAsia="Times New Roman" w:cs="Times New Roman"/>
        </w:rPr>
        <w:t>“Mən təcrübə əldə etmək üçün qiymətli imkanlara malik olmuşam. Mən birinci, ikinci və üçüncü mələklərin xəbərlərində təcrübə qazanmışam. Mələklər göyün ortasında uçaraq dünyaya xəbərdarlıq xəbəri bəyan edən və bu yerin tarixinin son günlərində yaşayan insanlar üçün birbaşa əhəmiyyət daşıyan şəkildə təsvir olunurlar. Heç kəs bu mələklərin səsini eşitmir, çünki onlar səmanın kainatı ilə ahəng içində çalışan Allah xalqını təmsil edən bir rəmzdir. Allahın Ruhu ilə nurlandırılmış və həqiqət vasitəsilə təqdis olunmuş kişilər və qadınlar bu üç xəbəri öz sırası ilə bəyan edirlər.” Life Sketches, 429.</w:t>
      </w:r>
    </w:p>
    <w:p>
      <w:pPr>
        <w:pStyle w:val="ArticleBody"/>
        <w:jc w:val="left"/>
      </w:pPr>
      <w:r>
        <w:rPr>
          <w:rFonts w:ascii="Times New Roman" w:hAnsi="Times New Roman" w:eastAsia="Times New Roman" w:cs="Times New Roman"/>
        </w:rPr>
        <w:t>Mələklər, mələyin təmsil etdiyi xəbəri bəyan edən Allahın xalqının rəmzləridir.</w:t>
      </w:r>
    </w:p>
    <w:p>
      <w:pPr>
        <w:pStyle w:val="ArticleScripture"/>
        <w:jc w:val="left"/>
      </w:pPr>
      <w:r>
        <w:rPr>
          <w:rFonts w:ascii="Times New Roman" w:hAnsi="Times New Roman" w:eastAsia="Times New Roman" w:cs="Times New Roman"/>
        </w:rPr>
        <w:t>“Vaxt qısadır. Birinci, ikinci və üçüncü mələyin xəbərləri dünyaya verilməli olan xəbərlərdir. Biz üç mələyin səsini hərfi mənada eşitmirik, lakin Vəhydə bu mələklər yer üzündə olacaq və bu xəbərləri verəcək bir xalqı təmsil edir.</w:t>
      </w:r>
    </w:p>
    <w:p>
      <w:pPr>
        <w:pStyle w:val="ArticleScripture"/>
        <w:jc w:val="left"/>
      </w:pPr>
      <w:r>
        <w:rPr>
          <w:rFonts w:ascii="Times New Roman" w:hAnsi="Times New Roman" w:eastAsia="Times New Roman" w:cs="Times New Roman"/>
        </w:rPr>
        <w:t>“Yəhya ‘göydən enən, böyük səlahiyyətə malik başqa bir mələyi gördü; və bütün yer üzü onun izzəti ilə işıqlandı.’ Vəhy 18:1. Bu iş, Allah xalqının dünyaya xəbərdarlıq ismarıcını bəyan edən səsidir.” The 1888 Materials, 926.</w:t>
      </w:r>
    </w:p>
    <w:p>
      <w:pPr>
        <w:pStyle w:val="ArticleBody"/>
        <w:jc w:val="left"/>
      </w:pPr>
      <w:r>
        <w:rPr>
          <w:rFonts w:ascii="Times New Roman" w:hAnsi="Times New Roman" w:eastAsia="Times New Roman" w:cs="Times New Roman"/>
        </w:rPr>
        <w:t>Mələklər, mələklərlə təmsil olunan xəbərləri verən insanları təmsil edirlər. Uilyam Miller peyğəmbərlikdə çoxsaylı tətbiqlərdə təmsil olunur. Bu tətbiqlərdən biri budur ki, Miller onun bəyan etməyə yönəldildiyi ilk və son zaman peyğəmbərlikləri ilə təmsil olunur. 1798-ci ildə başa çatan yeddi vaxt, yaxud 2.520 il, Millerin alfa kəşfi idi və 22 oktyabr 1844-cü ildə 2.300 axşam və səhərin sonunda məbədin təmizlənməsi Millerin omeqa kəşfi idi. Millerçi tarix 1798-ci ildən 1844-cü ilə qədər təmsil olunur və birinci və ikinci mələklərin tarixi olsa da, həmin tarixin carçısının adı ilə adlandırılır. Millerçi tarix müəyyən edir ki, Miller birinci və ikinci mələyin xəbərlərini bəyan edən “səs” idi, və birinci mələk 22 oktyabr 1844-cü ildə mühakimənin başlanmasını elan etdi, həmçinin birinci mələk 1798-ci ildə, son zamanın vaxtında, İsrail padşahlığının “yeddi vaxt” sürgününün sonunda zühur etdi. Miller həm 2.520 illik peyğəmbərliyin, həm də 2.300 illik peyğəmbərliyin simvoludur.</w:t>
      </w:r>
    </w:p>
    <w:p>
      <w:pPr>
        <w:pStyle w:val="ArticleBody"/>
        <w:jc w:val="left"/>
      </w:pPr>
      <w:r>
        <w:rPr>
          <w:rFonts w:ascii="Times New Roman" w:hAnsi="Times New Roman" w:eastAsia="Times New Roman" w:cs="Times New Roman"/>
        </w:rPr>
        <w:t>1798-ci ilin ilk yol nişanı elan etdi ki, hökm 22 oktyabr 1844-cü ildə 2,300 ilin sona çatması ilə başlayacaqdı. Sonra Rəbb yeddinci gün Şənbəsinin işığını açdı və işi başa çatdırmaq Onun niyyəti idi; buna görə də O, 1856-cı ildə yeddi zaman haqqında daha artıq işıq açmağa cəhd etdi, lakin iman əvəzinə üsyankarlıq zahir oldu. Yeddi zaman Millerçi tarixin alfasıdır, 2,300 isə omeqasıdır.</w:t>
      </w:r>
    </w:p>
    <w:p>
      <w:pPr>
        <w:pStyle w:val="ArticleBody"/>
        <w:jc w:val="left"/>
      </w:pPr>
      <w:r>
        <w:rPr>
          <w:rFonts w:ascii="Times New Roman" w:hAnsi="Times New Roman" w:eastAsia="Times New Roman" w:cs="Times New Roman"/>
        </w:rPr>
        <w:t>Yeddi vaxt yeddinci ilin Şənbə günü ilə təmsil olunur, 2.300 isə yeddinci günün Şənbə günü ilə təmsil olunur. Millerçi tarix 1798 və 1844 ilə təmsil olunur; 1798 yeddi vaxtı, 1844 isə 2.300 ili təmsil edir. Bu iki Şənbə günü Levililər iyirmi üçdə təmsil olunan tarixin dayaq nöqtələridir. Bu iki Şənbə günü bir olan iki xəbəri təmsil edir. Bu iki xəbər Millerçiləri təmsil edir, çünki xəbərləri bəyan edən xalq xəbəri simvolizə edən mələkləri təmsil edir. 1798-ci ildə birinci mələk gəldi, 1844-cü ildə isə üçüncü mələk gəldi.</w:t>
      </w:r>
    </w:p>
    <w:p>
      <w:pPr>
        <w:pStyle w:val="ArticleBody"/>
        <w:jc w:val="left"/>
      </w:pPr>
      <w:r>
        <w:rPr>
          <w:rFonts w:ascii="Times New Roman" w:hAnsi="Times New Roman" w:eastAsia="Times New Roman" w:cs="Times New Roman"/>
        </w:rPr>
        <w:t>Levililər kitabının iyirmi üçüncü fəslində yeddi bayram və yeddi müqəddəs toplantı vardır, baxmayaraq ki, hər bir bayram müqəddəs toplantı deyildir və əksinə də belədir. Bütün bayramlar ilk və son müqəddəs toplantı arasında yerləşir; bunlar başlanğıcdakı yeddinci gün Şənbəsi və sondakı yeddinci il Şənbəsidir. Bayramların tarixi, Uilyam Milleri və Millerçiləri təmsil edən bu iki Şənbə ilə çərçivələnmişdir.</w:t>
      </w:r>
    </w:p>
    <w:p>
      <w:pPr>
        <w:pStyle w:val="ArticleBody"/>
        <w:jc w:val="left"/>
      </w:pPr>
      <w:r>
        <w:rPr>
          <w:rFonts w:ascii="Times New Roman" w:hAnsi="Times New Roman" w:eastAsia="Times New Roman" w:cs="Times New Roman"/>
        </w:rPr>
        <w:t>Levililər iyirmi üçdə ilk iyirmi iki ayə ilə son iyirmi iki ayə birləşdirildikdə, Pentikost mövsümü müəyyən edilir. Xətlərin bir araya gətirilməsi ilə qurulan struktur tamamilə ilahidir. Strukturun Pentikost mövsümü üç mələyin üç addımını aydın şəkildə təsvir edir. O, “Həqiqət”in imzasını daşıyır. O, Alfa və Omeqanın imzasını daşıyır. O, Palmoninin imzasını daşıyır. O, bir tədqiqatçını Ən Müqəddəs Yerinin lap mərkəzinə aparır. O, yüz qırx dörd minin məbədini müəyyən edir. O, ta yenilənmiş yerə qədər uzanır.</w:t>
      </w:r>
    </w:p>
    <w:p>
      <w:pPr>
        <w:pStyle w:val="ArticleBody"/>
        <w:jc w:val="left"/>
      </w:pPr>
      <w:r>
        <w:rPr>
          <w:rFonts w:ascii="Times New Roman" w:hAnsi="Times New Roman" w:eastAsia="Times New Roman" w:cs="Times New Roman"/>
        </w:rPr>
        <w:t>Levililər iyirmi üçüncü fəslinin bu həqiqəti indi lakmus və üçüncü sınaqdan əvvəl gələn məbəd sınağı ilə əlaqədar olaraq möhürdən açılır. Üçüncü mələk 1844-cü ildə gəldi, sonra 11 sentyabrda və daha sonra 2023-cü ildə yenidən gəldi. Üçüncü mələk 1844-cü ildə gəldikdə, sadiqlər imanla Məsihi Ən Müqəddəs Yerə qədər izləməli idilər. Levililər iyirmi üçüncü fəsil Ən Müqəddəs Yerə aparan yoldur və məbəd sınağının bir ünsürünü təmsil edir. Yəhyaya məbədin, həmçinin onun içində ibadət edənlərin ölçülməsi tapşırıldı.</w:t>
      </w:r>
    </w:p>
    <w:p>
      <w:pPr>
        <w:pStyle w:val="ArticleBody"/>
        <w:jc w:val="left"/>
      </w:pPr>
      <w:r>
        <w:rPr>
          <w:rFonts w:ascii="Times New Roman" w:hAnsi="Times New Roman" w:eastAsia="Times New Roman" w:cs="Times New Roman"/>
        </w:rPr>
        <w:t>Millerin sandığı məbəddir, daş-qaşlar isə onun içində olan ibadət edənlərdir. Malakinin anbarı məbəddir, onda olan onda birlər isə onun içində olan ibadət edənlərdir. Levililər iyirmi üç fəslinin “sətir üzərinə sətir” tətbiqində təmsil olunduğu kimi, Pentikost mövsümü yüz qırx dörd minin məbədini təmsil edir. Daha birbaşa desək, o, əhd sandığını təsvir edir; örtükdəki keruvlar tumurcuqlanmış Harunun əsasına, manna dolu qızıl qaba və On Əmrə baxırlar.</w:t>
      </w:r>
    </w:p>
    <w:p>
      <w:pPr>
        <w:pStyle w:val="ArticleBody"/>
        <w:jc w:val="left"/>
      </w:pPr>
      <w:r>
        <w:rPr>
          <w:rFonts w:ascii="Times New Roman" w:hAnsi="Times New Roman" w:eastAsia="Times New Roman" w:cs="Times New Roman"/>
        </w:rPr>
        <w:t>Örtən keruvlar mələklərdir və mələklər bir xəbəri və xəbərçini təmsil edir. Levililər iyirmi üçüncü fəslin alfa xəbəri olan xəbər yeddinci gün Şənbəsidir, omega xəbəri isə yeddinci il Şənbəsidir. Hər ikisi xəbərdir və onlar həm də William Millerin və Millerçilərin alfa və omega xəbərləridir: “yeddi vaxt”ın yerinə yetməsi ilə 1798-ci ildə yeddinci il Şənbəsinin bir rəmzi verildi, 1844-cü ildə isə Allah Öz xalqını Ən Müqəddəs Yerə apardı; orada onlar yeddinci gün Şənbəsini kəşf etdilər. Bu iki Şənbə Levililər iyirmi üçüncü fəsildəki ilk və son müqəddəs toplantılardır və Pentikost mövsümü onların hər ikisinin arasında yerləşdirilmişdir, necə ki əhd sandığı da iki örtən keruvun arasında yerləşdirilmişdi.</w:t>
      </w:r>
    </w:p>
    <w:p>
      <w:pPr>
        <w:pStyle w:val="ArticleBody"/>
        <w:jc w:val="left"/>
      </w:pPr>
      <w:r>
        <w:rPr>
          <w:rFonts w:ascii="Times New Roman" w:hAnsi="Times New Roman" w:eastAsia="Times New Roman" w:cs="Times New Roman"/>
        </w:rPr>
        <w:t>Məbəd ölçülməlidir və bu, bütpərəstlərə verilmiş həyətin kənarda saxlanılmasını da əhatə edir. Bazar günü qanunu zamanı Allahın evi üzərindəki mühakimə başa çatır və bütpərəstlərin mühakiməsi başlayır. Bütpərəstlərin zamanları 1798-ci ildə, 1,260 ilin sonunda başa çatdı və üç gün yarımın sonunda (1,260-ın bir rəmzi olaraq) Yəhya həyəti kənarda saxlamalı idi.</w:t>
      </w:r>
    </w:p>
    <w:p>
      <w:pPr>
        <w:pStyle w:val="ArticleScripture"/>
        <w:jc w:val="left"/>
      </w:pPr>
      <w:r>
        <w:rPr>
          <w:rFonts w:ascii="Times New Roman" w:hAnsi="Times New Roman" w:eastAsia="Times New Roman" w:cs="Times New Roman"/>
        </w:rPr>
        <w:t>Mənə çubuğa bənzər bir qamış verildi; mələk də durub dedi: Qalx və Allahın məbədini, qurbangahı və orada ibadət edənləri ölç. Lakin məbədin xaricində olan həyəti kənarda qoy və onu ölçmə; çünki o, başqa millətlərə verilmişdir; müqəddəs şəhəri isə onlar qırx iki ay ayaq altında tapdalayacaqlar. Vəhy 11:1, 2.</w:t>
      </w:r>
    </w:p>
    <w:p>
      <w:pPr>
        <w:pStyle w:val="ArticleBody"/>
        <w:jc w:val="left"/>
      </w:pPr>
      <w:r>
        <w:rPr>
          <w:rFonts w:ascii="Times New Roman" w:hAnsi="Times New Roman" w:eastAsia="Times New Roman" w:cs="Times New Roman"/>
        </w:rPr>
        <w:t>Həyət kənarda qoyulmalı idi, çünki o, başqa millətlərə verilmişdi; onlar da onu üç gün yarım, yaxud qırx iki ay ərzində ayaqları altında tapdaladılar.</w:t>
      </w:r>
    </w:p>
    <w:p>
      <w:pPr>
        <w:pStyle w:val="ArticleScripture"/>
        <w:jc w:val="left"/>
      </w:pPr>
      <w:r>
        <w:rPr>
          <w:rFonts w:ascii="Times New Roman" w:hAnsi="Times New Roman" w:eastAsia="Times New Roman" w:cs="Times New Roman"/>
        </w:rPr>
        <w:t>Onlar qılıncın ağzı ilə həlak olacaqlar və bütün millətlər arasına əsir aparılacaqlar; və Yerusəlim, başqa millətlərin vaxtları tamam olana qədər, qeyri-yəhudilər tərəfindən tapdalanacaqdır. Luka 21:24.</w:t>
      </w:r>
    </w:p>
    <w:p>
      <w:pPr>
        <w:pStyle w:val="ArticleBody"/>
        <w:jc w:val="left"/>
      </w:pPr>
      <w:r>
        <w:rPr>
          <w:rFonts w:ascii="Times New Roman" w:hAnsi="Times New Roman" w:eastAsia="Times New Roman" w:cs="Times New Roman"/>
        </w:rPr>
        <w:t>Başqa millətlərin vaxtı 1798-ci ildə, Daniel kitabı möhürdən açıldığı zaman tamam oldu.</w:t>
      </w:r>
    </w:p>
    <w:p>
      <w:pPr>
        <w:pStyle w:val="ArticleScripture"/>
        <w:jc w:val="left"/>
      </w:pPr>
      <w:r>
        <w:rPr>
          <w:rFonts w:ascii="Times New Roman" w:hAnsi="Times New Roman" w:eastAsia="Times New Roman" w:cs="Times New Roman"/>
        </w:rPr>
        <w:t>“Yerusəlimdəki məbəddə alçaq bir divar xarici həyəti müqəddəs binanın bütün digər hissələrindən ayırırdı. Bu divarın üzərində müxtəlif dillərdə yazılar vardı və orada yəhudilərdən başqa heç kəsin bu sərhəddi keçməsinə icazə verilmədiyi bildirilirdi. Əgər hər hansı bir başqa millətdən olan şəxs cəsarət edib daxili hasarlanmış hissəyə girsəydi, məbədi murdarlamış olar və bunun cəzasını həyatı ilə ödəyərdi. Lakin məbədin və onun ibadət xidmətinin banisi olan İsa, bəşəri rəğbət bağı ilə başqa millətlərdən olanları Özünə cəlb etdi, Onun ilahi lütfü isə yəhudilərin rədd etdiyi xilası onlara gətirdi.” The Desire of Ages, 194.</w:t>
      </w:r>
    </w:p>
    <w:p>
      <w:pPr>
        <w:pStyle w:val="ArticleBody"/>
        <w:jc w:val="left"/>
      </w:pPr>
      <w:r>
        <w:rPr>
          <w:rFonts w:ascii="Times New Roman" w:hAnsi="Times New Roman" w:eastAsia="Times New Roman" w:cs="Times New Roman"/>
        </w:rPr>
        <w:t>31 dekabr 2023-cü il 18 iyul 2020-ci il xəyal qırıqlığından etibarən olan üç yarım peyğəmbərlik gününü başa çatdırdı. Həmin üç yarım il göstərir ki, o zaman bir peyğəmbərlik xəbəri möhürdən açılacaqdı və millətlərin vaxtı tamamlandı, həmçinin məbədin və onun daxilində ibadət edənlərin ölçülməsindən əl çəkildi. Bazar qanununda, hansı ki, Pentikostal mövsümdə Əllinci gün idi, hökm millətlərə keçir. Yüz qırx dörd minin məbədini ölçərkən millətlərin vaxtından əl çəkdiyimiz zaman görürük ki, 31 dekabr 2023-cü ildən Bazar qanununa qədər olan müddət məbəddir.</w:t>
      </w:r>
    </w:p>
    <w:p>
      <w:pPr>
        <w:pStyle w:val="ArticleBody"/>
        <w:jc w:val="left"/>
      </w:pPr>
      <w:r>
        <w:rPr>
          <w:rFonts w:ascii="Times New Roman" w:hAnsi="Times New Roman" w:eastAsia="Times New Roman" w:cs="Times New Roman"/>
        </w:rPr>
        <w:t>Məbədin şəhadəti budur ki, o, iki mərhələdə ucaldılır: əvvəl təməl qoyulur, sonra isə rədd edilmiş təməl daşı möcüzəli şəkildə küncün başı olduqda məbəd tamamlanmış olaraq tanınır. Təməl, qədim İsrailin birinci fərmanın tarixində Babildən çıxdığı zaman qoyuldu, məbəd isə ikinci fərmanın tarixində, lakin üçüncü fərmandan əvvəl tamamlandı. Təməl sınağı 2024-cü ildə baş verdi və biz indi məbəd sınağındayıq. Həmin məbəd sınağı üçüncü və lakmus sınağında başa çatır və məbəd sınağı Allahın xalqından məbədi ölçməyi tələb edir.</w:t>
      </w:r>
    </w:p>
    <w:p>
      <w:pPr>
        <w:pStyle w:val="ArticleBody"/>
        <w:jc w:val="left"/>
      </w:pPr>
      <w:r>
        <w:rPr>
          <w:rFonts w:ascii="Times New Roman" w:hAnsi="Times New Roman" w:eastAsia="Times New Roman" w:cs="Times New Roman"/>
        </w:rPr>
        <w:t>Levililər iyirmi üçüncü fəsildəki məbəd 31 dekabr 2023-dən Bazar qanununadək ucaldılır və həmin peyğəmbərlik tarixçəsi daxilində bir peyğəmbərlik açıldığı zaman həmişə baş verən üç sınaq təmsil olunur. Bu üçünün sonuncusu, Exeter düşərgə yığıncağı ilə təmsil olunan lakmus sınağı idi. Həmin yığıncaqda ya Ağsaqqal Snowun həqiqi Gecəyarısı Hayqırtısı barədə öz xəbərini iki dəfə təqdim etdiyi çadırdakı toplantılarda iştirak edirdiniz, ya da Watertown çadırındakı emosional və tarazlıqdan uzaq toplantılarda iştirak edirdiniz. Toplantılar başa çatdıqda həqiqi Gecəyarısı Hayqırtısı xəbəri gelgit dalğası kimi yayıldı. Exeter lakmus sınağı idi və lakmus sınağı möhürlənməni təmsil edir.</w:t>
      </w:r>
    </w:p>
    <w:p>
      <w:pPr>
        <w:pStyle w:val="ArticleBody"/>
        <w:jc w:val="left"/>
      </w:pPr>
      <w:r>
        <w:rPr>
          <w:rFonts w:ascii="Times New Roman" w:hAnsi="Times New Roman" w:eastAsia="Times New Roman" w:cs="Times New Roman"/>
        </w:rPr>
        <w:t>Exeter düşərgə toplantısı Məsihin Yerusəlimə zəfərli girişi ilə tipoloji olaraq öncədən göstərilmişdi və İsanın mindiyi eşşəyə Lazar rəhbərlik edirdi. Lazarın ölümü 18 iyul 2020-ci il məyusluğu idi, lakin o, həm də Məsihin taclandırıcı möcüzəsi və Onun ilahiliyinin “möhürü” idi.</w:t>
      </w:r>
    </w:p>
    <w:p>
      <w:pPr>
        <w:pStyle w:val="ArticleScripture"/>
        <w:jc w:val="left"/>
      </w:pPr>
      <w:r>
        <w:rPr>
          <w:rFonts w:ascii="Times New Roman" w:hAnsi="Times New Roman" w:eastAsia="Times New Roman" w:cs="Times New Roman"/>
        </w:rPr>
        <w:t>“Məsih xəstə otağında olsaydı, Lazar ölməzdi; çünki Şeytanın onun üzərində heç bir qüdrəti olmazdı. Həyat Verənin hüzurunda ölüm oxunu Lazara tuşlaya bilməzdi. Buna görə də Məsih uzaqda qaldı. O, düşmənə öz qüdrətini işlətməyə yol verdi ki, sonra onu məğlub edilmiş bir düşmən kimi geri çəkilməyə məcbur etsin. O, Lazarın ölümün hökmranlığı altına keçməsinə izin verdi; əzab çəkən bacılar isə qardaşlarının qəbirə qoyulduğunu gördülər. Məsih bilirdi ki, onlar qardaşlarının ölü üzünə baxarkən, Öz Xilaskarlarına olan imanları ağır şəkildə sınağa çəkiləcək. Lakin O bilirdi ki, indi keçməkdə olduqları mübarizə sayəsində onların imanı daha böyük qüvvə ilə parlayacaq. O, onların çəkdiyi kədərin hər bir sızısına yol verdi. O, ləngidiyinə görə onları daha az sevmirdi; lakin bilirdi ki, onlar üçün, Lazar üçün, Özü üçün və şagirdləri üçün qazanılmalı olan bir qələbə vardı.”</w:t>
      </w:r>
    </w:p>
    <w:p>
      <w:pPr>
        <w:pStyle w:val="ArticleScripture"/>
        <w:jc w:val="left"/>
      </w:pPr>
      <w:r>
        <w:rPr>
          <w:rFonts w:ascii="Times New Roman" w:hAnsi="Times New Roman" w:eastAsia="Times New Roman" w:cs="Times New Roman"/>
        </w:rPr>
        <w:t>“‘Sizin xatirinizə,’ ‘ta ki, iman edəsiniz.’ Allahın rəhbər əlini duymaq üçün Ona üz tutanların hamısı üçün ən böyük ruhdan düşkünlüyü anı ilahi köməyin ən yaxın olduğu vaxtdır. Onlar öz yollarının ən qaranlıq hissəsinə minnətdarlıqla geri baxacaqlar. ‘Rəbb salehləri necə qurtarmağı bilir,’ 2 Peter 2:9. O, onları hər bir sınaqdan və hər bir imtahandan daha möhkəm iman və daha zəngin təcrübə ilə çıxaracaqdır.”</w:t>
      </w:r>
    </w:p>
    <w:p>
      <w:pPr>
        <w:pStyle w:val="ArticleScripture"/>
        <w:jc w:val="left"/>
      </w:pPr>
      <w:r>
        <w:rPr>
          <w:rFonts w:ascii="Times New Roman" w:hAnsi="Times New Roman" w:eastAsia="Times New Roman" w:cs="Times New Roman"/>
        </w:rPr>
        <w:t>“Məsihin Lazara gəlməkdə ləngiməsində Onu qəbul etməmiş olanlara qarşı mərhəmət məqsədi var idi. O buna görə yubanırdı ki, Lazarı ölülər arasından diriltməklə inadkar, imansız xalqına Özünün həqiqətən də “dirilmə və həyat” olduğuna dair daha bir dəlil versin. O, İsrail evinin yoxsul, sərgərdan qoyunları olan bu xalqdan ötrü bütün ümidini kəsməyə könülsüz idi. Onların tövbəsizliyi üzündən Onun ürəyi parçalanırdı. O, Öz mərhəmətində onlara Özünün Bərpaedici, həyatı və ölümsüzlüyü aşkara çıxara bilən yeganə Şəxs olduğuna dair daha bir sübut verməyi qəsd etmişdi. Bu elə bir dəlil olmalı idi ki, kahinlər onu yanlış yozmasınlar. Onun Betaniyaya getməkdə ləngiməsinin səbəbi bu idi. Bu ən ali möcüzə — Lazarın dirildilməsi — Onun işinə və ilahiliyinə dair iddiasına Allahın möhürünü vurmalı idi.” Əsrlərin Arzusu, 528, 529.</w:t>
      </w:r>
    </w:p>
    <w:p>
      <w:pPr>
        <w:pStyle w:val="ArticleBody"/>
        <w:jc w:val="left"/>
      </w:pPr>
      <w:r>
        <w:rPr>
          <w:rFonts w:ascii="Times New Roman" w:hAnsi="Times New Roman" w:eastAsia="Times New Roman" w:cs="Times New Roman"/>
        </w:rPr>
        <w:t>Zəfərlə giriş Məsihin minməsi üçün bir dişi eşşəyin açılıb gətirilməsi ilə başladı.</w:t>
      </w:r>
    </w:p>
    <w:p>
      <w:pPr>
        <w:pStyle w:val="ArticleScripture"/>
        <w:jc w:val="left"/>
      </w:pPr>
      <w:r>
        <w:rPr>
          <w:rFonts w:ascii="Times New Roman" w:hAnsi="Times New Roman" w:eastAsia="Times New Roman" w:cs="Times New Roman"/>
        </w:rPr>
        <w:t>Onlar Yerusəlimə yaxınlaşıb Zeytun dağına, Betfagiyaya çatanda, İsa iki şagirdi göndərib onlara dedi: “Qarşınızdakı kəndə gedin, dərhal bağlanmış bir dişi eşşək və onun yanında bir sıpa tapacaqsınız; onları açın və Mənim yanıma gətirin. Əgər kimsə sizə bir söz desə, deyin: ‘Rəbbin onlara ehtiyacı var’; o da dərhal onları göndərəcək.” Bütün bunlar peyğəmbər vasitəsilə deyilmiş söz yerinə yetsin deyə baş verdi; orada belə deyilir: “Sion qızına deyin: Bax, sənin Padşahın sənə gəlir, həlim və dişi eşşəyin, bəli, yük heyvanının balası olan sıpanın üstündə oturmuşdur.” Şagirdlər gedib İsanın onlara əmr etdiyi kimi etdilər. Matta 21:1–6.</w:t>
      </w:r>
    </w:p>
    <w:p>
      <w:pPr>
        <w:pStyle w:val="ArticleBody"/>
        <w:jc w:val="left"/>
      </w:pPr>
      <w:r>
        <w:rPr>
          <w:rFonts w:ascii="Times New Roman" w:hAnsi="Times New Roman" w:eastAsia="Times New Roman" w:cs="Times New Roman"/>
        </w:rPr>
        <w:t>Gecəyarısı Nidası xəbəri ilk məyusluq zamanı gəlmiş ikinci mələyin xəbərinə qoşuldu. Məsihin dövründə həmin məyusluq Lazarın ölümü idi, Millerçilər üçünsə bu, 19 aprel 1844-cü ildə baş verən 1843-cü il proqnozunun doğrulmaması idi. Həmin bu iki məyusluğun hər ikisi 18 iyul 2020-ci ili təmsil edir.</w:t>
      </w:r>
    </w:p>
    <w:p>
      <w:pPr>
        <w:pStyle w:val="ArticleBody"/>
        <w:jc w:val="left"/>
      </w:pPr>
      <w:r>
        <w:rPr>
          <w:rFonts w:ascii="Times New Roman" w:hAnsi="Times New Roman" w:eastAsia="Times New Roman" w:cs="Times New Roman"/>
        </w:rPr>
        <w:t>Levililər iyirmi üçdə təmsil olunan Pentikost mövsümündə lakmus sınağı şeypurlar bayramının, Məsihin göyə yüksəlişinin və Kəffarə Gününün üçqat yol nişanı ilə təmsil olunur. Bu üç addım bünövrə və məbədin ilk iki sınağı ilə əlaqədar olaraq lakmus sınağını təmsil edir. Bu üç addım Pentikostun bazar qanunundan beş gün əvvəl gəlir və yüz qırx dörd minin bayraq kimi ucaldılmasını təmsil edir. Əgər onlar lakmus sınağından keçsələr, ucaldılırlar; keçməzlərsə, Millerin yuxusunun pəncərələrindən sovrulub çıxarılırlar.</w:t>
      </w:r>
    </w:p>
    <w:p>
      <w:pPr>
        <w:pStyle w:val="ArticleBody"/>
        <w:jc w:val="left"/>
      </w:pPr>
      <w:r>
        <w:rPr>
          <w:rFonts w:ascii="Times New Roman" w:hAnsi="Times New Roman" w:eastAsia="Times New Roman" w:cs="Times New Roman"/>
        </w:rPr>
        <w:t>Möhürlənmənin üçüncü mərhələsi Kəffarə Günüdür və o, günahın silinib aradan qaldırılmasını təmsil edir. İkinci mərhələ Malakinin levililər qurbanının yüksəldilməsidir, birinci mərhələ isə şeypurların xəbəridir. 1844-cü ildən bəri bəşəriyyət yeddinci şeypurun səslənməsi tarixində yaşamaqdadır. Yeddinci şeypurun xarici xəbəri İslamın üçüncü vayının xəbəridir, yeddinci şeypurun daxili xəbəri isə Məsihin Öz İlahiliyini yüz qırx dörd minin bəşəriyyəti ilə birləşdirməsi işidir.</w:t>
      </w:r>
    </w:p>
    <w:p>
      <w:pPr>
        <w:pStyle w:val="ArticleBody"/>
        <w:jc w:val="left"/>
      </w:pPr>
      <w:r>
        <w:rPr>
          <w:rFonts w:ascii="Times New Roman" w:hAnsi="Times New Roman" w:eastAsia="Times New Roman" w:cs="Times New Roman"/>
        </w:rPr>
        <w:t>Növbəti məqalədə davam edəcəyik.</w:t>
      </w:r>
    </w:p>
    <w:p>
      <w:pPr>
        <w:pStyle w:val="ArticleScripture"/>
        <w:jc w:val="left"/>
      </w:pPr>
      <w:r>
        <w:rPr>
          <w:rFonts w:ascii="Times New Roman" w:hAnsi="Times New Roman" w:eastAsia="Times New Roman" w:cs="Times New Roman"/>
        </w:rPr>
        <w:t>“Peyğəmbərlərin yazılarında elə səhnələr təsvir olunmuşdur ki, qədimliyi ilə ağarmış olsalar da, bizə yeni vəhylərin təravəti və qüdrəti içində görünürlər. İman vasitəsilə anlayırıq ki, Allahın keçmiş dövrlərdə Öz xalqı ilə rəftarına dair bu qeydlər ona görə qorunub saxlanmışdır ki, Allahın bu günkü təcrübələr vasitəsilə bizə öyrətmək istədiyi dərsləri dərk edək.</w:t>
      </w:r>
    </w:p>
    <w:p>
      <w:pPr>
        <w:pStyle w:val="ArticleScripture"/>
        <w:jc w:val="left"/>
      </w:pPr>
      <w:r>
        <w:rPr>
          <w:rFonts w:ascii="Times New Roman" w:hAnsi="Times New Roman" w:eastAsia="Times New Roman" w:cs="Times New Roman"/>
        </w:rPr>
        <w:t>Biz, Məsihin ikinci gəlişindən bilavasitə əvvəlki dövrdən heç də az əhəmiyyətli olmayan bir zamanda yaşadığımız üçün, Məsihin birinci gəlişi dövründə yaşamış yəhudilərin etdiklərinə bənzər səhvlərə yol verməməkdə xüsusilə diqqətli olmalıyıq.</w:t>
      </w:r>
    </w:p>
    <w:p>
      <w:pPr>
        <w:pStyle w:val="ArticleScripture"/>
        <w:jc w:val="left"/>
      </w:pPr>
      <w:r>
        <w:rPr>
          <w:rFonts w:ascii="Times New Roman" w:hAnsi="Times New Roman" w:eastAsia="Times New Roman" w:cs="Times New Roman"/>
        </w:rPr>
        <w:t>“Vacib olmayan məsələlərin əhəmiyyətini hədsiz dərəcədə böyütdükləri, formal bir ibadət sistemini tədricən yaratmış yəhudi rəhbərləri kimi, bəzi adamlar da indi bu nəslə aid mühüm həqiqətləri gözdən qaçırmaq və yeni, qəribə, valehedici şeyləri axtarmaq təhlükəsi ilə üz-üzədirlər.</w:t>
      </w:r>
    </w:p>
    <w:p>
      <w:pPr>
        <w:pStyle w:val="ArticleScripture"/>
        <w:jc w:val="left"/>
      </w:pPr>
      <w:r>
        <w:rPr>
          <w:rFonts w:ascii="Times New Roman" w:hAnsi="Times New Roman" w:eastAsia="Times New Roman" w:cs="Times New Roman"/>
        </w:rPr>
        <w:t>“Yüksək prinsipləri əziz tutmağa ehtiyac vardır. Xəyali ideyaların ardınca gedən və onları müdafiə edənlərə, başqalarına öyrətməyə cəhd etməzdən əvvəl, həqiqətin nə olduğu öyrədilməlidir. İnsan tərəfindən yaradılmış nəzəriyyələr və fərziyyələr həqiqət kimi axtarılmamalıdır.</w:t>
      </w:r>
    </w:p>
    <w:p>
      <w:pPr>
        <w:pStyle w:val="ArticleScripture"/>
        <w:jc w:val="left"/>
      </w:pPr>
      <w:r>
        <w:rPr>
          <w:rFonts w:ascii="Times New Roman" w:hAnsi="Times New Roman" w:eastAsia="Times New Roman" w:cs="Times New Roman"/>
        </w:rPr>
        <w:t>Prinsipə polad kimi sədaqətli olan çoxları vardır və bunlara kömək ediləcək, onlar xeyir-dua alacaqlar; çünki onlar eyvanla qurbangah arasında ağlayaraq belə deyirlər: “Ya Rəbb, Öz xalqına rəhm et və irsini rüsvayçılığa vermə.” Biz üçüncü mələyin xəbərinin təməl prinsiplərinin aydın və seçik şəkildə ortaya çıxmasına imkan verməliyik. İmanımızın böyük sütunları onların üzərinə qoyula biləcək bütün ağırlığı daşıyacaqdır.</w:t>
      </w:r>
    </w:p>
    <w:p>
      <w:pPr>
        <w:pStyle w:val="ArticleScripture"/>
        <w:jc w:val="left"/>
      </w:pPr>
      <w:r>
        <w:rPr>
          <w:rFonts w:ascii="Times New Roman" w:hAnsi="Times New Roman" w:eastAsia="Times New Roman" w:cs="Times New Roman"/>
        </w:rPr>
        <w:t>“Bu yanlışlıq, xəyalpərəstlik və xülyaya dalma çağında Məsihin təliminin ilk əsaslarını öyrənməyə ehtiyacımız var. Gəlin elə çalışmağa səy göstərək ki, həvari ilə birlikdə belə deyə bilək: “Biz sizə Rəbbimiz İsa Məsihin qüdrətini və gəlişini bildirdiyimiz zaman məharətlə uydurulmuş əfsanələrə uymadıq.” Rəbb bizi yüksək və nəcib prinsiplərə əməl etməyə çağırır.</w:t>
      </w:r>
    </w:p>
    <w:p>
      <w:pPr>
        <w:pStyle w:val="ArticleScripture"/>
        <w:jc w:val="left"/>
      </w:pPr>
      <w:r>
        <w:rPr>
          <w:rFonts w:ascii="Times New Roman" w:hAnsi="Times New Roman" w:eastAsia="Times New Roman" w:cs="Times New Roman"/>
        </w:rPr>
        <w:t>“Həqiqət, indiki həqiqət, Allahın Kəlamının onu təqdim etdiyi hər şeydir. Rəbb Öz xalqının özünü bütün artıq şeylərdən, mistisizmə meyl etdirən hər şeydən uzaq saxlamasını istəyir. Xəyali, uydurma təlimlərə qapılmağa meylli olanlar səmavi həqiqətin daş karxanalarında şaxtanı dərin qazsınlar və qəbul edən üçün əbədi həyat mənası daşıyan xəzinəni əldə etsinlər. Kəlamda ən qiymətli həqiqətlər vardır. Bunlar ciddiyyətlə tədqiq edənlər tərəfindən tapılacaqdır; çünki səmavi mələklər axtarışa rəhbərlik edəcəklər.”</w:t>
      </w:r>
    </w:p>
    <w:p>
      <w:pPr>
        <w:pStyle w:val="ArticleScripture"/>
        <w:jc w:val="left"/>
      </w:pPr>
      <w:r>
        <w:rPr>
          <w:rFonts w:ascii="Times New Roman" w:hAnsi="Times New Roman" w:eastAsia="Times New Roman" w:cs="Times New Roman"/>
        </w:rPr>
        <w:t>“Hazırda yer üzündə yaşayanlara istinad edərək, Paul bəyan etdi: ‘Elə bir zaman gələcək ki, onlar sağlam təlimə dözməyəcəklər, lakin öz şəhvətlərinə görə, qulaqları qaşındığından, özləri üçün müəllimlər yığacaqlar; və qulaqlarını həqiqətdən döndərəcək, əfsanələrə isə yönəldiləcəklər.’”</w:t>
      </w:r>
    </w:p>
    <w:p>
      <w:pPr>
        <w:pStyle w:val="ArticleScripture"/>
        <w:jc w:val="left"/>
      </w:pPr>
      <w:r>
        <w:rPr>
          <w:rFonts w:ascii="Times New Roman" w:hAnsi="Times New Roman" w:eastAsia="Times New Roman" w:cs="Times New Roman"/>
        </w:rPr>
        <w:t>Sağlam təlimə dözməyəcək olanlar barəsində peyğəmbərlik etdiyi zaman Paulun verdiyi tapşırıq necə də mühüm, necə də canı sarsıdandır: “Buna görə də səni Allahın və zühurunda və Öz padşahlığında diriləri və ölüləri mühakimə edəcək Rəbb İsa Məsihin önündə tapşırıram: kəlamı təbliğ et; münasib vaxtda da, münasib olmayan vaxtda da hazır ol; bütün səbir və təlimlə məzəmmət et, danla, nəsihət ver.”</w:t>
      </w:r>
    </w:p>
    <w:p>
      <w:pPr>
        <w:pStyle w:val="ArticleScripture"/>
        <w:jc w:val="left"/>
      </w:pPr>
      <w:r>
        <w:rPr>
          <w:rFonts w:ascii="Times New Roman" w:hAnsi="Times New Roman" w:eastAsia="Times New Roman" w:cs="Times New Roman"/>
        </w:rPr>
        <w:t>“Allah ilə ünsiyyətdə olanlar Salehlik Günəşinin işığında yeriyirlər. Onlar Allahın qarşısında öz yollarını pozmaqla Öz Xilaskarlarını hörmətdən salmırlar. Səmavi nur onların üzərinə saçılır. Bu yer üzünün tarixinin sonuna yaxınlaşdıqca, onların Məsih barədə və Ona aid peyğəmbərliklər barədə biliyi böyük dərəcədə artır. Onlar Allahın nəzərində sonsuz dəyərə malikdirlər; çünki Onun Oğlu ilə vəhdət içindədirlər. Allahın Kəlamı onlar üçün misilsiz gözəllik və cazibə daşıyır. Onlar onun əhəmiyyətini görürlər. Həqiqət onlara açılır. Təcəssüm təlimi zərif bir şəfəqlə əhatə olunur. Onlar görürlər ki, Müqəddəs Yazı bütün sirləri açan və bütün çətinlikləri həll edən açardır. Nuru qəbul etməyə və nurda yeriməyə könülsüz olanlar möminliyin sirrini anlaya bilməyəcəklər, lakin çarmıxı götürüb İsanın ardınca getməkdə tərəddüd etməyənlər Allahın nurunda nur görəcəklər.” The Southern Watchman, 4 aprel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Qırx Üçüncü Nömrə</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