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Beş nömrə</w:t>
      </w:r>
    </w:p>
    <w:p>
      <w:pPr>
        <w:pStyle w:val="ArticleSubtitle"/>
        <w:jc w:val="left"/>
      </w:pPr>
      <w:r>
        <w:rPr>
          <w:rFonts w:ascii="Arial" w:hAnsi="Arial" w:eastAsia="Arial" w:cs="Arial"/>
        </w:rPr>
        <w:t>Son Üçü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İdeal olaraq, yeddi kilsə və yeddi möhür eyni tarixin daxili və xarici xətlərini təmsil edən paralel rəmzlər kimi başa düşülməlidir. Həmçinin qeyd etmək vacibdir ki, son üç kilsə və son üç möhür nəzərdən keçirilərkən, mütərəqqi tarixi təmsil edən tarixi xətt bu rəmzlərin əsas mövzusu deyildir. Kilsələr paralel tarixlər kontekstində tətbiq olunduqda, tarixin irəliləyişi rəmzliyin mühüm ünsürü olur, lakin son üç kilsə və möhür özlüyündə bir rəmz kimi ele alındıqda belə deyildir.</w:t>
      </w:r>
    </w:p>
    <w:p>
      <w:pPr>
        <w:pStyle w:val="ArticleBody"/>
        <w:jc w:val="left"/>
      </w:pPr>
      <w:r>
        <w:rPr>
          <w:rFonts w:ascii="Times New Roman" w:hAnsi="Times New Roman" w:eastAsia="Times New Roman" w:cs="Times New Roman"/>
        </w:rPr>
        <w:t>Son üç kilsə rəmz olaraq üç qrupun münasibətindən və müxtəlif kilsələr tərəfindən təmsil olunan ibadət edənlərin bu üç qrupu arasındakı qarşılıqlı təsirin dinamikasından bəhs edir. Son üç möhür Allahın xalqını Musa və İlyas tərəfindən təmsil olunduğu kimi müəyyən edir. İlyas yüz qırx dörd mini, Musa isə saleh ölüləri təmsil edir.</w:t>
      </w:r>
    </w:p>
    <w:p>
      <w:pPr>
        <w:pStyle w:val="ArticleScripture"/>
        <w:jc w:val="left"/>
      </w:pPr>
      <w:r>
        <w:rPr>
          <w:rFonts w:ascii="Times New Roman" w:hAnsi="Times New Roman" w:eastAsia="Times New Roman" w:cs="Times New Roman"/>
        </w:rPr>
        <w:t>Və O, beşinci möhürü açanda, mən qurbangahın altında Allahın sözü və saxladıqları şəhadətə görə öldürülmüş olanların canlarını gördüm. Onlar uca səslə fəryad edib dedilər: Nə vaxta qədər, ey müqəddəs və həqiqi Rəbb, yer üzündə yaşayanlar üzərinə hökm etməyəcək və qanımızın intiqamını almayacaqsan? Onların hər birinə ağ xələtlər verildi; və onlara deyildi ki, özləri kimi öldürüləcək həmqulları və qardaşlarının da sayı tamam olana qədər hələ bir az müddət dincəlsinlər. Və O, altıncı möhürü açanda, bax, böyük bir zəlzələ oldu; günəş tüklü çul kimi qapqara oldu, ay isə qan kimi oldu. Göyün ulduzları da yerə düşdü, necə ki, əncir ağacı güclü küləklə sarsılanda yetişməmiş əncirlərini tökür. Göy də bükülən tumar kimi çəkilib getdi; hər dağ və ada öz yerindən tərpədildi. Yer üzünün padşahları, əyanlar, varlılar, minbaşılar, qüdrətli adamlar, hər qul və hər azad adam mağaralarda və dağların qayaları arasında gizləndilər; dağlara və qayalara dedilər: Üzərimizə yıxılın və bizi taxtda Oturanın üzündən və Quzunun qəzəbindən gizlədin. Çünki Onun qəzəbinin böyük günü gəlib çatmışdır; və kim dura biləcək? Vəhy 6:9–17.</w:t>
      </w:r>
    </w:p>
    <w:p>
      <w:pPr>
        <w:pStyle w:val="ArticleBody"/>
        <w:jc w:val="left"/>
      </w:pPr>
      <w:r>
        <w:rPr>
          <w:rFonts w:ascii="Times New Roman" w:hAnsi="Times New Roman" w:eastAsia="Times New Roman" w:cs="Times New Roman"/>
        </w:rPr>
        <w:t>Bacı Uayt bizə bildirir ki, beşinci möhür “gələcəkdəki bir zaman dövrü”nə aiddir. Beşinci möhürün ayələri Allahın Qaranlıq Əsrlər zamanı Allahın xalqını qətlə yetirdiyinə görə papalığı nə vaxt mühakimə edəcəyini soruşur. Cavab olaraq bildirildi ki, “axır günlər”də Allah papalığı onların törətdiyi qətllərə görə, habelə bazar günü qanunu böhranı zamanı papalıq tərəfindən yenə də öldürüləcək başqa bir papalıq şəhidlər qrupu üçün mühakimə edəcəkdir.</w:t>
      </w:r>
    </w:p>
    <w:p>
      <w:pPr>
        <w:pStyle w:val="ArticleScripture"/>
        <w:jc w:val="left"/>
      </w:pPr>
      <w:r>
        <w:rPr>
          <w:rFonts w:ascii="Times New Roman" w:hAnsi="Times New Roman" w:eastAsia="Times New Roman" w:cs="Times New Roman"/>
        </w:rPr>
        <w:t>“‘Və O beşinci möhürü açdıqda... [Vəhy 6:9–11]. Burada Yəhyaya təqdim edilən mənzərələr gerçəklikdə mövcud olan deyil, gələcəkdə müəyyən bir zaman dövründə baş verəcək olan şeylər idi.” Manuscript Releases, 20-ci cild, 197.</w:t>
      </w:r>
    </w:p>
    <w:p>
      <w:pPr>
        <w:pStyle w:val="ArticleBody"/>
        <w:jc w:val="left"/>
      </w:pPr>
      <w:r>
        <w:rPr>
          <w:rFonts w:ascii="Times New Roman" w:hAnsi="Times New Roman" w:eastAsia="Times New Roman" w:cs="Times New Roman"/>
        </w:rPr>
        <w:t>Vəhy də təsdiq edir ki, Vəhy kitabının on səkkizinci fəslində yer üzünü öz izzəti ilə nurlandıran mələyin iki səsi ilə, Allahın papalığı nə vaxt mühakimə edəcəyini bilmək istəyən qurbangah altındakı canlar əlaqəlidir.</w:t>
      </w:r>
    </w:p>
    <w:p>
      <w:pPr>
        <w:pStyle w:val="ArticleScripture"/>
        <w:jc w:val="left"/>
      </w:pPr>
      <w:r>
        <w:rPr>
          <w:rFonts w:ascii="Times New Roman" w:hAnsi="Times New Roman" w:eastAsia="Times New Roman" w:cs="Times New Roman"/>
        </w:rPr>
        <w:t>“Beşinci möhür açıldıqda, Vəhy alan Yəhya görüntüdə qurbangahın altında Allahın Kəlamına və İsa Məsihin şəhadətinə görə öldürülmüş olan cəmiyyəti gördü. Bundan sonra Vəhyin on səkkizinci fəslində təsvir olunan səhnələr gəldi; burada sadiq və həqiqi olanlar Babilin içindən çağırılıb çıxarılırlar. Vəhy 18:1–5 sitat gətirilir.” Manuscript Releases, cild 20, 14.</w:t>
      </w:r>
    </w:p>
    <w:p>
      <w:pPr>
        <w:pStyle w:val="ArticleBody"/>
        <w:jc w:val="left"/>
      </w:pPr>
      <w:r>
        <w:rPr>
          <w:rFonts w:ascii="Times New Roman" w:hAnsi="Times New Roman" w:eastAsia="Times New Roman" w:cs="Times New Roman"/>
        </w:rPr>
        <w:t>Vəhyin on səkkizinci fəslində Katolisizmin mühakiməsi ikiqatdır, çünki orada və o zaman o, yalnız “axır günlərdə” öldürəcəyi şəxslərə görə deyil, həm də papalığın hökmranlığının Qaranlıq Əsrlərində qətlə yetirilənlərin qanına görə cəzalandırılır.</w:t>
      </w:r>
    </w:p>
    <w:p>
      <w:pPr>
        <w:pStyle w:val="ArticleScripture"/>
        <w:jc w:val="left"/>
      </w:pPr>
      <w:r>
        <w:rPr>
          <w:rFonts w:ascii="Times New Roman" w:hAnsi="Times New Roman" w:eastAsia="Times New Roman" w:cs="Times New Roman"/>
        </w:rPr>
        <w:t>Və mən göydən başqa bir səs eşitdim; deyirdi: Ey Mənim xalqım, ondan çıxın ki, onun günahlarına şərik olmayasınız və onun bəlalarından sizə də pay düşməsin. Çünki onun günahları göyə qədər yetişmişdir və Allah onun təqsirlərini yada salmışdır. Ona sizinlə rəftar etdiyi kimi əvəz verin və əməllərinə görə ona ikiqat artıq verin; onun doldurduğu piyalədə ona ikiqat doldurun. Vəhy 18:4–6.</w:t>
      </w:r>
    </w:p>
    <w:p>
      <w:pPr>
        <w:pStyle w:val="ArticleBody"/>
        <w:jc w:val="left"/>
      </w:pPr>
      <w:r>
        <w:rPr>
          <w:rFonts w:ascii="Times New Roman" w:hAnsi="Times New Roman" w:eastAsia="Times New Roman" w:cs="Times New Roman"/>
        </w:rPr>
        <w:t>Altıncı möhür, Müqəddəs Kitabın Məsihin İkinci Gəlişindən dərhal əvvəl, yeddi son bəla zamanı baş verən hadisələrin klassik təsvirlərindən birini təqdim edir. O, Vəhy kitabının yeddinci fəslinə girişlə yekunlaşır; həmin fəsil altıncı möhürün son ayəsində qaldırılan “kim dayana biləcək” sualına cavab verir. Yeddi son bəla gəlib çatdıqda sona yetən bazar günü qanunu böhranında Allahın bayrağı kimi dayanacaq iki qrup vardır. Bu iki qrup İlyasla təmsil olunan yüz qırx dörd min və Musa ilə təmsil olunan “böyük izdiham”dır. Musa və İlyasın bu iki simvolu daha əvvəl dünyanın sonunda dayananlar kimi müəyyən edilmişdi; çünki onların hər ikisi Dəyişmə dağında Məsihlə birlikdə dayanmışdı.</w:t>
      </w:r>
    </w:p>
    <w:p>
      <w:pPr>
        <w:pStyle w:val="ArticleBody"/>
        <w:jc w:val="left"/>
      </w:pPr>
      <w:r>
        <w:rPr>
          <w:rFonts w:ascii="Times New Roman" w:hAnsi="Times New Roman" w:eastAsia="Times New Roman" w:cs="Times New Roman"/>
        </w:rPr>
        <w:t>Qaranlıq Əsrlərdəki papalıq şəhidlərinin birinci qrupuna ağ cübbələr verildi; onlara isə həmin qrup tamamlanana qədər gözləmələri deyilən ikinci qrup, həmçinin ağ cübbələr geyinmiş olan “böyük izdiham”dır. Beşinci və altıncı möhür beşinci və altıncı kilsələrin paralel tarixini təqdim etmir; onlar “son günlər”də Rəbb üçün bir bayraq kimi ayağa qalxan iki qrup barəsində şəhadət təqdim edir. Bu iki qrup Vəhy kitabının on səkkizinci fəslindəki iki səsin xəbərlərini bəyan edənlərdir. Bundan sonra bəyan edilən xəbər, Pentikost tarixində və Adventizmin başlanğıcındakı Gecəyarısı Fəryadının tarixində rəmzləşdirildiyi kimi, Müqəddəs Ruhun tökülməsi ilə müşayiət olunur.</w:t>
      </w:r>
    </w:p>
    <w:p>
      <w:pPr>
        <w:pStyle w:val="ArticleScripture"/>
        <w:jc w:val="left"/>
      </w:pPr>
      <w:r>
        <w:rPr>
          <w:rFonts w:ascii="Times New Roman" w:hAnsi="Times New Roman" w:eastAsia="Times New Roman" w:cs="Times New Roman"/>
        </w:rPr>
        <w:t>“Üçüncü mələyin xəbərinin bəyanında birləşən mələk bütün yeri öz izzəti ilə işıqlandırmalıdır. Burada dünya miqyaslı və misilsiz qüdrətə malik bir iş qabaqcadan xəbər verilir. 1840–44-cü illərin Advent hərəkatı Allahın qüdrətinin möhtəşəm təzahürü idi; birinci mələyin xəbəri dünyanın hər bir missioner məntəqəsinə çatdırıldı və bəzi ölkələrdə on altıncı əsr İslahatından bəri hər hansı bir diyarda şahid olunmuş ən böyük dini maraq baş qaldırdı; lakin bütün bunlar üçüncü mələyin son xəbərdarlığı altında baş verəcək qüdrətli hərəkatla üstələnəcəkdir.</w:t>
      </w:r>
    </w:p>
    <w:p>
      <w:pPr>
        <w:pStyle w:val="ArticleScripture"/>
        <w:jc w:val="left"/>
      </w:pPr>
      <w:r>
        <w:rPr>
          <w:rFonts w:ascii="Times New Roman" w:hAnsi="Times New Roman" w:eastAsia="Times New Roman" w:cs="Times New Roman"/>
        </w:rPr>
        <w:t>“Bu iş Pentikost Günü işinə bənzər olacaq. Necə ki Müjdənin başlanğıcında Müqəddəs Ruhun tökülməsi ilə ‘ilk yağış’ qiymətli toxumun cücərib boy atmasına səbəb olmaq üçün verilmişdi, eləcə də məhsulun yetişməsi üçün onun sonunda ‘son yağış’ veriləcəkdir. ‘Rəbbi tanımağa can atsaq, onda tanıyacağıq; Onun zühuru səhər kimi müəyyən edilmişdir; O bizə yağış kimi, yer üzünə yağan son və ilk yağış kimi gələcəkdir.’ Huşə 6:3. ‘Belə isə, ey Sion övladları, sevinin və Allahınız Rəbdə şadlanın; çünki O sizə ilk yağışı ölçü ilə vermişdir, və sizin üçün yağışı, ilk yağışı və son yağışı yağdıracaqdır.’ Yoel 2:23. ‘Axır günlərdə, Allah buyurur, Ruhumdan bütün bəşər üzərinə tökəcəyəm.’ ‘Və elə olacaq ki, Rəbbin adını çağıran hər kəs xilas olacaqdır.’ Həvarilərin İşləri 2:17, 21.”</w:t>
      </w:r>
    </w:p>
    <w:p>
      <w:pPr>
        <w:pStyle w:val="ArticleScripture"/>
        <w:jc w:val="left"/>
      </w:pPr>
      <w:r>
        <w:rPr>
          <w:rFonts w:ascii="Times New Roman" w:hAnsi="Times New Roman" w:eastAsia="Times New Roman" w:cs="Times New Roman"/>
        </w:rPr>
        <w:t>“Müjdənin böyük işi onun başlanğıcını səciyyələndirən Allahın qüdrətinin təzahüründən daha az bir təzahürlə başa çatmamalıdır. Müjdənin başlanğıcında ilk yağışın tökülməsi ilə yerinə yetmiş peyğəmbərliklər, onun sonuna yaxın axırıncı yağışda yenidən yerinə yetməlidir. Həvari Peterin belə deyərkən intizarla gözlədiyi ‘təravət zamanları’ budur: ‘Buna görə də tövbə edin və dönün ki, günahlarınız silinsin; ta ki, Rəbbin hüzurundan təravət zamanları gəlsin; və O, İsanı göndərsin.’ Həvarilərin işləri 3:19, 20.” Böyük Mübarizə, 611.</w:t>
      </w:r>
    </w:p>
    <w:p>
      <w:pPr>
        <w:pStyle w:val="ArticleBody"/>
        <w:jc w:val="left"/>
      </w:pPr>
      <w:r>
        <w:rPr>
          <w:rFonts w:ascii="Times New Roman" w:hAnsi="Times New Roman" w:eastAsia="Times New Roman" w:cs="Times New Roman"/>
        </w:rPr>
        <w:t>Altıncı möhür Vəhyin yeddinci fəslində təmsil olunan İlyas və Musanı tanıdan sualı qaldırdıqdan sonra yeddinci möhür açılır və həmin iki qrupun üzərinə Müqəddəs Ruhun tökülməsini təsvir edir. Qeyd edilməlidir ki, bu təsvirdə yarım saatlıq bir sükut vardır. Yeddinci möhürün açılması ilə təmsil olunan axır yağışın tökülməsi bir sükut dövrünü ehtiva edir.</w:t>
      </w:r>
    </w:p>
    <w:p>
      <w:pPr>
        <w:pStyle w:val="ArticleScripture"/>
        <w:jc w:val="left"/>
      </w:pPr>
      <w:r>
        <w:rPr>
          <w:rFonts w:ascii="Times New Roman" w:hAnsi="Times New Roman" w:eastAsia="Times New Roman" w:cs="Times New Roman"/>
        </w:rPr>
        <w:t>Və O, yeddinci möhürü açanda, göydə təxminən yarım saatlıq sükut oldu. Mən Allahın hüzurunda duran yeddi mələyi gördüm; onlara yeddi şeypur verildi. Və başqa bir mələk gəlib qurbangahın önündə dayandı; onun əlində qızıl buxurdan vardı; ona çoxlu buxur verildi ki, taxtın önündə olan qızıl qurbangah üzərində onu bütün müqəddəslərin duaları ilə birlikdə təqdim etsin. Və müqəddəslərin duaları ilə birlikdə gələn buxurun tüstüsü mələyin əlindən Allahın hüzuruna yüksəldi. Və mələk buxurdanı götürüb onu qurbangahın odu ilə doldurdu və yer üzünə atdı; səslər, göy gurultuları, şimşəklər və zəlzələ oldu. Vəhy 8:1–5.</w:t>
      </w:r>
    </w:p>
    <w:p>
      <w:pPr>
        <w:pStyle w:val="ArticleBody"/>
        <w:jc w:val="left"/>
      </w:pPr>
      <w:r>
        <w:rPr>
          <w:rFonts w:ascii="Times New Roman" w:hAnsi="Times New Roman" w:eastAsia="Times New Roman" w:cs="Times New Roman"/>
        </w:rPr>
        <w:t>Az əvvəl “The Great Controversy” əsərindəki parçadan qeyd olunduğu kimi, son yağış qüdrətli mələk enib yer üzünü öz izzəti ilə işıqlandırdıqda tökülməyə başlayır. Son yağış 11 sentyabr 2001-ci ildə “Nyu-York şəhərinin böyük binaları yerlə yeksan edildikdə” başlandı.</w:t>
      </w:r>
    </w:p>
    <w:p>
      <w:pPr>
        <w:pStyle w:val="ArticleScripture"/>
        <w:jc w:val="left"/>
      </w:pPr>
      <w:r>
        <w:rPr>
          <w:rFonts w:ascii="Times New Roman" w:hAnsi="Times New Roman" w:eastAsia="Times New Roman" w:cs="Times New Roman"/>
        </w:rPr>
        <w:t>“İndi mənim Nyu-Yorkun nəhəng bir dalğa ilə süpürülüb aparılacağını bəyan etdiyim barədə söz yayılır? Mən bunu heç vaxt deməmişəm. Mən orada ucaldılan böyük binalara, mərtəbə üstünə mərtəbə qalxan tikililərə baxarkən demişəm: ‘Rəbb yer üzünü şiddətlə sarsıtmaq üçün qalxdığı zaman nə dəhşətli mənzərələr baş verəcək! O zaman Vəhy 18:1–3 ayələrinin sözləri yerinə yetəcək.’ Vəhy kitabının on səkkizinci fəslinin hamısı yer üzünün başına gələcək şeylər barədə bir xəbərdarlıqdır. Lakin Nyu-Yorkun başına gələcək şeylər barəsində mənə xüsusi olaraq heç bir nur verilməmişdir; bildiyim yalnız budur ki, bir gün oradakı böyük binalar Allahın qüdrətinin döndərib alt-üst etməsi ilə yıxılacaq. Mənə verilən nura görə bilirəm ki, məhvetmə dünyadadır. Rəbdən bir söz, Onun qüdrətli gücünün bir toxunuşu, və bu nəhəng tikililər uçub dağılacaq. Elə mənzərələr baş verəcək ki, onların dəhşətini təsəvvür edə bilmərik.” Review and Herald, 5 iyul 1906.</w:t>
      </w:r>
    </w:p>
    <w:p>
      <w:pPr>
        <w:pStyle w:val="ArticleBody"/>
        <w:jc w:val="left"/>
      </w:pPr>
      <w:r>
        <w:rPr>
          <w:rFonts w:ascii="Times New Roman" w:hAnsi="Times New Roman" w:eastAsia="Times New Roman" w:cs="Times New Roman"/>
        </w:rPr>
        <w:t>2001-ci il sentyabrın 11-də son yağış yağmağa başladı və həmin yağışın tökülməsi İlyas və Musa ilə təmsil olunanların üzərinə düşür və bir sükut vaxtını da ehtiva edir. Musa və İlyas üçün bir sükut vaxtı, Vəhy kitabının on birinci fəslində də təsvir olunur; orada dünyaya əzab verən həmin iki peyğəmbər, Musa və İlyas, küçələrdə “öldürüldülər”. Lakin üç gün yarımdan sonra onlar Horev mağarasından çıxdılar və göyə yüksəldilər. Son yağışın tarixində bu iki xəbərçi ilə təmsil olunan ismarıc öldürülür və küçəyə atılır, lakin dirildilənədək dəfn edilmir. Bu, Yəhuda qəbiləsinin Aslanının indi möhürünü açdığı əsas həqiqətlərdən biridir.</w:t>
      </w:r>
    </w:p>
    <w:p>
      <w:pPr>
        <w:pStyle w:val="ArticleBody"/>
        <w:jc w:val="left"/>
      </w:pPr>
      <w:r>
        <w:rPr>
          <w:rFonts w:ascii="Times New Roman" w:hAnsi="Times New Roman" w:eastAsia="Times New Roman" w:cs="Times New Roman"/>
        </w:rPr>
        <w:t>Son üç möhür Allahın xalqının İlyas və Musa ilə təmsil olunan son hərəkatını müəyyən edir. O hərəkat ölür və dirildilir. Bu, bir hərəkatdır, çünki Adventizm bir hərəkat kimi başlamışdı və 1863-cü ilə qədər davam etdi; həmin vaxt onlar Uilyam Millerin dərk etməyə yönəldildiyi ilk həqiqəti bir kənara qoydular. 1863-cü ildə həmin hərəkat başa çatdı, çünki 1863-cü ildə onlar hüquqi cəhətdən bir kilsəyə çevrildilər. Alfa və Omeqa təkid edir ki, əgər O, Öz qalıq xalqını bir hərəkat kimi başlamışsa, onu həm də bir hərəkat kimi başa çatdıracaqdır.</w:t>
      </w:r>
    </w:p>
    <w:p>
      <w:pPr>
        <w:pStyle w:val="ArticleBody"/>
        <w:jc w:val="left"/>
      </w:pPr>
      <w:r>
        <w:rPr>
          <w:rFonts w:ascii="Times New Roman" w:hAnsi="Times New Roman" w:eastAsia="Times New Roman" w:cs="Times New Roman"/>
        </w:rPr>
        <w:t>Biz artıq yeddi kilsə və yeddi möhürün icmalını tamamladıq. Son üç möhürdə Musa və İlyas tərəfindən təmsil olunan iki xilas olunmuş sinfi görürük. Bu möhürlərin hamısı Vəhy on səkkizin qüdrətli mələyi haqqında şəhadət edir. O, 11 sentyabr 2001-ci ildə endikdə, Adventizmin başlanğıcındakı hərəkatın öncədən kölgələdiyi kimi, Adventizmin sonundakı hərəkat daxilində iki ibadətçi sinfini üzə çıxarmaq və ayırmaq üçün nəzərdə tutulmuş təmizlənmə prosesinə xilas olunanların iki sinfi daxil oldu. Daniel müəyyən edir ki, onun “pislər” adlandırdığı bir sinif biliyin artımını anlamayacaq, lakin müdriklər anlayacaq. Matta bizə bildirir ki, möhürü açılmış biliyin anlayışından məhrum olanlar bakirələrdən birini ağılsız kimi müəyyən edir. Müdrik bakirələr gecə yarısındakı böhranda biliyin artımını anladıqlarını və ona malik olduqlarını nümayiş etdirirlər. Müdriklər və ağılsızlar Filadelfiya kilsəsi və ya Laodikiya kilsəsi ilə təmsil olunurlar. Laodikiyanın pis, ağılsız bakirələri Rəbbin ağzından çıxarılmalıdır və müdriklər Allahın adını, yaxud Onun xasiyyətini alınlarında qəbul edirlər. Əgər altıncı kilsə olan Filadelfiya müdrikləri təmsil edirsə, necə olur ki, yeddinci kilsə olan Laodikiya pisləri təmsil edir? Əgər vəziyyət belədirsə, ardıcıllıq qaydasından çıxmış olmurmu? Cavab, əlbəttə, Alfa və Omeqa ilə həll olunur.</w:t>
      </w:r>
    </w:p>
    <w:p>
      <w:pPr>
        <w:pStyle w:val="ArticleBody"/>
        <w:jc w:val="left"/>
      </w:pPr>
      <w:r>
        <w:rPr>
          <w:rFonts w:ascii="Times New Roman" w:hAnsi="Times New Roman" w:eastAsia="Times New Roman" w:cs="Times New Roman"/>
        </w:rPr>
        <w:t>Allahın ilk məzhəbləşmiş xalqının, qədim İsrailin başlanğıcında Musa, həmin məzhəbləşmiş xalqın sonundakı Məsihi təmsil edirdi.</w:t>
      </w:r>
    </w:p>
    <w:p>
      <w:pPr>
        <w:pStyle w:val="ArticleScripture"/>
        <w:jc w:val="left"/>
      </w:pPr>
      <w:r>
        <w:rPr>
          <w:rFonts w:ascii="Times New Roman" w:hAnsi="Times New Roman" w:eastAsia="Times New Roman" w:cs="Times New Roman"/>
        </w:rPr>
        <w:t>Çünki Musa həqiqətən atalara demişdi: “Allahınız Rəbb sizin üçün qardaşlarınızın arasından mənim kimi bir Peyğəmbər çıxaracaq; O sizə nə söyləyərsə, hər şeydə Ona qulaq asacaqsınız. Və belə olacaq ki, o Peyğəmbərə qulaq asmayan hər bir can xalqın arasından məhv ediləcəkdir.” Həvarilərin işləri 3:22, 23.</w:t>
      </w:r>
    </w:p>
    <w:p>
      <w:pPr>
        <w:pStyle w:val="ArticleBody"/>
        <w:jc w:val="left"/>
      </w:pPr>
      <w:r>
        <w:rPr>
          <w:rFonts w:ascii="Times New Roman" w:hAnsi="Times New Roman" w:eastAsia="Times New Roman" w:cs="Times New Roman"/>
        </w:rPr>
        <w:t>Allahın adla fərqləndirilmiş ilk xalqının sonunda, Vəftizçi Yəhya Məsihin birinci gəlişi üçün yolu hazırlayan İlyas elçisi idi. Bundan sonra İsa çarmıxda Öz qurbanını təqdim edəcək və ardınca səmavi məbədin müqəddəs yerində Özünün Baş Kahinlik xidmətinə başlayacaqdı. Allahın adla fərqləndirilmiş ikinci xalqının, müasir İsrailin başlanğıcında, Uilyam Miller Məsihin İkinci Gəlişi üçün yolu hazırlayan İlyas elçisi idi. Bundan sonra İsa qəflətən Ən Müqəddəs Yerə daxil oldu və mühakiməyə başladı. Allahın adla fərqləndirilmiş ikinci xalqının sonunda isə, son bir İlyas elçisi Məsihin dirilərin mühakiməsi dövrünü, Onun Səmavi Baş Kahin kimi xidmətinin yekununu və Onun İkinci Gəlişini başlatması üçün yolu hazırladı.</w:t>
      </w:r>
    </w:p>
    <w:p>
      <w:pPr>
        <w:pStyle w:val="ArticleBody"/>
        <w:jc w:val="left"/>
      </w:pPr>
      <w:r>
        <w:rPr>
          <w:rFonts w:ascii="Times New Roman" w:hAnsi="Times New Roman" w:eastAsia="Times New Roman" w:cs="Times New Roman"/>
        </w:rPr>
        <w:t>Uilyam Miller təkcə elçini deyil, həm də onunla əlaqəli olduğu hərəkatı simvolizə edir.</w:t>
      </w:r>
    </w:p>
    <w:p>
      <w:pPr>
        <w:pStyle w:val="ArticleScripture"/>
        <w:jc w:val="left"/>
      </w:pPr>
      <w:r>
        <w:rPr>
          <w:rFonts w:ascii="Times New Roman" w:hAnsi="Times New Roman" w:eastAsia="Times New Roman" w:cs="Times New Roman"/>
        </w:rPr>
        <w:t>Titrləyərək, William Miller Allahın Padşahlığının sirlərini xalqa açmağa başladı, dinləyicilərini peyğəmbərliklər boyunca Məsihin ikinci gəlişinədək aparırdı. Hər bir səyi ilə daha da qüvvət qazanırdı. Vəftizçi Yəhya İsanın ilk gəlişini car çəkib Onun gəlişi üçün yolu hazırladığı kimi, William Miller də və onunla birləşənlər də Allah Oğlunun ikinci gəlişini elan edirdilər….</w:t>
      </w:r>
    </w:p>
    <w:p>
      <w:pPr>
        <w:pStyle w:val="ArticleScripture"/>
        <w:jc w:val="left"/>
      </w:pPr>
      <w:r>
        <w:rPr>
          <w:rFonts w:ascii="Times New Roman" w:hAnsi="Times New Roman" w:eastAsia="Times New Roman" w:cs="Times New Roman"/>
        </w:rPr>
        <w:t>“Minlərlə insan William Millerin vəz etdiyi həqiqəti qəbul etməyə yönəldildi və Allahın qulları İlyasın ruhu və qüdrəti ilə bu xəbəri bəyan etmək üçün qaldırıldı.” Early Writings, 229, 230, 233.</w:t>
      </w:r>
    </w:p>
    <w:p>
      <w:pPr>
        <w:pStyle w:val="ArticleBody"/>
        <w:jc w:val="left"/>
      </w:pPr>
      <w:r>
        <w:rPr>
          <w:rFonts w:ascii="Times New Roman" w:hAnsi="Times New Roman" w:eastAsia="Times New Roman" w:cs="Times New Roman"/>
        </w:rPr>
        <w:t>Qədim İsrailin başlanğıcında Allah Musanı çağırdı; o, Misirdə qırx il ərzində pozulmuş bir təhsil almışdı və bu təhsilin Misirin onun xarakterinə təsirini aradan qaldırmaq cəhdi olaraq qırx il səhrada yaşaması tələb olundu. Doğulduqdan qırx il sonra, Allahın xalqını Misirdən çıxarmaq üçün seçildiyini anlayaraq, Musa misirlini öldürmək üçün insani güc işlətmişdi. Qırx il sonra isə yanan kol yanında Allahın çağırışına qarşı çıxdı. Nəhayət bu çağırışı qəbul etdikdən sonra, ölüm ilə hədələnənədək oğlunu sünnət etmək əmrinə etinasız yanaşdı. Vəd olunmuş Torpağın sərhədində o, üsyan etdi və Qayaya ikinci dəfə vurdu. Qədim İsrailin başlanğıcında Musa Laodikeyalıya məxsus xarakter xüsusiyyətlərinə sahib idi. Bununla belə, o, qədim İsrailin sonunda Məsihin timsalını da əhatə edən uca və müqəddəs çağırışını yenə də yerinə yetirdi. Məsih isə, xırda mübahisə edən yəhudilərlə, yaxud özlərinin yəhudi olduqlarını deyib yəhudi olmayanlarla mübarizə aparan Şəxs olaraq, Filadelfiyalının xarakterini təmsil edirdi. Qədim İsrailin başlanğıcında Musa qızıla, göz məlhəminə və ağ libasa ehtiyacı olan bir Laodikeyalını təmsil edirdi. Sonda isə Məsih Filadelfiyalıdır.</w:t>
      </w:r>
    </w:p>
    <w:p>
      <w:pPr>
        <w:pStyle w:val="ArticleBody"/>
        <w:jc w:val="left"/>
      </w:pPr>
      <w:r>
        <w:rPr>
          <w:rFonts w:ascii="Times New Roman" w:hAnsi="Times New Roman" w:eastAsia="Times New Roman" w:cs="Times New Roman"/>
        </w:rPr>
        <w:t>Adventizmin başlanğıcında, Sardisdə paltarlarını murdarlamamış olan o azlıq tərəfindən təmsil edilən Uilyam Miller bir Filadelfiyalı idi; onunla bağlı olan hərəkat da elə idi. Adventizmin sonunda isə, 1989-cu ildə axır zamanın vaxtını tanıyan hərəkat Musanın olduğu qədər Laodikeyalı idi. Millerçi hərəkat, peyğəmbərlik xarakterli bu qeyd-şərtlə, Future for America hərəkatını təmsil edir ki, birinci hərəkat Filadelfiya dövründə Filadelfiyalılar tərəfindən yerinə yetirilmişdi, sonuncu hərəkat isə Laodikiya dövründə Laodikeyalılar tərəfindən yerinə yetirilir.</w:t>
      </w:r>
    </w:p>
    <w:p>
      <w:pPr>
        <w:pStyle w:val="ArticleBody"/>
        <w:jc w:val="left"/>
      </w:pPr>
      <w:r>
        <w:rPr>
          <w:rFonts w:ascii="Times New Roman" w:hAnsi="Times New Roman" w:eastAsia="Times New Roman" w:cs="Times New Roman"/>
        </w:rPr>
        <w:t>Mən 1989-cu ildən etibarən bu hərəkatın peyğəmbərlik tarixinin, Future for America tarixçəsi ilə əlaqəli olan hər hansı digər şəxsdən daha çox şahidiyəm və şəhadət edirəm ki, 1989-cu ildən başlayaraq sonrakı tarix boyunca bu yolu şəxsən, təsdiqlənmiş Laodikiyalı Adventist kimi keçmişəm. O yol boyunca mənim şahidliyimi təsdiq edəcək çoxlu canlar vardır. Həmçinin qətiyyətlə şəhadət edə bilərəm ki, Adventizmin sonunda hərəkatla əlaqəli olanlar da təsdiqlənmiş Laodikiyalı Adventistlər idilər. Birinci adlandırılmış xalq Laodikiyalı ilə başlayır, Filadelfiyalıya çevrilir və Filadelfiyalı ilə başa çatır. İkinci adlandırılmış xalq Filadelfiyalı ilə başlayır və Filadelfiyalıya çevrilməyə çağırılan bir Laodikiyalı ilə başa çatır. Bu, Alfa və Omeqanın imzasıdır.</w:t>
      </w:r>
    </w:p>
    <w:p>
      <w:pPr>
        <w:pStyle w:val="ArticleBody"/>
        <w:jc w:val="left"/>
      </w:pPr>
      <w:r>
        <w:rPr>
          <w:rFonts w:ascii="Times New Roman" w:hAnsi="Times New Roman" w:eastAsia="Times New Roman" w:cs="Times New Roman"/>
        </w:rPr>
        <w:t>Rəhbərin və ona qoşulanların rəzil, acınacaqlı ruhani korluğuna baxmayaraq, Allah yenə də 1989-cu ildən indiyədək baş vermiş peyğəmbərlik nişanlarını yönəldir və idarə edirdi. Rəhbərin və ona qoşulanların ruhani çılpaqlığına və yoxsulluğuna baxmayaraq, Allah yenə də açılmasını münasib gördüyü həqiqətlərin möhürünün açılmasını yönəldirdi. Öz “həqiqət”indən heç vaxt ayrılmayan mərhəməti ilə O, bir Laodikiyalının ölməsini və bundan sonra Filadelfiyalı kimi dirildilməsini təmin edən bir təmizlənmə prosesi təyin etdi. Bu ölüm və dirilmə, həm Daniel, həm də Vəhy kitablarının müəllifləri tərəfindən timsal olunmuşdu; onların hər ikisi simvolik şəkildə öldürülüb dirildilmişdi. Yəhya qaynar yağ dolu qazana atılaraq ölümdən, Daniel isə ac aslanların mağarasından dirildildi. Beləliklə, bir kitab olan bu iki kitab indi möhürü açılmaqda olan xəbərin bir hissəsi kimi ölüm və dirilmə rəmzinə xüsusi vurğu verir.</w:t>
      </w:r>
    </w:p>
    <w:p>
      <w:pPr>
        <w:pStyle w:val="ArticleBody"/>
        <w:jc w:val="left"/>
      </w:pPr>
      <w:r>
        <w:rPr>
          <w:rFonts w:ascii="Times New Roman" w:hAnsi="Times New Roman" w:eastAsia="Times New Roman" w:cs="Times New Roman"/>
        </w:rPr>
        <w:t>“Axır günlər”dəki təhqiqat mühakiməsi hərəkatı (Millerçi hərəkatla təmsil olunmuşdu) zamanın sonuna yaxınlaşdıqca, Allah elə təyin etmişdi ki, rəhbər də, hərəkat da öldürülsün və bundan sonra dirildilsin. Yeddi kilsə kontekstində Laodikiya 18 iyul 2020-ci ildə öldürüldü və yaxınlaşan bazar qanunundan əvvəl Filadelfiya kimi dirildiləcəkdi. Dirildilmiş hərəkat yeddi kilsədən olacaqdı, lakin səkkizinci olacaqdı. Hərəkat səkkizinci olacaqdı, yəni yeddidən olan.</w:t>
      </w:r>
    </w:p>
    <w:p>
      <w:pPr>
        <w:pStyle w:val="ArticleBody"/>
        <w:jc w:val="left"/>
      </w:pPr>
      <w:r>
        <w:rPr>
          <w:rFonts w:ascii="Times New Roman" w:hAnsi="Times New Roman" w:eastAsia="Times New Roman" w:cs="Times New Roman"/>
        </w:rPr>
        <w:t>Bu peyğəmbərlik sirri Vəhy kitabında, indiyədək dərk edilməmiş olsa da, bir neçə şahid tərəfindən təsdiqlənir. İndi daxil olmaqda olduğumuz bu zaman dövründə biz vəhşi heyvanın surətinin sınağına daxil oluruq; Bacı Uayt bizə bildirir ki, bu, bazar günü qanunundan əvvəl gələn sınaqdır. Məhz bazar günü qanunu zamanı Allahın möhürü həmin tarixin Filadelfiyalılarının üzərinə vurulur. Lakin möhlət bağlanmazdan əvvəl gələn vəhşi heyvanın surətinin sınağından keçməlidirlər.</w:t>
      </w:r>
    </w:p>
    <w:p>
      <w:pPr>
        <w:pStyle w:val="ArticleScripture"/>
        <w:jc w:val="left"/>
      </w:pPr>
      <w:r>
        <w:rPr>
          <w:rFonts w:ascii="Times New Roman" w:hAnsi="Times New Roman" w:eastAsia="Times New Roman" w:cs="Times New Roman"/>
        </w:rPr>
        <w:t>“Rəbb mənə aydın şəkildə göstərmişdir ki, sınaq müddəti bağlanmazdan əvvəl vəhşi heyvanın surəti meydana gətiriləcək; çünki bu, Allah xalqı üçün böyük sınaq olacaq və onların əbədi taleyi bununla həll ediləcəkdir. Sənin mövqeyin elə bir ziddiyyətlər yığınıdır ki, yalnız çox az adam aldadılacaqdır.</w:t>
      </w:r>
    </w:p>
    <w:p>
      <w:pPr>
        <w:pStyle w:val="ArticleScripture"/>
        <w:jc w:val="left"/>
      </w:pPr>
      <w:r>
        <w:rPr>
          <w:rFonts w:ascii="Times New Roman" w:hAnsi="Times New Roman" w:eastAsia="Times New Roman" w:cs="Times New Roman"/>
        </w:rPr>
        <w:t>“Vəhy 13-də bu mövzu açıq şəkildə təqdim olunur; [Vəhy 13:11–17, sitat gətirilmişdir].”</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 bayrağı altında yer alacaq və diri Allahın möhürünü alacaqlar. Səmavi mənşəli həqiqətdən əl çəkib bazar günü şənbəsini qəbul edənlər isə vəhşi heyvanın nişanını alacaqlar” Manuscript Releases, cild 15, 15.</w:t>
      </w:r>
    </w:p>
    <w:p>
      <w:pPr>
        <w:pStyle w:val="ArticleBody"/>
        <w:jc w:val="left"/>
      </w:pPr>
      <w:r>
        <w:rPr>
          <w:rFonts w:ascii="Times New Roman" w:hAnsi="Times New Roman" w:eastAsia="Times New Roman" w:cs="Times New Roman"/>
        </w:rPr>
        <w:t>Bu indiki tarixdə, əvvəllər Respublikaçılıq və Protestantlıq kimi müəyyən edilmiş iki buynuz artıq demokratiyaya və mürtəd Protestantlığa çevrilmişdir. Həmin iki buynuz tam birləşdikdə, onlar bir güc, bir buynuz təşkil edirlər. Elə həmin dövrdə Allah, vəhşi heyvanın surətinə qarşı xəbərdarlıq etmək üçün Protestantlığın həqiqi buynuzunu müəyyən edib ucaldacaqdır. Bu iki buynuz, Amerika Birləşmiş Ştatları Müqəddəs Kitab peyğəmbərliyinin altıncı padşahlığı olmaqdan çıxana qədər bir-birinə paralel şəkildə uzanır.</w:t>
      </w:r>
    </w:p>
    <w:p>
      <w:pPr>
        <w:pStyle w:val="ArticleBody"/>
        <w:jc w:val="left"/>
      </w:pPr>
      <w:r>
        <w:rPr>
          <w:rFonts w:ascii="Times New Roman" w:hAnsi="Times New Roman" w:eastAsia="Times New Roman" w:cs="Times New Roman"/>
        </w:rPr>
        <w:t>Vəhy on yeddinci fəsildə müəyyən edir ki, əjdahanın (Birləşmiş Millətlər Təşkilatı), vəhşinin (papalıq hakimiyyəti) və yalançı peyğəmbərin (Amerika Birləşmiş Ştatları) üçqat birliyi yeddi başdan olan səkkizinci başı təşkil edən qüvvədir. Həmin yeddi baş Müqəddəs Kitab peyğəmbərliyinin Babil ilə başlayan, sonra Midiya-Fars, Yunanıstan və ardınca bütpərəst Roma ilə davam edən padşahlıqlarıdır. Sonra beşinci padşahlıq 1798-ci ildə peyğəmbərlik baxımından ölümcül yara almış papalıq Romanıdır. Tarixin həmin məqamında Müqəddəs Kitab peyğəmbərliyinin altıncı padşahlığı olan Amerika Birləşmiş Ştatları taxt-taca yüksəldi və tezliklə gələcək bazar günü qanunu zamanı devrilənədək hökm sürdü.</w:t>
      </w:r>
    </w:p>
    <w:p>
      <w:pPr>
        <w:pStyle w:val="ArticleBody"/>
        <w:jc w:val="left"/>
      </w:pPr>
      <w:r>
        <w:rPr>
          <w:rFonts w:ascii="Times New Roman" w:hAnsi="Times New Roman" w:eastAsia="Times New Roman" w:cs="Times New Roman"/>
        </w:rPr>
        <w:t>Sonra bütün dünyanı vəhşiyə bir surət qurmağa məcbur edən güc Birləşmiş Millətləri də məcbur edəcək. Həmin anda altıncı padşahlıq da ölümcül bir yara almış olacaq, lakin o zaman Amerika Birləşmiş Ştatları bütün dünyanı Birləşmiş Millətlər üzərində öz rəhbərliyini qəbul etməyə məcbur edəcək və onlardan üçqat ittifaqı idarə etmək üçün papalığın əxlaqi hakimiyyətini də qəbul etmələrini tələb edəcək.</w:t>
      </w:r>
    </w:p>
    <w:p>
      <w:pPr>
        <w:pStyle w:val="ArticleScripture"/>
        <w:jc w:val="left"/>
      </w:pPr>
      <w:r>
        <w:rPr>
          <w:rFonts w:ascii="Times New Roman" w:hAnsi="Times New Roman" w:eastAsia="Times New Roman" w:cs="Times New Roman"/>
        </w:rPr>
        <w:t>Və heyvanın hüzurunda etməyə səlahiyyəti olduğu möcüzələr vasitəsilə yer üzündə yaşayanları aldadır; yer üzündə yaşayanlara deyir ki, qılınc yarası almış, lakin sağ qalmış heyvan üçün bir surət düzəltsinlər. Və ona elə bir səlahiyyət verilmişdi ki, heyvanın surətinə nəfəs versin, ta ki heyvanın surəti həm danışsın, həm də heyvanın surətinə səcdə etməyənlərin hamısının öldürülməsinə səbəb olsun. Vəhy 13:13, 14.</w:t>
      </w:r>
    </w:p>
    <w:p>
      <w:pPr>
        <w:pStyle w:val="ArticleBody"/>
        <w:jc w:val="left"/>
      </w:pPr>
      <w:r>
        <w:rPr>
          <w:rFonts w:ascii="Times New Roman" w:hAnsi="Times New Roman" w:eastAsia="Times New Roman" w:cs="Times New Roman"/>
        </w:rPr>
        <w:t>“Vəhşinin surəti”nin ilhamda verilən yeganə tərifi budur ki, o, kilsə (papalıq hakimiyyəti) ilə dövlətin (digər doqquz padşaha nəzarət edən Amerika Birləşmiş Ştatları ilə birlikdə Birləşmiş Millətlər Təşkilatının) birləşməsini təmsil edir. İzebel papalıq hakimiyyətidir; Axav isə on şimal qəbiləsinin padşahı olan Amerika Birləşmiş Ştatlarıdır.</w:t>
      </w:r>
    </w:p>
    <w:p>
      <w:pPr>
        <w:pStyle w:val="ArticleBody"/>
        <w:jc w:val="left"/>
      </w:pPr>
      <w:r>
        <w:rPr>
          <w:rFonts w:ascii="Times New Roman" w:hAnsi="Times New Roman" w:eastAsia="Times New Roman" w:cs="Times New Roman"/>
        </w:rPr>
        <w:t>Birləşmiş Ştatlar bazar günü qanunu zamanı süqut etdikdə, 1798-ci ildən bəri unudulmuş olan Tir (papalıq) “xatırlanır” və o, öz başdançıxarıcı nəğmələrinə başlayır. Ellen White-ın yazılarında “milli fəlakət” kimi təsvir edilən maliyyə çöküşü səbəbilə, Birləşmiş Ştatlar hər kəsin əlini ona qarşı birləşdirən bibliya gücünü aradan qaldırmaq üçün bütün dünyanı bir araya gətirməyə məcbur edilir. Bu güc, İslamın əcdadı İsmayılın təmsil etdiyi kimi, İslamdır.</w:t>
      </w:r>
    </w:p>
    <w:p>
      <w:pPr>
        <w:pStyle w:val="ArticleScripture"/>
        <w:jc w:val="left"/>
      </w:pPr>
      <w:r>
        <w:rPr>
          <w:rFonts w:ascii="Times New Roman" w:hAnsi="Times New Roman" w:eastAsia="Times New Roman" w:cs="Times New Roman"/>
        </w:rPr>
        <w:t>Və Rəbbin mələyi ona dedi: “Bax, sən hamiləsən və bir oğul doğacaqsan; onun adını İsmayıl qoyacaqsan; çünki Rəbb sənin əzabını eşitmişdir. O, vəhşi bir adam olacaq; onun əli hər kəsə qarşı, hər kəsin əli də ona qarşı olacaq; və o, bütün qardaşlarının önündə yaşayacaq.” Yaradılış 16:11, 12.</w:t>
      </w:r>
    </w:p>
    <w:p>
      <w:pPr>
        <w:pStyle w:val="ArticleBody"/>
        <w:jc w:val="left"/>
      </w:pPr>
      <w:r>
        <w:rPr>
          <w:rFonts w:ascii="Times New Roman" w:hAnsi="Times New Roman" w:eastAsia="Times New Roman" w:cs="Times New Roman"/>
        </w:rPr>
        <w:t>Birləşmiş Ştatlar digər doqquz padşahla ittifaq bağlayır və rəhbər mövqeyi tutur. O, bunu yalnız qısa bir müddət ərzində edir və sonra Yezevelin Axavı idarə etdiyi kimi, papalıq hakimiyyətinin bütün bunların başı olmasında israr edəcək.</w:t>
      </w:r>
    </w:p>
    <w:p>
      <w:pPr>
        <w:pStyle w:val="ArticleBody"/>
        <w:jc w:val="left"/>
      </w:pPr>
      <w:r>
        <w:rPr>
          <w:rFonts w:ascii="Times New Roman" w:hAnsi="Times New Roman" w:eastAsia="Times New Roman" w:cs="Times New Roman"/>
        </w:rPr>
        <w:t>Beləliklə, əjdaha, vəhşi heyvan və yalançı peyğəmbərdən ibarət üçqat ittifaq birlikdə Armageddona doğru irəliləyir. Səkkiz rəqəmi dirilməni təmsil edir və peyğəmbərlikdə ölümcül yara almış kimi qeyd olunan padşahlıq beşinci padşahlıq, yəni papalıq hakimiyyəti idi. Papalıq dirildildikdə, onlar səkkizinci padşahlığa çevrilirlər və üçqat birliyin idarəsi onlara verilir; həmin səkkizinci padşahlıq isə ölümcül yara aldığı müəyyən edilmiş yeddi padşahlığın bir başıdır, lakin ilham həm də o ölümcül yaranın sağaldılmasını müəyyən edir.</w:t>
      </w:r>
    </w:p>
    <w:p>
      <w:pPr>
        <w:pStyle w:val="ArticleScripture"/>
        <w:jc w:val="left"/>
      </w:pPr>
      <w:r>
        <w:rPr>
          <w:rFonts w:ascii="Times New Roman" w:hAnsi="Times New Roman" w:eastAsia="Times New Roman" w:cs="Times New Roman"/>
        </w:rPr>
        <w:t>“Son böhrana yaxınlaşdıqca, Rəbbin vasitələri arasında ahəng və birliyin mövcud olması həyati əhəmiyyət daşıyır. Dünya fırtına, müharibə və ixtilafla doludur. Lakin bir baş altında—papalıq hakimiyyəti altında—xalq Onun şahidlərinin timsalında Allaha qarşı çıxmaq üçün birləşəcək. Bu birlik böyük mürtəd tərəfindən möhürlənir. O, öz əlaltılarını həqiqətə qarşı mübarizədə birləşdirməyə çalışarkən, onun müdafiəçilərini bölmək və dağıtmaq üçün fəaliyyət göstərəcək. Qısqanclıq, pis güman, böhtan xarakterli danışıq, ixtilaf və parçalanma yaratmaq üçün onun tərəfindən qızışdırılır.” Testimonies, 7-ci cild, 182.</w:t>
      </w:r>
    </w:p>
    <w:p>
      <w:pPr>
        <w:pStyle w:val="ArticleBody"/>
        <w:jc w:val="left"/>
      </w:pPr>
      <w:r>
        <w:rPr>
          <w:rFonts w:ascii="Times New Roman" w:hAnsi="Times New Roman" w:eastAsia="Times New Roman" w:cs="Times New Roman"/>
        </w:rPr>
        <w:t>Beşinci səltənət, altıncı səltənət və yeddinci səltənət həmin anda öz müstəqil səltənətlərinin hamısını itirmiş olurlar; buna görə də onlara məxsus səltənətlərin hamısı, ilahi varlığın üçqat tərkibini saxtalaşdıraraq, üç hissədən ibarət olan bir səltənət kimi birlikdə dirildilir.</w:t>
      </w:r>
    </w:p>
    <w:p>
      <w:pPr>
        <w:pStyle w:val="ArticleBody"/>
        <w:jc w:val="left"/>
      </w:pPr>
      <w:r>
        <w:rPr>
          <w:rFonts w:ascii="Times New Roman" w:hAnsi="Times New Roman" w:eastAsia="Times New Roman" w:cs="Times New Roman"/>
        </w:rPr>
        <w:t>İki quzuya bənzər buynuzla başlayıb əjdaha kimi danışan bir buynuzla sona çatan altıncı padşahlıq, vəhy xarakteri etibarilə papalıq hakimiyyətinin xüsusiyyətinə malikdir, çünki o, vəhşinin surətinə çevrilir. Dirildilmiş, yeddidən olub səkkizinci padşahlıq kimi təmsil olunan əsasən vəhşi, yəni papalıq hakimiyyətidir. Lakin yeddidən olub səkkizinci olan barədəki peyğəmbərlik müəmməsini ən birbaşa şəkildə yerinə yetirən papalıq hakimiyyəti olsa da, Birləşmiş Ştatlar papalığın surətini yaradır və buna görə də peyğəmbərlik baxımından papalıq hakimiyyəti ilə eyni xüsusiyyətləri ortaya qoyur.</w:t>
      </w:r>
    </w:p>
    <w:p>
      <w:pPr>
        <w:pStyle w:val="ArticleBody"/>
        <w:jc w:val="left"/>
      </w:pPr>
      <w:r>
        <w:rPr>
          <w:rFonts w:ascii="Times New Roman" w:hAnsi="Times New Roman" w:eastAsia="Times New Roman" w:cs="Times New Roman"/>
        </w:rPr>
        <w:t>Birləşmiş Ştatlar 1798-ci ildə başladı; çünki Yeşaya iyirmi üçə görə, papalıq hakimiyyəti olan Sur altıncı padşahlığın sonunadək unudulmalı idi. 1798 Adventizmin başlanğıcında Millerçilər üçün axır zaman idi. 1844-cü ilin yazına qədər Millerçi Adventizm Birləşmiş Ştatların hökumətini təmsil edən Respublikaçılıq buynuzu ilə paralel gedən Protestantlığın mantiyasını qəbul etmişdi. İki buynuz eyni heyvanın üzərindədir, buna görə də tarix boyunca birlikdə irəliləyirlər. Adventizmin başlanğıcı və sonu Respublikaçı buynuzla paralel gedir. 1798-ci ildən protestantların birinci mələyin xəbərini rədd etdikləri vaxta qədər olan tarix Allahın həmin Protestant buynuzu qurduğu dövr idi. O bunu Respublikaçı buynuzla etdiyi kimi, bir sınaq prosesi vasitəsilə etdi. Paralel buynuzlar haqqında deyiləsi çox şey var, lakin indi yox.</w:t>
      </w:r>
    </w:p>
    <w:p>
      <w:pPr>
        <w:pStyle w:val="ArticleBody"/>
        <w:jc w:val="left"/>
      </w:pPr>
      <w:r>
        <w:rPr>
          <w:rFonts w:ascii="Times New Roman" w:hAnsi="Times New Roman" w:eastAsia="Times New Roman" w:cs="Times New Roman"/>
        </w:rPr>
        <w:t>Respublikaçı buynuz həqiqi Protestant buynuzla deyil, mürtəd Protestantlıqla zina edir; çünki həqiqi buynuz Quzunun gəlinidir və o, bakirədir. Sonun vaxtı olan 1989-cu ildən bəri yeddi prezident olmuşdur. Həmin prezidentlərdən altıncısı, məhz Adventizmin sonunda olan hərəkatın da ölümcül yara aldığı ilin özündə ölümcül bir yara aldı. 1989-cu ildəki sonun vaxtından bəri səkkizinci prezident, sağaldılmış ölümcül yaranı almış şəxs olacaq. O, yeddidən olan bir prezident olmalıdır. Eyni zamanda, 2020-ci ildə altıncı prezident ölümcül yarasını aldığı zaman, indi Protestant mantiyasını daşıyan buynuz da öldürüldü. Katolisizmin vəhşi heyvanında olduğu kimi və mürtəd Protestantlığın vəhşi heyvan surətində olduğu kimi, həqiqi Protestantlıq buynuzunda da belədir. Protestantlıq buynuzu altıncı kilsə kimi təmsil olunur; o, səkkizinciyə çevrilir, lakin yeddidəndir.</w:t>
      </w:r>
    </w:p>
    <w:p>
      <w:pPr>
        <w:pStyle w:val="ArticleBody"/>
        <w:jc w:val="left"/>
      </w:pPr>
      <w:r>
        <w:rPr>
          <w:rFonts w:ascii="Times New Roman" w:hAnsi="Times New Roman" w:eastAsia="Times New Roman" w:cs="Times New Roman"/>
        </w:rPr>
        <w:t>Bu iddiaları sınaqdan keçirərkən, sınaq müddəti bağlanmazdan dərhal əvvəl möhürü açılan xəbərin, şübhəsiz ki, başlanğıcın sonu təsvir etməsi kontekstində təqdim olunacağını xatırlayın. Həmin xəbər, dünyanın sonunu müəyyən etmək üçün dünya tarixi ilə uyğunlaşdırılmış Müqəddəs Kitab tarixindən istifadə edən “tarixçilik” metodologiyası ilə təqdim olunacaq. Həmin xəbər yerdən qalxır.</w:t>
      </w:r>
    </w:p>
    <w:p>
      <w:pPr>
        <w:pStyle w:val="ArticleScripture"/>
        <w:jc w:val="left"/>
      </w:pPr>
      <w:r>
        <w:rPr>
          <w:rFonts w:ascii="Times New Roman" w:hAnsi="Times New Roman" w:eastAsia="Times New Roman" w:cs="Times New Roman"/>
        </w:rPr>
        <w:t>Həqiqət yerdən cücərəcək; salehlik isə göydən aşağı baxacaq. Bəli, Rəbb yaxşı olanı verəcək; torpağımız da öz bəhrəsini verəcək. Salehlik Onun önündə gedəcək; və bizi Onun addımlarının yoluna qoyacaq. Məzmurlar 85:11–13.</w:t>
      </w:r>
    </w:p>
    <w:p>
      <w:pPr>
        <w:pStyle w:val="ArticleBody"/>
        <w:jc w:val="left"/>
      </w:pPr>
      <w:r>
        <w:rPr>
          <w:rFonts w:ascii="Times New Roman" w:hAnsi="Times New Roman" w:eastAsia="Times New Roman" w:cs="Times New Roman"/>
        </w:rPr>
        <w:t>Məzmurlardakı həmin hissədə söhbətin getdiyi “yer”in sadəcə bir “ölkə” kimi müəyyən edilməsi ilə kifayətlənilmir. Məzmurlardakı bu hissə “ölkə”ni yalnız Vəhy on üçdəki “yer” heyvanı kimi müəyyən etmir, həm də qeyd edir ki, “həqiqət” yerdən “cücərib çıxır”.</w:t>
      </w:r>
    </w:p>
    <w:p>
      <w:pPr>
        <w:pStyle w:val="ArticleScripture"/>
        <w:jc w:val="left"/>
      </w:pPr>
      <w:r>
        <w:rPr>
          <w:rFonts w:ascii="Times New Roman" w:hAnsi="Times New Roman" w:eastAsia="Times New Roman" w:cs="Times New Roman"/>
        </w:rPr>
        <w:t>“Yeni Dünyanın hansı xalqı 1798-ci ildə qüdrətə yüksəlir, güc və əzəmət vədi verir və dünyanın diqqətini cəlb edirdi? Bu rəmzin tətbiqi heç bir sual doğurmur. Bir xalq, yalnız bir xalq bu peyğəmbərliyin şərtlərinə uyğun gəlir; o, birmənalı şəkildə Amerika Birləşmiş Ştatlarını göstərir. Müqəddəs müəllifin fikri, demək olar ki, onun dəqiq sözləri, bu xalqın yüksəlişini və inkişafını təsvir edərkən natiq və tarixçi tərəfindən dönə-dönə qeyri-ixtiyari şəkildə işlədilmişdir. Vəhşi heyvan ‘yerdən qalxırmış’ kimi görüldü; və tərcüməçilərə görə, burada ‘qalxırmış’ kimi verilən söz hərfi mənada ‘bitki kimi böyümək və ya cücərib çıxmaq’ deməkdir.” The Great Controversy, 440.</w:t>
      </w:r>
    </w:p>
    <w:p>
      <w:pPr>
        <w:pStyle w:val="ArticleBody"/>
        <w:jc w:val="left"/>
      </w:pPr>
      <w:r>
        <w:rPr>
          <w:rFonts w:ascii="Times New Roman" w:hAnsi="Times New Roman" w:eastAsia="Times New Roman" w:cs="Times New Roman"/>
        </w:rPr>
        <w:t>Birləşmiş Ştatlar “yerdən çıxan” vəhşidir. Buna görə də, bu məqalələrdə irəli sürülən iddiaları sınaqdan keçirərkən, ilham bildirir ki, xəbər sonun başlanğıcla təsvir olunmasına əsaslanacaq, tarixi xətt üzərinə tarixi xətt kontekstində yerləşdiriləcək və Birləşmiş Ştatlardakı bir səsdən gəlməlidir. Əlbəttə, Birləşmiş Ştatların daxilində yalançı səslər vardır, lakin Allahın Kəlamına görə və Onun Kəlamının səlahiyyəti əsasında Birləşmiş Ştatlardan kənarda yerləşən və ya mənşəyi oradan olmayan hər hansı xəbərçi və ya xidmət yalançı işıqdır. Adventizm Birləşmiş Ştatlarda bir insanın səsi və Birləşmiş Ştatlarda təsis edilmiş bir hərəkatla başladı. İsa bir şeyin sonunu bir şeyin başlanğıcı ilə təsvir edir.</w:t>
      </w:r>
    </w:p>
    <w:p>
      <w:pPr>
        <w:pStyle w:val="ArticleBody"/>
        <w:jc w:val="left"/>
      </w:pPr>
      <w:r>
        <w:rPr>
          <w:rFonts w:ascii="Times New Roman" w:hAnsi="Times New Roman" w:eastAsia="Times New Roman" w:cs="Times New Roman"/>
        </w:rPr>
        <w:t>Qulağı olan qoy Ruhun cəmiyyətlərə nə dediyini eşitsin.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Beş nömrə</dc:title>
  <dc:subject>Son Üçü</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