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Doqquzuncu Sayı</w:t>
      </w:r>
    </w:p>
    <w:p>
      <w:pPr>
        <w:pStyle w:val="ArticleSubtitle"/>
        <w:jc w:val="left"/>
      </w:pPr>
      <w:r>
        <w:rPr>
          <w:rFonts w:ascii="Arial" w:hAnsi="Arial" w:eastAsia="Arial" w:cs="Arial"/>
        </w:rPr>
        <w:t>Dördüncü Sətir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Cənub padşahı qəzəbə gələrək irəli çıxacaq və onunla, yəni şimal padşahı ilə vuruşacaq; o, böyük bir qoşun meydana çıxaracaq; lakin o qoşun onun əlinə veriləcək. O qoşunu aradan götürdükdən sonra onun ürəyi ucalacaq; və o, on minlərlə adamı yerə sərəcək; lakin bununla qüvvətlənməyəcək. Daniel 11:11, 12.</w:t>
      </w:r>
    </w:p>
    <w:p>
      <w:pPr>
        <w:pStyle w:val="ArticleBody"/>
        <w:jc w:val="left"/>
      </w:pPr>
      <w:r>
        <w:rPr>
          <w:rFonts w:ascii="Times New Roman" w:hAnsi="Times New Roman" w:eastAsia="Times New Roman" w:cs="Times New Roman"/>
        </w:rPr>
        <w:t>On bir və on ikinci ayələr, eramızdan əvvəl 217-ci ildə Rafiyada qələbə qazanan Ptolemeyin timsalında göstərildiyi kimi, Putinin Ukrayna və Avropa İttifaqı üzərində qələbəsini, habelə Ukrayna müharibəsindəki qələbəsindən sonra Putin üçün yaranan nəticələri və fəsadları, eləcə də on ikinci ayədə onun süqutunu müəyyən edir. Bu ayələrdəki mövzu cənub padşahının yüksəlişi və süqutudur.</w:t>
      </w:r>
    </w:p>
    <w:p>
      <w:pPr>
        <w:pStyle w:val="ArticleBody"/>
        <w:jc w:val="left"/>
      </w:pPr>
      <w:r>
        <w:rPr>
          <w:rFonts w:ascii="Times New Roman" w:hAnsi="Times New Roman" w:eastAsia="Times New Roman" w:cs="Times New Roman"/>
        </w:rPr>
        <w:t>Bu ana qədər məqalələr on birinci fəslin peyğəmbərlik xətlərinin əsas mövzularını müəyyənləşdirirdi. İrəlidə fəsildə davam etməzdən əvvəl on birinci ayə bir qədər daha çox diqqət tələb edir. Daniel 11:11 Vəhy 11:11 ilə uyğunluq təşkil edir.</w:t>
      </w:r>
    </w:p>
    <w:p>
      <w:pPr>
        <w:pStyle w:val="ArticleScripture"/>
        <w:jc w:val="left"/>
      </w:pPr>
      <w:r>
        <w:rPr>
          <w:rFonts w:ascii="Times New Roman" w:hAnsi="Times New Roman" w:eastAsia="Times New Roman" w:cs="Times New Roman"/>
        </w:rPr>
        <w:t>Və üç gün yarımdan sonra Allahdan gələn həyat Ruhu onların içinə girdi, onlar ayaqları üstə qalxdılar; və onları görənlərin üzərinə böyük qorxu düşdü. Vəhy 11:11.</w:t>
      </w:r>
    </w:p>
    <w:p>
      <w:pPr>
        <w:pStyle w:val="ArticleBody"/>
        <w:jc w:val="left"/>
      </w:pPr>
      <w:r>
        <w:rPr>
          <w:rFonts w:ascii="Times New Roman" w:hAnsi="Times New Roman" w:eastAsia="Times New Roman" w:cs="Times New Roman"/>
        </w:rPr>
        <w:t>2023-cü ildə dərinliksiz quyudan çıxan vəhşi heyvan tərəfindən öldürülmüş iki şahid ayaqları üstə qalxdı. Respublikaçı buynuzun şahidliyi 2015-ci ildə Donald Trampın prezidentliyə namizədliyini irəli sürəcəyini elan etməsi ilə başlamışdı və 2020-ci ildə dünyadakı qlobalistlərlə təmsil olunan əjdaha, habelə Respublikaçılar partiyasının qlobalistləri (RINO-lar) ilə birgə hərəkət edən Demokratlar partiyası olan qlobalistlər seçkini oğurlayıb Co Baydeni hakimiyyətə gətirdilər və bununla Donald Trampı küçədə öldürdülər. Future for America xidməti ilə təmsil olunan Protestant buynuz isə İslamın Neşvilə qarşı hücumunu təsvir edən yanlış bir qabaqcadan xəbərdarlığı yaymaqla öldürüldü. 2023-cü ildə həm Respublikaçı, həm də Protestant buynuzlar dirildildi. On birinci ayə 2014-cü ildən başlayaraq Ukrayna müharibəsinin başlanmasını, Putinin və Rusiyanın son qələbəsinədək uzanan dövr vasitəsilə müəyyən edir.</w:t>
      </w:r>
    </w:p>
    <w:p>
      <w:pPr>
        <w:pStyle w:val="ArticleBody"/>
        <w:jc w:val="left"/>
      </w:pPr>
      <w:r>
        <w:rPr>
          <w:rFonts w:ascii="Times New Roman" w:hAnsi="Times New Roman" w:eastAsia="Times New Roman" w:cs="Times New Roman"/>
        </w:rPr>
        <w:t>On birinci ayə, ümumilikdə Adventizm üçün, həmçinin 11 sentyabrın işığını və üçüncü vayın gəlişini qəbul etmiş olanlar üçün mühakimədə kulminasiya nöqtəsinə çatan vizual sınaqdır; lakin ilk növbədə bu, 2023-cü ilin iyul ayından etibarən tədricən möhürdən açılmış peyğəmbərlik işığının qarşısında məsul tutulacaq olanlar üçündür.</w:t>
      </w:r>
    </w:p>
    <w:p>
      <w:pPr>
        <w:pStyle w:val="ArticleBody"/>
        <w:jc w:val="left"/>
      </w:pPr>
      <w:r>
        <w:rPr>
          <w:rFonts w:ascii="Times New Roman" w:hAnsi="Times New Roman" w:eastAsia="Times New Roman" w:cs="Times New Roman"/>
        </w:rPr>
        <w:t>Adventizmin rəhbərliyi 1989-cu ildə yan keçildi; necə ki, bu, həmin peyğəmbərlik dövründə Məsihin doğulması ilə timsallaşdırılmışdı. Məsih vəftiz olunduqda, O, Xristian Kilsəsinin “təməli” olan şagirdləri çağırmağa başladı; bununla da 9/11-i timsallaşdırdı. Həmin vaxt üçüncü vayın İslamının gəlişi ilə Rəbb Öz xalqını Yeremyanın köhnə yollarına — Adventizmin əsaslarını təmsil edən yollara — geri apardı. 9/11-də dirilərin mühakiməsi Allahın evi ilə başladı və Adventizm Vəhy on səkkizinci fəslin mələyinin işığını, yəhudilərin İsanı Məsih kimi rədd etdikləri qədər qəti şəkildə rədd etdi. Vəhy on səkkizinci fəslin mələyinin işığını qəbul edənlər isə daha sonra 18 iyul 2020-ci il məyusluğu ilə sınaqdan keçirildilər.</w:t>
      </w:r>
    </w:p>
    <w:p>
      <w:pPr>
        <w:pStyle w:val="ArticleBody"/>
        <w:jc w:val="left"/>
      </w:pPr>
      <w:r>
        <w:rPr>
          <w:rFonts w:ascii="Times New Roman" w:hAnsi="Times New Roman" w:eastAsia="Times New Roman" w:cs="Times New Roman"/>
        </w:rPr>
        <w:t>2023-cü ilin iyulunda, Daniel 11:11-in işığı indiki həqiqətin xarici xəttini müəyyən edir. Daniel 11:11-də tapılan xarici peyğəmbərlik icrasının həmin işığı, Vəhy 11:11-də dirildilmiş bakirələrə açıldı. Vəhy, Danielin xarici tarix kimi açdığı tarixin daxili tarixini müəyyən edir.</w:t>
      </w:r>
    </w:p>
    <w:p>
      <w:pPr>
        <w:pStyle w:val="ArticleBody"/>
        <w:jc w:val="left"/>
      </w:pPr>
      <w:r>
        <w:rPr>
          <w:rFonts w:ascii="Times New Roman" w:hAnsi="Times New Roman" w:eastAsia="Times New Roman" w:cs="Times New Roman"/>
        </w:rPr>
        <w:t>2023-cü ilin iyul ayından etibarən açılmış olan nuru nəzərdən keçirmiş olanlar iki ayrı sinfi təmsil edirlər, çünki artıq elələri olmuşdur ki, 2023-cü ilin iyulundan sonra bir vaxtlar birlikdə yeridikləri halda, artıq birlikdə yerimirlər. Məhkəmə mərhələli şəkildə irəliləyir və 9/11-dən başlayaraq Yeddinci Gün Adventist kilsəsinə “Miller və onun əməkdaşları tərəfindən qəbul edilmiş peyğəmbərlik təfsiri qaydaları”nı rədd etməsindən ötrü tövbə etmək üçün “vaxt verildi”; bu qaydaları onlar 1863-cü ildən başlayaraq getdikcə daha artıq rədd etmişlər. 9/11-dən 18 iyul 2020-ci ilədək Yeddinci Gün Adventist kilsəsinə tövbə etmək üçün son fürsət verildi və həmin anda 2020-ci il Naşvil bəyanında iştirak etmiş olanlar sınaqdan keçirildilər. İyul ayında təmizlənmənin son mərhələsi Daniel və Vəhy kitablarının on birinci fəsillərinin on birinci ayələri ilə təmsil olunur.</w:t>
      </w:r>
    </w:p>
    <w:p>
      <w:pPr>
        <w:pStyle w:val="ArticleBody"/>
        <w:jc w:val="left"/>
      </w:pPr>
      <w:r>
        <w:rPr>
          <w:rFonts w:ascii="Times New Roman" w:hAnsi="Times New Roman" w:eastAsia="Times New Roman" w:cs="Times New Roman"/>
        </w:rPr>
        <w:t>Məhz bu sınaq prosesində üç sınaqdan ikincisi həyata keçirilir. İkinci sınaq vizual sınaqdır; ondan əvvəl iştaha sınağı gəlir və o, əvvəlki iki sınaqdan fərqli olaraq, həlledici sınaq olan üçüncü sınaqla tamamlanır. Bakirələr Gecə Yarısı “Budur, Bəy gəlir” çağırışı ilə oyandıqları zaman, bir qrupda zəruri yağ vardır, digəri isə itirilmiş olur. Millerçilər məhz bu təcrübəni yerinə yetirdilər və bununla həm xarici, həm də daxili peyğəmbərlik xəttini anladıqlarını nümayiş etdirdilər.</w:t>
      </w:r>
    </w:p>
    <w:p>
      <w:pPr>
        <w:pStyle w:val="ArticleBody"/>
        <w:jc w:val="left"/>
      </w:pPr>
      <w:r>
        <w:rPr>
          <w:rFonts w:ascii="Times New Roman" w:hAnsi="Times New Roman" w:eastAsia="Times New Roman" w:cs="Times New Roman"/>
        </w:rPr>
        <w:t>Onlar ikinci mələyin xəbərini süquta uğramış protestant kilsələrini Babilin qızları kimi tanıdaraq bəyan etdikdə, öz təcrübələrindən kənar olan bir xəbəri bəyan edirdilər. Gecəyarısı Fəryadının xəbərini bəyan etmək üçün isə əvvəlcə özlərini ləngimə vaxtında olmuş bakirələr kimi görmələri lazım idi. Danielin də, Vəhyin on birinci fəslinin də on birinci ayəsində daxili və xarici xəbərlər 2023-cü ilin iyul ayından etibarən indiki həqiqət kimi açıldı.</w:t>
      </w:r>
    </w:p>
    <w:p>
      <w:pPr>
        <w:pStyle w:val="ArticleBody"/>
        <w:jc w:val="left"/>
      </w:pPr>
      <w:r>
        <w:rPr>
          <w:rFonts w:ascii="Times New Roman" w:hAnsi="Times New Roman" w:eastAsia="Times New Roman" w:cs="Times New Roman"/>
        </w:rPr>
        <w:t>Danielın birinci fəslində ikinci və gözlə görünən sınaq o zaman idi ki, Danielin və üç saleh gəncin çöhrələrinin Babil süfrəsindən yeyənlərdən “görünüşcə” daha gözəl və daha dolğun olduğu aşkar edildi. İkinci fəsildə isə vizual sınaq, gizli bir xəbəri düzgün şərh etməyi tələb edən peyğəmbərlik sınağı kimi təqdim olunur; nəhayətdə bunun Müqəddəs Kitab peyğəmbərliyindəki padşahlıqların surəti olduğu göstərilir. Danielın birinci, ikinci və üçüncü fəsilləri Vəhy kitabının on dördüncü fəslindəki birinci, ikinci və üçüncü mələkləri təmsil edir.</w:t>
      </w:r>
    </w:p>
    <w:p>
      <w:pPr>
        <w:pStyle w:val="ArticleBody"/>
        <w:jc w:val="left"/>
      </w:pPr>
      <w:r>
        <w:rPr>
          <w:rFonts w:ascii="Times New Roman" w:hAnsi="Times New Roman" w:eastAsia="Times New Roman" w:cs="Times New Roman"/>
        </w:rPr>
        <w:t>Vəhyin on dördüncü fəslindəki ikinci mələk Millerçi tarixin zahiri ismarıcına müraciət edir və Danielin ikinci fəsli də peyğəmbərlik tarixinin heyvanlar surəti ilə zahiri xəttə müraciət edir. Birinci fəsildəki görmə sınağı Danielə və üç sadiq şəxsə əsaslanır və buna görə də daxili xəttdir. Daniel kitabının birinci fəslindən üçüncü fəslinədək olan hissələrin Vəhyin on dördüncü fəslindəki üç mələklə paraleli vasitəsilə təmsil olunan zahiri və daxili peyğəmbərlik xətləri, ikinci mələyin ismarıcının Millerçilər tərəfindən yerinə yetirildiyinə dair başqa bir şahidlik ortaya qoyur.</w:t>
      </w:r>
    </w:p>
    <w:p>
      <w:pPr>
        <w:pStyle w:val="ArticleBody"/>
        <w:jc w:val="left"/>
      </w:pPr>
      <w:r>
        <w:rPr>
          <w:rFonts w:ascii="Times New Roman" w:hAnsi="Times New Roman" w:eastAsia="Times New Roman" w:cs="Times New Roman"/>
        </w:rPr>
        <w:t>Millerçilər Gecəyarısı Fəryadının elanını yerinə yetirdikləri zaman həm zahiri, həm də daxili bir xəbəri bəyan etdilər. Onların zahiri xəbəri Vəhy on dördün ikinci mələyi idi; beləliklə, Millerçilərin xəbərini birbaşa ikinci mələklə və Daniel ikidəki surətlə əlaqələndirirdi. Həmin surət Müqəddəs Kitab peyğəmbərliyinin zahiri padşahlıqlarını həqiqi Babildən insan sınaq müddətinin sonunda öz sonuna çatan müasir Babilədək təmsil edir. Millerçilər yenidən Babilin zahiri xəbəri ilə bağlanırlar. Danielin görmə sınağı onun yeməyi seçdiyi pəhrizə əsaslanırdı və yerə bir ayağını, dənizə isə o birini qoyaraq enən Vəhy ondakı birinci mələyin açıq kiçik bir kitabı var idi ki, Yəhyaya onu yeməsi əmr edilmişdi. Birinci mələk iştaha ilə təmsil olunur və onun ardınca görmə sınağı gəlir. Görmə sınağı həqiqətin həm daxili, həm də zahiri xəttini ehtiva edir.</w:t>
      </w:r>
    </w:p>
    <w:p>
      <w:pPr>
        <w:pStyle w:val="ArticleBody"/>
        <w:jc w:val="left"/>
      </w:pPr>
      <w:r>
        <w:rPr>
          <w:rFonts w:ascii="Times New Roman" w:hAnsi="Times New Roman" w:eastAsia="Times New Roman" w:cs="Times New Roman"/>
        </w:rPr>
        <w:t>Daniel on birinci fəslin on birinci ayəsi, Vəhy on birinci fəslin on birinci ayəsi ilə paralellik içində, ikiqat vizual sınağı təmsil edir. Bu sınaq lakmus sınağında yekunlaşır; o zaman bakirələr yağlarının olub-olmadığını aşkara çıxarırlar. Həmin təzahür Birləşmiş Ştatlarda bazar günü qanununda möhlətin bağlanmasından dərhal əvvəl baş verir. Bazar günü qanununda möhlətin bağlanması 22 oktyabr 1844-cü il ilə tipoloji olaraq əvvəlcədən göstərilmişdi. 22 oktyabr 1844-cü ildən dərhal əvvəl, 17 avqust 1844-cü ildə, Millerçilər bu xəbəri Birləşmiş Ştatların şərq sahili boyunca bir gelgit dalğası kimi yaydılar.</w:t>
      </w:r>
    </w:p>
    <w:p>
      <w:pPr>
        <w:pStyle w:val="ArticleBody"/>
        <w:jc w:val="left"/>
      </w:pPr>
      <w:r>
        <w:rPr>
          <w:rFonts w:ascii="Times New Roman" w:hAnsi="Times New Roman" w:eastAsia="Times New Roman" w:cs="Times New Roman"/>
        </w:rPr>
        <w:t>1989 Daniel kitabının möhürünün açıldığı və son zamanın gəldiyi vaxtdır; Daniel kitabının möhürü açıldıqda isə həmişə biliyin artması baş verir ki, bu da iki sinif ibadət edənlər meydana gətirir. 1989, 1798-ci ildə birinci mələyin gəlişi ilə təmsil olunduğu kimi, həmin üç sınaq nişanəsindən birincisidir. Birinci mələk 11 avqust 1840-cı ildə endikdə, o, 11 sentyabrda enən Vəhy on səkkizinci fəslin mələyini təmsil etdi. Millerçi tarixinin ilk məyusluğu ikinci mələyin gəlişini qeyd etdi və 18 iyul 2020-ni, həmçinin ləngimə vaxtının başlanğıcını təmsil etdi. Millerçilər tədricən ikinci mələyin ismarıcına və on bakirə məsəlindəki bakirələr olduqlarına oyandılar. Onlar 1844-cü ilin avqustunda Exeter düşərgə toplantısında tam oyanmışdılar. Yüz qırx dörd min nəfər 2023-cü ilin iyulunda, Gecəyarısı hayqırtısı ismarıcının möhürü tədricən açılmağa başlayanda oyandı.</w:t>
      </w:r>
    </w:p>
    <w:p>
      <w:pPr>
        <w:pStyle w:val="ArticleBody"/>
        <w:jc w:val="left"/>
      </w:pPr>
      <w:r>
        <w:rPr>
          <w:rFonts w:ascii="Times New Roman" w:hAnsi="Times New Roman" w:eastAsia="Times New Roman" w:cs="Times New Roman"/>
        </w:rPr>
        <w:t>Lazarın dirilməsi Məsihin xidmətinin taclandırıcı əməli olduqda, İsa Lazarı diriltdiyi zaman Lazarın ailəsi üçün gecikmə vaxtı necə başa çatdısa, Exeterdə Millerçilər üçün də gecikmə vaxtı eləcə başa çatdı; o zaman Lazar Onun xidmətinin “möhürü” oldu. Lazarın dirilməsi gecikmə vaxtının sonunu və Allahın xalqının möhürlənməsini göstərir. Bunun ardınca gələn Təntənəli Giriş Millerçi tarixində Gecəyarısı Fəryadı ismarıcının elanını təmsil edirdi. Daniel kitabının on birinci fəslinin mövzusu cənub padşahının yüksəlişi və süqutudur və bu, on üçüncü–on beşinci ayələrdə Panium döyüşünə aparır. Həmin ayələr, on altıncı ayədə bayraq kimi ucaldılacaq kişi və qadınların alınları üzərinə möhürün vurulduğu sınaq daşıdır.</w:t>
      </w:r>
    </w:p>
    <w:p>
      <w:pPr>
        <w:pStyle w:val="ArticleBody"/>
        <w:jc w:val="left"/>
      </w:pPr>
      <w:r>
        <w:rPr>
          <w:rFonts w:ascii="Times New Roman" w:hAnsi="Times New Roman" w:eastAsia="Times New Roman" w:cs="Times New Roman"/>
        </w:rPr>
        <w:t>On beşinci ayə Məsihin Qeysəriyyə Filipiyə səfərinə uyğun gələn Panium döyüşündə yerinə yetdi. Orada, Qeysəriyyə Filipidə Məsih Şimon Bar-Yonanın adını Peterə çevirdi və bununla yüz qırx dörd minin möhürlənməsini işarələdi. O vaxtdan etibarən tezliklə gələcək çarmıxın nuru şagirdlərə açıldı. Məsih çarmıxdan az əvvəl Şimonun adını Peterə dəyişdirdikdə, bu, Yerusəlimə Zəfərli Girişi qabaqlayan Exeter və Lazarın lakmus sınağı ilə uyğunlaşdı. Avqustun 12-dən 17-dək keçirilən Exeter düşərgə toplantısı Daniel və Vəhy kitablarının on birinci fəsillərindəki bazar qanununun zəlzələsi olan sarsıntıdan əvvəl həqiqətdə son möhkəmlənməni təmsil edir.</w:t>
      </w:r>
    </w:p>
    <w:p>
      <w:pPr>
        <w:pStyle w:val="ArticleScripture"/>
        <w:jc w:val="left"/>
      </w:pPr>
      <w:r>
        <w:rPr>
          <w:rFonts w:ascii="Times New Roman" w:hAnsi="Times New Roman" w:eastAsia="Times New Roman" w:cs="Times New Roman"/>
        </w:rPr>
        <w:t>“Battle Creekdəki iş də eyni qaydadadır. Sanitariyanın rəhbərləri imansızlarla qarışmış, onları az-çox öz məsləhət şuralarına qəbul etmişlər, lakin bu, gözləri bağlı halda işə girişmək kimidir. Onlar hər an başımıza nəyin gələcəyini görmək üçün lazım olan bəsirətdən məhrumdurlar. Bir ümidsizlik, müharibə və qan tökmə ruhu vardır və bu ruh zamanın lap sonuna qədər artacaqdır. Allahın xalqı alınlarında möhürləndiyi an — bu, görünə bilən hər hansı möhür və ya nişan deyil, həm zehni, həm də ruhani cəhətdən həqiqətdə elə bir möhkəmlənməkdir ki, sarsıdıla bilməsinlər — Allahın xalqı möhürlənib sarsıntıya hazırlanmış olan kimi, o gələcəkdir. Əslində, o artıq başlamışdır. Allahın hökmləri indi ölkə üzərindədir ki, bizə xəbərdarlıq versin, beləliklə də nəyin gəlməkdə olduğunu bilək.” Manuscript Releases, cild 10, 252.</w:t>
      </w:r>
    </w:p>
    <w:p>
      <w:pPr>
        <w:pStyle w:val="ArticleBody"/>
        <w:jc w:val="left"/>
      </w:pPr>
      <w:r>
        <w:rPr>
          <w:rFonts w:ascii="Times New Roman" w:hAnsi="Times New Roman" w:eastAsia="Times New Roman" w:cs="Times New Roman"/>
        </w:rPr>
        <w:t>Yüz qırx dörd min nəfərin möhürlənməsi Exeter düşərgə toplantısı, Məsihin Şimonun adını Peter olaraq dəyişdirməsi və Lazarın dirildilməsi ilə təmsil olunmuşdu. Həmin dirilmə Vəhy kitabının on birinci fəslindəki iki şahidin dirilməsini simvolizə edir. Onuncu ayədən on altıncı ayəyədək olan hissə qırxıncı ayənin gizli tarixini təmsil edir. Qırxıncı ayənin gizli tarixinin açılması on birinci ayənin tarixi yerinə yetməsi və Ukrayna müharibəsi çərçivəsində başladı. 2023-cü ilin iyul ayından etibarən həmin gizli tarix Yəhuda qəbiləsinin Aslanı tərəfindən açılma prosesindədir.</w:t>
      </w:r>
    </w:p>
    <w:p>
      <w:pPr>
        <w:pStyle w:val="ArticleBody"/>
        <w:jc w:val="left"/>
      </w:pPr>
      <w:r>
        <w:rPr>
          <w:rFonts w:ascii="Times New Roman" w:hAnsi="Times New Roman" w:eastAsia="Times New Roman" w:cs="Times New Roman"/>
        </w:rPr>
        <w:t>Vəhy kitabının on birinci fəslinin on birinci ayəsində yüz qırx dörd min arasında olmağa namizəd olanlar dirildildiyi zaman, Bazar qanununda sınaq müddəti başa çatmazdan əvvəl keçilməsi zəruri olan vizual peyğəmbərlik sınağı — Sister White-ın vəhşi heyvanın surətinin sınağı kimi müəyyən etdiyi sınaq — başlandı.</w:t>
      </w:r>
    </w:p>
    <w:p>
      <w:pPr>
        <w:pStyle w:val="ArticleScripture"/>
        <w:jc w:val="left"/>
      </w:pPr>
      <w:r>
        <w:rPr>
          <w:rFonts w:ascii="Times New Roman" w:hAnsi="Times New Roman" w:eastAsia="Times New Roman" w:cs="Times New Roman"/>
        </w:rPr>
        <w:t>“Rəbb mənə aydın şəkildə göstərmişdir ki, heyvanın surəti sınaq müddəti başa çatmazdan əvvəl qurulacaq; çünki bu, Allahın xalqı üçün onların əbədi taleyinin həll olunacağı böyük sınaq olacaqdır. Sənin mövqeyin elə bir ziddiyyətlər qarışıqlığıdır ki, çox az adam aldadılacaqdır.</w:t>
      </w:r>
    </w:p>
    <w:p>
      <w:pPr>
        <w:pStyle w:val="ArticleScripture"/>
        <w:jc w:val="left"/>
      </w:pPr>
      <w:r>
        <w:rPr>
          <w:rFonts w:ascii="Times New Roman" w:hAnsi="Times New Roman" w:eastAsia="Times New Roman" w:cs="Times New Roman"/>
        </w:rPr>
        <w:t>“Vəhy 13-də bu mövzu açıq şəkildə təqdim olunur; [Vəhy 13:11–17, sitat gətirilmişdir].”</w:t>
      </w:r>
    </w:p>
    <w:p>
      <w:pPr>
        <w:pStyle w:val="ArticleScripture"/>
        <w:jc w:val="left"/>
      </w:pPr>
      <w:r>
        <w:rPr>
          <w:rFonts w:ascii="Times New Roman" w:hAnsi="Times New Roman" w:eastAsia="Times New Roman" w:cs="Times New Roman"/>
        </w:rPr>
        <w:t>“Allahın xalqının möhürlənmədən əvvəl keçməli olduğu sınaq budur. Onun qanununa əməl etməklə və saxta bir şənbəni qəbul etməkdən imtina etməklə Allaha sədaqətlərini sübut edənlərin hamısı Rəbb Allah Yehova bayrağı altında yer alacaq və yaşayan Allahın möhürünü alacaqlar. Səmavi mənşəli həqiqətdən əl çəkib bazar günü şənbəsini qəbul edənlər isə vəhşinin nişanını alacaqlar.” Manuscript Releases, cild 15, 15.</w:t>
      </w:r>
    </w:p>
    <w:p>
      <w:pPr>
        <w:pStyle w:val="ArticleBody"/>
        <w:jc w:val="left"/>
      </w:pPr>
      <w:r>
        <w:rPr>
          <w:rFonts w:ascii="Times New Roman" w:hAnsi="Times New Roman" w:eastAsia="Times New Roman" w:cs="Times New Roman"/>
        </w:rPr>
        <w:t>Peyğəmbərliyin xarici xətti Daniel 11-in on birinci ayəsinin tarixində açılır, daxili xətt isə Vəhy 11-ci fəslin 11-ci ayəsində açılır. Xarici xətt, kilsə ilə dövlətin birləşməsini — münasibət üzərində nəzarətin kilsədə olduğu bu birləşməni — təmsil edən vəhşi heyvanın surətinin dirilərin mühakiməsi dövründə necə formalaşdığını müəyyən edir. Daxili xətt isə ilahiliklə bəşəriyyətin birləşməsini təmsil edən Məsihin surətinin dirilərin mühakiməsi zamanı necə formalaşdığını müəyyən edir.</w:t>
      </w:r>
    </w:p>
    <w:p>
      <w:pPr>
        <w:pStyle w:val="ArticleBody"/>
        <w:jc w:val="left"/>
      </w:pPr>
      <w:r>
        <w:rPr>
          <w:rFonts w:ascii="Times New Roman" w:hAnsi="Times New Roman" w:eastAsia="Times New Roman" w:cs="Times New Roman"/>
        </w:rPr>
        <w:t>Üçüncü mələyin və yüz qırx dörd minin islahat hərəkatı, Daniel on birin onuncu ayəsində təmsil olunduğu kimi, 1989-cu ildə son zamanda başladı. Bundan sonra Daniel on ikinci fəslinin kamil yerinə yetməsi başlandı.</w:t>
      </w:r>
    </w:p>
    <w:p>
      <w:pPr>
        <w:pStyle w:val="ArticleScripture"/>
        <w:jc w:val="left"/>
      </w:pPr>
      <w:r>
        <w:rPr>
          <w:rFonts w:ascii="Times New Roman" w:hAnsi="Times New Roman" w:eastAsia="Times New Roman" w:cs="Times New Roman"/>
        </w:rPr>
        <w:t>Və o dedi: Get öz yolunla, ey Daniel; çünki bu sözlər axır zamanadək qapalı və möhürlü qalacaq. Çoxları təmizlənəcək, ağardılacaq və sınaqdan keçiriləcək; lakin pislər pislik edəcəklər; və pislərdən heç biri anlamayacaq; amma müdriklər anlayacaqlar. Daniel 12:9, 10.</w:t>
      </w:r>
    </w:p>
    <w:p>
      <w:pPr>
        <w:pStyle w:val="ArticleBody"/>
        <w:jc w:val="left"/>
      </w:pPr>
      <w:r>
        <w:rPr>
          <w:rFonts w:ascii="Times New Roman" w:hAnsi="Times New Roman" w:eastAsia="Times New Roman" w:cs="Times New Roman"/>
        </w:rPr>
        <w:t>On birinci fəslin onuncu ayəsi birinci mələk tərəfindən Allahdan qorxmaq kimi təsvir olunan “təmizlənmə prosesinin” başlanğıcını ifadə edir. On birinci və on ikinci ayələr yüz qırx dörd minin ağ edildiyi məqamı ifadə edir. Zəkəriyyə kitabı həmin təcrübəni müəyyən edir.</w:t>
      </w:r>
    </w:p>
    <w:p>
      <w:pPr>
        <w:pStyle w:val="ArticleScripture"/>
        <w:jc w:val="left"/>
      </w:pPr>
      <w:r>
        <w:rPr>
          <w:rFonts w:ascii="Times New Roman" w:hAnsi="Times New Roman" w:eastAsia="Times New Roman" w:cs="Times New Roman"/>
        </w:rPr>
        <w:t>Və O mənə Rəbbin mələyi önündə duran baş kahin Yeşuanı və ona qarşı durmaq üçün onun sağında duran Şeytanı göstərdi. Rəbb Şeytana dedi: “Ey Şeytan, qoy Rəbb səni məzəmmət etsin; hətta Yerusəlimi seçmiş olan Rəbb səni məzəmmət etsin: bu, oddan qoparılmış bir köz parçası deyilmi?” Yeşua murdar paltarlara bürünmüşdü və mələyin önündə dayanmışdı. O cavab verib önündə duranlara dedi: “Onun əynindən murdar paltarları çıxarın.” Sonra ona dedi: “Bax, təqsirini səndən uzaqlaşdırdım və səni dəyişmə geyimləri ilə geyindirəcəyəm.” Mən dedim: “Qoy onun başına təmiz bir sərpuş qoysunlar.” Beləliklə, onun başına təmiz bir sərpuş qoydular və onu geyimlərlə geyindirdilər. Rəbbin mələyi isə orada durmuşdu. Zəkəriyyə 3:1–5.</w:t>
      </w:r>
    </w:p>
    <w:p>
      <w:pPr>
        <w:pStyle w:val="ArticleBody"/>
        <w:jc w:val="left"/>
      </w:pPr>
      <w:r>
        <w:rPr>
          <w:rFonts w:ascii="Times New Roman" w:hAnsi="Times New Roman" w:eastAsia="Times New Roman" w:cs="Times New Roman"/>
        </w:rPr>
        <w:t>Bu parça Məsihin Baş Kahin kimi son xidmətində yerinə yetir və yüz qırx dörd min nəfərin möhürlənməsini təmsil edir.</w:t>
      </w:r>
    </w:p>
    <w:p>
      <w:pPr>
        <w:pStyle w:val="ArticleScripture"/>
        <w:jc w:val="left"/>
      </w:pPr>
      <w:r>
        <w:rPr>
          <w:rFonts w:ascii="Times New Roman" w:hAnsi="Times New Roman" w:eastAsia="Times New Roman" w:cs="Times New Roman"/>
        </w:rPr>
        <w:t>“Zəkəriyyanın Yuşa və Mələk barədə görüntüsü, böyük kəffarə gününün son səhnələrində Allah xalqının təcrübəsinə xüsusi qüvvə ilə tətbiq olunur. O zaman qalıq kilsə böyük sınaq və məşəqqət içinə gətiriləcəkdir. Allahın əmrlərini və İsanın imanını qoruyanlar əjdahanın və onun qoşunlarının qəzəbini hiss edəcəklər. Şeytan dünyanı öz təbəələri sırasında sayır; o, hətta xristian olduqlarını bəyan edənlərin bir çoxu üzərində də nəzarət əldə etmişdir. Lakin burada onun hökmranlığına müqavimət göstərən kiçik bir dəstə vardır. Əgər o, onları yer üzündən silə bilsəydi, onun zəfəri tam olardı. Necə ki, o, bütpərəst xalqları İsraili məhv etməyə sövq etmişdi, eləcə də yaxın gələcəkdə yer üzünün şər qüvvələrini Allah xalqını məhv etməyə qızışdıracaqdır. İnsanlardan ilahi qanunu pozaraq bəşəri fərmanlara itaət göstərmək tələb olunacaqdır.” Prophets and Kings, 587.</w:t>
      </w:r>
    </w:p>
    <w:p>
      <w:pPr>
        <w:pStyle w:val="ArticleBody"/>
        <w:jc w:val="left"/>
      </w:pPr>
      <w:r>
        <w:rPr>
          <w:rFonts w:ascii="Times New Roman" w:hAnsi="Times New Roman" w:eastAsia="Times New Roman" w:cs="Times New Roman"/>
        </w:rPr>
        <w:t>“Kəffarənin böyük gününün son səhnələri” əvvəlcə yüz qırx dörd minin möhürlənməsidir; bunun ardınca isə hazırda Babildə olan Allahın digər övladlarının möhürlənməsi gəlir.</w:t>
      </w:r>
    </w:p>
    <w:p>
      <w:pPr>
        <w:pStyle w:val="ArticleScripture"/>
        <w:jc w:val="left"/>
      </w:pPr>
      <w:r>
        <w:rPr>
          <w:rFonts w:ascii="Times New Roman" w:hAnsi="Times New Roman" w:eastAsia="Times New Roman" w:cs="Times New Roman"/>
        </w:rPr>
        <w:t>“Allahın xalqı Onun hüzurunda canlarını alçaltdıqca, qəlb təmizliyi üçün yalvardıqca, bu əmr verilir: “Çirkli paltarları əynindən çıxarın”, və bu ruhlandırıcı sözlər söylənir: “Bax, sənin təqsirini üzərindən götürdüm və sənə bayramlıq libas geyindirəcəyəm”. Zəkəriyyə 3:4. Məsihin salehliyinin ləkəsiz əbası sınaqdan keçmiş, sınağa çəkilmiş, sədaqətli Allah övladlarının üzərinə qoyulur. Həqarətə məruz qalmış qalıq möhtəşəm geyimə bürünür, bir daha əsla dünyanın pozğunluqları ilə ləkələnməmək üçün. Onların adları Quzunun həyat kitabında saxlanılır, bütün çağların sədaqətliləri arasında qeydə alınır. Onlar aldadıcının hiylələrinə qarşı durmuşlar; əjdahanın nəriltisi onları sədaqətlərindən döndərməmişdir. İndi onlar əbədi olaraq sınağa çəkənin fitnələrindən amandadırlar. Onların günahları günahın törədicisinin üzərinə köçürülür. Başlarına “gözəl çalma” qoyulur.”</w:t>
      </w:r>
    </w:p>
    <w:p>
      <w:pPr>
        <w:pStyle w:val="ArticleScripture"/>
        <w:jc w:val="left"/>
      </w:pPr>
      <w:r>
        <w:rPr>
          <w:rFonts w:ascii="Times New Roman" w:hAnsi="Times New Roman" w:eastAsia="Times New Roman" w:cs="Times New Roman"/>
        </w:rPr>
        <w:t>“Şeytan öz ittihamlarını irəli sürməkdə olarkən, görünməz müqəddəs mələklər ora-bura gedərək sadiq olanların üzərinə yaşayan Allahın möhürünü qoyurdular. Quzu ilə birlikdə Sion dağında dayananlar, alınlarında Atanın adı yazılmış olanlar məhz bunlardır. Onlar taxtın önündə yeni nəğməni oxuyurlar; yer üzündən satın alınmış yüz qırx dörd mindən başqa heç kəsin öyrənə bilmədiyi o nəğməni. ‘Quzu hara getsə, Onun ardınca gedənlər bunlardır. Bunlar insanlar arasından satın alınmış, Allah və Quzu üçün ilk bəhrələr olmuşlar. Onların ağzında hiylə tapılmadı; çünki onlar Allahın taxtı önündə qüsursuzdurlar.’ Vəhy 14:4, 5.”</w:t>
      </w:r>
    </w:p>
    <w:p>
      <w:pPr>
        <w:pStyle w:val="ArticleScripture"/>
        <w:jc w:val="left"/>
      </w:pPr>
      <w:r>
        <w:rPr>
          <w:rFonts w:ascii="Times New Roman" w:hAnsi="Times New Roman" w:eastAsia="Times New Roman" w:cs="Times New Roman"/>
        </w:rPr>
        <w:t>“İndi Mələyin sözlərinin tam yerinə yetməsi baş çatmışdır: ‘İndi eşit, ey baş kahin Yeşua, sən və önündə oturan yoldaşların; çünki onlar heyrət doğuran adamlardır; çünki budur, Mən Öz Qulum olan Budağı irəli çıxaracağam.’ Zəkəriyyə 3:8. Məsih Öz xalqının Xilaskarı və Qurtarıcısı kimi aşkar edilir. İndi, həqiqətən də, Allahın və Quzunun hüzurunda onların ziyarət həyatının göz yaşları və alçaldılması sevincə və izzətə yer verdiyi üçün, qalıq ‘heyrət doğuran adamlar’dır. ‘O gün Rəbbin Budağı gözəl və izzətli olacaq, torpağın bəhrəsi isə İsraildən xilas olanlar üçün əla və nəfis olacaq. Və belə olacaq ki, Sionda qalan və Yerusəlimdə sağ qalan müqəddəs adlanacaq, yəni Yerusəlimdə yaşayanlar arasında yazılmış olan hər kəs.’ Yeşaya 4:2, 3.” Peyğəmbərlər və Padşahlar, 591, 592.</w:t>
      </w:r>
    </w:p>
    <w:p>
      <w:pPr>
        <w:pStyle w:val="ArticleBody"/>
        <w:jc w:val="left"/>
      </w:pPr>
      <w:r>
        <w:rPr>
          <w:rFonts w:ascii="Times New Roman" w:hAnsi="Times New Roman" w:eastAsia="Times New Roman" w:cs="Times New Roman"/>
        </w:rPr>
        <w:t>Möhürlənmə Danielin “təmizlənəcək, ağardılacaq və sınaqdan keçiriləcək” ifadəsinin ikinci mərhələsidir. On birinci və on ikinci ayələr, on üçüncü ayədən on beşinci ayəyədək Panium Döyüşündən əvvəl gələn, peyğəmbərlikdə cənub padşahı olan Rusiyanın son yüksəlişini və süqutunu müəyyən edir. Yüz qırx dörd min nəfərin böyük Kəffarə Gününün bağlanış səhnələrində Məsih tərəfindən çirkli libasları çıxarıldıqda, onlar qırmızı paltar və qızıl zəncirlə birlikdə Danielin üçüncü hökmdar vəzifəsinə yüksəldilməsi olan “gözəl sarıq” alırlar. Bu, həmçinin Yusifin qızıl zəncir hədiyyəsi, onun ikinci hökmdar vəzifəsinə yüksəldilməsi və padşahın üzüyünün verilməsidir. “Üzük” hökmdarın öz qanunlarını kral möhürü ilə təsdiqləmək üçün istifadə etdiyi hökmdarlıq möhürünü təmsil edir.</w:t>
      </w:r>
    </w:p>
    <w:p>
      <w:pPr>
        <w:pStyle w:val="ArticleBody"/>
        <w:jc w:val="left"/>
      </w:pPr>
      <w:r>
        <w:rPr>
          <w:rFonts w:ascii="Times New Roman" w:hAnsi="Times New Roman" w:eastAsia="Times New Roman" w:cs="Times New Roman"/>
        </w:rPr>
        <w:t>Darİus öz möhürü ilə Danielin aslanların arasına salındığı quyunu möhürlədi.</w:t>
      </w:r>
    </w:p>
    <w:p>
      <w:pPr>
        <w:pStyle w:val="ArticleScripture"/>
        <w:jc w:val="left"/>
      </w:pPr>
      <w:r>
        <w:rPr>
          <w:rFonts w:ascii="Times New Roman" w:hAnsi="Times New Roman" w:eastAsia="Times New Roman" w:cs="Times New Roman"/>
        </w:rPr>
        <w:t>O zaman padşah əmr etdi; Danieli gətirib şirlər quyusuna atdılar. Padşah Danielə müraciətlə dedi: “Sənin daim xidmət etdiyin Allahın səni xilas edəcəkdir.” Sonra bir daş gətirilib quyunun ağzına qoyuldu; padşah da Daniel barəsində qərarın dəyişdirilməməsi üçün onu öz möhürü ilə və əyanlarının möhürü ilə möhürlədi. Daniel 6:16, 17.</w:t>
      </w:r>
    </w:p>
    <w:p>
      <w:pPr>
        <w:pStyle w:val="ArticleBody"/>
        <w:jc w:val="left"/>
      </w:pPr>
      <w:r>
        <w:rPr>
          <w:rFonts w:ascii="Times New Roman" w:hAnsi="Times New Roman" w:eastAsia="Times New Roman" w:cs="Times New Roman"/>
        </w:rPr>
        <w:t>“möhür” kimi tərcümə olunan ivrit sözü Strong lüğətində H5824-dür və H5823-ə uyğun gələn kök sözdən törəmişdir; mənası möhür üzüyüdür (oyulmuş olduğu kimi). Mələyin önündəki Yeşua, şirlər quyusundakı Daniel, fironun önündəki Yusif yüz qırx dörd minin möhürlənməsini təmsil edir ki, bu da Daniel on ikidəki ikinci sınaqdır; orada paklanmış olanlar “sınanmazdan” əvvəl “ağardılırlar.” Bu xətlər həmçinin “Zerubbabil”, “Şealtielin oğlu” ilə də təmsil olunur.</w:t>
      </w:r>
    </w:p>
    <w:p>
      <w:pPr>
        <w:pStyle w:val="ArticleScripture"/>
        <w:jc w:val="left"/>
      </w:pPr>
      <w:r>
        <w:rPr>
          <w:rFonts w:ascii="Times New Roman" w:hAnsi="Times New Roman" w:eastAsia="Times New Roman" w:cs="Times New Roman"/>
        </w:rPr>
        <w:t>O gün, Ordular Rəbbi belə buyurur: “Ey qulüm, Şealtiel oğlu Zərubabil, səni götürəcəyəm,” — Rəbb buyurur — “və səni möhür üzüyü kimi edəcəyəm; çünki səni seçmişəm,” — Ordular Rəbbi buyurur. Haqqay 2:23.</w:t>
      </w:r>
    </w:p>
    <w:p>
      <w:pPr>
        <w:pStyle w:val="ArticleBody"/>
        <w:jc w:val="left"/>
      </w:pPr>
      <w:r>
        <w:rPr>
          <w:rFonts w:ascii="Times New Roman" w:hAnsi="Times New Roman" w:eastAsia="Times New Roman" w:cs="Times New Roman"/>
        </w:rPr>
        <w:t>Zərubbabil “Babilin övladı” deməkdir və onun atası “Allahdan dilənmiş” mənasını verən Şealtiel idi. Zərubbabil son günlərdə Babilin övladlarını Allahın sürüsünə çağıran ikinci mələyin xəbərini təmsil edir. “Dua” ünsürü Babilin son övladlarını oradan çağırıb çıxaran yüz qırx dörd minlə əlaqələndirilir, çünki həmin o dirçəliş yalnız dua ilə baş verir.</w:t>
      </w:r>
    </w:p>
    <w:p>
      <w:pPr>
        <w:pStyle w:val="ArticleScripture"/>
        <w:jc w:val="left"/>
      </w:pPr>
      <w:r>
        <w:rPr>
          <w:rFonts w:ascii="Times New Roman" w:hAnsi="Times New Roman" w:eastAsia="Times New Roman" w:cs="Times New Roman"/>
        </w:rPr>
        <w:t>“Aramızda həqiqi möminliyin dirçəlişi bütün ehtiyaclarımızın ən böyüyü və ən təcilisidir. Buna can atmaq bizim ilk işimiz olmalıdır. Rəbbin xeyir-duasını əldə etmək üçün ciddi səy göstərilməlidir; bu, Allahın Öz xeyir-duasını üzərimizə bəxş etməyə istəkli olmamasına görə deyil, onu qəbul etməyə hazır olmamağımıza görədir. Səmavi Atamız Ondan diləyənlərə Müqəddəs Ruhunu verməyə yer üzündəki valideynlərin öz övladlarına yaxşı ənamlar verməyə hazır olduqlarından daha çox hazırdır. Lakin Allahın Öz xeyir-duasını bizə verməyi vəd etdiyi şərtləri yerinə yetirmək üçün etiraf, təvazökarlıq, tövbə və səmimi dua vasitəsilə çalışmaq bizim işimizdir. Dirçəliş yalnız duaya cavab olaraq gözlənilməlidir. Xalq Allahın Müqəddəs Ruhundan bu qədər məhrum olduğu halda, Kəlamın təbliğini qiymətləndirə bilməz; lakin Ruhun qüdrəti onların qəlblərinə toxunduqda, o zaman söylənən moizələr təsirsiz qalmayacaqdır. Allahın Kəlamının təlimləri ilə yönəldilərək, Onun Ruhunun təzahürü ilə, sağlam mühakiməni işə salaraq, yığıncaqlarımıza qatılanlar qiymətli bir təcrübə qazanacaq və evlərinə qayıtdıqda faydalı təsir göstərməyə hazır olacaqlar.”</w:t>
      </w:r>
    </w:p>
    <w:p>
      <w:pPr>
        <w:pStyle w:val="ArticleScripture"/>
        <w:jc w:val="left"/>
      </w:pPr>
      <w:r>
        <w:rPr>
          <w:rFonts w:ascii="Times New Roman" w:hAnsi="Times New Roman" w:eastAsia="Times New Roman" w:cs="Times New Roman"/>
        </w:rPr>
        <w:t>“Köhnə bayraqdarlar duada Allahla güləşməyin nə olduğunu və Onun Ruhunun tökülməsindən həzz almağın nə olduğunu bilirdilər. Lakin onlar fəaliyyət səhnəsindən çəkilib gedirlər; bəs onların yerini doldurmaq üçün kimlər yetişir? Yetişməkdə olan nəsillə vəziyyət necədir? Onlar Allaha dönüblərmi? Biz səmavi məbəddə gedən işə oyaqmı, yoxsa oyanaq deyə kilsənin üzərinə hansısa məcburedici qüvvənin gəlməsini gözləyirik? Bütün kilsənin dirçəldiyini görməyə ümid edirikmi? O zaman heç vaxt gəlməyəcək.”</w:t>
      </w:r>
    </w:p>
    <w:p>
      <w:pPr>
        <w:pStyle w:val="ArticleScripture"/>
        <w:jc w:val="left"/>
      </w:pPr>
      <w:r>
        <w:rPr>
          <w:rFonts w:ascii="Times New Roman" w:hAnsi="Times New Roman" w:eastAsia="Times New Roman" w:cs="Times New Roman"/>
        </w:rPr>
        <w:t>“Kilsədə elə şəxslər vardır ki, iman gətirməmişlər və ciddi, təsirli duada birləşməyəcəklər. Biz işə fərdi şəkildə başlamalıyıq. Biz daha çox dua etməli, daha az danışmalıyıq. Qanunsuzluq çoxalır və xalqa öyrədilməlidir ki, ruh və qüvvə olmadan yalnız zahiri dindarlıq şəkli ilə kifayətlənməsinlər. Əgər biz öz ürəklərimizi araşdırmağa, günahlarımızı aradan götürməyə və pis meyllərimizi islah etməyə qəti niyyət etsək, canlarımız puç şeylərə ucaldılmayacaq; özümüzə etibar etməyəcəyik, daimi bir şüur içində olacağıq ki, bizim kifayətimiz Allahdandır.” Seçilmiş Xəbərlər, 1-ci kitab, 121, 122.</w:t>
      </w:r>
    </w:p>
    <w:p>
      <w:pPr>
        <w:pStyle w:val="ArticleBody"/>
        <w:jc w:val="left"/>
      </w:pPr>
      <w:r>
        <w:rPr>
          <w:rFonts w:ascii="Times New Roman" w:hAnsi="Times New Roman" w:eastAsia="Times New Roman" w:cs="Times New Roman"/>
        </w:rPr>
        <w:t>Duanın nişanəsi Daniel kitabında ortaya qoyulur; burada ikinci fəsildə xarici xəbəri anlamaq üçün edilən dua, həmçinin doqquzuncu fəsildə təmsil olunan daxili xəbəri yerinə yetirmək üçün edilən dua təsvir edilir. Zerubbabel və atası Şealtiel yüz qırx dörd minin ikinci sınaqda möhürlənməsini təmsil edirlər; bu, vəhşi heyvanın surətinin vizual sınağıdır, eyni zamanda Vəhy kitabının on birinci fəslinin on birinci ayəsində təmsil olunan daxili sınaqdır və həmçinin Daniel kitabının on birinci fəslinin on birinci ayəsində təmsil olunan xarici sınaqdır.</w:t>
      </w:r>
    </w:p>
    <w:p>
      <w:pPr>
        <w:pStyle w:val="ArticleBody"/>
        <w:jc w:val="left"/>
      </w:pPr>
      <w:r>
        <w:rPr>
          <w:rFonts w:ascii="Times New Roman" w:hAnsi="Times New Roman" w:eastAsia="Times New Roman" w:cs="Times New Roman"/>
        </w:rPr>
        <w:t>Növbəti məqalədə on birinci ayəyə müraciət etməyə davam edəcəyik.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Doqquzuncu Sayı</dc:title>
  <dc:subject>Dördüncü Sətir</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