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On üç nömrə</w:t>
      </w:r>
    </w:p>
    <w:p>
      <w:pPr>
        <w:pStyle w:val="ArticleSubtitle"/>
        <w:jc w:val="left"/>
      </w:pPr>
      <w:r>
        <w:rPr>
          <w:rFonts w:ascii="Arial" w:hAnsi="Arial" w:eastAsia="Arial" w:cs="Arial"/>
        </w:rPr>
        <w:t>Paniuma qayıdış</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Qeysəriyyə Filipidən Qeysəriyyə Maritimaya qədər, yol boyu Başqalaşma Dağında bir dayanacaqla; Peter, Məsihin zamanında Əllinci gün bayramı mövsümü ilə əlaqəli olaraq, Levililər iyirmi üçüncü fəslinin iyirmi iki ayədən ibarət iki xətti üzərində qurulmuş xəttdə Sur bayramının yol nişanəsinə çatan yüz qırx dörd mini simvollaşdırır. Levililər iyirmi üçüncü fəsil, xaç, Əllinci gün bayramı və Kornelinin Peterin dalınca adam göndərməsi; üçüncü, altıncı və doqquzuncu saatların simvolizmi ilə xətt üzərinə xətt prinsipi üzrə bir yerə gətirilir.</w:t>
      </w:r>
    </w:p>
    <w:p>
      <w:pPr>
        <w:pStyle w:val="ArticleBody"/>
        <w:jc w:val="left"/>
      </w:pPr>
      <w:r>
        <w:rPr>
          <w:rFonts w:ascii="Times New Roman" w:hAnsi="Times New Roman" w:eastAsia="Times New Roman" w:cs="Times New Roman"/>
        </w:rPr>
        <w:t>Məsih çarmıxda üçüncü, altıncı və doqquzuncu saatda, Peter Pentikost günündə üçüncü və doqquzuncu saatda, Kornili isə doqquzuncu saatda, Peter isə Yaffada altıncı saatda və Qeysəriyyə Filippidə üçüncü saatda Danielin on birinci fəslinin on üçüncü ayəsindən on beşinci ayəsinə qədər olan hissə ilə əlaqələnir, çünki Qeysəriyyə Filippi həm də Paniyumdur.</w:t>
      </w:r>
    </w:p>
    <w:p>
      <w:pPr>
        <w:pStyle w:val="ArticleBody"/>
        <w:jc w:val="left"/>
      </w:pPr>
      <w:r>
        <w:rPr>
          <w:rFonts w:ascii="Times New Roman" w:hAnsi="Times New Roman" w:eastAsia="Times New Roman" w:cs="Times New Roman"/>
        </w:rPr>
        <w:t>Peter Pentikostda Yoel kitabını təbliğ edirdi və Peter öz xəbərini Kornelinin ev əhlinə çatdıranda Müqəddəs Ruh başqa millətlərin üzərinə töküldü; necə ki, Pentikostda yəhudilərin üzərinə də tökülmüşdü. Müqəddəs Ruhun əvvəlcə yəhudilər, sonra isə başqa millətlər üçün tökülməsi, axır günlərdə Müqəddəs Ruhun tökülməsini simvolizə edirdi. Axır günlərdəki bu tökülmə ikitərəflidir: 9/11-də bir çiləmə ilə başlayır, nəticə etibarilə Bazar qanununa qədər çatan Gecəyarısı Nidasının elanına doğru irəliləyir və sonra üçüncü mələyin uca fəryadına çevrilir; məhz orada və o zaman son yağış ölçüsüz olaraq tökülür.</w:t>
      </w:r>
    </w:p>
    <w:p>
      <w:pPr>
        <w:pStyle w:val="ArticleScripture"/>
        <w:jc w:val="left"/>
      </w:pPr>
      <w:r>
        <w:rPr>
          <w:rFonts w:ascii="Times New Roman" w:hAnsi="Times New Roman" w:eastAsia="Times New Roman" w:cs="Times New Roman"/>
        </w:rPr>
        <w:t>Belə isə, ey Sion övladları, sevinin və Allahınız Rəbdə şadlanın; çünki O sizə ilkin yağışı ölçü ilə vermişdir və sizin üçün yağışı, ilkin yağışı və son yağışı birinci ayda endirəcəkdir. Xırmanlar buğda ilə dolacaq, çənlər isə şərab və zeytun yağı ilə daşacaq. Mən sizə çəyirtkənin, tırtılın, qurdun və yarpaqyeyənin yediyi illəri — aranıza göndərdiyim böyük ordumu — qaytaracağam. Yoel 2:23–25.</w:t>
      </w:r>
    </w:p>
    <w:p>
      <w:pPr>
        <w:pStyle w:val="ArticleBody"/>
        <w:jc w:val="left"/>
      </w:pPr>
      <w:r>
        <w:rPr>
          <w:rFonts w:ascii="Times New Roman" w:hAnsi="Times New Roman" w:eastAsia="Times New Roman" w:cs="Times New Roman"/>
        </w:rPr>
        <w:t>Peter 11 sentyabrdan Bazar qanununadək əvvəlki mötədil çiləmənin tarixində iştirak edənləri, habelə məhv edilmiş, Laodikeya Yeddinci Gün Adventizminin getdikcə artan üsyanını təmsil edən dörd nəslin “illər”ini bərpa edən son yağışı təmsil edir. Məbəddə, doqquzuncu saatda, Peter Yoel kitabında bəhs edilən illərin bərpasını təqdim etdi.</w:t>
      </w:r>
    </w:p>
    <w:p>
      <w:pPr>
        <w:pStyle w:val="ArticleScripture"/>
        <w:jc w:val="left"/>
      </w:pPr>
      <w:r>
        <w:rPr>
          <w:rFonts w:ascii="Times New Roman" w:hAnsi="Times New Roman" w:eastAsia="Times New Roman" w:cs="Times New Roman"/>
        </w:rPr>
        <w:t>Buna görə də tövbə edin və dönün ki, günahlarınız silinsin; belə ki, Rəbbin hüzurundan dirçəliş zamanları gəlsin; və O, əvvəldən sizə vəz edilmiş İsa Məsihi göndərsin. Göy isə hər şeyin bərpa olunması zamanlarınadək Onu qəbul etməlidir; bu bərpadan Allah dünyanın başlanğıcından bəri bütün müqəddəs peyğəmbərlərinin dili ilə danışmışdır. Çünki Musa həqiqətən atalara demişdir: “Allahınız Rəbb qardaşlarınızın arasından mənim kimi sizə bir Peyğəmbər qaldıracaqdır; O sizə nə desə, hər şeydə Ona qulaq asın. Və belə olacaq ki, o Peyğəmbərə qulaq asmayan hər bir can xalqın arasından məhv ediləcəkdir.” Bəli, Şamueldən başlayaraq ondan sonra gələn və danışan bütün peyğəmbərlər də bu günləri qabaqcadan xəbər vermişlər. Həvarilərin İşləri 3:19–24.</w:t>
      </w:r>
    </w:p>
    <w:p>
      <w:pPr>
        <w:pStyle w:val="ArticleBody"/>
        <w:jc w:val="left"/>
      </w:pPr>
      <w:r>
        <w:rPr>
          <w:rFonts w:ascii="Times New Roman" w:hAnsi="Times New Roman" w:eastAsia="Times New Roman" w:cs="Times New Roman"/>
        </w:rPr>
        <w:t>Günahların silinməsi araşdırıcı mühakimədə Məsihin son işidir və bu silinmə Allahın evindən başlayır.</w:t>
      </w:r>
    </w:p>
    <w:p>
      <w:pPr>
        <w:pStyle w:val="ArticleScripture"/>
        <w:jc w:val="left"/>
      </w:pPr>
      <w:r>
        <w:rPr>
          <w:rFonts w:ascii="Times New Roman" w:hAnsi="Times New Roman" w:eastAsia="Times New Roman" w:cs="Times New Roman"/>
        </w:rPr>
        <w:t>Çünki mühakimənin Allahın evindən başlanacağı vaxt yetişmişdir; və əgər o əvvəlcə bizdən başlayırsa, Allahın Müjdəsinə itaət etməyənlərin aqibəti nə olacaq? Əgər saleh güclə xilas olursa, allahsız və günahkar harada görünəcək? Buna görə də Allahın iradəsinə görə əzab çəkənlər canlarını yaxşılıq etməkdə sadiq Yaradana əmanət etsinlər. 1 Peter 4:17–19.</w:t>
      </w:r>
    </w:p>
    <w:p>
      <w:pPr>
        <w:pStyle w:val="ArticleBody"/>
        <w:jc w:val="left"/>
      </w:pPr>
      <w:r>
        <w:rPr>
          <w:rFonts w:ascii="Times New Roman" w:hAnsi="Times New Roman" w:eastAsia="Times New Roman" w:cs="Times New Roman"/>
        </w:rPr>
        <w:t>Peter Əllinci Gündə də, həmçinin dəniz kənarındakı Qeysəriyyədə Kornelinin evində də başa düşdü ki, Yoel kitabı yerinə yetirilirdi. Əllinci Gün Allahın evi üçün hökmün tamamlandığı, sonra isə başqa millətlərə keçdiyi Bazar günü qanununu təmsil edir. Onun Bazar günü qanunundakı xəbəri, Gecəyarısı Fəryadının gəlişində elan olunan xəbərlə eynidir. Alfa elanı, omeqa elanı ilə başa çatan peyğəmbərlik dövrünün başlanğıcıdır. Peter xəbəri elan edənləri təmsil edir və xəbər öz qüvvətləndirilməsi ilə başlayır; bu isə İslamın eşşəyinin açılması ilə işarələnir. Eşşək Gecəyarısı Fəryadının başlanğıcını göstərmək üçün açılır və Gecəyarısı Fəryadının nəticəsi olan Bazar günü qanununda yenidən açılır.</w:t>
      </w:r>
    </w:p>
    <w:p>
      <w:pPr>
        <w:pStyle w:val="ArticleBody"/>
        <w:jc w:val="left"/>
      </w:pPr>
      <w:r>
        <w:rPr>
          <w:rFonts w:ascii="Times New Roman" w:hAnsi="Times New Roman" w:eastAsia="Times New Roman" w:cs="Times New Roman"/>
        </w:rPr>
        <w:t>Beləliklə, Peter həm də İslamın Amerika Birləşmiş Ştatlarına zərbə endirəcəyinə dair qabaqcadan xəbər verənləri təmsil edir. Peterin Gecəyarısı Fəryadı zamanı verdiyi mesaj ilk məyusluğu və ləngimə vaxtının başlanğıcını qeyd edən mesajın islahıdır. Buna görə də Peter, 2024-cü ildə gəlib 8 may 2025-ci ildə Daniel on birin on dördüncü ayəsinin yerinə yetməsində ilk amerikalı papanın seçilməsi ilə başa çatan ilk təməl sınaqdan keçmiş, Gecəyarısı Fəryadının mesajını bəyan edənləri təmsil edir.</w:t>
      </w:r>
    </w:p>
    <w:p>
      <w:pPr>
        <w:pStyle w:val="ArticleBody"/>
        <w:jc w:val="left"/>
      </w:pPr>
      <w:r>
        <w:rPr>
          <w:rFonts w:ascii="Times New Roman" w:hAnsi="Times New Roman" w:eastAsia="Times New Roman" w:cs="Times New Roman"/>
        </w:rPr>
        <w:t>Borazanlar bayramından Pentikosta qədər olan dövr, Levililər iyirmi üçdə təmsil olunan Pentikost mövsümünün üçüncü və həlledici sınağıdır. Bacı Uaytın müəyyən etdiyi üç mələk prinsipi həm də sadəcə əsas riyaziyyatdır. O bildirir ki, birinci və ikinci olmadan üçüncü bir xəbər ola bilməz. Peter Pentikost bazar qanununda Yoel kitabını vəz etdiyinə görə, o, eyni zamanda Pentikost mövsümünün həlledici və üçüncü sınağı olan Gecəyarısı Hayqırtısı xəbərinin elanının başlanğıcında da Yoeli öyrədir. Buna görə də Peter, 31 dekabr 2023-cü ildə, İsa Məsihin Vəhyinin möhürü açıldıqda başlayan üçmərhələli sınaq prosesində sadiqləri təmsil edir. Əgər Peter üçüncü addımda oradadırsa, o zaman o, əvvəlki iki addımı da keçmiş olmalıdır, çünki birinci və ikinci olmadan üçüncü ola bilməz.</w:t>
      </w:r>
    </w:p>
    <w:p>
      <w:pPr>
        <w:pStyle w:val="ArticleBody"/>
        <w:jc w:val="left"/>
      </w:pPr>
      <w:r>
        <w:rPr>
          <w:rFonts w:ascii="Times New Roman" w:hAnsi="Times New Roman" w:eastAsia="Times New Roman" w:cs="Times New Roman"/>
        </w:rPr>
        <w:t>Yüz qırx dörd min nəfərin möhürlənməsi dövrü 11 sentyabrda başladı və o, 11 sentyabrın şeypur çağırışı ilə təmələ qayıdışı təmsil edən üçmərhələli sınaq prosesini açdı; sonra isə 18 iyul 2020-ci ilin ilk məyusluq sınağı gəlib çatdı. Bu tarixin üçüncü sınağı bazar gününə dair qanundur. 18 iyul 2020-ci ildə peyğəmbərlik səhrası başlandı və həmin səhra dövrü daxilində, 2023-cü ilin iyulunda bir “səs” fəryad etməyə başladı; sonra isə 31 dekabr 2023-cü ildə, 11 sentyabrdan iyirmi iki il sonra, İsa Məsihin Vəhyinin möhürünün açılması başlandı. 2023-cü ildən bazar gününə dair qanuna qədər (2.300 günün kamil icrası tamamlandıqda) olan dövr, “23” ilə başlayıb “23” ilə bitən bir dövr kimi müəyyən edilir; çünki 22 oktyabr 1844-cü ildə bağlanmış qapı, bazar gününə dair qanundakı bağlanmış qapının timsalıdır. 2300 illik peyğəmbərlik 2.300-dəki “23” ilə təmsil olunur.</w:t>
      </w:r>
    </w:p>
    <w:p>
      <w:pPr>
        <w:pStyle w:val="ArticleBody"/>
        <w:jc w:val="left"/>
      </w:pPr>
      <w:r>
        <w:rPr>
          <w:rFonts w:ascii="Times New Roman" w:hAnsi="Times New Roman" w:eastAsia="Times New Roman" w:cs="Times New Roman"/>
        </w:rPr>
        <w:t>1844-cü il birinci və ikinci mələklərin tarixinin sonu idi. Bu tarix birinci mələyin 1798-ci ildə gəlişi ilə başladı və qırx altı il sonra, 1844-cü ildə başa çatdı. Həmin qırx altı il Məsihin 1844-cü ildə qəfil daxil olduğu Millerçi məbədi təmsil edir. İnsan məbədi həm kişi, həm də qadın üçün “23” xromosom əsasında qurulmuşdur; beləliklə, “23” 1844-cü ildə Məsihin başladığı işin simvolu kimi işarələnir. Həmin iş Onun ilahiliyini bizim bəşəriyyətimizlə birləşdirmək idi. İsa ruhani olanı izah etmək üçün təbii aləmdən istifadə edir və 2.300 ilin tamamında, 1844-cü ildə başlayan iş “23” kişi xromosomunun “23” qadın xromosomu ilə birləşməsi ilə təmsil olunur. Bir kişi bir qadınla evləndikdə, onlar bir bədən olurlar və evlilik Məsihin 1844-cü ildə başladığı şeydir. 1844-cü ilin qapalı qapısı bazar günü qanununun qapalı qapısı ilə uyğunlaşır və həmin qapalı qapının simvolu “23”dür.</w:t>
      </w:r>
    </w:p>
    <w:p>
      <w:pPr>
        <w:pStyle w:val="ArticleBody"/>
        <w:jc w:val="left"/>
      </w:pPr>
      <w:r>
        <w:rPr>
          <w:rFonts w:ascii="Times New Roman" w:hAnsi="Times New Roman" w:eastAsia="Times New Roman" w:cs="Times New Roman"/>
        </w:rPr>
        <w:t>31 dekabr 2023-cü ildən Bazar qanununun “23”ünədək olan dövr alfa “23” ilə başlayan və omeqa “23” ilə başa çatan bir müddəti müəyyən edir. O, həmçinin yüz qırx dörd minin məbədinin dövrünü də təmsil edir. Elə həmin tarixçənin özü 11 sentyabrdan Bazar qanununadək olan dövrün bir fraktalıdır. 1844 “23” rəqəmi ilə təmsil olunur və o, ölülərin istintaqi mühakiməsinin başlanğıcını göstərir. 11 sentyabr dirilərin istintaqi mühakiməsinin başlanğıcını göstərir və buna görə 11 sentyabr da “23” rəqəminə malikdir. 11 sentyabrdan Bazar qanununadək olan dövr alfa “23” və omeqa “23” olan bir dövrdür. 2023-dən Bazar qanununadək olan dövr 11 sentyabrdan Bazar qanununadək olan dövrün bir fraktalıdır və yüz qırx dörd minin məbədinin ucaldıldığı yer də budur. Millerçi məbəd qırx altı illik bir dövr idi, lakin son günlərdə artıq vaxt yoxdur; və Adventizmin başlanğıcındakı Millerçi qırx altı il Adventizmin sonundakı həmin eyni dövrü tipikləşdirir, və həmin dövr “23” ilə başlayıb “23” ilə başa çatır, beləliklə Millerçi qırx altı rəqəmini meydana gətirir.</w:t>
      </w:r>
    </w:p>
    <w:p>
      <w:pPr>
        <w:pStyle w:val="ArticleBody"/>
        <w:jc w:val="left"/>
      </w:pPr>
      <w:r>
        <w:rPr>
          <w:rFonts w:ascii="Times New Roman" w:hAnsi="Times New Roman" w:eastAsia="Times New Roman" w:cs="Times New Roman"/>
        </w:rPr>
        <w:t>Bu üç tarixin hamısı üçmərhələli bir sınaq prosesini təmsil edir (Millerçilər, 11 sentyabrdan Bazar qanununadək və 2023-dən Bazar qanununadək). Bu tarixçə 31 dekabr 2023-cü ildə Musanı və İlyası dirildən Mikailin şeypur çağırışı ilə başladı; və Məsih olan Mikail diriltdikdə, bunu şeypur səsi ilə edir.</w:t>
      </w:r>
    </w:p>
    <w:p>
      <w:pPr>
        <w:pStyle w:val="ArticleScripture"/>
        <w:jc w:val="left"/>
      </w:pPr>
      <w:r>
        <w:rPr>
          <w:rFonts w:ascii="Times New Roman" w:hAnsi="Times New Roman" w:eastAsia="Times New Roman" w:cs="Times New Roman"/>
        </w:rPr>
        <w:t>Çünki Rəbb Özü hayqırtı ilə, baş mələyin səsi ilə və Allahın şeypuru ilə göydən enəcək; Məsihdə ölənlər isə əvvəlcə diriləcəklər. 1 Saloniklilərə 4:19.</w:t>
      </w:r>
    </w:p>
    <w:p>
      <w:pPr>
        <w:pStyle w:val="ArticleBody"/>
        <w:jc w:val="left"/>
      </w:pPr>
      <w:r>
        <w:rPr>
          <w:rFonts w:ascii="Times New Roman" w:hAnsi="Times New Roman" w:eastAsia="Times New Roman" w:cs="Times New Roman"/>
        </w:rPr>
        <w:t>Mikayıl baş mələkdir və dirildən onun səsidir; bu səs Allahın şeypuru ilə birlikdə səslənir; Yəhuda məktubu isə bizə bildirir ki, Musanı dirildən Mikayıl olmuşdur.</w:t>
      </w:r>
    </w:p>
    <w:p>
      <w:pPr>
        <w:pStyle w:val="ArticleScripture"/>
        <w:jc w:val="left"/>
      </w:pPr>
      <w:r>
        <w:rPr>
          <w:rFonts w:ascii="Times New Roman" w:hAnsi="Times New Roman" w:eastAsia="Times New Roman" w:cs="Times New Roman"/>
        </w:rPr>
        <w:t>Lakin baş mələk Mikayıl Musanın cəsədi haqqında iblislə mübahisə edib çəkişdiyi zaman ona qarşı təhqiramiz bir ittiham irəli sürməyə cəsarət etmədi, ancaq dedi: Qoy Rəbb səni məzəmmət etsin. Yəhuda 1:9.</w:t>
      </w:r>
    </w:p>
    <w:p>
      <w:pPr>
        <w:pStyle w:val="ArticleBody"/>
        <w:jc w:val="left"/>
      </w:pPr>
      <w:r>
        <w:rPr>
          <w:rFonts w:ascii="Times New Roman" w:hAnsi="Times New Roman" w:eastAsia="Times New Roman" w:cs="Times New Roman"/>
        </w:rPr>
        <w:t>Məsih, baş mələk Mikayıl kimi, 31 dekabr 2023-cü ildə Özünün Vəhyini açdı; o zaman O, 18 iyul 2020-ci ildə öldürülmüş iki şahid olan Musanı və İlyası diriltdi. Sonra alfa xarici təməl sınağı gəldi. 11 sentyabrda enən mələk, sadiqliləri yenidən Millerçi təməllərə çağırarkən Yeremyanın şeypurunu çaldı və bununla paralel olaraq, Mikayılın şeypuru təməllərin sınağını təqdim etdi. Bu sınaq Daniel 11:14 ilə təmsil olunur; orada “xalqının qarətçiləri” xarici görüntünü bərqərar edir. Millerçilər bu ayəni yerinə yetirənin Romanın olduğunu müəyyən etdilər və görüntünü bərqərar etdilər.</w:t>
      </w:r>
    </w:p>
    <w:p>
      <w:pPr>
        <w:pStyle w:val="ArticleBody"/>
        <w:jc w:val="left"/>
      </w:pPr>
      <w:r>
        <w:rPr>
          <w:rFonts w:ascii="Times New Roman" w:hAnsi="Times New Roman" w:eastAsia="Times New Roman" w:cs="Times New Roman"/>
        </w:rPr>
        <w:t>8 may 2025-ci ildən etibarən məbədin künc və təməl daşı üzərində ucaldılmasına başlanıldı. 1996-cı ildən otuz il sonra — 1989-cu ildə möhürü açılmış ismarıcın rəsmi surətdə təsis edildiyi vaxtdan sonra — 31 dekabr 2023-cü ildə möhürü açılmış ismarıcın rəsmiləşdirilməsi prosesi başlandı.</w:t>
      </w:r>
    </w:p>
    <w:p>
      <w:pPr>
        <w:pStyle w:val="ArticleBody"/>
        <w:jc w:val="left"/>
      </w:pPr>
      <w:r>
        <w:rPr>
          <w:rFonts w:ascii="Times New Roman" w:hAnsi="Times New Roman" w:eastAsia="Times New Roman" w:cs="Times New Roman"/>
        </w:rPr>
        <w:t>1989-cu il mesajının 1996-cı ildə rəsmiləşdirilməsi, onun tarixi mövzusunun 1776-cı ildə ortaya çıxmasından iki yüz iyirmi il sonra baş verdi. 2023-cü ildə açılması isə, 1996-cı il rəsmiləşdirilməsinin İslamın peyğəmbərlik təzahürü vasitəsilə 11 sentyabr 2001-ci ildə təsdiqlənməsindən iyirmi iki il sonra baş verdi.</w:t>
      </w:r>
    </w:p>
    <w:p>
      <w:pPr>
        <w:pStyle w:val="ArticleBody"/>
        <w:jc w:val="left"/>
      </w:pPr>
      <w:r>
        <w:rPr>
          <w:rFonts w:ascii="Times New Roman" w:hAnsi="Times New Roman" w:eastAsia="Times New Roman" w:cs="Times New Roman"/>
        </w:rPr>
        <w:t>Peter bu müqəddəs tarixin həm təməl, həm də məbəd sınaqlarından keçən xəbərçilərini təmsil edir. Məbəd sınağı 18 iyul 2020-ci il tarixli uğursuz xəbərin islahını da əhatə edir. 1989-cu ilin xəbəri 1996-cı ildə rəsmiləşdirildikdən otuz il sonra, məbədin sınağı Tennessi ştatının Naşvil şəhərinə ediləcək bir İslam zərbəsi haqqında xəbərin düzəldilməsi və sonra yenidən bəyan edilməsi işini əhatə edir. 1989-cu ilin xəbərinin rəsmiləşdirilməsi 1996-cı ildə “Axırın Zamanı” adlı jurnalın nəşri ilə təmsil olunmuşdu. Jurnal Daniel on birinci fəslin son altı ayəsini əhatə edirdi və Amerika Birləşmiş Ştatlarında bazar günü qanununu müəyyən edirdi. İlahi təqdirlə, illər əvvəl artıq Future for America adlandırılmış, lakin fəaliyyətsiz olan bir xidmət, 1989-cu ilin xəbəri barədə heç bir işığa malik olmayan həmin xidmətin əvvəlki rəhbərləri tərəfindən bizim xidmətimizə verildi.</w:t>
      </w:r>
    </w:p>
    <w:p>
      <w:pPr>
        <w:pStyle w:val="ArticleBody"/>
        <w:jc w:val="left"/>
      </w:pPr>
      <w:r>
        <w:rPr>
          <w:rFonts w:ascii="Times New Roman" w:hAnsi="Times New Roman" w:eastAsia="Times New Roman" w:cs="Times New Roman"/>
        </w:rPr>
        <w:t>1996-cı ildə xidmətimiz Future for America oldu və Danielin on birinci fəslinin son altı ayəsində təsvir olunduğu kimi, Amerikanın gələcəyini müəyyən edən xəbəri ortaya qoyan nəşr dərc olundu. Amerika Birləşmiş Ştatları öz peyğəmbərlik yüksəlişinə 1776-cı ildə başlamışdı və “22” il sonra, 1798-ci ildə olan son zamanda, Amerika Birləşmiş Ştatları Müqəddəs Kitab peyğəmbərliyinin altıncı padşahlığı kimi öz roluna, 1776-cı ildən “220” il sonra başlamış oldu. 1996-cı ildə peyğəmbərlikdə Amerika Birləşmiş Ştatları ilə bağlı xəbər rəsmiləşdirildi. 1776-cı ildən etibarən keçən “220” il və həmin nöqtədən 1798-ci ilədək olan “22” il, ilk ictimai mühazirəsini 1831-ci ildə, King James Müqəddəs Kitabının nəşrindən “220” il sonra təqdim etmiş William Miller ilə əlaqələnir. Adventizmin başlanğıcı və sonu, son zamanda möhürü açılan xəbərin rəsmiləşdirilməsini vurğulayır.</w:t>
      </w:r>
    </w:p>
    <w:p>
      <w:pPr>
        <w:pStyle w:val="ArticleBody"/>
        <w:jc w:val="left"/>
      </w:pPr>
      <w:r>
        <w:rPr>
          <w:rFonts w:ascii="Times New Roman" w:hAnsi="Times New Roman" w:eastAsia="Times New Roman" w:cs="Times New Roman"/>
        </w:rPr>
        <w:t>1996-cı ildən otuz il sonra, 2026-cı ildə, məbədin sınağına 18 iyul 2020-ci il tarixli xəbərin düzəldilməsi işi daxildir. Beləliklə, 1989-cu ilin alfa xəbəri, 1996-cı ildə rəsmiləşdirilmiş son nəsil üçün olan xəbər, bir xəbəri düzəltmək və rəsmiləşdirmək sınağı ilə başa çatan otuz illik bir dövrə başladı. Həmin otuz il, Gecəyarısı Hayqırtısının xəbərini rəsmiləşdirəcək yüz qırx dörd minin kahinliyinin bir simvoludur. Peter ikinci omeqa məbəd sınağı dövründə həmin işi yerinə yetirənləri təmsil edir.</w:t>
      </w:r>
    </w:p>
    <w:p>
      <w:pPr>
        <w:pStyle w:val="ArticleBody"/>
        <w:jc w:val="left"/>
      </w:pPr>
      <w:r>
        <w:rPr>
          <w:rFonts w:ascii="Times New Roman" w:hAnsi="Times New Roman" w:eastAsia="Times New Roman" w:cs="Times New Roman"/>
        </w:rPr>
        <w:t>Bacı Vayt bizə bildirir ki, Allah xalqının arasına yanılğınlığın daxil olmasına ona görə yol verir ki, onları araşdırmaya sövq etsin.</w:t>
      </w:r>
    </w:p>
    <w:p>
      <w:pPr>
        <w:pStyle w:val="ArticleScripture"/>
        <w:jc w:val="left"/>
      </w:pPr>
      <w:r>
        <w:rPr>
          <w:rFonts w:ascii="Times New Roman" w:hAnsi="Times New Roman" w:eastAsia="Times New Roman" w:cs="Times New Roman"/>
        </w:rPr>
        <w:t>“Allah Öz xalqını oyadacaq; əgər başqa vasitələr nəticə verməzsə, onların arasına bidətlər girəcək və bu, onları ələyib buğdanı samandan ayıracaq. Rəbb Öz kəlamına iman edənlərin hamısını yuxudan ayılmağa çağırır. Bu zamana uyğun olan qiymətli nur gəlmişdir. Bu, üzərimizə gəlməkdə olan təhlükələri göstərən Müqəddəs Kitab həqiqətidir. Bu nur bizi Müqəddəs Yazıları səylə araşdırmağa və tutduğumuz mövqeləri son dərəcə tənqidi şəkildə yoxlamağa sövq etməlidir.”</w:t>
      </w:r>
    </w:p>
    <w:p>
      <w:pPr>
        <w:pStyle w:val="ArticleBody"/>
        <w:jc w:val="left"/>
      </w:pPr>
      <w:r>
        <w:rPr>
          <w:rFonts w:ascii="Times New Roman" w:hAnsi="Times New Roman" w:eastAsia="Times New Roman" w:cs="Times New Roman"/>
        </w:rPr>
        <w:t>Bu bəyanat bütövlükdə bu məqaləni yekunlaşdıracaq bir parçanın bir hissəsidir. Məqalələrdə və şənbə günləri keçirdiyimiz Zoom görüşlərində Daniel 11:10–15 ayələrinə dair araşdırmamızda bəzi simvolları qarışdırdım və zəruri düzəlişləri etsək də, məni bazar qanununa aparan döyüş olan Panium haqqında məqalələr silsiləsini bir nəticəyə çatdırmaqdan yayındırdılar. İndi Paniuma qayıtmağın vaxtıdır və bunu etdiyimiz zaman, Panium olan Qeysəriyyə Filipidə Peterin təmsil etdiyi əlavə dəlil xəttinə də malik olacağıq.</w:t>
      </w:r>
    </w:p>
    <w:p>
      <w:pPr>
        <w:pStyle w:val="ArticleBody"/>
        <w:jc w:val="left"/>
      </w:pPr>
      <w:r>
        <w:rPr>
          <w:rFonts w:ascii="Times New Roman" w:hAnsi="Times New Roman" w:eastAsia="Times New Roman" w:cs="Times New Roman"/>
        </w:rPr>
        <w:t>İndi Daniel on birin ondan on altıya qədər olan ayələri ilə bağlı mülahizələrimizə qayıdacağıq; həmin ayələr qırxıncı ayənin gizli tarixini təsvir edir. Biz sentyabr ayında dayanmışdıq, buna görə təxminən beş ay keçib.</w:t>
      </w:r>
    </w:p>
    <w:p>
      <w:pPr>
        <w:pStyle w:val="ArticleScripture"/>
        <w:jc w:val="left"/>
      </w:pPr>
      <w:r>
        <w:rPr>
          <w:rFonts w:ascii="Times New Roman" w:hAnsi="Times New Roman" w:eastAsia="Times New Roman" w:cs="Times New Roman"/>
        </w:rPr>
        <w:t>“Peter öz qardaşlarını belə öyüd verir: ‘lütfdə və Rəbbimiz və Xilaskarımız İsa Məsihin biliyində böyüyün.’ Allahın xalqı hər dəfə lütfdə böyüdükdə, Onun Kəlamını daim daha aydın şəkildə dərk edəcəkdir. Onlar onun müqəddəs həqiqətlərində yeni nur və gözəllik ayırd edəcəklər. Bu, bütün əsrlər boyu kilsənin tarixində belə olmuşdur və beləliklə, sonadək davam edəcəkdir. Lakin həqiqi ruhani həyat zəiflədikcə, həqiqətin biliyində irəliləməyi dayandırmağa həmişə meyl olmuşdur. İnsanlar Allahın Kəlamından artıq aldıqları nurla kifayətlənir və Müqəddəs Yazıların daha da araşdırılmasını çəkindirirlər. Onlar mühafizəkar olur və mübahisədən çəkinməyə çalışırlar.</w:t>
      </w:r>
    </w:p>
    <w:p>
      <w:pPr>
        <w:pStyle w:val="ArticleScripture"/>
        <w:jc w:val="left"/>
      </w:pPr>
      <w:r>
        <w:rPr>
          <w:rFonts w:ascii="Times New Roman" w:hAnsi="Times New Roman" w:eastAsia="Times New Roman" w:cs="Times New Roman"/>
        </w:rPr>
        <w:t>Allahın xalqı arasında heç bir ixtilafın və ya çalxantının olmaması, onların sağlam təlimə möhkəm bağlı qaldıqlarına dair qəti dəlil kimi qəbul edilməməlidir. Qorxmaq üçün əsas vardır ki, onlar həqiqətlə yanlışı aydın şəkildə ayırd etmirlər. Müqəddəs Yazıların araşdırılması ilə heç bir yeni məsələ ortaya çıxmadıqda, insanların həqiqətə malik olduqlarına əmin olmaq üçün Müqəddəs Kitabı özləri araşdırmalarına səbəb olacaq heç bir fikir ayrılığı baş vermədikdə, indi də, qədim zamanlarda olduğu kimi, çoxları ənənəyə bağlanacaq və nə olduqlarını bilmədikləri şeyə ibadət edəcəklər.</w:t>
      </w:r>
    </w:p>
    <w:p>
      <w:pPr>
        <w:pStyle w:val="ArticleScripture"/>
        <w:jc w:val="left"/>
      </w:pPr>
      <w:r>
        <w:rPr>
          <w:rFonts w:ascii="Times New Roman" w:hAnsi="Times New Roman" w:eastAsia="Times New Roman" w:cs="Times New Roman"/>
        </w:rPr>
        <w:t>“Mənə göstərildi ki, indiki həqiqət barədə biliyə malik olduqlarını iddia edən bir çoxları nəyə inandıqlarını bilmirlər. Onlar öz imanlarının dəlillərini anlamırlar. Onların indiki zaman üçün olan işə dair düzgün bir qiymətləndirmələri yoxdur. Sınaq vaxtı gəldikdə, indi başqalarına vəz edən elə adamlar vardır ki, tutduqları mövqeləri araşdırarkən, qənaətbəxş səbəb göstərə bilmədikləri bir çox məsələlərin olduğunu görəcəklər. Beləcə sınaqdan keçirilməyənədək, onlar öz böyük cəhalətlərini bilmirdilər. Kilsədə də elələri çoxdur ki, nəyə inandıqlarını başa düşdüklərini güman edirlər; lakin mübahisə yarananadək, onlar öz zəifliklərini bilmirlər. Eyni imana sahib olanlardan ayrıldıqda və öz etiqadlarını izah etmək üçün təkbaşına, tamamilə yalnız dayanmağa məcbur olduqda, həqiqət kimi qəbul etmiş olduqları şey haqqında təsəvvürlərinin nə qədər dolaşıq olduğunu görüb təəccüblənəcəklər. Şübhəsizdir ki, aramızda diri Allahdan uzaqlaşma və üzünü insanlara çevirmə olmuşdur; beləliklə, ilahi hikmətin yerinə insani hikmət qoyulmuşdur.</w:t>
      </w:r>
    </w:p>
    <w:p>
      <w:pPr>
        <w:pStyle w:val="ArticleScripture"/>
        <w:jc w:val="left"/>
      </w:pPr>
      <w:r>
        <w:rPr>
          <w:rFonts w:ascii="Times New Roman" w:hAnsi="Times New Roman" w:eastAsia="Times New Roman" w:cs="Times New Roman"/>
        </w:rPr>
        <w:t>“Allah Öz xalqını oyadacaq; əgər başqa vasitələr nəticə verməsə, onların arasına bidətlər girəcək və bu bidətlər onları ələkdən keçirərək samanı buğdadan ayıracaq. Rəbb Öz kəlamına iman edənlərin hamısını yuxudan oyanmağa çağırır. Bu zamana münasib qiymətli nur gəlmişdir. Bu, məhz qarşımızda duran təhlükələri göstərən Müqəddəs Kitab həqiqətidir. Bu nur bizi Müqəddəs Yazıları səylə araşdırmağa və tutduğumuz mövqeləri son dərəcə ciddi şəkildə yoxlamağa yönəltməlidir. Allah istəyir ki, həqiqətin bütün cəhətləri və mövqeləri dua və oruc ilə hərtərəfli və israrlı şəkildə araşdırılsın. Möminlər həqiqətin nədən ibarət olduğuna dair gümanlar və qeyri-müəyyən təsəvvürlərlə kifayətlənməməlidirlər. Onların imanı Allahın kəlamı üzərində möhkəm təməl tapmalıdır ki, sınaq vaxtı gəldikdə və onlar imanlarına görə cavab vermək üçün məclislər önünə gətirildikdə, daxilində olan ümidin səbəbini həlimlik və qorxu ilə bəyan etməyə qadir olsunlar.</w:t>
      </w:r>
    </w:p>
    <w:p>
      <w:pPr>
        <w:pStyle w:val="ArticleScripture"/>
        <w:jc w:val="left"/>
      </w:pPr>
      <w:r>
        <w:rPr>
          <w:rFonts w:ascii="Times New Roman" w:hAnsi="Times New Roman" w:eastAsia="Times New Roman" w:cs="Times New Roman"/>
        </w:rPr>
        <w:t>“Qızışdırın, qızışdırın, qızışdırın. Dünyaya təqdim etdiyimiz mövzular bizim üçün canlı bir gerçəklik olmalıdır. İmanımızın əsas maddələri hesab etdiyimiz təlimləri müdafiə edərkən heç vaxt tamamilə sağlam olmayan dəlillər işlətməyimizə yol verməməyimiz mühümdür. Belə dəlillər etiraz edəni susdurmağa yaraya bilər, lakin onlar həqiqətə şərəf gətirmir. Elə sağlam dəlillər təqdim etməliyik ki, onlar yalnız rəqiblərimizi susdurmaqla kifayətlənməsin, həm də ən yaxın və ən ciddi araşdırmaya tab gətirsin. Özlərini mübahisəçi kimi yetişdirmiş olanlarda Allahın Kəlamı ilə ədalətlə davranmayacaqları kimi böyük bir təhlükə vardır. Bir rəqiblə qarşılaşdıqda bizim ciddi səylərimiz mövzuları onun zehnində əminlik oyadacaq şəkildə təqdim etməyə yönəlməlidir; sadəcə iman edənə inam verməyə çalışmağa deyil.”</w:t>
      </w:r>
    </w:p>
    <w:p>
      <w:pPr>
        <w:pStyle w:val="ArticleScripture"/>
        <w:jc w:val="left"/>
      </w:pPr>
      <w:r>
        <w:rPr>
          <w:rFonts w:ascii="Times New Roman" w:hAnsi="Times New Roman" w:eastAsia="Times New Roman" w:cs="Times New Roman"/>
        </w:rPr>
        <w:t>“İnsanın əqli tərəqqisi nə dərəcədə olursa-olsun, qoy o, bir an belə düşünməsin ki, daha böyük nur əldə etmək üçün Müqəddəs Yazıları dərindən və fasiləsiz araşdırmağa ehtiyac yoxdur. Bir xalq olaraq biz fərdi qaydada peyğəmbərliklərin öyrənənləri olmağa çağırılmışıq. Allahın bizə təqdim edəcəyi hər hansı bir nur şüasını ayırd edə bilməyimiz üçün ciddi səylə ayıq-sayıq olmalıyıq. Həqiqətin ilk parıltılarını tutmalıyıq; və dua ruhu ilə aparılan tədqiqat vasitəsilə daha aydın nur əldə oluna bilər ki, bu da başqalarının qarşısına gətirilə bilər.</w:t>
      </w:r>
    </w:p>
    <w:p>
      <w:pPr>
        <w:pStyle w:val="ArticleScripture"/>
        <w:jc w:val="left"/>
      </w:pPr>
      <w:r>
        <w:rPr>
          <w:rFonts w:ascii="Times New Roman" w:hAnsi="Times New Roman" w:eastAsia="Times New Roman" w:cs="Times New Roman"/>
        </w:rPr>
        <w:t>“Allahın xalqı rahatlıq içində olub öz indiki maariflənməsindən razı qaldıqda, əmin ola bilərik ki, O, onlardan razı qalmayacaq. Onun iradəsi budur ki, onlar özləri üçün parlayan artmış və durmadan artan nuru qəbul etmək üçün daim irəliyə doğru hərəkətdə olsunlar. Kilsənin indiki mövqeyi Allahın xoşuna gəlmir. Elə bir özünəinam meydana gəlmişdir ki, bu da onlarda daha çox həqiqətə və daha böyük işığa heç bir ehtiyac duymamaq hissi yaratmışdır. Biz elə bir zamanda yaşayırıq ki, Şeytan sağ tərəfdə də, sol tərəfdə də, önümüzdə də, arxamızda da fəaliyyət göstərir; lakin biz bir xalq olaraq yuxudayıq. Allah istəyir ki, Onun xalqını fəaliyyətə oyadan bir səs eşidilsin.</w:t>
      </w:r>
    </w:p>
    <w:p>
      <w:pPr>
        <w:pStyle w:val="ArticleScripture"/>
        <w:jc w:val="left"/>
      </w:pPr>
      <w:r>
        <w:rPr>
          <w:rFonts w:ascii="Times New Roman" w:hAnsi="Times New Roman" w:eastAsia="Times New Roman" w:cs="Times New Roman"/>
        </w:rPr>
        <w:t>“Ruhu göydən gələn işıq şüalarını qəbul etməyə açmaq əvəzinə, bəziləri əks istiqamətdə fəaliyyət göstərmişlər. Həm mətbuat, həm də minbər vasitəsilə Müqəddəs Kitabın ilhamı barədə Müqəddəs Ruhun və Allah kəlamının təsdiq etmədiyi baxışlar irəli sürülmüşdür. Şübhəsizdir ki, bu qədər böyük əhəmiyyət daşıyan bir mövzu haqqında heç bir adam və ya bir qrup adam onları dəstəkləyən açıq bir “Rəbb belə deyir” olmadan nəzəriyyələr irəli sürməyə cürət etməməlidir. İnsan zəiflikləri ilə əhatə olunmuş, ətraf təsirlərin az və ya çox dərəcədə təsiri altında qalan, onları nə müdrik, nə də səmavi düşüncəli edən irsi və tərbiyə ilə qazanılmış meyllərə malik olan insanlar Allahın kəlamını mühakimə etməyə, nəyin ilahi, nəyin bəşəri olduğuna hökm verməyə qalxdıqda, Allahın məsləhəti olmadan iş görürlər. Rəbb belə bir işi müvəffəq etməyəcəkdir. Bunun təsiri həm bununla məşğul olanın, həm də onu Allahdan gələn bir iş kimi qəbul edənlərin üzərində fəlakətli olacaqdır. İlhamın mahiyyəti ilə bağlı irəli sürülən nəzəriyyələr nəticəsində bir çox zehinlərdə skeptisizm oyadılmışdır. Məhdud varlıqlar, öz dar və uzağı görməyən baxışları ilə, Müqəddəs Yazıları tənqid etməyə özlərini səlahiyyətli sayaraq deyirlər: “Bu parça zəruridir, amma o parça zəruri deyildir və ilham olunmamışdır.””</w:t>
      </w:r>
    </w:p>
    <w:p>
      <w:pPr>
        <w:pStyle w:val="ArticleScripture"/>
        <w:jc w:val="left"/>
      </w:pPr>
      <w:r>
        <w:rPr>
          <w:rFonts w:ascii="Times New Roman" w:hAnsi="Times New Roman" w:eastAsia="Times New Roman" w:cs="Times New Roman"/>
        </w:rPr>
        <w:t>“Məsih Əhdi-Ətiq Müqəddəs Yazılarına dair belə bir göstəriş verməmişdi; Onun zamanında yaşayan xalqın malik olduğu Müqəddəs Kitabın yeganə hissəsi də elə həmin idi. Onun təlimləri onların düşüncələrini Əhdi-Ətiqə yönəltmək və orada təqdim edilən böyük mövzuları daha aydın işıqda üzə çıxarmaq üçün nəzərdə tutulmuşdu. İsrail xalqı əsrlər boyu özünü Allahdan ayırmış və Onun onlara əmanət etdiyi qiymətli həqiqətləri gözdən itirmişdi. Bu həqiqətlər onların həqiqi mənasını gizlədən xurafatçı formalar və mərasimlər altında ört-basdır edilmişdi. Məsih onların parlaqlığını kölgəyə salmış bu tullantıları aradan qaldırmaq üçün gəldi. O, onları qiymətli daşlar kimi yeni bir çərçivəyə yerləşdirdi. O göstərdi ki, köhnə, tanış həqiqətlərin təkrarını əsla kiçiltməkdən uzaq olaraq, O, onları öz həqiqi qüvvə və gözəlliyi ilə göstərmək üçün gəlmişdi; elə bir izzətlə ki, Onun zamanının adamları bunu heç vaxt dərk etməmişdilər. Bu vəhy olunmuş həqiqətlərin Müəllifi məhz Özü olduğuna görə, O, onların həqiqi mənasını xalqa aça, rəhbərlərin öz təqdis olunmamış hallarına, mənəviyyatdan məhrumluqlarına və Allah məhəbbətindən uzaqlıqlarına uyğun olaraq mənimsədikləri yanlış təfsirlərdən və saxta nəzəriyyələrdən onları azad edə bilərdi. O, bu həqiqətləri həyatdan və həyati qüvvədən məhrum etmiş olan şeyi kənara atdı və onları bütün ilkin təravəti və qüvvəsi ilə yenidən dünyaya qaytardı.”</w:t>
      </w:r>
    </w:p>
    <w:p>
      <w:pPr>
        <w:pStyle w:val="ArticleScripture"/>
        <w:jc w:val="left"/>
      </w:pPr>
      <w:r>
        <w:rPr>
          <w:rFonts w:ascii="Times New Roman" w:hAnsi="Times New Roman" w:eastAsia="Times New Roman" w:cs="Times New Roman"/>
        </w:rPr>
        <w:t>“Əgər bizdə Məsihin Ruhu varsa və biz Onunla birlikdə çalışan işçiləriksə, O Özünün yerinə yetirmək üçün gəldiyi işi irəli aparmaq bizim borcumuzdur. Müqəddəs Kitabın həqiqətləri yenidən adət, ənənə və yalan təlimlər ucbatından qaranlıqda qalmışdır. Geniş yayılmış ilahiyyatın yanlış təlimləri minlərlə və yenə minlərlə insanı şübhəçi və imansız etmişdir. Elə səhvlər və uyğunsuzluqlar vardır ki, çoxları onları Müqəddəs Kitabın təlimi kimi pisləyir, halbuki onlar əslində papalıq zülmətinin əsrləri boyunca qəbul edilmiş Müqəddəs Yazının yanlış şərhləridir. Necə ki, öz dövrlərinin səhvləri və ənənələri ilə yoldan çıxarılan yəhudilər Məsih haqqında yanlış təsəvvürə malik idilər, eləcə də saysız-hesabsız insan Allah barəsində yanlış bir anlayışı qəlbində bəsləməyə yönəldilmişdir. ‘Əgər bunu bilsəydilər, izzət Rəbbini çarmıxa çəkməzdilər.’ Dünyaya Allahın həqiqi xasiyyətini açıqlamaq bizim borcumuzdur. Müqəddəs Kitabı tənqid etmək əvəzinə, gəlin Onun müqəddəs, həyat verən həqiqətlərini nəsihət və nümunə ilə dünyaya təqdim etməyə çalışaq ki, ‘sizi qaranlıqdan Özünün ecazkar nuruna çağıranın fəzilətlərini bəyan edəsiniz.’”</w:t>
      </w:r>
    </w:p>
    <w:p>
      <w:pPr>
        <w:pStyle w:val="ArticleScripture"/>
        <w:jc w:val="left"/>
      </w:pPr>
      <w:r>
        <w:rPr>
          <w:rFonts w:ascii="Times New Roman" w:hAnsi="Times New Roman" w:eastAsia="Times New Roman" w:cs="Times New Roman"/>
        </w:rPr>
        <w:t>“Aramıza tədricən nüfuz etməkdə olan şər qüvvələr hiss olunmadan ayrı-ayrı şəxsləri və kilsələri Allaha ehtiramdan uzaqlaşdırmış və Onun onlara vermək istədiyi qüdrətin yolunu bağlamışdır.</w:t>
      </w:r>
    </w:p>
    <w:p>
      <w:pPr>
        <w:pStyle w:val="ArticleScripture"/>
        <w:jc w:val="left"/>
      </w:pPr>
      <w:r>
        <w:rPr>
          <w:rFonts w:ascii="Times New Roman" w:hAnsi="Times New Roman" w:eastAsia="Times New Roman" w:cs="Times New Roman"/>
        </w:rPr>
        <w:t>“Qardaşlarım, qoy Allahın sözü olduğu kimi qalsın. Qoy insan hikməti Müqəddəs Yazıların bircə bəyanatının qüvvəsini azaltmağa cəsarət etməsin. Vəhydəki o təntənəli məhkumetmə belə bir mövqe tutmaqdan bizi çəkindirməlidir. Ağamın adı ilə sizə əmr edirəm: ‘Ayaqqabılarını ayağından çıxar, çünki durduğun yer müqəddəs torpaqdır.’” Testimonies, cild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On üç nömrə</dc:title>
  <dc:subject>Paniuma qayıdış</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