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beşinci nömrə</w:t>
      </w:r>
    </w:p>
    <w:p>
      <w:pPr>
        <w:pStyle w:val="ArticleSubtitle"/>
        <w:jc w:val="left"/>
      </w:pPr>
      <w:r>
        <w:rPr>
          <w:rFonts w:ascii="Arial" w:hAnsi="Arial" w:eastAsia="Arial" w:cs="Arial"/>
        </w:rPr>
        <w:t>“250” üç dəfə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2026-cı ildə Tramp Amerikanın “250” illiyini qeyd etməlidir; bununla da o, Rafia döyüşü ilə Paniyum döyüşü arasındakı tarixdə e.ə. 457-ci ildən Antiokh Maqnusa qədər olan “250” illə uyğunluq təşkil edir. “250” ilin sonunda Antiokh Maqnus e.ə. 207-ci ildə dayanır; bu, Rafiadan on il sonra və Paniyumdan yeddi il əvvəldir. “250” ilin şahidliyi bütpərəst Romanın “250” illik dövrü ilə də uyğunlaşır; çünki 64-cü ildə Neron xristianların təqibinə başladı və “250” il sonra, 313-cü ildə Milan fərmanı ilə Böyük Konstantin xristianlığı leqallaşdırdı və təqiblər başa çatdı.</w:t>
      </w:r>
    </w:p>
    <w:p>
      <w:pPr>
        <w:pStyle w:val="ArticleBody"/>
        <w:jc w:val="left"/>
      </w:pPr>
      <w:r>
        <w:rPr>
          <w:rFonts w:ascii="Times New Roman" w:hAnsi="Times New Roman" w:eastAsia="Times New Roman" w:cs="Times New Roman"/>
        </w:rPr>
        <w:t>Donald Tramp Amerikanı yenidən möhtəşəm etmək səyləri ilə tanınır; bu, onun davamçılarının nişanıdır — MAGA. Tramp peyğəmbərlikdə Böyük Konstantin, Böyük Antiox və əlbəttə, Daniel on birinci fəslin ilk bir neçə ayəsində Böyük Kir, Böyük Kserks və bundan sonra Böyük İsgəndər vasitəsilə timsallaşdırılmışdır. E.ə. 457-ci ildə Kirin, Daranın və Artakserksin fərmanından Panium tarixinedək iki yüz əlli il keçir. “250” ilin sonu Rafiya ilə Panium arasında orta nöqtədədir, 2026-cı il də elədir. 2026 Trampın ikinci müddətinin ortasıdır. Neronun “250” illik təqibi xristian təqibini sona çatdıran bir fərmana gətirib çıxarır. Neronun xətti Kir, Neron və Tramp ilə təmsil olunan “250” illik üç xəttin orta xəttidir.</w:t>
      </w:r>
    </w:p>
    <w:p>
      <w:pPr>
        <w:pStyle w:val="ArticleBody"/>
        <w:jc w:val="left"/>
      </w:pPr>
      <w:r>
        <w:rPr>
          <w:rFonts w:ascii="Times New Roman" w:hAnsi="Times New Roman" w:eastAsia="Times New Roman" w:cs="Times New Roman"/>
        </w:rPr>
        <w:t>Kir birinci fərmanı verdi, Artakserks isə üçüncü fərmanı verdi. Kir birinci mələkdir, Artakserks isə üçüncü mələkdir. Mən e.ə. 457-ci ili birlikdə müəyyən edən bu üç fərmanın hamısının rəmzi kimi Kirdən istifadə etməyi nəzərdə tuturam.</w:t>
      </w:r>
    </w:p>
    <w:p>
      <w:pPr>
        <w:pStyle w:val="ArticleBody"/>
        <w:jc w:val="left"/>
      </w:pPr>
      <w:r>
        <w:rPr>
          <w:rFonts w:ascii="Times New Roman" w:hAnsi="Times New Roman" w:eastAsia="Times New Roman" w:cs="Times New Roman"/>
        </w:rPr>
        <w:t>Kirus e.ə. 457-ci ildə “250” illik bir xəttə başlayır; bu xətt Panium tarixində sona çatır ki, bu da Donald Tramp olan Böyük Antioxun tarixidir. Panium bazar günü qanunundan əvvəlki ayədir. Kirus, yer üzünün vəhşi heyvanının Respublikaçı buynuzunu təmsil edən “250” illik tarix xəttinin başlanğıcını işarələyir, həmçinin yer üzünün vəhşi heyvanının Protestant buynuzunu təmsil edən 2.300 illik tarix xəttinin də başlanğıcını işarələyir.</w:t>
      </w:r>
    </w:p>
    <w:p>
      <w:pPr>
        <w:pStyle w:val="ArticleBody"/>
        <w:jc w:val="left"/>
      </w:pPr>
      <w:r>
        <w:rPr>
          <w:rFonts w:ascii="Times New Roman" w:hAnsi="Times New Roman" w:eastAsia="Times New Roman" w:cs="Times New Roman"/>
        </w:rPr>
        <w:t>Neron uzlaşmaya qədər gedən təqibi təmsil edən bir tarix xəttini başlayır. Peyğəmbərlik dövrünün orta nöqtəsində başa çatan bir xətti təmsil edən Kir və Amerika Birləşmiş Ştatlarından fərqli olaraq, Neronun xətti 313-cü ildə Milan fərmanı ilə başlayan, sonra 321-ci ildə ilk bazar günü qanunu ilə davam edən və daha sonra 330-cu ildə Romanın şərq və qərbə bölünməsi ilə izlənən uzlaşmanın mütərəqqi bir dövrünün illüstrasiyası ilə başa çatır. Konstantin bu üç tarixin hamısında təmsil olunur. Neronun xəttində 313-dən 330-a qədər on yeddi il vardır. Kirin xəttində isə e.ə. 217-ci ildə Rafiya döyüşündən e.ə. 200-cü ildə Paniyum döyüşünə qədər də on yeddi il vardır.</w:t>
      </w:r>
    </w:p>
    <w:p>
      <w:pPr>
        <w:pStyle w:val="ArticleBody"/>
        <w:jc w:val="left"/>
      </w:pPr>
      <w:r>
        <w:rPr>
          <w:rFonts w:ascii="Times New Roman" w:hAnsi="Times New Roman" w:eastAsia="Times New Roman" w:cs="Times New Roman"/>
        </w:rPr>
        <w:t>Daniel kitabının on birinci fəslində Artakserks üçüncü fərmandır. Üçüncü fərman üçüncü mələyi və bazar günü qanununu təmsil edir. E.ə. 457-ci ildən etibarən olan “250” il də, 1776-cı ildən etibarən olan “250” il də, hər ikisi on altıncı ayədəki bazar günü qanunundan dərhal əvvəl baş verən tarixin ortasında başa çatır. On birinci fəsil, nəhayət, onuncu ayədə 1989-cu ilin tarixini təmsil edən, on birinci ayədə isə 2014-cü ildə başlanmış Ukrayna müharibəsinin tarixini təmsil edən ayələri ortaya qoyur; sonra on üçüncü ayədə təmsil olunduğu kimi, Trampın 2024-cü ildə ikinci müddəti üçün geri qayıtmasını, daha sonra isə on dördüncü ayənin 2025-ci ili müəyyən etdiyini, izzətli ölkədən olan ilk papanın zahiri görüntünü təsis etməsi ilə göstərir.</w:t>
      </w:r>
    </w:p>
    <w:p>
      <w:pPr>
        <w:pStyle w:val="ArticleBody"/>
        <w:jc w:val="left"/>
      </w:pPr>
      <w:r>
        <w:rPr>
          <w:rFonts w:ascii="Times New Roman" w:hAnsi="Times New Roman" w:eastAsia="Times New Roman" w:cs="Times New Roman"/>
        </w:rPr>
        <w:t>Daniel 11:40 1989-cu ildə yerinə yetdi; həmin vaxt Sovet İttifaqı II İohann Pavel ilə Ronald Reyqan arasında olan gizli ittifaq vasitəsilə devrildi. Axır zamanda, 1989-cu ildə mövcud olan həmin gizli ittifaq, 1989-cu ildə başlamış peyğəmbərlik dövrünün sonunda yaranacaq açıq ittifaqın bir nümunəsi idi. Məhz o açıq ittifaq görüntünü təsbit edən şeydir.</w:t>
      </w:r>
    </w:p>
    <w:p>
      <w:pPr>
        <w:pStyle w:val="ArticleBody"/>
        <w:jc w:val="left"/>
      </w:pPr>
      <w:r>
        <w:rPr>
          <w:rFonts w:ascii="Times New Roman" w:hAnsi="Times New Roman" w:eastAsia="Times New Roman" w:cs="Times New Roman"/>
        </w:rPr>
        <w:t>2026-cı il peyğəmbərlik tarixinin “250” ilinin sonudur; bu dövr 1776-cı ildən başlayıb, iyirmi iki il davam edərək 1798-ci ildə axır zamanadək çatmışdır. Həmin başlanğıc tarixinin iyirmi iki ili 11 Sentyabrdan 2023-cü ilədək olan iyirmi iki illik tarixdə əks olunmuşdur. 1798-ci ildə həmin iyirmi iki ilin sonunda Daniel kitabının möhürü açıldı; sonra isə 11 Sentyabrda başlayıb 31 dekabr 2023-cü ildə başa çatan iyirmi iki ilin sonunda Yəhuda qəbiləsinin Aslanı İsa Məsihin Vəhyini açmağa başladı.</w:t>
      </w:r>
    </w:p>
    <w:p>
      <w:pPr>
        <w:pStyle w:val="ArticleBody"/>
        <w:jc w:val="left"/>
      </w:pPr>
      <w:r>
        <w:rPr>
          <w:rFonts w:ascii="Times New Roman" w:hAnsi="Times New Roman" w:eastAsia="Times New Roman" w:cs="Times New Roman"/>
        </w:rPr>
        <w:t>1798-ci ildə, iyirmi iki ilin sonunda möhürü açılan xəbər, 1611-ci ildə Kral Ceyms Müqəddəs Kitabı nəşr olunduqdan iki yüz iyirmi il sonra, 1831-ci ildə ictimaiyyətə təqdim edildi. 1798-ci ildən 1831-ci ilədək Allahın peyğəmbərlik Kəlamı tədricən açıldı. 1831-ci ilə gəldikdə isə o, ictimai müstəvidə idi və bundan sonra kişilər və qadınlar 1798-ci ildə möhürü açılmış olan xəbərə görə məsul tutula bilərdilər. Sonra 1840-cı ildə, Bacı Uaytın adlandırdığı kimi, İslam haqqında bir qabaqcadan bildiriş yerinə yetirildiyi zaman “başqa bir diqqətəlayiq hadisə” baş verdi.</w:t>
      </w:r>
    </w:p>
    <w:p>
      <w:pPr>
        <w:pStyle w:val="ArticleBody"/>
        <w:jc w:val="left"/>
      </w:pPr>
      <w:r>
        <w:rPr>
          <w:rFonts w:ascii="Times New Roman" w:hAnsi="Times New Roman" w:eastAsia="Times New Roman" w:cs="Times New Roman"/>
        </w:rPr>
        <w:t>İyirmi iki illik bir dövrün (1798) başa çatmasından iki yüz iyirmi illik bir dövrün (1831) başa çatmasına qədər; bir mesajın möhürünün açıldığı bir dövr təmsil olunur. Bu təsvirə, mesajın rəsmiləşdirildiyi bir yol nişanı daxildir; bunun ardınca isə sonradan yenidən hesablanmış bir proqnozu müəyyən edən bir yol nişanı gəlir ki, həmin proqnoz sonradan yerinə yetirildikdə, “Allahın qüdrətinin heyrətamiz təzahürünün” başlanğıcını müəyyən edən bir yol nişanı meydana gətirir.</w:t>
      </w:r>
    </w:p>
    <w:p>
      <w:pPr>
        <w:pStyle w:val="ArticleBody"/>
        <w:jc w:val="left"/>
      </w:pPr>
      <w:r>
        <w:rPr>
          <w:rFonts w:ascii="Times New Roman" w:hAnsi="Times New Roman" w:eastAsia="Times New Roman" w:cs="Times New Roman"/>
        </w:rPr>
        <w:t>1989-cu il hərəkatının sonunda olan iyirmi iki illik dövr 11 sentyabrdan 2023-cü ilə qədər idi; həmin vaxt yenidən bir peyğəmbərlik möhürdən açıldı. Zəruri olaraq həmin peyğəmbərlik artan bilik dövrünü başlamalı idi; bu, sınaqdan keçirəcək və ayıracaq bir bilik olacaqdı, çünki çoxları çağırılır, lakin azları seçilir. Elə bir məqam olacaqdı ki, xəbər ictimai müstəviyə çıxarılacaqdı. Bu xəbər peyğəmbərlik baxımından yenidən hesablanmış bir xəbər olma xüsusiyyətlərini daşıyacaqdı və bir daha bir öncədən xəbərvermə ehtiva edəcəkdi. İctimai öncədən xəbərvermə yerinə yetirildikdə, xəbər 1840-cı ilin tarixi və Pentikost ilə təmsil olunduğu kimi gücləndiriləcəkdi.</w:t>
      </w:r>
    </w:p>
    <w:p>
      <w:pPr>
        <w:pStyle w:val="ArticleBody"/>
        <w:jc w:val="left"/>
      </w:pPr>
      <w:r>
        <w:rPr>
          <w:rFonts w:ascii="Times New Roman" w:hAnsi="Times New Roman" w:eastAsia="Times New Roman" w:cs="Times New Roman"/>
        </w:rPr>
        <w:t>Sovet İttifaqının 1989-cu ildə süqutu ilə Daniel 11:40 möhürdən açıldı; və 1996-cı ildə Daniel 11-in xəbəri ictimai meydana çıxarıldı. 1996-cı il 1776-cı ildən iki yüz iyirmi il sonradır; 1776 isə yalnız 1798-ci ildə başa çatan iyirmi iki ili başlatmadı, həm də 2026-cı ildə sona çatan iki yüz əlli ili başlatdı. Respublikaçı buynuz 2026-cı ilin siyasi aralıq seçkilərində orta nöqtəyə çatır və Protestant buynuz 2026-cı ilə qədər uzanır; bu isə 1989-cu ildə son vaxtda möhürdən açılmış xəbərin 1996-cı ildə rəsmiləşdirilməsi ilə başlamış otuz illik bir dövrün sonudur. İsa sonu həmişə başlanğıcla təsvir edir; buna görə də 2026-cı il Gecəyarısı Harayının düzəldilmiş xəbərinin rəsmiləşdirilməli olduğu ildir; bu, 1989-cu ilin möhürdən açılmış xəbərinin 1996-cı ildə rəsmiləşdirilməsindən otuz il sonradır.</w:t>
      </w:r>
    </w:p>
    <w:p>
      <w:pPr>
        <w:pStyle w:val="ArticleBody"/>
        <w:jc w:val="left"/>
      </w:pPr>
      <w:r>
        <w:rPr>
          <w:rFonts w:ascii="Times New Roman" w:hAnsi="Times New Roman" w:eastAsia="Times New Roman" w:cs="Times New Roman"/>
        </w:rPr>
        <w:t>1776-cı ildə başlayan “250” illik xətt sizi Donald Trampın səlahiyyət müddətinin ortası olan 2026-cı ilə aparır; bu isə eşşəyin açıldığı və İslamın 11 sentyabrda etdiyi kimi Amerika Birləşmiş Ştatlarına yenidən zərbə vurduğu zaman başlanacaq Amerika Birləşmiş Ştatları ilə Rusiya arasındakı döyüşdən dərhal əvvələ təsadüf edir.</w:t>
      </w:r>
    </w:p>
    <w:p>
      <w:pPr>
        <w:pStyle w:val="ArticleBody"/>
        <w:jc w:val="left"/>
      </w:pPr>
      <w:r>
        <w:rPr>
          <w:rFonts w:ascii="Times New Roman" w:hAnsi="Times New Roman" w:eastAsia="Times New Roman" w:cs="Times New Roman"/>
        </w:rPr>
        <w:t>Neronun “250” illik xətti tarixi və peyğəmbərlik baxımından üç xəttin orta xəttidir. Bu, Neronun xəttini üçüncü sınaqdan əvvəl gələn ikinci sınaq olan ikinci mələk kimi müəyyən edir. Həmin ikinci sınaq vəhşi heyvanın surəti sınağıdır; bu da 313-cü ildəki Milan fərmanı ilə timsallaşdırılan kilsə ilə dövlətin birləşməsinin tədricən qurulmasını təmsil edir; bu isə öz növbəsində 321-ci ildə ilk bazar qanununa, sonra isə 330-cu ilin tarixi ilə təmsil olunan və bazar qanunundan həmişə sonra gələn milli fəlakətə gətirib çıxardı.</w:t>
      </w:r>
    </w:p>
    <w:p>
      <w:pPr>
        <w:pStyle w:val="ArticleBody"/>
        <w:jc w:val="left"/>
      </w:pPr>
      <w:r>
        <w:rPr>
          <w:rFonts w:ascii="Times New Roman" w:hAnsi="Times New Roman" w:eastAsia="Times New Roman" w:cs="Times New Roman"/>
        </w:rPr>
        <w:t>313-cü ildə Milan fərmanı, ABŞ-da kilsə ilə dövlət arasındakı münasibətin qurulmasının başlanğıcını göstərir; bu münasibət tədricən on altıncı ayənin Bazar günü qanununa aparır. Həmin iş 11 Sentyabrda Patriot Aktı ilə başlandı; lakin möhürlənmə vaxtının sonundakı fraktalda Patriot Aktı da, Milan fərmanı da güzəştin tədrici bir dövrünü başlayan və tezliklə gələcək Bazar günü qanununa aparan bir əməli tipikləşdirir. Bu, ABŞ-da kilsə ilə dövləti birbaşa bir araya gətirən və nəhayətdə Bazar günü qanununa aparan peyğəmbərlik xarakterli hərəkətlər silsiləsinin ilkidir.</w:t>
      </w:r>
    </w:p>
    <w:p>
      <w:pPr>
        <w:pStyle w:val="ArticleBody"/>
        <w:jc w:val="left"/>
      </w:pPr>
      <w:r>
        <w:rPr>
          <w:rFonts w:ascii="Times New Roman" w:hAnsi="Times New Roman" w:eastAsia="Times New Roman" w:cs="Times New Roman"/>
        </w:rPr>
        <w:t>313-cü ildəki Milan fərmanı öz tarixi qeydləri daxilində məhz bu ünsürləri daşıyır, çünki o, tək bir fərman deyildi; o, Şərqi Romanın hökmdarı Liciniusun bir sıra məktublarından ibarət idi. Şərqi Roma həmin vaxt hələ də güclü şəkildə bütpərəst idi, halbuki Konstantin öz qərb krallığını xristianlığa açırdı. Razılaşmanın özü 313-cü ilin fevralında, Liciniusun öz ittifaqlarını möhkəmləndirmək üçün Konstantinin ögey bacısı ilə də evləndiyi bir zirvə görüşü zamanı baş verdi. İmperiyanın şərq hissəsində yayımlanan Liciniusun məktubları xristianlara və bütün başqalarına ibadət azadlığını, habelə müsadirə olunmuş xristian mülklərinin geri qaytarılmasını təmin edirdi.</w:t>
      </w:r>
    </w:p>
    <w:p>
      <w:pPr>
        <w:pStyle w:val="ArticleBody"/>
        <w:jc w:val="left"/>
      </w:pPr>
      <w:r>
        <w:rPr>
          <w:rFonts w:ascii="Times New Roman" w:hAnsi="Times New Roman" w:eastAsia="Times New Roman" w:cs="Times New Roman"/>
        </w:rPr>
        <w:t>Milan fərmanı “250” illik təqibə son qoydu və fərmanın təmsil etdiyi bütün azadlıqların, dünya tezliklə gələcək bazar günü qanununa doğru Trampla irəlilədikcə, məsihçilərdən tədricən geri alınacağı bir zaman dövrünü təmsil edir.</w:t>
      </w:r>
    </w:p>
    <w:p>
      <w:pPr>
        <w:pStyle w:val="ArticleScripture"/>
        <w:jc w:val="left"/>
      </w:pPr>
      <w:r>
        <w:rPr>
          <w:rFonts w:ascii="Times New Roman" w:hAnsi="Times New Roman" w:eastAsia="Times New Roman" w:cs="Times New Roman"/>
        </w:rPr>
        <w:t>“Əgər oxucu tezliklə baş verəcək qarşıdurmada istifadə olunacaq vasitələri anlamaq istəyirsə, keçmiş əsrlərdə Romanın eyni məqsəd üçün işlətdiyi üsulların tarixini izləməsi kifayətdir. Əgər o, papistlərlə protestantların birləşərək onların ehkamlarını rədd edənlərlə necə rəftar edəcəklərini bilmək istəyirsə, qoy Roma tərəfindən Şənbəyə və onun müdafiəçilərinə qarşı göstərilmiş ruhu görsün.</w:t>
      </w:r>
    </w:p>
    <w:p>
      <w:pPr>
        <w:pStyle w:val="ArticleScripture"/>
        <w:jc w:val="left"/>
      </w:pPr>
      <w:r>
        <w:rPr>
          <w:rFonts w:ascii="Times New Roman" w:hAnsi="Times New Roman" w:eastAsia="Times New Roman" w:cs="Times New Roman"/>
        </w:rPr>
        <w:t>“Padşah fərmanları, ümumi məclislər və dünyəvi hakimiyyət tərəfindən dəstəklənən kilsə qaydaları bütpərəst bayramın xristian aləmində öz şərəfli mövqeyinə yüksəlməsinin mərhələləri oldu. Bazar gününə riayəti məcburi edən ilk ictimai tədbir Konstantin tərəfindən qəbul edilən qanun idi. (e. 321) Bu fərman şəhər əhalisindən ‘hörmətəlayiq günəş günündə’ istirahət etməyi tələb edir, lakin kənd sakinlərinə öz əkinçilik işlərini davam etdirməyə icazə verirdi. Əslində bütpərəst bir qanun olmasına baxmayaraq, bu qanun imperator tərəfindən onun xristianlığı formal şəkildə qəbul etməsindən sonra icra etdirildi.” The Great Controversy, 573, 574.</w:t>
      </w:r>
    </w:p>
    <w:p>
      <w:pPr>
        <w:pStyle w:val="ArticleBody"/>
        <w:jc w:val="left"/>
      </w:pPr>
      <w:r>
        <w:rPr>
          <w:rFonts w:ascii="Times New Roman" w:hAnsi="Times New Roman" w:eastAsia="Times New Roman" w:cs="Times New Roman"/>
        </w:rPr>
        <w:t>“25” sayı “250”nin onda biri olmaqla üsyanı və ayrılığı təmsil edir. Yezekel kitabının səkkizinci fəslində günəşə səcdə edən Laodikeya Adventizminin “25” rəhbəri, dərhal sonrakı fəsildə möhürlənənlərdən ayrılmışdır; və Bacı Uayt Yezekel kitabının doqquzuncu fəslindəki möhürlənməni Vəhy kitabındakı yüz qırx dörd minin möhürlənməsi kimi açıq şəkildə müəyyən edir. Həmin “25” kişi yalnız Qorahın, Datanın və Aviramın üsyanına qoşulan adlı-sanlı “250” kişinin onda biridir. Bacı Uayta 1888-ci il Baş Konfrans iclasını tərk etməyə icazə verilmədi, çünki Cəbrayıl ona dedi ki, o qalmalı və Minneapolisdəki üsyanı qeydə almalıdır; zira bu, Qorahın üsyanının təkrarı idi. “250” üsyanın və ayrılığın rəmzidir. Matta “25”də şər ilə müdriklərin ayrılmasını öyrədən üç məsəl vardır. Respublikaçı və Protestant buynuzların hər ikisi dörd nəsil kimi təmsil olunan bir sınaq müddətinə tabedir və həm əhd xalqı, həm də əhd xalqının yerləşdiyi millət eyni zaman dövrü ərzində mühakimə olunur.</w:t>
      </w:r>
    </w:p>
    <w:p>
      <w:pPr>
        <w:pStyle w:val="ArticleBody"/>
        <w:jc w:val="left"/>
      </w:pPr>
      <w:r>
        <w:rPr>
          <w:rFonts w:ascii="Times New Roman" w:hAnsi="Times New Roman" w:eastAsia="Times New Roman" w:cs="Times New Roman"/>
        </w:rPr>
        <w:t>Müqəddəs Kitab peyğəmbərliyinin altıncı padşahlığı olan və Amerika Birləşmiş Ştatları ilə təmsil edilən yer vəhşisinin “250” ili ərzində Neron xətti, Milan fərmanı ilə təmsil olunan bir hökmü müəyyən edir; bu fərman qanunun silah kimi istifadə edilməsinin getdikcə artan bir gərginləşməsinin başlanğıcını göstərir və bu proses 321-ci ildə Bazar qanununun hökmü ilə yekunlaşaraq, 330-cu ildə bütün dünyanın şərq və qərb kimi təmsil olunan iki sinfə bölündüyü bir dövrü açır. 321-dən 330-a qədər olan həmin doqquzillik dövr həm də 321-ci ilin Bazar qanunu ilə başlayan və 330-cu ildə Mixail ayağa qalxıb sınaq müddəti bağlananda başa çatan Çardaqlar bayramının yeddi günüdür.</w:t>
      </w:r>
    </w:p>
    <w:p>
      <w:pPr>
        <w:pStyle w:val="ArticleBody"/>
        <w:jc w:val="left"/>
      </w:pPr>
      <w:r>
        <w:rPr>
          <w:rFonts w:ascii="Times New Roman" w:hAnsi="Times New Roman" w:eastAsia="Times New Roman" w:cs="Times New Roman"/>
        </w:rPr>
        <w:t>Görməni təsis edən simvolun Romanın özü olması barədə Millerçi təməl anlayışını rədd etmək, 31 dekabr 2023-cü ildə gələn və 8 may 2025-ci ildə əzəmətli ölkədən olan ilk papanın seçilməsi ilə başa çatan təməl sınağından keçməmək deməkdir. William Millerə Romanı görməni təsis edən simvol kimi tanımağa imkan verən təməl həqiqət, rədd edildiyi təqdirdə güclü azğınlıq gətirən həqiqətdir. Həmin birinci sınaqdan keçməmək Saloniklilərdəki güclü azğınlığı gətirir və anlamayan ağılsızların “Həqiqəti” sevmədiyini sübut edir. Xarici görməni təsis edən simvolu rədd etmək, üç sınağın birincisi olan təməl sınağı rədd etmək deməkdir. Sister White Məsihin zamanındakı birinci sınağı Vəftizçi Yəhyanın xəbəri ilə uyğunlaşdırır. O, Yəhyanın xəbərini rədd edənlərin İsanın təlimlərindən fayda görməyəcəyini, eləcə də Məsih həyətdən Müqəddəs Yerə keçdiyi zaman dispensasiyalı dəyişikliyi görə bilməyəcəklərini müəyyən edir.</w:t>
      </w:r>
    </w:p>
    <w:p>
      <w:pPr>
        <w:pStyle w:val="ArticleBody"/>
        <w:jc w:val="left"/>
      </w:pPr>
      <w:r>
        <w:rPr>
          <w:rFonts w:ascii="Times New Roman" w:hAnsi="Times New Roman" w:eastAsia="Times New Roman" w:cs="Times New Roman"/>
        </w:rPr>
        <w:t>O, həmin irəliləyən sınaq prosesini Millerçilər dövrünə uyğunlaşdırdı və öyrədir ki, birinci mələyin xəbərini rədd edənlər Yəhyanın xəbərini rədd edən yəhudilərə paralel idilər. Hər bir tarixi xətdə, birinci sınaqdan keçməyənlər növbəti mərhələdən fayda görmədilər və Məsihin dispensasional dəyişməsinə qarşı kor oldular. 11 sentyabrın xəbərini rədd edənlər Məsihin yaşayanları mühakimə etməyə başladığını görə bilmədilər. 2023-cü ilin təməl sınağında uğursuz olanlar döyüşən kilsədən zəfər çalan kilsəyə keçid dəyişikliyini görməyəcəklər. Bu təməl sınaqlardan hər hansını rədd edənlər “tam qaranlıq” içində qaldılar. Görüm olmayan yerdə xalq tam qaranlığa düşür və xarici görümün işığını təsis edən Roma olur. Bu həqiqət üç papanın və onların Daniel on birin on, on bir və on beşinci ayələrində duran üç döyüşdəki üç prezidentlə münasibətində tanına bilər.</w:t>
      </w:r>
    </w:p>
    <w:p>
      <w:pPr>
        <w:pStyle w:val="ArticleBody"/>
        <w:jc w:val="left"/>
      </w:pPr>
      <w:r>
        <w:rPr>
          <w:rFonts w:ascii="Times New Roman" w:hAnsi="Times New Roman" w:eastAsia="Times New Roman" w:cs="Times New Roman"/>
        </w:rPr>
        <w:t>M.Ö. 207-ci ildə, Rafia döyüşündən Panium döyüşünədək uzanan on yeddi illik dövrün ortasında sona çatan Kirin xarici “250” illik xətti, Neronla başlayan və 313-cü ildə Milan fərmanı ilə sona çatan “250” illik xətt ilə uyğunlaşdı; beləliklə, Böyük Konstantinin on yeddi illik dövrünü işarələdi. Donald Tramp M.Ö. 207-ci ildə Böyük Antiox kimi dayanır ki, bu da 2026-cı ildir, və o, həmçinin 313-cü ildə Böyük Konstantin kimi, vəhşinin surətinin sınaq vaxtının başlanğıcında dayanır. 4 iyul 2026-cı ildə Tramp, Antiox və Konstantin olaraq, Amerikanı “böyük” edir. Tramp on, on bir və on beşinci ayələrin üç döyüşünə uyğun gələn üç prezidentdən üçüncüsüdür. Reyqan bu üçündən birincisi idi, Obama isə ortadakı idi. Bu üç prezident “həqiqət”in imzasını daşıyır və Reyqanla Tramp yalnız birinci və üçüncünü deyil, həm də alfanı və omeqanı təmsil edirlər.</w:t>
      </w:r>
    </w:p>
    <w:p>
      <w:pPr>
        <w:pStyle w:val="ArticleBody"/>
        <w:jc w:val="left"/>
      </w:pPr>
      <w:r>
        <w:rPr>
          <w:rFonts w:ascii="Times New Roman" w:hAnsi="Times New Roman" w:eastAsia="Times New Roman" w:cs="Times New Roman"/>
        </w:rPr>
        <w:t>Prezidentlərin hər birinin peyğəmbərlik xarakteristikası budur ki, onlar hakimiyyətdə olduqları zaman həmin dövrün papası ilə ittifaq içində olurlar. Reagan və II İohann Pavel, Daniel on birinci fəslin onuncu və qırxıncı ayələrinin yerinə yetməsi olaraq, 1989-cu ildə Sovet İttifaqını süquta uğradarkən gizli şəkildə birləşmişdilər. Reagan ilə Trump arasında olan oyanışçı qlobalist prezident Obama, fəlsəfi baxımdan oyanışçı papa Fransisk ilə uyğunlaşmışdı. Trumpın papa Leo ilə ittifaqı hər kəsin görməsi üçün açıqdır və 2025-ci ildə Trump prezident kimi and içərək vəzifəyə başladı, Leo isə antixrist kimi and içərək vəzifəyə başladı. Prezident ilə papanın ruhani münasibəti İzebel və Baalın peyğəmbərləri ilə təmsil olunur. Prezident ilə papanın siyasi münasibəti İzebel və Axab ilə təmsil olunur. Hər iki təmsildə baş olan İzebeldir.</w:t>
      </w:r>
    </w:p>
    <w:p>
      <w:pPr>
        <w:pStyle w:val="ArticleScripture"/>
        <w:jc w:val="left"/>
      </w:pPr>
      <w:r>
        <w:rPr>
          <w:rFonts w:ascii="Times New Roman" w:hAnsi="Times New Roman" w:eastAsia="Times New Roman" w:cs="Times New Roman"/>
        </w:rPr>
        <w:t>“Biz son böhrana yaxınlaşdıqca, Rəbbin vasitələri arasında ahəng və birliyin mövcud olması həyati əhəmiyyət daşıyır. Dünya tufan, müharibə və ixtilafla doludur. Lakin bir baş altında — papalıq hakimiyyəti altında — xalq Onun şahidlərinin simasında Allaha qarşı çıxmaq üçün birləşəcək. Bu birlik böyük mürtəd tərəfindən möhkəmləndirilir. O, həqiqətə qarşı mübarizə aparmaqda öz nümayəndələrini birləşdirməyə çalışarkən, onun müdafiəçilərini parçalamaq və dağıtmaq üçün fəaliyyət göstərəcək. Qısqanclıq, pis güman, pis danışıq onun tərəfindən ixtilaf və parçalanma doğurmaq üçün təhrik edilir.” Testimonies, cild 7, 182.</w:t>
      </w:r>
    </w:p>
    <w:p>
      <w:pPr>
        <w:pStyle w:val="ArticleScripture"/>
        <w:jc w:val="left"/>
      </w:pPr>
      <w:r>
        <w:rPr>
          <w:rFonts w:ascii="Times New Roman" w:hAnsi="Times New Roman" w:eastAsia="Times New Roman" w:cs="Times New Roman"/>
        </w:rPr>
        <w:t>“Qanunsuzluğun hökm sürdüyü bu dövrdə, ‘Rəbb belə deyir’ sözünü rədd etmiş protestant kilsələri qəribə bir vəziyyətə düşəcəklər. Onlar dünyaya yönələcəklər. Allahdan ayrıldıqları halda, yalanı və Allahdan dönüklüyü ölkənin qanunu etmək istəyəcəklər. Allahın məbədində oturub özünü Allah kimi göstərən günah adamının itirilmiş üstünlüyünü bərpa etmək üçün qanunlar çıxarılması məqsədilə ölkənin rəhbərlərinə təsir göstərəcəklər. Roma Katolik prinsipləri dövlətin himayəsi altına alınacaq. Allahın qanununu həyat qaydası etməmiş olanlar tərəfindən Müqəddəs Kitab həqiqətinin etirazına artıq dözülməyəcək.” Review and Herald, 21 dekabr 1897.</w:t>
      </w:r>
    </w:p>
    <w:p>
      <w:pPr>
        <w:pStyle w:val="ArticleBody"/>
        <w:jc w:val="left"/>
      </w:pPr>
      <w:r>
        <w:rPr>
          <w:rFonts w:ascii="Times New Roman" w:hAnsi="Times New Roman" w:eastAsia="Times New Roman" w:cs="Times New Roman"/>
        </w:rPr>
        <w:t>Baalın yalançı peyğəmbərləri İzebelin süfrəsində yeyirdilər. İzebel kraliça idi və peyğəmbərlər onun peyğəmbərləri idi. Daniel on birin qırxıncı ayəsində Reagan hərbi gücün rəmzləri olan “döyüş arabaları” və “atlılar”la, həmçinin iqtisadi qüdrətin rəmzi olan “gəmilər”lə təmsil olunmuşdu. Bununla belə, ayədə şimalın “padşahı” olan papalıq idi. Peyğəmbərlik baxımından Reagan İzebelə tabe idi. Həmin dövrdə dünya vəhşinin ardınca heyranlıqla gedirdi, çünki papa II İohann Pavel dünyanı hər hansı digər papadan daha çox gəzmişdi. Tanınmış yezuit müəllifi Malachi Martin özünün Keys of This Blood kitabında papa II İohann Pavel haqqında yazmışdı. Kitabın irəli sürülən əsas müddəası bu idi ki, II İohann Pavel və Reaganın dövründə dünya hökmranlığı uğrunda papalıq, Amerika Birləşmiş Ştatları və Sovet İttifaqı arasında üçtərəfli mübarizə gedirdi. Martin papalığın bu mübarizədə üstün gələcəyini qabaqcadan bildirmişdi. Reagan ilə Məsih əleyhdarı arasındakı gizli ittifaq, Daniel on birdə qırxıncı ayədə və ondan sonrakı ayələrdə göstərildiyi kimi, papalığın ölümcül yarasını sağaltmaq hərəkatlarının başlandığını elan etdi. Martinin kitabı papalığın Protestan Amerikanı ələ keçirmək barədə çoxdan bəri daşıdığı məqsədi yenidən ifadə etdi. Reaganın, öz şahidliyinə görə, papanın Müqəddəs Kitab peyğəmbərliyindəki Məsih əleyhdarı olması həqiqətinə göz yumması, Sovet İttifaqını Müqəddəs Kitab peyğəmbərliyindəki Məsih əleyhdarı kimi yanlış tətbiq etməsinə əsaslanırdı.</w:t>
      </w:r>
    </w:p>
    <w:p>
      <w:pPr>
        <w:pStyle w:val="ArticleScripture"/>
        <w:jc w:val="left"/>
      </w:pPr>
      <w:r>
        <w:rPr>
          <w:rFonts w:ascii="Times New Roman" w:hAnsi="Times New Roman" w:eastAsia="Times New Roman" w:cs="Times New Roman"/>
        </w:rPr>
        <w:t>“Sözü anlamaqda çaşqınlığa düşənlər, antixristin mənasını görməyənlər, şübhəsiz ki, özlərini antixristin tərəfində qoyacaqlar.” Kress Collection, 105.</w:t>
      </w:r>
    </w:p>
    <w:p>
      <w:pPr>
        <w:pStyle w:val="ArticleBody"/>
        <w:jc w:val="left"/>
      </w:pPr>
      <w:r>
        <w:rPr>
          <w:rFonts w:ascii="Times New Roman" w:hAnsi="Times New Roman" w:eastAsia="Times New Roman" w:cs="Times New Roman"/>
        </w:rPr>
        <w:t>Reyqan Daniel on birinci fəslinin ilk ayələrində müəyyən edilən səkkiz prezidentdən birincisi idi və o, həmçinin həmin səkkiz prezidentdən antixristlə peyğəmbərlik xarakterli münasibəti olan üç nəfərdən birincisidir. Reyqan, Obama və Trampın üç ittifaqının simvolikasında həqiqətin möhürü sezilə bilər. Reyqan birinci olaraq sonuncunu təmsil edir və Reyqanla Tramp arasındakı müxtəlif paralellər heyrətamiz və boldur. İbrani dilində “həqiqət” sözünü təsbit edən üç addımın orta nişanı üsyandır; Obamanın prezidentliyi isə bunun belə klassik bir nümunəsidir. 8 may 2025-ci ildə ilk dəfə olaraq Birləşmiş Ştatlardan olan bir papa taxta çıxarıldı və Reyqanın gizli ittifaqı Trampın açıq ittifaqına çatmış oldu. 2025-ci ildə papalıq 1798-ci ildən bəri mübarizələrinin məhz hədəfi olmuş Birləşmiş Ştatların izzətli torpağından olan bir papanı açıq şəkildə taxta çıxardı. Məlaki Martinin proqnozunun yerinə yetməsi üçün qalan şey, əjdaha, vəhşi heyvan və yalançı peyğəmbərin üçqat birliyinin həyata keçirildiyi bazar günü qanunu idi.</w:t>
      </w:r>
    </w:p>
    <w:p>
      <w:pPr>
        <w:pStyle w:val="ArticleScripture"/>
        <w:jc w:val="left"/>
      </w:pPr>
      <w:r>
        <w:rPr>
          <w:rFonts w:ascii="Times New Roman" w:hAnsi="Times New Roman" w:eastAsia="Times New Roman" w:cs="Times New Roman"/>
        </w:rPr>
        <w:t>“Papalıq institutunun Allahın qanununu pozaraq məcburi qaydada tətbiqini təmin edən fərman vasitəsilə millətimiz özünü salehlikdən tamamilə ayıracaqdır. Protestantlıq Romanın hakimiyyətinin əlini tutmaq üçün uçurumun o tayına əl uzadanda, Spiritizmlə əl-ələ vermək üçün dərinliyin üzərindən uzananda, bu üçqat birliyin təsiri altında ölkəmiz protestant və respublika idarəçiliyi kimi öz Konstitusiyasının hər bir prinsipini rədd edəndə və papalığın yalanlarının və aldatmalarının yayılması üçün şərait yaradanda, onda bilə bilərik ki, Şeytanın heyrətamiz fəaliyyətinin vaxtı gəlib çatmışdır və son yaxındır.” Testimonies, 5-ci cild, 451.</w:t>
      </w:r>
    </w:p>
    <w:p>
      <w:pPr>
        <w:pStyle w:val="ArticleBody"/>
        <w:jc w:val="left"/>
      </w:pPr>
      <w:r>
        <w:rPr>
          <w:rFonts w:ascii="Times New Roman" w:hAnsi="Times New Roman" w:eastAsia="Times New Roman" w:cs="Times New Roman"/>
        </w:rPr>
        <w:t>4 iyul 2026-cı ildə Tramp prezidentliyinin orta nöqtəsində dayanaraq həmin “250” ili qeyd etməyi nəzərdə tutur. Həmin orta nöqtə Rafiya döyüşü ilə Paniyum döyüşü arasındakı e.ə. 207-ci ildir. Bu on yeddi ilin orta nöqtəsi həmçinin 313-cü ili təmsil edən Neronun on yeddi ilinin başlanğıcını və 321-ci ilin Bazar günü qanununa, eləcə də on altıncı ayəyə aparan kilsə və dövlətin vəhşinin surəti kimi tədricən qurulmasını da müəyyən edir. Bu dövr 313-cü ildə şərqlə qərbin izdivacı ilə başlayır; bu, qərbdən Konstantinin ögey qızı və şərqdən Lisininin təmsil olunması ilə göstərilir. Şərq ilə qərb arasında nikah ittifaqı ilə başlayan dövr, şərqlə qərbin ayrılması və ya boşanması ilə başa çatır. Orta yol nişanı ilk Bazar günü qanunudur.</w:t>
      </w:r>
    </w:p>
    <w:p>
      <w:pPr>
        <w:pStyle w:val="ArticleBody"/>
        <w:jc w:val="left"/>
      </w:pPr>
      <w:r>
        <w:rPr>
          <w:rFonts w:ascii="Times New Roman" w:hAnsi="Times New Roman" w:eastAsia="Times New Roman" w:cs="Times New Roman"/>
        </w:rPr>
        <w:t>Reyqan, Obama və Tramp peyğəmbərlik baxımından Vəhyin on dördüncü fəslində üç mələk kimi təqdim olunan əbədi Müjdənin üç addımı tərəfindən idarə olunurlar. İkinci addım olan Obamanın prezidentliyi dövründə iki papa var idi. “Woke” papa olan Fransisk, 25 noyabr 1981-ci ildən 19 aprel 2005-ci ildə papa seçilənədək İnam Təlimi üzrə Konqreqasiyanın (CDF) başçısı kimi xidmət etmiş Yozef Ratsingerin (sonradan Papa Benedikt XVI) ardınca gəldi. Ratsinger istefaya çıxdı və Fransisk öz hökmranlığına başladı; beləliklə, Obamanın hakimiyyəti dövründə papaların ikiqatlanması baş verdi.</w:t>
      </w:r>
    </w:p>
    <w:p>
      <w:pPr>
        <w:pStyle w:val="ArticleBody"/>
        <w:jc w:val="left"/>
      </w:pPr>
      <w:r>
        <w:rPr>
          <w:rFonts w:ascii="Times New Roman" w:hAnsi="Times New Roman" w:eastAsia="Times New Roman" w:cs="Times New Roman"/>
        </w:rPr>
        <w:t>Obama həm heteroseksual, həm də homoseksual kimi ikili həyat sürməkdə ittiham olunur və o, müsəlman olmaqla yanaşı, mürtəd Protestant Amerikası­nın yalançı peyğəmbərinin rəmzidir; bu, həm də yalançı peyğəmbər Məhəmmədin dinidir. Obama əzəmətli diyarın siyasi sisteminin təmsilçisi idi — Vəhy on altının yalançı peyğəmbəri; lakin onun həqiqi siyasi rəğbəti qlobalistlərə — əjdahaya yönəlmişdi. Obama peyğəmbərlik baxımından şizofrenikdir; iki yalançı dini, iki cinsi meyli və iki siyasi sistemi təmsil edir və onun hakimiyyəti dövründə iki antixrist var idi. İstər cinsi meyl, istər siyasi yönüm, istərsə də dini etiqad baxımından olsun, Obama hər bir sahədə gizlində qalmağa sadiq idi. Bəzilərinin, Amerika vətəndaşlarını bir-birinə qarşı parçalamaq səylərinə görə, “Obama Bölən” adlandırdığı bu şəxs, həmçinin onun örtülü şəxsi, siyasi və dini etiqadlarında da əks olunur.</w:t>
      </w:r>
    </w:p>
    <w:p>
      <w:pPr>
        <w:pStyle w:val="ArticleBody"/>
        <w:jc w:val="left"/>
      </w:pPr>
      <w:r>
        <w:rPr>
          <w:rFonts w:ascii="Times New Roman" w:hAnsi="Times New Roman" w:eastAsia="Times New Roman" w:cs="Times New Roman"/>
        </w:rPr>
        <w:t>Obamanın hakimiyyəti dövrünün ilk antixristi papa olmamışdan əvvəl iyirmi dörd il İman Təlimi üzrə Konqreqasiyaya rəhbərlik etmişdi. İman Təlimi üzrə Konqreqasiya ilkin olaraq İnkvizisiya İdarəsi adlandırılan qurumun müasir adıdır. Obama dövrünün üsyanı, ivrit dilində həqiqət sözündəki “13” rəqəminə uyğun gəlir; bu söz ivrit əlifbasının birinci hərfindən (Reyqan), on üçüncü hərfindən (Obama) və Trampın iyirmi ikinci hərfindən ibarətdir. İnkvizisiya, şübhəsiz, üsyanın bir rəmzidir. Papa Benedikt 2013-cü ildə, İslamın yalançı peyğəmbərlərinin və mürtəd protestantizmin rəmzinin şizofrenik hakimiyyəti zamanı taxtını Fransiskə təhvil verdi.</w:t>
      </w:r>
    </w:p>
    <w:p>
      <w:pPr>
        <w:pStyle w:val="ArticleBody"/>
        <w:jc w:val="left"/>
      </w:pPr>
      <w:r>
        <w:rPr>
          <w:rFonts w:ascii="Times New Roman" w:hAnsi="Times New Roman" w:eastAsia="Times New Roman" w:cs="Times New Roman"/>
        </w:rPr>
        <w:t>Əbədi Müjdənin ikinci addımı görmə ilə bağlı bir sınaqdır və Obama ilə iki papa arasındakı münasibətdə görünən şey, İnkvizisiya Ofisi ilə təmsil olunan təqib ilə, ayıq papa tərəfindən təmsil olunan ana yerə ibadətə qlobalistlərin saplantısı arasındakı əlaqədir. Obamanın müsəlman etiqadı İslamın meydana gətirdiyi millətlərin qəzəblənməsini və Protestant adı ilə təmsil olunan məsuliyyətin yerinə yetirilməsində mürtəd Protestantlığın uğursuzluğunu təmsil edir. Protestant Romaya etiraz etməlidir, lakin heç vaxt Romanın qarşısında baş əyməməlidir.</w:t>
      </w:r>
    </w:p>
    <w:p>
      <w:pPr>
        <w:pStyle w:val="ArticleBody"/>
        <w:jc w:val="left"/>
      </w:pPr>
      <w:r>
        <w:rPr>
          <w:rFonts w:ascii="Times New Roman" w:hAnsi="Times New Roman" w:eastAsia="Times New Roman" w:cs="Times New Roman"/>
        </w:rPr>
        <w:t>Üç papadan birincisi dünyaya bəyan edir ki, o, Fatimanın katolik yönləndirici peyğəmbərliyindəki “yaxşı papa” olduğuna inanır. II İoann Pavel özünü Fatimanın “yaxşı papası” hesab edirdi; onun inancına görə, papalıq, Amerika Birləşmiş Ştatları və qlobalistlər arasındakı üçtərəfli mübarizə başa çatdıqda, həmin “yaxşı papa” nəhayətdə bütün dünyaya dəmir çubuqla hökmranlıq edəcək.</w:t>
      </w:r>
    </w:p>
    <w:p>
      <w:pPr>
        <w:pStyle w:val="ArticleBody"/>
        <w:jc w:val="left"/>
      </w:pPr>
      <w:r>
        <w:rPr>
          <w:rFonts w:ascii="Times New Roman" w:hAnsi="Times New Roman" w:eastAsia="Times New Roman" w:cs="Times New Roman"/>
        </w:rPr>
        <w:t>Növbəti prezidentlik əjdahanın qlobalistlərinin rolunu, İslamın millətləri qəzəbləndirməsini, mürtəd protestantlığın protestant olmaqda uğursuzluğunu bəyan edir. 2025-ci ildə andiçmə mərasimi keçirilən Tramp prezidentliyi 2025-ci ilin antixristi ilə açıq şəkildə uyğunlaşır. Roma və Birləşmiş Ştatların bu üç ittifaqının işığı, Rəfya döyüşünün yekununun və Paniyum döyüşünün başlanğıcının tarixində möhürdən açılır. On yeddi ilin başlanğıcında Lisini ilə Konstantinin səltənətlərinin evliliyi 2025-ci ilin ittifaqını təmsil edir.</w:t>
      </w:r>
    </w:p>
    <w:p>
      <w:pPr>
        <w:pStyle w:val="ArticleBody"/>
        <w:jc w:val="left"/>
      </w:pPr>
      <w:r>
        <w:rPr>
          <w:rFonts w:ascii="Times New Roman" w:hAnsi="Times New Roman" w:eastAsia="Times New Roman" w:cs="Times New Roman"/>
        </w:rPr>
        <w:t>2025-ci il ittifaqı on bakir haqqında məsəlin saxta qarşılığıdır. Əvvəlcə nikah həyata keçirilir, sonra isə araşdırma dövrü gəlir ki, bu da nəhayətdə nikahın ikinci mərhələsinə aparır; orada izdivac tamamlanır və qapı bağlanır. On bakir haqqında məsəlın saxta qarşılığı 2025-ci ildə başladı və Daniel on birin on altıncı və qırx birinci ayələrindəki tezliklə gələcək bazar qanununda tamamlanır. Saxta nikahda ata Şeytandır, bəy papalıqdır, gəlin isə dönük protestant Amerikadır. Daniel on birin on dördüncü ayəsində Danielin xalqının soyğunçuları görüntünü təsbit edən Romadır. Uilyam Millerin Romanı görüntünü təsbit edən rəmz kimi müəyyənləşdirməsini rədd etmək birinci mələyin xəbərini və Vəftizçi Yəhyanın xəbərini rədd etməklə paraleldir. Hazırkı antrixrist 2025-ci ildə vəzifəyə gəldikdə, o, səkkiz prezidentin görüntüsünü təsbit etdi və on dördüncü ayəni yerinə yetirdi.</w:t>
      </w:r>
    </w:p>
    <w:p>
      <w:pPr>
        <w:pStyle w:val="ArticleBody"/>
        <w:jc w:val="left"/>
      </w:pPr>
      <w:r>
        <w:rPr>
          <w:rFonts w:ascii="Times New Roman" w:hAnsi="Times New Roman" w:eastAsia="Times New Roman" w:cs="Times New Roman"/>
        </w:rPr>
        <w:t>Biz indi məbəd sınağındayıq; bu, həlledici sınaqdan və üçüncü sınaqdan əvvəl gələn ikinci sınaqdır.</w:t>
      </w:r>
    </w:p>
    <w:p>
      <w:pPr>
        <w:pStyle w:val="ArticleBody"/>
        <w:jc w:val="left"/>
      </w:pPr>
      <w:r>
        <w:rPr>
          <w:rFonts w:ascii="Times New Roman" w:hAnsi="Times New Roman" w:eastAsia="Times New Roman" w:cs="Times New Roman"/>
        </w:rPr>
        <w:t>Bu mövzuları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beşinci nömrə</dc:title>
  <dc:subject>“250” üç dəfə</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