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altı nömrə</w:t>
      </w:r>
    </w:p>
    <w:p>
      <w:pPr>
        <w:pStyle w:val="ArticleSubtitle"/>
        <w:jc w:val="left"/>
      </w:pPr>
      <w:r>
        <w:rPr>
          <w:rFonts w:ascii="Arial" w:hAnsi="Arial" w:eastAsia="Arial" w:cs="Arial"/>
        </w:rPr>
        <w:t>Axır Zaman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Daniyel on bir, Donald Trampı Müqəddəs Kitab peyğəmbərliyinin altıncı padşahlığının son prezidenti kimi təqdim etməklə başlayır. Kirin üçüncü ilində — görünmənin onuncu fəsildə başlandığı yerdə — on birinci fəslin birinci ayəsində “həmçinin” sözü ilə bu fikir tamamlanır.</w:t>
      </w:r>
    </w:p>
    <w:p>
      <w:pPr>
        <w:pStyle w:val="ArticleScripture"/>
        <w:jc w:val="left"/>
      </w:pPr>
      <w:r>
        <w:rPr>
          <w:rFonts w:ascii="Times New Roman" w:hAnsi="Times New Roman" w:eastAsia="Times New Roman" w:cs="Times New Roman"/>
        </w:rPr>
        <w:t>Mən də Midiya şahı Dariusun birinci ilində onu təsdiqləmək və möhkəmləndirmək üçün durdum. Daniel 11:1.</w:t>
      </w:r>
    </w:p>
    <w:p>
      <w:pPr>
        <w:pStyle w:val="ArticleBody"/>
        <w:jc w:val="left"/>
      </w:pPr>
      <w:r>
        <w:rPr>
          <w:rFonts w:ascii="Times New Roman" w:hAnsi="Times New Roman" w:eastAsia="Times New Roman" w:cs="Times New Roman"/>
        </w:rPr>
        <w:t>Qabriel on birinci fəslin nəqlinə başlayarkən Dariusdan geriyə uzanaraq onu Kir ilə əlaqələndirməyə diqqət edir. Onuncu fəsil on ikinci fəslin son ayəsinə qədər vahid bir görüntü olaraq davam edir və o, Kirin üçüncü ilində başlayır.</w:t>
      </w:r>
    </w:p>
    <w:p>
      <w:pPr>
        <w:pStyle w:val="ArticleScripture"/>
        <w:jc w:val="left"/>
      </w:pPr>
      <w:r>
        <w:rPr>
          <w:rFonts w:ascii="Times New Roman" w:hAnsi="Times New Roman" w:eastAsia="Times New Roman" w:cs="Times New Roman"/>
        </w:rPr>
        <w:t>Fars padşahı Kirin üçüncü ilində, adı Beltəşassar adlanan Daniyelə bir şey aşkar olundu; və o şey həqiqət idi, lakin təyin olunmuş zaman uzun idi; və o, həmin şeyi anladı və görüntünü dərk etdi. Daniel 10:1.</w:t>
      </w:r>
    </w:p>
    <w:p>
      <w:pPr>
        <w:pStyle w:val="ArticleBody"/>
        <w:jc w:val="left"/>
      </w:pPr>
      <w:r>
        <w:rPr>
          <w:rFonts w:ascii="Times New Roman" w:hAnsi="Times New Roman" w:eastAsia="Times New Roman" w:cs="Times New Roman"/>
        </w:rPr>
        <w:t>Dara və Kir birlikdə Midiyalılar və Farsların ikili millətinin rəmzini təşkil edir; bu da Amerika Birləşmiş Ştatlarında Respublikaçılıq və Protestantlığın ikili hakimiyyətini təmsil edir; beləliklə, son zamanın ikili rəmzini təmsil edir. Harun və Musanın doğumu qədim İsrailin başlanğıcında İbrahimin dörd yüz illik peyğəmbərliyinin son zamanını işarələyirdi; eləcə də, Vəftizçi Yəhya ilə Məsihin doğumu qədim İsrailin sonunda son zamanın iki nişangahını təmsil edirdi. İsa həmişə sonu başlanğıcla təsvir edir.</w:t>
      </w:r>
    </w:p>
    <w:p>
      <w:pPr>
        <w:pStyle w:val="ArticleBody"/>
        <w:jc w:val="left"/>
      </w:pPr>
      <w:r>
        <w:rPr>
          <w:rFonts w:ascii="Times New Roman" w:hAnsi="Times New Roman" w:eastAsia="Times New Roman" w:cs="Times New Roman"/>
        </w:rPr>
        <w:t>Dara ilə Kir birlikdə yetmiş illik Babil əsarətinin sona çatdığı, son zaman kimi təmsil olunan əlaməti təmsil edirlər.</w:t>
      </w:r>
    </w:p>
    <w:p>
      <w:pPr>
        <w:pStyle w:val="ArticleScripture"/>
        <w:jc w:val="left"/>
      </w:pPr>
      <w:r>
        <w:rPr>
          <w:rFonts w:ascii="Times New Roman" w:hAnsi="Times New Roman" w:eastAsia="Times New Roman" w:cs="Times New Roman"/>
        </w:rPr>
        <w:t>“Allahın yer üzündəki kilsəsi, bu uzun amansız təqib dövrü ərzində, sürgün dövründə Babildə əsir saxlanılan İsrail övladları necə həqiqətən əsarətdə idilərsə, eyni dərəcədə həqiqətən əsarətdə idi.” Prophets and Kings, 714.</w:t>
      </w:r>
    </w:p>
    <w:p>
      <w:pPr>
        <w:pStyle w:val="ArticleBody"/>
        <w:jc w:val="left"/>
      </w:pPr>
      <w:r>
        <w:rPr>
          <w:rFonts w:ascii="Times New Roman" w:hAnsi="Times New Roman" w:eastAsia="Times New Roman" w:cs="Times New Roman"/>
        </w:rPr>
        <w:t>Dara və Kir 1798 və 1799-cu illəri timsallaşdırır; bu illər son zamanını təmsil edir; məhz o zaman ruhani İsrailin ruhani Babilondakı paralel əsarəti sona çatdı. 1798-ci il, Romanın fahişəsinin minmiş olduğu və vəhşi heyvan kimi təmsil edilən papalığın siyasi sisteminin sonunu müəyyən etdi.</w:t>
      </w:r>
    </w:p>
    <w:p>
      <w:pPr>
        <w:pStyle w:val="ArticleScripture"/>
        <w:jc w:val="left"/>
      </w:pPr>
      <w:r>
        <w:rPr>
          <w:rFonts w:ascii="Times New Roman" w:hAnsi="Times New Roman" w:eastAsia="Times New Roman" w:cs="Times New Roman"/>
        </w:rPr>
        <w:t>Beləliklə, o məni Ruhda səhraya apardı; və mən al-qırmızı rəngli bir vəhşi heyvanın üstündə oturan bir qadın gördüm; həmin heyvan küfr adları ilə dolu idi, yeddi başı və on buynuzu var idi. Vəhy 17:3.</w:t>
      </w:r>
    </w:p>
    <w:p>
      <w:pPr>
        <w:pStyle w:val="ArticleBody"/>
        <w:jc w:val="left"/>
      </w:pPr>
      <w:r>
        <w:rPr>
          <w:rFonts w:ascii="Times New Roman" w:hAnsi="Times New Roman" w:eastAsia="Times New Roman" w:cs="Times New Roman"/>
        </w:rPr>
        <w:t>Napoleon 1798-ci ildə vəhşinin həyatına son qoydu, və 1799-cu ildə vəhşinin üzərində minən qadın sürgündə öldü. 1989-cu ildə həm Ronald Reagan, həm də böyük George Bush prezident idilər və bununla 1989-cu ildə son vaxtı nişanlanmış oldu. Darius və Kir Ronald Reagan və böyük George Bush-u təmsil edir. İkinci ayə belə deyir:</w:t>
      </w:r>
    </w:p>
    <w:p>
      <w:pPr>
        <w:pStyle w:val="ArticleScripture"/>
        <w:jc w:val="left"/>
      </w:pPr>
      <w:r>
        <w:rPr>
          <w:rFonts w:ascii="Times New Roman" w:hAnsi="Times New Roman" w:eastAsia="Times New Roman" w:cs="Times New Roman"/>
        </w:rPr>
        <w:t>İndi isə sənə həqiqəti göstərəcəyəm. Budur, hələ Farsda üç padşah qalxacaq; dördüncüsü isə onların hamısından çox-çox varlı olacaq; və öz sərvətinin qüdrəti ilə Yunanıstan səltənətinə qarşı hamını ayağa qaldıracaq. Daniel 11:2.</w:t>
      </w:r>
    </w:p>
    <w:p>
      <w:pPr>
        <w:pStyle w:val="ArticleHeading"/>
        <w:jc w:val="left"/>
      </w:pPr>
      <w:r>
        <w:rPr>
          <w:rFonts w:ascii="Arial" w:hAnsi="Arial" w:eastAsia="Arial" w:cs="Arial"/>
        </w:rPr>
        <w:t>Oyanış</w:t>
      </w:r>
    </w:p>
    <w:p>
      <w:pPr>
        <w:pStyle w:val="ArticleBody"/>
        <w:jc w:val="left"/>
      </w:pPr>
      <w:r>
        <w:rPr>
          <w:rFonts w:ascii="Times New Roman" w:hAnsi="Times New Roman" w:eastAsia="Times New Roman" w:cs="Times New Roman"/>
        </w:rPr>
        <w:t>Dara Reyqan idi, Kir isə böyük Buş idi; Kirdən sonra gələn üç nəfər isə Klinton, kiçik Buş, Bölücü Obama idi; dördüncü və “xeyli daha varlı” prezident isə Yunanıstanın qlobalistlərini hərəkətə gətirən Tramp idi. “Hərəkətə gətirmək” sözü oyatmaq mənasını verir. Tramp 2015-ci ildə namizədliyini elan etdikdə, Yoelin “millətlər” kimi tanıtdığı qlobalistlər oyandılar.</w:t>
      </w:r>
    </w:p>
    <w:p>
      <w:pPr>
        <w:pStyle w:val="ArticleScripture"/>
        <w:jc w:val="left"/>
      </w:pPr>
      <w:r>
        <w:rPr>
          <w:rFonts w:ascii="Times New Roman" w:hAnsi="Times New Roman" w:eastAsia="Times New Roman" w:cs="Times New Roman"/>
        </w:rPr>
        <w:t>Qoy bütpərəst xalqlar oyansın və Yehoşafat vadisinə çıxsınlar; çünki ətrafdakı bütün bütpərəst xalqları mühakimə etmək üçün orada oturacağam. Orağı salın, çünki məhsul yetişib; gəlin, enin; çünki şərab sıxılan yer doludur, çənlər daşır; çünki onların pisliyi böyükdür. Qərar vadisində izdihamlar, izdihamlar; çünki Rəbbin günü qərar vadisində yaxındır. Yoel 3:12–14.</w:t>
      </w:r>
    </w:p>
    <w:p>
      <w:pPr>
        <w:pStyle w:val="ArticleBody"/>
        <w:jc w:val="left"/>
      </w:pPr>
      <w:r>
        <w:rPr>
          <w:rFonts w:ascii="Times New Roman" w:hAnsi="Times New Roman" w:eastAsia="Times New Roman" w:cs="Times New Roman"/>
        </w:rPr>
        <w:t>“Millətlər” oyandığı zaman, Yehoşafat vadisində “Rəbbin günü yaxındır”. “Yehoşafat” Yehova mühakiməsi deməkdir; vadi isə həm də qərar vadisi adlanır. 2015-ci ildən etibarən yer üzünün “çoxluqları” insanların Allaha xidmət etmək barədə qərar verməmək üçün irəli sürdükləri hər bir bəhanə üçün hazırlanmış müxtəlif dəstələrə doğru hərəkət etməyə başlayacaq. 11 sentyabrda dirilərin mühakiməsi başladı və 2015-ci ildə Tramp prezidentliyə namizədliyini irəli sürəcəyini elan etdi. 11 sentyabrda son yağışın birinci mərhələsi yağmağa başladı və son yağış məhsulu kamala yetirən şeydir; 2015-ci ildə isə, yetişmiş məhsulu əmələ gətirən yağışın on dördüncü ilində, Yoel kitabı belə bir xəbərdarlıq səsləndirir ki, Donald Tramp “Yunanıstan aləmini hərəkətə gətirdiyi” zaman, yaxud Yoelin dediyi kimi, Tramp “2015-ci ildə millətləri oyatdığı” zaman, yer üzünün məhsulu yetişməyə başlayır.</w:t>
      </w:r>
    </w:p>
    <w:p>
      <w:pPr>
        <w:pStyle w:val="ArticleBody"/>
        <w:jc w:val="left"/>
      </w:pPr>
      <w:r>
        <w:rPr>
          <w:rFonts w:ascii="Times New Roman" w:hAnsi="Times New Roman" w:eastAsia="Times New Roman" w:cs="Times New Roman"/>
        </w:rPr>
        <w:t>Qeyd etmək mühümdür ki, Daniel on birdə xatırlanan ilk həqiqət Donald Trampın peyğəmbərlikdəki roludur. Daniel kitabında təmsil olunan Müqəddəs Kitab peyğəmbərliyinin ilk padşahlığı Babil idi. Əgər Daniel kitabında İlham tərəfindən peyğəmbərlik modeli yaratmaq üçün Navuxodonosordan istifadə edilməsəydi, Babilin hekayəsini təsəvvür edin. Müqəddəs Kitab peyğəmbərliyinin altıncı padşahlığı həmin padşahlığın son hökmdarının şahidliyi olmadan natamamdır. İlk xatırlanma qaydası, Danielin üç həftə oruc tutduqdan sonra iyirmi ikinci gündə aldığı görüntüdə Trampın əsas əhəmiyyət daşıyan bir simvol kimi önəmini müəyyən edir.</w:t>
      </w:r>
    </w:p>
    <w:p>
      <w:pPr>
        <w:pStyle w:val="ArticleScripture"/>
        <w:jc w:val="left"/>
      </w:pPr>
      <w:r>
        <w:rPr>
          <w:rFonts w:ascii="Times New Roman" w:hAnsi="Times New Roman" w:eastAsia="Times New Roman" w:cs="Times New Roman"/>
        </w:rPr>
        <w:t>Lakin Fars padşahlığının şahzadəsi iyirmi bir gün mənə müqavimət göstərdi; amma bax, baş şahzadələrdən biri olan Mikayıl mənə köməyə gəldi; və mən orada Fars padşahlarının yanında qaldım. İndi isə mən gəlmişəm ki, axır günlərdə xalqının başına nə gələcəyini sənə başa salım; çünki görüntü hələ çox günlər üçündür. Daniel 10:13, 14.</w:t>
      </w:r>
    </w:p>
    <w:p>
      <w:pPr>
        <w:pStyle w:val="ArticleBody"/>
        <w:jc w:val="left"/>
      </w:pPr>
      <w:r>
        <w:rPr>
          <w:rFonts w:ascii="Times New Roman" w:hAnsi="Times New Roman" w:eastAsia="Times New Roman" w:cs="Times New Roman"/>
        </w:rPr>
        <w:t>On birinci fəslin görüntüsü son günlərdə Allahın xalqının başına gələnləri göstərir və Trampın Birləşmiş Ştatların, daha sonra isə Birləşmiş Millətlər Təşkilatının rəhbəri olması, həmin həqiqəti anlamaqla və ya anlamamaqla bağlı əbədi nəticələrə malik bir həqiqətdir. Bu həqiqət Cəbrailin Daniyala çatdırması üçün o qədər mühüm idi ki, on dördüncü ayədə Daniyal mələk Cəbrailin verdiyi işıqdan qeyd edir ki, görüntünü təsdiq edənlər “öz xalqının soyğunçuları”dır. Roma nümunə olaraq götürülmədən, Donald Trampın peyğəmbərlikdəki hərəkətlərini Daniyal on birin peyğəmbərlik tarixi boyunca onun izlərini tanımaq üçün düzgün şəkildə izləmək qeyri-mümkündür.</w:t>
      </w:r>
    </w:p>
    <w:p>
      <w:pPr>
        <w:pStyle w:val="ArticleBody"/>
        <w:jc w:val="left"/>
      </w:pPr>
      <w:r>
        <w:rPr>
          <w:rFonts w:ascii="Times New Roman" w:hAnsi="Times New Roman" w:eastAsia="Times New Roman" w:cs="Times New Roman"/>
        </w:rPr>
        <w:t>Tramp, bazar qanunu dövründə Birləşmiş Ştatların bir rəmzi olaraq, vəhşinin surətini yaradır və bunu etməklə o, vəhşiyə ehtiram göstərir; buna görə də bu, vəhşinin surətidir, eyni zamanda vəhşinin şərəfinə ucaldılmış bir surətdir. Vəhy 17-də papalıq yeddidən olan səkkizincidir; Donald Tramp isə 1989-cu ildə zamanın sonunda Reyqandan bəri səkkizinci prezidentdir, lakin o, eyni zamanda altıncıdır; bu isə o deməkdir ki, o, yeddidən olan səkkizincidir.</w:t>
      </w:r>
    </w:p>
    <w:p>
      <w:pPr>
        <w:pStyle w:val="ArticleBody"/>
        <w:jc w:val="left"/>
      </w:pPr>
      <w:r>
        <w:rPr>
          <w:rFonts w:ascii="Times New Roman" w:hAnsi="Times New Roman" w:eastAsia="Times New Roman" w:cs="Times New Roman"/>
        </w:rPr>
        <w:t>Vəhy kitabının on yeddinci fəslində, Yəhya üçüncü ayədə səhralığa aparılır; orada o, vəhşi heyvanın üzərində oturan fahişəni görür. Bu fahişə bütün əsas Protestant məzhəbləri tərəfindən Katolik kilsəsi kimi tanınmışdır, baxmayaraq ki, onların hamısı axır günlərdə öz təməl etiqadlarını inkar edirlər. Yəhya onu gördüyü zaman Roma kilsəsi şəhidlərin qanı ilə sərxoş idi və o, fahişələrin anası titulunu daşıyırdı. Bu, Yəhyanın 1798-ci ilə aparıldığını göstərir; həmin vaxt papalıq şəhidliyin qanına sahib idi və bəzi keçmiş Protestant kilsələri artıq yenidən Roma Katolik birliyinə qayıdırdılar. Həmin baxış nöqtəsindən Yəhya “yeddi padşah” gördü; onlardan beşi artıq 1798-ci ildə süqut etmişdi, bir padşahlıq isə 1798-ci ildə mövcud idi və həmin padşahlıq Amerika Birləşmiş Ştatları idi; lakin on padşahdan ibarət olan başqa bir padşahlıq bundan sonra gələcəkdi, çünki Yəhyanın dayandığı 1798-ci ildə yeddinci padşahlıq hələ gəlməmişdi. On padşah Bazar günü qanunu böhranının saatı boyunca hökmranlıq edirlər və onlar 1798-ci ildə ölümcül yara almış beşinci padşahlığın vəhşi heyvanına özlərinin yeddinci padşahlığını verməyə razılaşırlar.</w:t>
      </w:r>
    </w:p>
    <w:p>
      <w:pPr>
        <w:pStyle w:val="ArticleBody"/>
        <w:jc w:val="left"/>
      </w:pPr>
      <w:r>
        <w:rPr>
          <w:rFonts w:ascii="Times New Roman" w:hAnsi="Times New Roman" w:eastAsia="Times New Roman" w:cs="Times New Roman"/>
        </w:rPr>
        <w:t>“8” rəqəmi dirilməni təmsil edir və papalıq, yaxın gələcəkdə çıxarılacaq bazar günü qanunu zamanı baş verən əjdaha, vəhşi heyvan və yalançı peyğəmbərin üçqat birliyində onun ölümcül yarası sağaldıqda, yeddidən olan səkkizinci olur. 2020-ci ildə qlobalistlər seçkini Trampdan oğurladılar və o, Vəhy on birinci fəsildə küçələrdə öldürüldü. Vəhy on birinci fəsildəki iki şahid yer vəhşi heyvanının iki buynuzunu təmsil edir; onların hər ikisi də 2020-ci ildə öldürüldü. Tramp, 1989-cu ildə axır zaman dövründə Reyqandan bəri altıncı prezidentdir; lakin 2024-cü ilə etibarən o, həm də əvvəlki yeddi padşahdan olan səkkizinci olmuşdur. 2024-cü ildə onun ölümcül yarası sağaldı və o, görümü təsbit edən peyğəmbərlik rəmzinə tam uyğunluq içində eyni zamanda yeddidən olan səkkizinci oldu. Əgər səndə Roma yoxdursa, Romanın surətinin hərəkətlərini izləmək qabiliyyətin də yoxdur.</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Neronun “250” ili tamamlandıqda Trampın necə Böyük Konstantin olduğunu, yaxud e.ə. 207-ci ildə onun necə Böyük Antiox olduğunu, yaxud bütöv qızıl dövr hərəkatı Amerikanı “böyük” etməyi əsas götürən sonuncu prezidentin o necə olduğunu anlamaq, fəslin əvvəlcə Trampı və onun peyğəmbərlikdəki rolunu xatırlatdığını qəbul etməyi tələb edir.</w:t>
      </w:r>
    </w:p>
    <w:p>
      <w:pPr>
        <w:pStyle w:val="ArticleBody"/>
        <w:jc w:val="left"/>
      </w:pPr>
      <w:r>
        <w:rPr>
          <w:rFonts w:ascii="Times New Roman" w:hAnsi="Times New Roman" w:eastAsia="Times New Roman" w:cs="Times New Roman"/>
        </w:rPr>
        <w:t>İbrani əlifbasının birinci, on üçüncü və iyirmi ikinci hərflərindən təşkil olunmuş İbranicə “həqiqət” sözünün təmsil etdiyi “həqiqət”in imzası, Reyqanı birinci hərf kimi, Obamanı isə Keçmiş İnkvizisiya İdarəsinin rəhbərindən sonra ilk yezuit papanın gəldiyi 2013-cü ilin təmsil etdiyi üsyanın on üçüncü hərfi kimi müəyyən edir. İnkvizisiyanın rəhbəri istefa verdiyi üçün, onun son nöqtəsi yezuit papanın başlanğıc nöqtəsi ilə uyğunlaşır. Obamanın iki papası arasındakı həmin əlaqə 13 mart 2013 idi. Obama üsyanın on üçüncü hərfi ilə uyğunlaşır, iyirmi ikinci hərf isə Trampdır.</w:t>
      </w:r>
    </w:p>
    <w:p>
      <w:pPr>
        <w:pStyle w:val="ArticleBody"/>
        <w:jc w:val="left"/>
      </w:pPr>
      <w:r>
        <w:rPr>
          <w:rFonts w:ascii="Times New Roman" w:hAnsi="Times New Roman" w:eastAsia="Times New Roman" w:cs="Times New Roman"/>
        </w:rPr>
        <w:t>İyirmi ikinci düzəliş bir prezidenti iki müddətlə məhdudlaşdırır və ardıcıl OLMAYAN iki müddətli prezidentlər nəzərə alındıqda, cəmi iki nəfər vardır. Grover Cleveland ardıcıl olmayan iki müddətli prezidentlərin alfasıdır, Trump isə omeqasıdır. Grover Cleveland iyirmi ikinci prezident idi və Trump, Cleveland-a nisbətdə omeqa olaraq, “22”nin alfa fərqləndirici xüsusiyyətinə malikdir. Cleveland və Trump birlikdə İbrani əlifbasındakı iyirmi ikinci hərfin simvolikasını ehtiva edən bir alfa və omeqanı təmsil edirlər. Ardıcıl olmayan iki müddətə malik olmuş cəmi iki prezident vardır və Trump bu ikisindən ikincisidir. Omeqanın ikisi ilə alfanın iyirmi ikisinin hasili qırx dörd edir; bu da 1844-ün simvoludur, hansı ki, 1844-cü ilin qapalı qapısı ilə əvvəlcədən göstərildiyi kimi, bazar günü qanununda qapalı qapının simvoludur. Trump prezident olmuş 44-cü fərqli şəxsdir və qapı bazar günü qanununda bağlandığı zaman o, prezidentdir.</w:t>
      </w:r>
    </w:p>
    <w:p>
      <w:pPr>
        <w:pStyle w:val="ArticleBody"/>
        <w:jc w:val="left"/>
      </w:pPr>
      <w:r>
        <w:rPr>
          <w:rFonts w:ascii="Times New Roman" w:hAnsi="Times New Roman" w:eastAsia="Times New Roman" w:cs="Times New Roman"/>
        </w:rPr>
        <w:t>Tramp Böyük Kir tərəfindən tipləşdirilmişdir. Böyük Kir birinci fərmanı verdi və Böyük Artakserks üçüncü fərmanı verdi. Birinci ilə üçüncü bir-birinə uyğun gəlir, çünki İsa həmişə sonu başlanğıcla təsvir edir. Neronun “250” ilinin sonu Böyük Konstantin tərəfindən təmsil olunduqda, Tramp oradadır. E.ə. 457-ci ildən etibarən “250” ilin sonunda Tramp 2024-cü ildə əvvəlkindən daha güclü şəkildə geri qayıdan Böyük Antiox tərəfindən təmsil olunur; bu da on üçüncü ayənin yerinə yetməsidir.</w:t>
      </w:r>
    </w:p>
    <w:p>
      <w:pPr>
        <w:pStyle w:val="ArticleScripture"/>
        <w:jc w:val="left"/>
      </w:pPr>
      <w:r>
        <w:rPr>
          <w:rFonts w:ascii="Times New Roman" w:hAnsi="Times New Roman" w:eastAsia="Times New Roman" w:cs="Times New Roman"/>
        </w:rPr>
        <w:t>Çünki şimal padşahı geri qayıdacaq, əvvəlkindən daha böyük bir qoşun toplayacaq və müəyyən illərdən sonra hökmən böyük bir ordu və çoxlu sərvətlə gələcək. Daniel 11:13.</w:t>
      </w:r>
    </w:p>
    <w:p>
      <w:pPr>
        <w:pStyle w:val="ArticleBody"/>
        <w:jc w:val="left"/>
      </w:pPr>
      <w:r>
        <w:rPr>
          <w:rFonts w:ascii="Times New Roman" w:hAnsi="Times New Roman" w:eastAsia="Times New Roman" w:cs="Times New Roman"/>
        </w:rPr>
        <w:t>Birləşmiş Ştatlar bazar günü qanunu zamanı Roma tərəfindən məğlub edildikdə, o zaman dünyadakı hər bir ölkə Romaya boyun əyməyə məcbur edilir.</w:t>
      </w:r>
    </w:p>
    <w:p>
      <w:pPr>
        <w:pStyle w:val="ArticleScripture"/>
        <w:jc w:val="left"/>
      </w:pPr>
      <w:r>
        <w:rPr>
          <w:rFonts w:ascii="Times New Roman" w:hAnsi="Times New Roman" w:eastAsia="Times New Roman" w:cs="Times New Roman"/>
        </w:rPr>
        <w:t>“Xarici millətlər Birləşmiş Ştatların nümunəsini izləyəcəklər. O öncülük etsə də, yenə də eyni böhran dünyanın hər yerində olan xalqımızın üzərinə gələcək.” Testimonies, cild 6, 395.</w:t>
      </w:r>
    </w:p>
    <w:p>
      <w:pPr>
        <w:pStyle w:val="ArticleBody"/>
        <w:jc w:val="left"/>
      </w:pPr>
      <w:r>
        <w:rPr>
          <w:rFonts w:ascii="Times New Roman" w:hAnsi="Times New Roman" w:eastAsia="Times New Roman" w:cs="Times New Roman"/>
        </w:rPr>
        <w:t>“Əcnəbi millətlər” buna tezliklə gələcək bazar günü qanunu zamanı Birləşmiş Millətlər Təşkilatının rəhbərliyini öz üzərinə götürən Amerika Birləşmiş Ştatları tərəfindən məcbur edilir. Birləşmiş Millətlər Təşkilatı, Vəhy 17-dəki on padşahdır; onlar İzebellə evli olan şimaldakı on qəbilənin padşahı Axav tərəfindən idarə olunur. İzebelin Axavla evliliyi, tezliklə gələcək bazar günü qanunu zamanı tamamlanan evlilikdir. Bazar günü qanunu zamanı Amerika Birləşmiş Ştatları, Daniel 11-in möhtəşəm diyarı və Vəhy 13-ün yer vəhşi heyvanı, Müqəddəs Kitab peyğəmbərliyinin altıncı padşahlığı kimi öz tarixini başa vurur. Karmel dağında Baalın 850 peyğəmbəri və İzebelin süfrəsindən yeyən bağın kahinləri İlyas tərəfindən qətlə yetirilir. Amerika Birləşmiş Ştatları tezliklə gələcək bazar günü qanunu zamanı, Karmel dağında yalançı peyğəmbərlər necə öldürülmüşdüsə, eləcə də öldürülür. Hekayə bundan sonra İlyas ilə Axav və İzebel arasındadır və Axav, İzebellə ilk zina etmiş olanın idarə etdiyi onqatlı bir padşahlığı təmsil edir. İzebel hər bir padşahlıqla zina etmək niyyətindədir, lakin Axav bunu edən ilkini təmsil edir və Karmel dağında ölən, dərhal İzebelin ilk məşuquna çevrilən məhz Amerika Birləşmiş Ştatlarıdır. Daniel 11 baxımından, məhz bazar günü qanunu zamanı Tramp Makedoniyalı İsgəndərlə təmsil olunan Yunanıstanın qüdrətli padşahı kimi ayağa qalxır.</w:t>
      </w:r>
    </w:p>
    <w:p>
      <w:pPr>
        <w:pStyle w:val="ArticleScripture"/>
        <w:jc w:val="left"/>
      </w:pPr>
      <w:r>
        <w:rPr>
          <w:rFonts w:ascii="Times New Roman" w:hAnsi="Times New Roman" w:eastAsia="Times New Roman" w:cs="Times New Roman"/>
        </w:rPr>
        <w:t>Və böyük hökmranlıqla hökm sürəcək və öz istədiyini edəcək qüdrətli bir padşah ortaya çıxacaq. O ortaya çıxanda isə onun səltənəti parçalanacaq və göylərin dörd küləyi tərəfə bölünəcək; nə onun nəslinə, nə də hökm sürdüyü hökmranlığa uyğun olaraq qalacaq; çünki onun səltənəti kökündən qoparılacaq, hətta onlardan başqalarına veriləcək. Daniel 11:3, 4.</w:t>
      </w:r>
    </w:p>
    <w:p>
      <w:pPr>
        <w:pStyle w:val="ArticleBody"/>
        <w:jc w:val="left"/>
      </w:pPr>
      <w:r>
        <w:rPr>
          <w:rFonts w:ascii="Times New Roman" w:hAnsi="Times New Roman" w:eastAsia="Times New Roman" w:cs="Times New Roman"/>
        </w:rPr>
        <w:t>Donald Tramp ayədə təmsil olunan və sonradan Böyük İsgəndərin tarixi ilə timsallaşdırılan Birləşmiş Millətlər Təşkilatının “qüdrətli padşahı” kimi ayağa qalxır. O ayağa qalxdıqda, Müqəddəs Kitab peyğəmbərliyinin altıncı səltənəti olan Amerika Birləşmiş Ştatları sona çatır və Vəhy on yeddidəki on padşahın yeddinci səltənəti başlayır. On padşah öz yeddinci səltənətlərinə orada və o anda, əvvəlki yeddi səltənətdən olan səkkizinci səltənət, yəni papalıq hakimiyyətinə öz yeddinci səltənətlərini verməyə razılaşmaqla başlayırlar. Onların razılaşması Allahın iradəsini yerinə yetirmək üçün idi və Onun iradəsi həqiqət Yazılarının hər yerində sətir üzərinə sətir olaraq təmsil olunur.</w:t>
      </w:r>
    </w:p>
    <w:p>
      <w:pPr>
        <w:pStyle w:val="ArticleHeading"/>
        <w:jc w:val="left"/>
      </w:pPr>
      <w:r>
        <w:rPr>
          <w:rFonts w:ascii="Arial" w:hAnsi="Arial" w:eastAsia="Arial" w:cs="Arial"/>
        </w:rPr>
        <w:t>Romanı təmsil edən</w:t>
      </w:r>
    </w:p>
    <w:p>
      <w:pPr>
        <w:pStyle w:val="ArticleBody"/>
        <w:jc w:val="left"/>
      </w:pPr>
      <w:r>
        <w:rPr>
          <w:rFonts w:ascii="Times New Roman" w:hAnsi="Times New Roman" w:eastAsia="Times New Roman" w:cs="Times New Roman"/>
        </w:rPr>
        <w:t>Daniel on birin beşinci ayəsindən doqquzuncu ayəsinədək olan ayələr, həmin fəslin otuz birinci ayəsindən qırxıncı ayəsinədək təqdim edilən papalıq hakimiyyətinin tarixini kamil surətdə təmsil edən peyğəmbərlik tarixi ilə yerinə yetdi. Beşinci ayədən doqquzuncu ayəyədək olan tarix xətti, otuz birinci ayədən qırxıncı ayəyədək olan tarix xəttinə paraleldir. Hər iki xətt, papalıq Romanı təmsil edən hakimiyyətin əvvəlcə üç maneəni dəf etdiyi, bir müddət hökm sürdüyü, sonra isə pozulmuş bir əhdin onların üzərinə cənub padşahını gətirdiyi və bunun ölümcül yara vurduğu bir dövrü müəyyən edir. Bu iki xətt tarixlə nə qədər diqqətlə öyrənilib müqayisə edilirsə, onların bir o qədər dərin şəkildə dəqiq olduqları aşkar olunur. Onların dəqiqliyi həm ayələrin daxilindəki quruluşu nə dərəcədə yaxından əks etdirmələrinə, həm də ayələri yerinə yetirən tarixə aiddir.</w:t>
      </w:r>
    </w:p>
    <w:p>
      <w:pPr>
        <w:pStyle w:val="ArticleBody"/>
        <w:jc w:val="left"/>
      </w:pPr>
      <w:r>
        <w:rPr>
          <w:rFonts w:ascii="Times New Roman" w:hAnsi="Times New Roman" w:eastAsia="Times New Roman" w:cs="Times New Roman"/>
        </w:rPr>
        <w:t>Beş ayəni yerinə yetirən tarix, otuz birinci ayədən qırxıncı ayəyədək bəyan olunan papalıq Romanın tarixi ilə paralellik təşkil edir və onunla uzlaşır, həmçinin onuncu ayədən on beşinci ayəyədək Antiox Böyüyün təqdim edilməsi üçün zəmini hazırlayır.</w:t>
      </w:r>
    </w:p>
    <w:p>
      <w:pPr>
        <w:pStyle w:val="ArticleScripture"/>
        <w:jc w:val="left"/>
      </w:pPr>
      <w:r>
        <w:rPr>
          <w:rFonts w:ascii="Times New Roman" w:hAnsi="Times New Roman" w:eastAsia="Times New Roman" w:cs="Times New Roman"/>
        </w:rPr>
        <w:t>Lakin onun oğulları qızışdırılacaq və böyük qoşunlardan ibarət bir izdiham toplayacaqlar; və onlardan biri mütləq gəlib daşacaq və keçib gedəcək; sonra o geri dönəcək və öz qalasına qədər qızışdırılacaq. Daniel 11:10.</w:t>
      </w:r>
    </w:p>
    <w:p>
      <w:pPr>
        <w:pStyle w:val="ArticleBody"/>
        <w:jc w:val="left"/>
      </w:pPr>
      <w:r>
        <w:rPr>
          <w:rFonts w:ascii="Times New Roman" w:hAnsi="Times New Roman" w:eastAsia="Times New Roman" w:cs="Times New Roman"/>
        </w:rPr>
        <w:t>Onuncu ayənin yerinə yetməsində Böyük Antiox Misirin istehkamına qədər qalibiyyətlə irəlilədi; orada isə yenidən toparlanmaq üçün yürüşü dayandırdı. Bu tarix həmin fəslin qırxıncı ayəsində təsvir olunduğu kimi, 1989-cu ildə Sovet İttifaqının süqutunu təmsil edir.</w:t>
      </w:r>
    </w:p>
    <w:p>
      <w:pPr>
        <w:pStyle w:val="ArticleScripture"/>
        <w:jc w:val="left"/>
      </w:pPr>
      <w:r>
        <w:rPr>
          <w:rFonts w:ascii="Times New Roman" w:hAnsi="Times New Roman" w:eastAsia="Times New Roman" w:cs="Times New Roman"/>
        </w:rPr>
        <w:t>Və axır zamanında cənub padşahı ona qarşı hücum edəcək; şimal padşahı isə arabalarla, atlılarla və çoxlu gəmilərlə qasırğa kimi onun üzərinə gələcək; o, ölkələrə girəcək, daşqın kimi hər yanı bürüyüb keçəcək. Daniel 11:40.</w:t>
      </w:r>
    </w:p>
    <w:p>
      <w:pPr>
        <w:pStyle w:val="ArticleBody"/>
        <w:jc w:val="left"/>
      </w:pPr>
      <w:r>
        <w:rPr>
          <w:rFonts w:ascii="Times New Roman" w:hAnsi="Times New Roman" w:eastAsia="Times New Roman" w:cs="Times New Roman"/>
        </w:rPr>
        <w:t>Onuncu ayədəki “mütləq gələcək, daşacaq və keçib gedəcək” ifadəsi, İbranicədə qırxıncı ayədəki “ölkələrə girəcək, daşacaq və keçib gedəcək” ifadəsi ilə eynidir. Hər iki ayə şimal padşahının (onuncu ayədə Antioxun, qırxıncı ayədə isə Reyqanın) cənub padşahını (onuncu ayədə Ptolemeyi, qırxıncı ayədə isə Sovet İttifaqını) məğlub etdiyi vaxtı müəyyən edir. Hər iki hücum cənub padşahının əvvəlki qələbəsinə qarşı qisas xarakteri daşıyırdı (beşinci ayədən doqquzuncu ayəyə qədər olan ayələrdə Ptolemeyin və qırxıncı ayədə Napoleonun qələbəsi). Cənub padşahının hücuma keçmək motivi pozulmuş bir əhd idi (beşinci ayədən doqquzuncu ayəyə qədər Bernis ilə bağlanan evlilik və Napoleonla 1797-ci il pozulmuş Tolentino müqaviləsi). Ayələr daxilində təmsil olunan peyğəmbərlik quruluşu və bu ayələrin sonradan tarixdəki yerinə yetməsi Yeşaya 8:8 ilə də uyğunluq təşkil edir.</w:t>
      </w:r>
    </w:p>
    <w:p>
      <w:pPr>
        <w:pStyle w:val="ArticleScripture"/>
        <w:jc w:val="left"/>
      </w:pPr>
      <w:r>
        <w:rPr>
          <w:rFonts w:ascii="Times New Roman" w:hAnsi="Times New Roman" w:eastAsia="Times New Roman" w:cs="Times New Roman"/>
        </w:rPr>
        <w:t>O, İmmanuel, o, Yəhudanın içindən keçəcək; daşacaq və aşıb-keçəcək, boyna qədər çatacaq; qanadlarının açılışı sənin ölkənin enini dolduracaq. Yeşaya 8:8.</w:t>
      </w:r>
    </w:p>
    <w:p>
      <w:pPr>
        <w:pStyle w:val="ArticleBody"/>
        <w:jc w:val="left"/>
      </w:pPr>
      <w:r>
        <w:rPr>
          <w:rFonts w:ascii="Times New Roman" w:hAnsi="Times New Roman" w:eastAsia="Times New Roman" w:cs="Times New Roman"/>
        </w:rPr>
        <w:t>Yeşaya Sennaxeribin ordusunun “daşaraq keçib gedəcəyini” öncədən xəbər verdikdə, bu yenə də onuncu və qırxıncı ayədəki eyni ibranicə ifadədir. Yeşaya, şimal padşahlığının Sennaxerib vasitəsilə cənub padşahlığı olan Yəhudanı fəth etdiyi zamanı müəyyən edir, lakin o, Yerusəlimi ayaqda qoydu, çünki yalnız “boyna qədər” çatdı; necə ki, onuncu ayədə Antiox sərhədə qədər çatmışdı. Sennaxeribin hərəkətə keçməsinin səbəbi Xizqiyanın Assuriya ilə olan əhdi pozması idi; bu, Xizqiyanın razılaşdırılmış xəracı verməyi dayandırması ilə təmsil olunur. Pozulmuş əhd bu üç paralel ayə içində anomaliyadır. Onların hər biri pozulmuş bir əhdi ehtiva edirdi, lakin Ptolemey və Napoleonla bağlı hallarda əhdi pozmaqda ittiham olunan şimal padşahı idi. Şimal padşahı olan Sennaxerib isə Xizqiyanı ayrılmış xəracı verməkdən imtina etməkdə ittiham etdi.</w:t>
      </w:r>
    </w:p>
    <w:p>
      <w:pPr>
        <w:pStyle w:val="ArticleScripture"/>
        <w:jc w:val="left"/>
      </w:pPr>
      <w:r>
        <w:rPr>
          <w:rFonts w:ascii="Times New Roman" w:hAnsi="Times New Roman" w:eastAsia="Times New Roman" w:cs="Times New Roman"/>
        </w:rPr>
        <w:t>Padşah Hizqiyanın on dördüncü ilində Aşşur padşahı Sənnaxerib Yəhudanın bütün möhkəmləndirilmiş şəhərlərinin üstünə çıxıb onları aldı. Yəhuda padşahı Hizqiya isə Lakişə, Aşşur padşahının yanına xəbər göndərib dedi: “Təqsir etmişəm; məndən geri dön; üzərimə nə qoysan, daşıyacağam.” Aşşur padşahı da Yəhuda padşahı Hizqiyanın üzərinə üç yüz talant gümüş və otuz talant qızıl qoydu. Hizqiya da Rəbbin məbədində və padşahın evinin xəzinələrində tapılan bütün gümüşü ona verdi. 2 Padşahlar 18:13–15.</w:t>
      </w:r>
    </w:p>
    <w:p>
      <w:pPr>
        <w:pStyle w:val="ArticleBody"/>
        <w:jc w:val="left"/>
      </w:pPr>
      <w:r>
        <w:rPr>
          <w:rFonts w:ascii="Times New Roman" w:hAnsi="Times New Roman" w:eastAsia="Times New Roman" w:cs="Times New Roman"/>
        </w:rPr>
        <w:t>Sennaxeribin şimal ordusu Yerusəlimə yürüşü zamanı Yəhudanın qırx altı şəhərini ələ keçirdi. İşaya 8:8-in onuncu və qırxıncı ayələrlə əlaqələnməsi böyük peyğəmbərlik əhəmiyyəti daşıyır; beləliklə, 1989-cu ildə Sovet İttifaqının cənub səltənətinin süqutuna üçüncü şahidlik verilir. Həmin süqut qırxıncı ayədəki boş bir dövrün başlanğıcını işarələyir. Qırxıncı ayənin 1989-cu ildəki yerinə yetməsindən, tezliklə gələcək bazar qanununu təmsil edən qırx birinci ayəyədək, qırxıncı ayədə boş bir dövr vardır. Həmin dövr 1989-cu ildə başlayır və bazar qanunu ilə başa çatır. Qırxıncı ayə həmin zaman dövrü barədə heç nə demir, lakin qırxıncı ayə “sətir üzərinə sətir” metodologiyası ilə başa düşülə bilər.</w:t>
      </w:r>
    </w:p>
    <w:p>
      <w:pPr>
        <w:pStyle w:val="ArticleBody"/>
        <w:jc w:val="left"/>
      </w:pPr>
      <w:r>
        <w:rPr>
          <w:rFonts w:ascii="Times New Roman" w:hAnsi="Times New Roman" w:eastAsia="Times New Roman" w:cs="Times New Roman"/>
        </w:rPr>
        <w:t>Qırxıncı ayənin gizli tarixini müəyyənləşdirmək üçün əsas “açar”lardan biri, Yeşayanın şimal padşahlığının cənub padşahlığına qarşı qələbə ilə nəticələnən cavab xarakterli müharibəsinə dair şəhadətidir. İstər Hizqiyanın Assuriyaya “xərac” vermək barədə əvvəlki öhdəliyə ehtiram göstərməməklə üsyanı olsun, istər Bernikanın Antiox tərəfindən bir kənara qoyulması, istərsə də Napoleonun Tolentino Müqaviləsi — hər üç ayə hücum üçün əsas motiv kimi pozulmuş bir müqaviləni vurğulayan tarixlər vasitəsilə yerinə yetirilmişdir. Obama prezidentliyi dövründə, Con Kerrinin rəhbərlik etdiyi Dövlət Departamenti nəzdində, köməkçi katib Viktoriya Nuland Ukrayna hökumətini devirmək üçün rəngli inqilab həyata keçirdi. Həmin andan etibarən Ukrayna müharibəsi barədə bir mübahisənin iki tərəfi mövcuddur; Putin bunun pozulmuş bir müqavilə olduğunu deyir, onun əleyhdarları isə Putinin işarə etdiyi müqavilənin Putinin iddia etdiyi kontekstdə heç vaxt mövcud olmadığını söyləyirlər. Müqavilənin həqiqətən bağlanıb sonra pozulması, yaxud əksinə olması əhəmiyyət kəsb etmir, çünki peyğəmbərlik qeydi sadəcə olaraq müharibə üçün motivasiya kimi pozulmuş bir müqaviləni qeydə alır.</w:t>
      </w:r>
    </w:p>
    <w:p>
      <w:pPr>
        <w:pStyle w:val="ArticleBody"/>
        <w:jc w:val="left"/>
      </w:pPr>
      <w:r>
        <w:rPr>
          <w:rFonts w:ascii="Times New Roman" w:hAnsi="Times New Roman" w:eastAsia="Times New Roman" w:cs="Times New Roman"/>
        </w:rPr>
        <w:t>Yeşaya 8:8, şimal padşahının yalnız boyuna qədər, yaxud başa qədər fəth etdiyini görmək üçün “açar”ı verir. Həmin “açar”, 1989-cu ildə bədənin süqutundan sonra ayaqda qalmış başın Rusiya olduğunu müəyyən edir. Səkkizinci ayənin peyğəmbərlik əhəmiyyəti təkcə başı müəyyən edən “açar”da deyil, həm də “boyun”un başı, yaxud paytaxt şəhərini təmsil etdiyini göstərməsindədir; bu isə yalnız Yeşaya 8-dəki eyni görüntünün daha əvvəlki bir parçası ilə əlaqədə müəyyən edilə bilər. Həmin görüntü yeddinci fəsildə başlayır və yeddinci və səkkizinci ayələrdə baş bir padşah, yaxud onun padşahlığı, yaxud da bir padşahlığın paytaxt şəhəri kimi müəyyən edilir. Yerusəlim Yəhudanın paytaxtı idi; onun 46 şəhəri Sanxerivin ordusu tərəfindən fəth edildi, lakin Sanxeriv Yerusəlim paytaxt şəhərini ayaqda qoydu.</w:t>
      </w:r>
    </w:p>
    <w:p>
      <w:pPr>
        <w:pStyle w:val="ArticleScripture"/>
        <w:jc w:val="left"/>
      </w:pPr>
      <w:r>
        <w:rPr>
          <w:rFonts w:ascii="Times New Roman" w:hAnsi="Times New Roman" w:eastAsia="Times New Roman" w:cs="Times New Roman"/>
        </w:rPr>
        <w:t>Çünki Suriyanın başı Dəməşqdir, Dəməşqin başı isə Rezin; və altmış beş il ərzində Efrayim elə qırılacaq ki, artıq xalq olmayacaq.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Sennaxeribin ordusu e.ə. 701-ci ildə Yerusəlimin divarlarına gəldikdə, boyna qədər gəldi və bunu etməklə, 1989-cu il çöküşündən sonra Rusiyanın qalmasına dair tarixi bir şahidlik buraxdı. Böyük Antiox cənub padşahlığına qarşı cavab zərbəsinə başladıqda, onuncu ayədə Misirin sərhədinə qədər gəldi, lakin içəri girmədi. Onuncu ayədə Antioxun qələbəsində əhəmiyyətli olan budur ki, bu, Antiox tərəfindən aydın seçilən bir döyüşü olmayan hərbi yürüşün nəticəsini işarələyir, lakin əvvəlcədən itirilmiş coğrafiyanın yenidən bərqərar edilməsində onun fəaliyyətini təmsil edir. Onun onuncu ayədəki fəthi bir neçə qələbənin yekununu təmsil edir. O, dördüncü Suriya müharibəsinin yürüşünü Rafiyada başa çatdırdı; “Rafia” “sərhəd diyarı” deməkdir və Rafia Misirin sərhədi, yaxud “boynu” idi. Antioxun e.ə. 219-cu ildən e.ə. 217-ci ilədək olan yürüşü 1989-cu ildən 1991-ci ilədək Sovet İttifaqının çöküşünün daşması və aşması hadisəsini təmsil edir; o zaman padşah ölkələrin üzərindən keçdi.</w:t>
      </w:r>
    </w:p>
    <w:p>
      <w:pPr>
        <w:pStyle w:val="ArticleBody"/>
        <w:jc w:val="left"/>
      </w:pPr>
      <w:r>
        <w:rPr>
          <w:rFonts w:ascii="Times New Roman" w:hAnsi="Times New Roman" w:eastAsia="Times New Roman" w:cs="Times New Roman"/>
        </w:rPr>
        <w:t>Peyğəmbərlik baxımından Yeşaya 8:8, Sennaxeribin döyüşündə boyun, yaxud Antioxusun döyüşündə qala kimi Rusiyanın, on birinci ayənin yerinə yetməsi ilə təmsil olunduğu kimi, Rafiya döyüşündə cənub padşahı olaraq müəyyən edilməsinə imkan verir. Bununla o, əjdaha (cənub padşahı), vəhşi heyvan (şimali padşah) və yalançı peyğəmbər (şimali padşahın vəkil qüvvəsi) ilə təmsil olunan xarici tarixi birbaşa olaraq yeddinci fəslin yeddinci ayəsindəki altmış beş illik peyğəmbərliklə təmsil olunan daxili peyğəmbərlik xətti ilə əlaqələndirir.</w:t>
      </w:r>
    </w:p>
    <w:p>
      <w:pPr>
        <w:pStyle w:val="ArticleBody"/>
        <w:jc w:val="left"/>
      </w:pPr>
      <w:r>
        <w:rPr>
          <w:rFonts w:ascii="Times New Roman" w:hAnsi="Times New Roman" w:eastAsia="Times New Roman" w:cs="Times New Roman"/>
        </w:rPr>
        <w:t>Peyğəmbərlik baxımından Sanxeribin Yerusəlimə qarşı yürüşünün əhəmiyyəti Müqəddəs Yazılarda Allahın qüdrətinə dair ən güclü peyğəmbərlik şahidliklərindən birini təqdim edir, çünki Allah orada bir gecənin içində Sanxeribin 185.000 nəfərlik ordusunu məhv etdi. Bir gün əvvəl isə Yerusəlimin divarı üzərində həm Elyaqim, həm də Şebna var idi; onlar 1844-cü ilin bağlı qapısında və bazar günü qanununun bağlı qapısında möhürlənən Laodikiyalı və Filadelfiyalı Adventizmin simvollarıdır.</w:t>
      </w:r>
    </w:p>
    <w:p>
      <w:pPr>
        <w:pStyle w:val="ArticleScripture"/>
        <w:jc w:val="left"/>
      </w:pPr>
      <w:r>
        <w:rPr>
          <w:rFonts w:ascii="Times New Roman" w:hAnsi="Times New Roman" w:eastAsia="Times New Roman" w:cs="Times New Roman"/>
        </w:rPr>
        <w:t>Padşah Hizqiyanın padşahlığının on dördüncü ilində belə oldu: Aşşur padşahı Sanxerib Yəhudanın bütün möhkəmləndirilmiş şəhərlərinə qarşı yürüş etdi və onları aldı. Aşşur padşahı Lakişdən Yerusəlimə, padşah Hizqiyanın yanına, böyük bir ordu ilə Rabşaqeni göndərdi. O da yuxarı hovuzun su kəmərinin yanında, yuyucunun tarlasına gedən yolun üstündə dayandı. O zaman ev sarayına nəzarət edən Hilqiyanın oğlu Elyaqim, katib Şevna və salnaməçi Asafın oğlu Yoah onun yanına çıxdılar. Yeşaya 36:1–3.</w:t>
      </w:r>
    </w:p>
    <w:p>
      <w:pPr>
        <w:pStyle w:val="ArticleBody"/>
        <w:jc w:val="left"/>
      </w:pPr>
      <w:r>
        <w:rPr>
          <w:rFonts w:ascii="Times New Roman" w:hAnsi="Times New Roman" w:eastAsia="Times New Roman" w:cs="Times New Roman"/>
        </w:rPr>
        <w:t>Yeşaya kitabının yeddinci fəslində Yeşaya cənub padşahlığı olan Yəhudanın padşahı pis Ahaza bir xəbərlə göndərilir. Səkkizinci fəslin səkkizinci ayəsində Sanxerivin hücum etdiyi məhz həmin padşahlıqdır. Yeşaya pis padşah Ahazla görüşdükdə, onunla “üst hovuzun su yolunun yanında, parçayuyan sahəsinin şosesi üzərində” görüşür; bu da Rəbşaqənin Rəbbin adına küfr etdiyi yerin elə özüdür. Yeşaya öyrədirdi ki, o və övladları əlamətlər idi.</w:t>
      </w:r>
    </w:p>
    <w:p>
      <w:pPr>
        <w:pStyle w:val="ArticleScripture"/>
        <w:jc w:val="left"/>
      </w:pPr>
      <w:r>
        <w:rPr>
          <w:rFonts w:ascii="Times New Roman" w:hAnsi="Times New Roman" w:eastAsia="Times New Roman" w:cs="Times New Roman"/>
        </w:rPr>
        <w:t>Baxın, mən və Rəbbin mənə verdiyi övladlar İsraildə aləmlər və möcüzələr üçünik; Sion dağında sakin olan Ordular Rəbbindənik. Yeşaya 8:18.</w:t>
      </w:r>
    </w:p>
    <w:p>
      <w:pPr>
        <w:pStyle w:val="ArticleBody"/>
        <w:jc w:val="left"/>
      </w:pPr>
      <w:r>
        <w:rPr>
          <w:rFonts w:ascii="Times New Roman" w:hAnsi="Times New Roman" w:eastAsia="Times New Roman" w:cs="Times New Roman"/>
        </w:rPr>
        <w:t>Yeşaya pis padşah Ahazla “yuxarı hovuzun suötürücüsünün yanında, fullonçunun tarlasına gedən yolun üstündə” görüşəndə, oğlu Şear-Yaşubu da özü ilə gətirmişdi; bu adın mənası belədir: “bir qalıq geri dönəcək.”</w:t>
      </w:r>
    </w:p>
    <w:p>
      <w:pPr>
        <w:pStyle w:val="ArticleScripture"/>
        <w:jc w:val="left"/>
      </w:pPr>
      <w:r>
        <w:rPr>
          <w:rFonts w:ascii="Times New Roman" w:hAnsi="Times New Roman" w:eastAsia="Times New Roman" w:cs="Times New Roman"/>
        </w:rPr>
        <w:t>Sonra Rəbb Yeşayaya dedi: “İndi sən və oğlun Şear-Yaşuv gedib Ahaza üst hovuzun su kəmərinin qurtaracağında, parçaağardanın tarlası yolunda rast gəlin.” Yeşaya 7:3.</w:t>
      </w:r>
    </w:p>
    <w:p>
      <w:pPr>
        <w:pStyle w:val="ArticleBody"/>
        <w:jc w:val="left"/>
      </w:pPr>
      <w:r>
        <w:rPr>
          <w:rFonts w:ascii="Times New Roman" w:hAnsi="Times New Roman" w:eastAsia="Times New Roman" w:cs="Times New Roman"/>
        </w:rPr>
        <w:t>Şear-Yaşub göstərir ki, Yeşayanın “yuxarı hovuzun su kəmərinin sonunda, çırpıcı tarlasının yolu üzərində” elan etdiyi xəbər qayıdan qalıq dəstəni müəyyən edən bir xəbərdir. Həmin qalıq, Malaki kitabında Rəbbə qayıtmaqla və onda birləri anbara qaytarmaqla Rəbbi sınamağa çağırılanlardır. Qayıdanlar, həmçinin, Yeremya tərəfindən ilk məyusluqdan sonra qayıdanlar kimi təsvir olunur. Yeddinci fəsildə “yuxarı hovuzun su kəmərinin sonunda, çırpıcı tarlasının yolu üzərində” ifadəsi Yeşayanın pis bir cənub padşahına xəbər verməsini təsvir edir, Yeşaya otuz altıncı fəsildə isə Elyaqim, Şebna və salnaməçi Yoah Hizqiya adına çıxış etdilər, Rabşaqe isə Sanxerivi təmsil edirdi.</w:t>
      </w:r>
    </w:p>
    <w:p>
      <w:pPr>
        <w:pStyle w:val="ArticleBody"/>
        <w:jc w:val="left"/>
      </w:pPr>
      <w:r>
        <w:rPr>
          <w:rFonts w:ascii="Times New Roman" w:hAnsi="Times New Roman" w:eastAsia="Times New Roman" w:cs="Times New Roman"/>
        </w:rPr>
        <w:t>“Parçaçının tarlasına gedən yol üzərindəki yuxarı hovuzun su kəmərinin qurtaracağında” verilən ilk xəbər İşa­ya və onun oğlu tərəfindən bəyan edildi, “parçaçının tarlasına gedən yol üzərindəki yuxarı hovuzun su kəmərinin qurtaracağında” verilən son xəbər isə üç şəxs tərəfindən bəyan edildi. Birinci xəbər daxili bir padşaha, ikinci isə xarici bir padşaha idi. Ayırıcı xətt divardır; bu, Allahın qanununun rəmzidir, habelə kilsə ilə dövlət arasındakı ayrılıq divarının götürülməsini təmsil edən bazar qanunudur. Bazar qanununda, yaxud divarda, üç rəmz vardır: Elyaqim Filadelfiyadır, Şebna Laodikeyadır və salnaməçi Yoav Sardisdir.</w:t>
      </w:r>
    </w:p>
    <w:p>
      <w:pPr>
        <w:pStyle w:val="ArticleBody"/>
        <w:jc w:val="left"/>
      </w:pPr>
      <w:r>
        <w:rPr>
          <w:rFonts w:ascii="Times New Roman" w:hAnsi="Times New Roman" w:eastAsia="Times New Roman" w:cs="Times New Roman"/>
        </w:rPr>
        <w:t>Bazar qanunu zamanı, Daniel 11:41-ə görə bir çoxları yıxılacaq və bu şəxslər yeddinci gün olan Şənbə barədə aldıqları işığa görə məsul tutulanlardır. Qırx birinci ayədə yıxılanlar Laodikeyalı Yeddinci Gün Adventistləridir, Eliakim isə Filadelfiyanı təmsil edir.</w:t>
      </w:r>
    </w:p>
    <w:p>
      <w:pPr>
        <w:pStyle w:val="ArticleScripture"/>
        <w:jc w:val="left"/>
      </w:pPr>
      <w:r>
        <w:rPr>
          <w:rFonts w:ascii="Times New Roman" w:hAnsi="Times New Roman" w:eastAsia="Times New Roman" w:cs="Times New Roman"/>
        </w:rPr>
        <w:t>Və o gün olacaq ki, Mən Hilqiyanın oğlu qulum Elyaqimi çağıracağam. Mən ona sənin libasını geyindirəcəyəm, onu sənin qurşağınla möhkəmləndirəcəyəm və hökmranlığını onun əlinə verəcəyəm; o da Yerusəlim sakinlərinə və Yəhuda evinə ata olacaq. Davud evinin açarını onun çiyni üzərinə qoyacağam; beləliklə o açacaq, heç kəs bağlamayacaq; o bağlayacaq, heç kəs açmayacaq. Yeşaya 22:20–22.</w:t>
      </w:r>
    </w:p>
    <w:p>
      <w:pPr>
        <w:pStyle w:val="ArticleScripture"/>
        <w:jc w:val="left"/>
      </w:pPr>
      <w:r>
        <w:rPr>
          <w:rFonts w:ascii="Times New Roman" w:hAnsi="Times New Roman" w:eastAsia="Times New Roman" w:cs="Times New Roman"/>
        </w:rPr>
        <w:t>Filadelfiyadakı kilsənin mələyinə yaz: Müqəddəs Olan, Həqiqi Olan, Davudun açarına malik olan, açdığı zaman heç kimin bağlaya bilmədiyi, bağladığı zaman isə heç kimin aça bilmədiyi belə deyir: Əməllərini bilirəm; budur, önünə açıq bir qapı qoymuşam və heç kim onu bağlaya bilməz; çünki az qüvvən vardır, Mənim sözümü saxlamısan və adımı inkar etməmisən. Budur, Şeytanın sinaqoqundan olanları — özlərini yəhudi adlandıran, lakin yəhudi olmayan, əksinə yalan söyləyənləri — sənin ayaqların önünə gəlib səcdə etməyə vadar edəcəyəm və səni sevdiyimi onlara bildirəcəyəm. Vəhy 3:7–9.</w:t>
      </w:r>
    </w:p>
    <w:p>
      <w:pPr>
        <w:pStyle w:val="ArticleBody"/>
        <w:jc w:val="left"/>
      </w:pPr>
      <w:r>
        <w:rPr>
          <w:rFonts w:ascii="Times New Roman" w:hAnsi="Times New Roman" w:eastAsia="Times New Roman" w:cs="Times New Roman"/>
        </w:rPr>
        <w:t>Şəbna Elyaqimlə əvəz olunur və divar üzərindəki Şəbna erkən və ya son yağışın xəbəri ilə faydalanmaqdan imtina edən Laodikiyaçı Yeddinci Gün Adventistlərini təmsil edir. Kilsə ilə birlikdə olan erkən yağış Yeşaya və geri qayıdan qalıqla təmsil olunurdu və xəbər, pis padşah Ahazla təmsil olunan mürtəd bir kilsəyə yönəlmişdi. Divardan gələn xəbər Yerusəlimi məğlub etməyə çalışan şimalın pis bir padşahına verilmişdi və o, erkən yağışla münasibətdə son yağışı təmsil edir. Allahın kilsəsi mühakimə olunarkən erkən və ya əvvəlki yağışlar səpir, lakin bazar qanunu zamanı yağış ölçüsüz şəkildə tökülür. Ahaza olan xəbər daxili xəbər idi, Sanxerivə olan xəbər isə xarici idi. Vəhy 18:1–3-dəki birinci səs ikinci mələyin xəbərinin təkrarıdır və daxilidir. Vəhy on səkkizinci fəslin dördüncü ayəsindəki ikinci səs xaricidir və üçüncü xəbərdir. Yeşaya və onun oğlu daxili ikinci mələk xəbərini gətirdilər və divar üzərində xarici bir xəbərlə birlikdə üç can var.</w:t>
      </w:r>
    </w:p>
    <w:p>
      <w:pPr>
        <w:pStyle w:val="ArticleBody"/>
        <w:jc w:val="left"/>
      </w:pPr>
      <w:r>
        <w:rPr>
          <w:rFonts w:ascii="Times New Roman" w:hAnsi="Times New Roman" w:eastAsia="Times New Roman" w:cs="Times New Roman"/>
        </w:rPr>
        <w:t>Elyaqim yüz qırx dörd min nəfərdir; Şebna isə həmin vaxt Rəbbin ağzından çıxarılıb atılan Laodikeya Yeddinci Gün Adventizmidir. Yaddaşçı Yoav divara qədər aparıb çıxaran tarixi qeydə alan Allahın başqa sürüsünü təmsil edir ki, Elyaqimin bayrağı qaldırıldığı zaman onu tanısınlar.</w:t>
      </w:r>
    </w:p>
    <w:p>
      <w:pPr>
        <w:pStyle w:val="ArticleBody"/>
        <w:jc w:val="left"/>
      </w:pPr>
      <w:r>
        <w:rPr>
          <w:rFonts w:ascii="Times New Roman" w:hAnsi="Times New Roman" w:eastAsia="Times New Roman" w:cs="Times New Roman"/>
        </w:rPr>
        <w:t>Yeşaya 8:8, Yeşayanın altıncıdan on ikinciyə qədər olan fəsillərindəki xəbərləri Daniel 11:10-a daxil edir. Bununla da, hücumdan sonra padşahlığın başının ayaqda qaldığına dair ikinci bir şahid təqdim edir. Bu ayə, bir döyüşü təhrik etmək üçün istifadə olunan pozulmuş əhd arqumentini müəyyənləşdirir.</w:t>
      </w:r>
    </w:p>
    <w:p>
      <w:pPr>
        <w:pStyle w:val="ArticleBody"/>
        <w:jc w:val="left"/>
      </w:pPr>
      <w:r>
        <w:rPr>
          <w:rFonts w:ascii="Times New Roman" w:hAnsi="Times New Roman" w:eastAsia="Times New Roman" w:cs="Times New Roman"/>
        </w:rPr>
        <w:t>1989-cu ildə Sovet İttifaqının süqutundan, qırxıncı ayədəki növbəti ayədə təmsil olunan tezliklə gələcək bazar qanununadək, qırxıncı ayənin heç nə demədiyi otuz yeddi illik peyğəmbərlik tarixi vardır. Daniel on birin ondan on beşə qədər olan ayələri qırxıncı ayədə toxunulmayan peyğəmbərlik tarixini təmsil edir. Bu, yalnız “sətir üzərinə sətir” metodologiyasını tətbiq etdikdə görünə bilər. “Əgər iman etməsəniz, şübhəsiz, möhkəmlənməyəcəksiniz” — 1989-cu ili təsvir edən üç ayəyə bağlı olan peyğəmbərlik xəbərdarlığı budur və Yeşaya səkkizin səkkizinci ayəsinin tarixi yerinə yetməsi Elyaqim və Şebna üçün bir sınağı təsvir edir. Görə bilirsinizmi, yoxsa korsunuz?</w:t>
      </w:r>
    </w:p>
    <w:p>
      <w:pPr>
        <w:pStyle w:val="ArticleBody"/>
        <w:jc w:val="left"/>
      </w:pPr>
      <w:r>
        <w:rPr>
          <w:rFonts w:ascii="Times New Roman" w:hAnsi="Times New Roman" w:eastAsia="Times New Roman" w:cs="Times New Roman"/>
        </w:rPr>
        <w:t>Daniel on birin qırx birinci ayəsi, on altıncı ayəni yerinə yetirmiş tarixlə timsallaşdırılan, Amerika Birləşmiş Ştatlarında tezliklə gələcək bazar günü qanunudur.</w:t>
      </w:r>
    </w:p>
    <w:p>
      <w:pPr>
        <w:pStyle w:val="ArticleScripture"/>
        <w:jc w:val="left"/>
      </w:pPr>
      <w:r>
        <w:rPr>
          <w:rFonts w:ascii="Times New Roman" w:hAnsi="Times New Roman" w:eastAsia="Times New Roman" w:cs="Times New Roman"/>
        </w:rPr>
        <w:t>Lakin ona qarşı gələn öz istəyinə görə hərəkət edəcək və heç kəs onun qarşısında dayana bilməyəcək; o da izzətli ölkədə dayanacaq və o ölkə onun əli ilə məhv ediləcək. Daniel 11:16.</w:t>
      </w:r>
    </w:p>
    <w:p>
      <w:pPr>
        <w:pStyle w:val="ArticleScripture"/>
        <w:jc w:val="left"/>
      </w:pPr>
      <w:r>
        <w:rPr>
          <w:rFonts w:ascii="Times New Roman" w:hAnsi="Times New Roman" w:eastAsia="Times New Roman" w:cs="Times New Roman"/>
        </w:rPr>
        <w:t>O, həmçinin izzətli diyara girəcək və bir çox ölkələr devriləcək; lakin bunlar onun əlindən qurtulacaq: Edom, Moav və Ammon övladlarının başçıları. Daniel 11:41.</w:t>
      </w:r>
    </w:p>
    <w:p>
      <w:pPr>
        <w:pStyle w:val="ArticleBody"/>
        <w:jc w:val="left"/>
      </w:pPr>
      <w:r>
        <w:rPr>
          <w:rFonts w:ascii="Times New Roman" w:hAnsi="Times New Roman" w:eastAsia="Times New Roman" w:cs="Times New Roman"/>
        </w:rPr>
        <w:t>Daniel kitabının on birinci fəslində on altıncı ayədən otuzuncu ayəyədək olan hissənin tarixi icrası bütpərəst Romanın tarixidir. Danielin on birinci fəslindəki hər bir peyğəmbərlik sətri ya bütpərəst, ya papalıq, ya da müasir Romanın tarixini təmsil edir. Hər bir sətir ya birbaşa Roma tarixinə işarə edir, ya da gələcəkdəki bir Roma tarixini təmsil edir. Hər bir sətir. Bütpərəst Roma tərəfindən icra olunmuş tarixə birbaşa aid olan ayələr papalıq Romanı təmsil edir. Bütpərəst Roma ilə papalıq Roma birlikdə müasir Roma haqqında şahidlik edir. Roma bu görüntünü müəyyən edir, çünki fəslin əvvəlindən sonunadək görüntü Roma haqqındadır.</w:t>
      </w:r>
    </w:p>
    <w:p>
      <w:pPr>
        <w:pStyle w:val="ArticleBody"/>
        <w:jc w:val="left"/>
      </w:pPr>
      <w:r>
        <w:rPr>
          <w:rFonts w:ascii="Times New Roman" w:hAnsi="Times New Roman" w:eastAsia="Times New Roman" w:cs="Times New Roman"/>
        </w:rPr>
        <w:t>İsa xainin kim olduğunu Yəhudanın xəyanəti aşkara çıxarılanda şagirdlərinin iman etmələrinə kömək etmək məqsədilə bildirdi.</w:t>
      </w:r>
    </w:p>
    <w:p>
      <w:pPr>
        <w:pStyle w:val="ArticleScripture"/>
        <w:jc w:val="left"/>
      </w:pPr>
      <w:r>
        <w:rPr>
          <w:rFonts w:ascii="Times New Roman" w:hAnsi="Times New Roman" w:eastAsia="Times New Roman" w:cs="Times New Roman"/>
        </w:rPr>
        <w:t>“Yəhudanın üzərinə vay elan edərkən, Məsihin Öz şagirdlərinə qarşı da mərhəmət məqsədi var idi. Bununla O, onlara Öz Məsihliyinin ən qəti dəlilini verdi. «Mən sizə baş verməzdən əvvəl deyirəm», — O buyurdu, — «ta ki, baş verdiyi zaman Mənim O Olduğuma iman edəsiniz». Əgər İsa Ona gələcək şeylərdən zahirən xəbərsiz kimi susub qalsaydı, şagirdlər düşünə bilərdilər ki, onların Müəllimi ilahi uzaqgörənliyə malik deyildi və qatil izdihamın əlinə təəccüblə düşərək təslim edilmişdi. Bir il əvvəl İsa şagirdlərə demişdi ki, O, on iki nəfəri seçmişdir və onlardan biri iblisdir. İndi isə Yəhudaya söylədiyi, onun xəyanətinin Müəlliminə tamamilə məlum olduğunu göstərən sözlər, Məsihin alçaldılması zamanı Onun həqiqi davamçılarının imanını möhkəmləndirəcəkdi. Və Yəhuda öz dəhşətli sonuna çatdıqda, onlar İsanın xainin üzərinə elan etdiyi vay sözünü xatırlayacaqdılar.” The Desire of Ages, 655.</w:t>
      </w:r>
    </w:p>
    <w:p>
      <w:pPr>
        <w:pStyle w:val="ArticleBody"/>
        <w:jc w:val="left"/>
      </w:pPr>
      <w:r>
        <w:rPr>
          <w:rFonts w:ascii="Times New Roman" w:hAnsi="Times New Roman" w:eastAsia="Times New Roman" w:cs="Times New Roman"/>
        </w:rPr>
        <w:t>31 dekabr 2023-cü ildə Yəhuda qəbiləsinin Aslanı Özünün vəhyini möhürdən açmağa başladı və təməl sınaq başlandı. Sınaq, on dördüncü ayədə görüntünü təsis edən rəmzin hələ də Roma olub-olmaması, yoxsa vəziyyətin dəyişib-dəyişməməsi barədə idi. Birləşmiş Ştatlardan olan birinci antixrist 8 may 2025-ci ildə hökmranlıq etməyə başlayanda, on dördüncü ayə yerinə yetmişdi. O zaman görünə bildi ki, Tramp ilə papa Leo arasındakı münasibət, Reyqan və II İohann Pavel tərəfindən tipoloji olaraq öncədən göstərilmişdi. Birləşmiş Ştatların Dövlət Departamentinin Ukraynada rəngli inqilabı həyata keçirdiyi zaman, 2014-cü ildə başlanan Ukrayna müharibəsi, iki papanın dövründə hökm sürən Obamanın prezidentliyi zamanı baş verdi. Onuncu ayədə Reyqan və II İohann Pavel, sonra isə 2014-cü ildə Ukrayna müharibəsi on birinci ayənin sərhəd bölgəsi döyüşü, yaxud Rafiya döyüşü ilə təmsil olunduğu kimi başlandı. Rafiya “sərhəd bölgəsi” deməkdir və “Ukrayna” sözü də eyni mənanı verir. Həmin tarixdə Obama və iki papa onuncu ayədən on beşinci ayəyə qədər olan üç döyüşün ikincisini qeyd edir. Sonra 2024-cü ildə Tramp on üçüncü ayənin yerinə yetməsi olaraq geri döndü. Daha sonra on dördüncü ayədə görüntü Trampın papalıq üzrə qarşılığının gəlişi ilə təsis edilir.</w:t>
      </w:r>
    </w:p>
    <w:p>
      <w:pPr>
        <w:pStyle w:val="ArticleBody"/>
        <w:jc w:val="left"/>
      </w:pPr>
      <w:r>
        <w:rPr>
          <w:rFonts w:ascii="Times New Roman" w:hAnsi="Times New Roman" w:eastAsia="Times New Roman" w:cs="Times New Roman"/>
        </w:rPr>
        <w:t>Müəyyən edilmiş olan budur ki, ondan on beşə qədər olan ayələrin üç döyüşü, hər biri Bazar qanununda Karmel dağına aparan İzebel ilə Axav arasındakı münasibəti müəyyənləşdirən üç nişangahı təmsil edir. Reagan ilə İzebel Samariyada idi, gizli bir ittifaq vasitəsilə ört-basdır edilmişdi. Sonra Baalın kahinləri və Aşera peyğəmbərləri ayıqçı liberal katolisizmin spiritizmini ucaltdılar; bu, Obamanın həm dönük protestantlığın yalançı peyğəmbərinin, həm də İslamın yalançı peyğəmbərinin şizofrenik simvolizmi, ana yerə sitayiş, Fransız İnqilabının əxlaqsızlığı və anarxiyası ilə birləşmişdi. Sonra Trump 2024-cü ildə geri qayıtdı və vəhşi heyvanla onun surəti arasındakı açıq münasibət 2025-ci ildə aşkar edildi. İndi 2026-cı ildir və təməlin xarici görüntü sınağı keçilmişdir; biz isə indi məbəd sınağının görüntüsündəyik.</w:t>
      </w:r>
    </w:p>
    <w:p>
      <w:pPr>
        <w:pStyle w:val="ArticleBody"/>
        <w:jc w:val="left"/>
      </w:pPr>
      <w:r>
        <w:rPr>
          <w:rFonts w:ascii="Times New Roman" w:hAnsi="Times New Roman" w:eastAsia="Times New Roman" w:cs="Times New Roman"/>
        </w:rPr>
        <w:t>On birinci ayə e.ə. 217-ci ildə Rafiya döyüşündə yerinə yetdi və 2014-cü ildə başlayan, 2022-ci ildə kəskinləşən və indi isə başa çatmaq üzrə olan Ukrayna Müharibəsini tipləşdirir. Putin qalib gələcək, lakin bu qələbə sadəcə onun süqutunun başlanğıcını təqdim edir. On birinci ayənin peyğəmbərlik quruluşu və onun e.ə. 217-ci ildə Rafiya döyüşündə Ptolemeyin qələbəsində, on birinci fəslin on birinci ayəsinin yerinə yetməsi olaraq, tarixi icrası padşah Uzziyanın peyğəmbərlik tarixi ilə uyğunluq təşkil edir. Həm Ptolemey, həm də Uzziya cənub padşahları idilər; onların ürəkləri hərbi uğurlara görə ucaldı, lakin məhz ucalmış ürəkləri onların hər ikisini süquta uğratdı və hər ikisinin məhvi Yerusəlimdəki müqəddəs məkanda təqdim etmək üçün qarşılıqlı cəhdlərlə əlaqələndirilir.</w:t>
      </w:r>
    </w:p>
    <w:p>
      <w:pPr>
        <w:pStyle w:val="ArticleBody"/>
        <w:jc w:val="left"/>
      </w:pPr>
      <w:r>
        <w:rPr>
          <w:rFonts w:ascii="Times New Roman" w:hAnsi="Times New Roman" w:eastAsia="Times New Roman" w:cs="Times New Roman"/>
        </w:rPr>
        <w:t>Növbəti məqalədə on beşinci ayədə Panium döyüşünə aparıb çıxaran Putinin süqutunu nəzərdən keçirməyə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altı nömrə</dc:title>
  <dc:subject>Axır Zaman</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