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İyirmi Birinci Sayı</w:t>
      </w:r>
    </w:p>
    <w:p>
      <w:pPr>
        <w:pStyle w:val="ArticleSubtitle"/>
        <w:jc w:val="left"/>
      </w:pPr>
      <w:r>
        <w:rPr>
          <w:rFonts w:ascii="Arial" w:hAnsi="Arial" w:eastAsia="Arial" w:cs="Arial"/>
        </w:rPr>
        <w:t>Şöhrətli ölkədə bazar günü qanununa doğru hərəkət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Daniel on birinci fəsildə on altıncı ayədən iyirmi ikinci ayəyədək olan tarix Bazar qanununun bir tipləşdirilməsi ilə başlayır və bununla da sona çatır. Xəttin başlanğıcı ilə sonunun eyni olması Məsihin möhürünü — Alfa və Omeqanı — aşkar edir. Peyğəmbərlik baxımından bu, on altıncı ayənin iyirmi ikinci ayə ilə uyğunlaşdırılmasını tələb edir. Bu edildikdə, Makkabilər xətti ilə təmsil olunan əzəmətli ölkənin tarixi onuncu ayədən on beşinci ayəyədək olan ayələrin tarixinə keçir.</w:t>
      </w:r>
    </w:p>
    <w:p>
      <w:pPr>
        <w:pStyle w:val="ArticleHeading"/>
        <w:jc w:val="left"/>
      </w:pPr>
      <w:r>
        <w:rPr>
          <w:rFonts w:ascii="Arial" w:hAnsi="Arial" w:eastAsia="Arial" w:cs="Arial"/>
        </w:rPr>
        <w:t>Makkabilər</w:t>
      </w:r>
    </w:p>
    <w:p>
      <w:pPr>
        <w:pStyle w:val="ArticleBody"/>
        <w:jc w:val="left"/>
      </w:pPr>
      <w:r>
        <w:rPr>
          <w:rFonts w:ascii="Times New Roman" w:hAnsi="Times New Roman" w:eastAsia="Times New Roman" w:cs="Times New Roman"/>
        </w:rPr>
        <w:t>Makkabilərin üsyanı 1776-cı ildə başlayıb, Amerika Birləşmiş Ştatları 1798-ci ildə Müqəddəs Kitab peyğəmbərliyinin altıncı padşahlığına çevrildiyi zaman başa çatan iyirmi iki ili təmsil edir. Bu, iyirmi iki rəqəmini 1798-ci ildəki axır zamanla birbaşa bağlı olan bir tarix kimi müəyyən edir; Daniel on birin qırxıncı ayəsinin də başlandığı yer məhz budur.</w:t>
      </w:r>
    </w:p>
    <w:p>
      <w:pPr>
        <w:pStyle w:val="ArticleBody"/>
        <w:jc w:val="left"/>
      </w:pPr>
      <w:r>
        <w:rPr>
          <w:rFonts w:ascii="Times New Roman" w:hAnsi="Times New Roman" w:eastAsia="Times New Roman" w:cs="Times New Roman"/>
        </w:rPr>
        <w:t>İyirmi iki rəqəminin 1798-ci illə əlaqəsini müəyyənləşdirmək mühümdür. Makkabi üsyanı Amerika inqilabını tipoloji olaraq təmsil etməklə, şanlı ölkənin hər iki inqilabını (hərfi və ruhani) həm Selevkilərin və Avropa padşahlarının dövlət idarəçiliyini, həm də Yunanıstan və Romanın kilsə hakimiyyətini rədd edən inqilablar kimi bir xəttə gətirir. Hər iki tarixi şahidlikdə Yunanıstan və Roma şimal padşahını təmsil edirdi.</w:t>
      </w:r>
    </w:p>
    <w:p>
      <w:pPr>
        <w:pStyle w:val="ArticleBody"/>
        <w:jc w:val="left"/>
      </w:pPr>
      <w:r>
        <w:rPr>
          <w:rFonts w:ascii="Times New Roman" w:hAnsi="Times New Roman" w:eastAsia="Times New Roman" w:cs="Times New Roman"/>
        </w:rPr>
        <w:t>Makkabilər xətti iyirmi üçüncü ayədə təmsil olunur, lakin o, on beşinci ayədəki Paniyumdan 33 il sonra başlayan və on altıncı ayədəki Pompeydən bir qədər artıq yüz il əvvəlki tarixi təmsil edir. Bu xətt çarmıx mühakiməsi ilə başa çatır; həmin mühakimə e. 70-ci ilə qədər uzanmışdır, baxmayaraq ki, bu mühakimə dövrü iyirmi ikinci ayədə sadəcə çarmıx kimi göstərilir. Peyğəmbərlik baxımından Makkabi xətti, 1776-cı ildən etibarən əzəmətli diyarı, sonra isə 1798-ci ili Həsmoney sülaləsi və ardınca Hirod sülaləsi ilə birlikdə çarmıxa və e. 70-ci ilə qədər təmsil edərək, iyirmi ikinci ayədə sona çatır və 1776-cı ildən 1798-ci ilə qədər olan iyirmi iki illə başlayır. 1776-cı ildən 1798-ci ilə qədər olan bu iyirmi iki il həm də 11 sentyabrdan 2023-cü ilə qədər olan iyirmi iki ili tipoloji olaraq qabaqcadan göstərir; bu isə Daniel onda iyirmi iki gün kimi tipləşdirilmişdir. Makkabi xətti “iyirmi iki” ilə başlayır və “iyirmi iki” ilə başa çatır.</w:t>
      </w:r>
    </w:p>
    <w:p>
      <w:pPr>
        <w:pStyle w:val="ArticleHeading"/>
        <w:jc w:val="left"/>
      </w:pPr>
      <w:r>
        <w:rPr>
          <w:rFonts w:ascii="Arial" w:hAnsi="Arial" w:eastAsia="Arial" w:cs="Arial"/>
        </w:rPr>
        <w:t>Dörd Roma Hökmdarı</w:t>
      </w:r>
    </w:p>
    <w:p>
      <w:pPr>
        <w:pStyle w:val="ArticleBody"/>
        <w:jc w:val="left"/>
      </w:pPr>
      <w:r>
        <w:rPr>
          <w:rFonts w:ascii="Times New Roman" w:hAnsi="Times New Roman" w:eastAsia="Times New Roman" w:cs="Times New Roman"/>
        </w:rPr>
        <w:t>On altıdan iyirmi ikinci ayəyədək olan ayələr dörd Roma hökmdarını birbaşa müəyyən edir və ayələr daxilində başqa bir xətti təmsil edir. Makkabi xətti “təkrar et və genişləndir” prinsipinə əsasən uyğunlaşdırılmışdır, Roma xətti isə ayələrdə birbaşa təqdim olunur. Pompey, Roma Müqəddəs Kitab peyğəmbərliyinin dördüncü padşahlığı olaraq e.ə. 31-ci ildə Aktium döyüşündə taxta yüksələrkən, üç maneədən ilk ikisini fəth etdi. Onun ardınca Yuli Sezar, Avqust Sezar və Tiberi Sezar gəldi. Pompey bir sərkərdə idi, son üç simvol isə imperatorlar olaraq bir-biri ilə bağlıdır.</w:t>
      </w:r>
    </w:p>
    <w:p>
      <w:pPr>
        <w:pStyle w:val="ArticleBody"/>
        <w:jc w:val="left"/>
      </w:pPr>
      <w:r>
        <w:rPr>
          <w:rFonts w:ascii="Times New Roman" w:hAnsi="Times New Roman" w:eastAsia="Times New Roman" w:cs="Times New Roman"/>
        </w:rPr>
        <w:t>Dörd hökmdardan sonuncusu Məsihin çarmıxa çəkildiyi iyirmi ikinci ayədə ölür; buna görə də Romanın dörd hökmdarından sonuncusunu yenidən on altıncı ayənin bazar qanununa aparmalıyıq. Bunu etdikdə Pompey dörd nişanədən birincisini təmsil edər; burada dördüncü və son nişanə on altıncı ayənin bazar qanunu ilə uyğunlaşır. On altıncı ayə Tiberi Sezar tərəfindən təmsil olunardı, on beşinci ayənin Paniyum döyüşü Avqust Sezar tərəfindən təmsil olunardı, on birinci ayədəki Rafiya döyüşü Yuli Sezar olardı; beləliklə General Pompey onuncu ayə və 1989 kimi işarələnir.</w:t>
      </w:r>
    </w:p>
    <w:p>
      <w:pPr>
        <w:pStyle w:val="ArticleBody"/>
        <w:jc w:val="left"/>
      </w:pPr>
      <w:r>
        <w:rPr>
          <w:rFonts w:ascii="Times New Roman" w:hAnsi="Times New Roman" w:eastAsia="Times New Roman" w:cs="Times New Roman"/>
        </w:rPr>
        <w:t>Bu, Daniel on birin qırxıncı ayəsinin “gizli tarixinin” — 1989-cu ildə Sovet İttifaqının süqutundan qırx birinci ayədəki bazar günü qanununa qədər olan tarixin — onuncu ayədən iyirmi üçüncü ayəyədək təsvir olunan tarixdə mövcud olan üç peyğəmbərlik xətti ilə təmsil olunduğunu göstərir: Makkabilər, Roma hökmdarları və Romanın vəkil qüvvələrinin üç döyüşü.</w:t>
      </w:r>
    </w:p>
    <w:p>
      <w:pPr>
        <w:pStyle w:val="ArticleScripture"/>
        <w:jc w:val="left"/>
      </w:pPr>
      <w:r>
        <w:rPr>
          <w:rFonts w:ascii="Times New Roman" w:hAnsi="Times New Roman" w:eastAsia="Times New Roman" w:cs="Times New Roman"/>
        </w:rPr>
        <w:t>Bu, sizə gəlişimin üçüncü dəfədir. Hər söz iki və ya üç şahidin ağzı ilə təsdiq olunacaq. 2 Korinflilərə 13:1.</w:t>
      </w:r>
    </w:p>
    <w:p>
      <w:pPr>
        <w:pStyle w:val="ArticleHeading"/>
        <w:jc w:val="left"/>
      </w:pPr>
      <w:r>
        <w:rPr>
          <w:rFonts w:ascii="Arial" w:hAnsi="Arial" w:eastAsia="Arial" w:cs="Arial"/>
        </w:rPr>
        <w:t>Üç Vəkalət Müharibəsi</w:t>
      </w:r>
    </w:p>
    <w:p>
      <w:pPr>
        <w:pStyle w:val="ArticleBody"/>
        <w:jc w:val="left"/>
      </w:pPr>
      <w:r>
        <w:rPr>
          <w:rFonts w:ascii="Times New Roman" w:hAnsi="Times New Roman" w:eastAsia="Times New Roman" w:cs="Times New Roman"/>
        </w:rPr>
        <w:t>Onuncu ayə, e.ə. 219-dan 217-yə qədər baş vermiş dördüncü Suriya müharibəsinin sonunu qeyd edir; həmin vaxt Antiox III Maqnus (Böyük), on birinci ayədəki döyüşün — Yuli Sezar ilə təmsil olunacaq Rafiya döyüşünün — ərəfəsində yenidən toparlandı. Onuncu ayə, qırxıncı ayədə təmsil olunduğu kimi, 1989-cu ildə Sovetlər Birliyinin süqutunu müəyyən edir və Pompey həmin tarixlə uyğunlaşır. On altıncı ayə, Yəhudanın əzəmətli diyarının fəth olunmasını təmsil edir və bu, Amerika Birləşmiş Ştatlarında bazar günü qanununu tipikləşdirir; lakin Pompey 1989-cu illə də uyğunlaşır və 1989-cu ildə müasir Roma özünün ilk maneəsini fəth etdi, amma bunu edərkən, o, eyni zamanda Ronald Reyqanı əzəmətli diyarla gizli ittifaq yaratmağa başdan çıxarmaqla, protestant Amerikanı ruhən fəth etdi. Bir padşahın Romanın fahişəsi ilə ittifaqı ruhani zinanı təmsil edir.</w:t>
      </w:r>
    </w:p>
    <w:p>
      <w:pPr>
        <w:pStyle w:val="ArticleBody"/>
        <w:jc w:val="left"/>
      </w:pPr>
      <w:r>
        <w:rPr>
          <w:rFonts w:ascii="Times New Roman" w:hAnsi="Times New Roman" w:eastAsia="Times New Roman" w:cs="Times New Roman"/>
        </w:rPr>
        <w:t>1989-cu il Romanın fahişəsinin yer üzünün bütün padşahları ilə zina etmək üçün öz yetmiş ilindən çıxmağa başladığı il idi. Birinci padşah 1989-cu ildə Amerika Birləşmiş Ştatlarıdır, çünki Amerika Birləşmiş Ştatları həmçinin Axavla təmsil olunur; Axav İzebellə evli idi, İzebel isə Yeşaya iyirmi üçdə Surun fahişəsidir.</w:t>
      </w:r>
    </w:p>
    <w:p>
      <w:pPr>
        <w:pStyle w:val="ArticleScripture"/>
        <w:jc w:val="left"/>
      </w:pPr>
      <w:r>
        <w:rPr>
          <w:rFonts w:ascii="Times New Roman" w:hAnsi="Times New Roman" w:eastAsia="Times New Roman" w:cs="Times New Roman"/>
        </w:rPr>
        <w:t>Və o gün belə olacaq: Sur yetmiş il unudulacaq, bir padşahın günlərinə görə; yetmiş ilin sonunda Sur bir fahişə kimi nəğmə oxuyacaq. Arpanı götür, şəhəri dolaş, ey unudulmuş fahişə; şirin ahənglər yarat, çoxlu nəğmələr oxu ki, xatırlanasan. Və belə olacaq ki, yetmiş ilin sonunda Rəbb Suru ziyarət edəcək, o da öz qazancına dönəcək və yer üzünün bütün səltənətləri ilə zinakarlıq edəcək. Yeşaya 23:15–17.</w:t>
      </w:r>
    </w:p>
    <w:p>
      <w:pPr>
        <w:pStyle w:val="ArticleBody"/>
        <w:jc w:val="left"/>
      </w:pPr>
      <w:r>
        <w:rPr>
          <w:rFonts w:ascii="Times New Roman" w:hAnsi="Times New Roman" w:eastAsia="Times New Roman" w:cs="Times New Roman"/>
        </w:rPr>
        <w:t>Daniel 11-in qırxıncı ayəsində təsvir olunduğu kimi, fahişə 1798-ci ildə ölümcül yarasını aldığı zaman “axır zaman”da unuduldu. 1989-cu ildə, “axır zaman”da o, öz hakimiyyətinin nişanını ilk məcburi şəkildə tətbiq edəcək padşahlıqla zina edərək ölümcül yarasının sağalması dövrünə başlayır. Həmin padşahlıq Axav və Fransa ilə təmsil olunmuşdu; Fransa 538-ci ildə papalığı yer üzünün taxtına oturtmuş və papalıq hakimiyyətinin yüksəlişini dəstəkləyən başlıca padşahlıq olmuşdu. Bu səbəbdən onlar həm “Katolik kilsəsinin ilk oğlu”, həm də “Katolik kilsəsinin böyük qızı” adlandırılırlar. Fransa və Axav hər ikisi 1989-cu ildən Bazar qanununa qədər Amerika Birləşmiş Ştatlarının roluna şəhadət edir.</w:t>
      </w:r>
    </w:p>
    <w:p>
      <w:pPr>
        <w:pStyle w:val="ArticleBody"/>
        <w:jc w:val="left"/>
      </w:pPr>
      <w:r>
        <w:rPr>
          <w:rFonts w:ascii="Times New Roman" w:hAnsi="Times New Roman" w:eastAsia="Times New Roman" w:cs="Times New Roman"/>
        </w:rPr>
        <w:t>Yeşaya iyirmi üçdə Surun fahişəsi vardır; o həm də Vəhy on yeddidəki fahişədir, alınında “Böyük Babil” yazılmış olan. Bu, Müqəddəs Kitab peyğəmbərliyinin beşinci padşahlığı, Vəhy on üçdəki dəniz vəhşi olan papalığın 1798-ci ildə fəaliyyətinə son qoyduğu vaxtdan başlayaraq, Amerika Birləşmiş Ştatlarının tarixi üçün “unudulmuşdur”. Bundan sonra Amerika Birləşmiş Ştatları Müqəddəs Kitab peyğəmbərliyinin altıncı padşahlığı kimi, Vəhy on üçdəki yer vəhşi olaraq öz roluna başladı. Nəhayət, Amerika Birləşmiş Ştatları Vəhy on yeddidəki on padşahın baş padşahına çevrilir. “Yetmiş il”lik bir dövrün simvolik tarixi, “bir padşahın günləri”, Babilin Müqəddəs Kitab peyğəmbərliyinin birinci padşahlığı kimi hökm sürdüyü yetmiş ili təmsil edir. Bu, Amerika Birləşmiş Ştatlarının 1798-ci ildən bazar günü qanununadək olan tarixini tipləşdirir; burada Amerika tarixinin xarici xətti Respublikaçı buynuzla, daxili xətti isə Protestant buynuzla təmsil olunur. Dövlət idarəçiliyi ilə kilsə idarəçiliyinin ayrılmasını təmin edən Konstitusiyanın mahiyyətini təmsil edən bu iki buynuz, Amerikanın gələcəyinin mövzusudur.</w:t>
      </w:r>
    </w:p>
    <w:p>
      <w:pPr>
        <w:pStyle w:val="ArticleBody"/>
        <w:jc w:val="left"/>
      </w:pPr>
      <w:r>
        <w:rPr>
          <w:rFonts w:ascii="Times New Roman" w:hAnsi="Times New Roman" w:eastAsia="Times New Roman" w:cs="Times New Roman"/>
        </w:rPr>
        <w:t>Surun fahişəsi olan Tirin unudulması üçün yetmiş il müəyyən edilmişdir; sonra, son dövrün 1989-cu ildən Bazar qanununadək o, mahnı oxumağa başlayır. O, məxfi bir ittifaqla başladı; Protestant Amerikanın dinini ələ keçirdi və Sovet İttifaqının süqutu ilə cənub padşahının siyasi quruluşunu yerlə-yeksan etdi. “Yetmiş”ə bərabər olan on və yeddiyə bölünmüş on yeddi illik bir dövrün ortasında Böyük Antioxun ayaqda durduğu bir tarixdə yekunlaşan yetmiş illik bir dövr. Rafiya ilə Paniyum arasında sona çatan xarici iki yüz əlli ilin başlanğıcında, Daniyel xalqı üzərinə “yetmiş” həftə təyin edilməklə, daxili iki min üç yüz illik zaman peyğəmbərliyi başlayır. Həmin yetmiş həftənin sonunda, miladdan sonra 34-cü ildə, qədim İsrail Onun seçilmiş əhd xalqı kimi Allahdan əbədi olaraq boşandı; Allah isə o zaman Öz məsihi gəlini ilə nigaha daxil olmuş və həmin vaxt millətlərə tərəf üz tutmuşdu.</w:t>
      </w:r>
    </w:p>
    <w:p>
      <w:pPr>
        <w:pStyle w:val="ArticleBody"/>
        <w:jc w:val="left"/>
      </w:pPr>
      <w:r>
        <w:rPr>
          <w:rFonts w:ascii="Times New Roman" w:hAnsi="Times New Roman" w:eastAsia="Times New Roman" w:cs="Times New Roman"/>
        </w:rPr>
        <w:t>B.e.ə. 207-ci ildə Antiox “yetmiş”in ortasında dayanır və öz padşahlığının imtiyazlı millət statusunun sonunu, Onun müasir İsraili ucaltmaq üçün seçdiyi “şanlı diyar” kimi müəyyən edir. Bazar qanununda altıncı padşahlıq kimi Birləşmiş Ştatların sonu, Yeşayanın “yetmiş il”inin sonudur. Antioxun iki yüz əlli illik xətti, on altıncı ayənin Bazar qanunundan az əvvəl, Birləşmiş Ştatların Respublikaçı buynuzu üçün möhlətin bağlanmasını müəyyən edir. 1844-cü il 22 oktyabrda mühakimə başlayanda başa çatan iki min üç yüz il, Bazar qanununda mühakimənin bağlanacağı vaxtın timsalıdır. İki min üç yüz il, Allahın seçilmiş xalqı kimi sözün həqiqi mənasında İsrailin sonunu müəyyən edən yetmiş həftə ilə başlayır. Bütövlükdə iki min üç yüz illik dövrün sonu, advent hərəkatı Bazar qanununa qədər davam etdirildiyi kimi, Protestant hərəkatının sona çatması ilə tamamlanır. 1844-cü ilin bağlanmış qapısı təkrarlandıqda, qapılar Respublikaçı buynuzun, Protestant buynuzun və hökumət vəhşisinin üzərinə bağlanacaq.</w:t>
      </w:r>
    </w:p>
    <w:p>
      <w:pPr>
        <w:pStyle w:val="ArticleBody"/>
        <w:jc w:val="left"/>
      </w:pPr>
      <w:r>
        <w:rPr>
          <w:rFonts w:ascii="Times New Roman" w:hAnsi="Times New Roman" w:eastAsia="Times New Roman" w:cs="Times New Roman"/>
        </w:rPr>
        <w:t>Antioxusun on ilə yeddi dövrünün arasında dayanması, onun sınaq müddətinin sonunda dayanması deməkdir. Yer vəhşi olan Amerika Birləşmiş Ştatlarının hökuməti üçün möhlət müddəti bazar günü qanunu ilə başa çatır, lakin Respublikaçı buynuzun möhlət müddəti bazar günü qanunundan əvvəl başa çatır.</w:t>
      </w:r>
    </w:p>
    <w:p>
      <w:pPr>
        <w:pStyle w:val="ArticleScripture"/>
        <w:jc w:val="left"/>
      </w:pPr>
      <w:r>
        <w:rPr>
          <w:rFonts w:ascii="Times New Roman" w:hAnsi="Times New Roman" w:eastAsia="Times New Roman" w:cs="Times New Roman"/>
        </w:rPr>
        <w:t>İsa ona dedi: Sənə yeddi dəfə deyirəm demirəm; lakin yetmiş dəfə yeddi. Matta 18:22.</w:t>
      </w:r>
    </w:p>
    <w:p>
      <w:pPr>
        <w:pStyle w:val="ArticleBody"/>
        <w:jc w:val="left"/>
      </w:pPr>
      <w:r>
        <w:rPr>
          <w:rFonts w:ascii="Times New Roman" w:hAnsi="Times New Roman" w:eastAsia="Times New Roman" w:cs="Times New Roman"/>
        </w:rPr>
        <w:t>“Yetmiş dəfə yeddi” ifadəsi Müqəddəs Kitabda rəqəmlərin bu tərzdə bir qatla ifadə olunduğu yeganə yerdir. “Yetmiş dəfə yeddi” Danielin xalqı üçün “müəyyən edilmiş” olan dörd yüz doxsan ildir. Bu, iki min üç yüz ili başlayan yetmiş həftədir və eyni başlanğıc nöqtəsindən iki yüz əlli ilin sonunda Antiox on və yeddinin ortasına gəlir. Böyük Antiox orada böyük mübahisənin müqəddəs dramında öz hekayəsinin son səhnələrində mövqe tutur.</w:t>
      </w:r>
    </w:p>
    <w:p>
      <w:pPr>
        <w:pStyle w:val="ArticleBody"/>
        <w:jc w:val="left"/>
      </w:pPr>
      <w:r>
        <w:rPr>
          <w:rFonts w:ascii="Times New Roman" w:hAnsi="Times New Roman" w:eastAsia="Times New Roman" w:cs="Times New Roman"/>
        </w:rPr>
        <w:t>1844-cü ilin bağlanmış qapısı Bazar günü qanununun bağlanmış qapısını təmsil edir və on altıncı ayənin Bazar günü qanunundan əvvəl, Antioxun öz padşahlığının sonunu işarələməsi ilə başlayan yeddiillik bir dövr vardır; sonra isə onun padşahlığı həmin yeddi ilin sonunda başa çatır. Yeddiillik dövr vəhşi heyvanın surətinin sınaq vaxtını təmsil edir və bu dövr 321-ci ilin ilk Bazar günü qanunu ilə başlayır. Son Bazar günü qanununun tipi olan ilk Bazar günü qanunundan əvvəl fərmanla başlayan onillik bir dövr vardır. 313-cü ilin “fərmanı” ilə on il ilə təmsil olunan sınaq başlayır, sonra Antiox ilk Bazar günü qanununu qəbul etdirir və Respublika buynuzunun möhlət dövrü başa çatır. Yeddi ilin sonunda Paniyum və Bazar günü qanunu gəlib çatır və 330-cu ildə şərq ilə qərbin bölünməsini meydana gətirir.</w:t>
      </w:r>
    </w:p>
    <w:p>
      <w:pPr>
        <w:pStyle w:val="ArticleHeading"/>
        <w:jc w:val="left"/>
      </w:pPr>
      <w:r>
        <w:rPr>
          <w:rFonts w:ascii="Arial" w:hAnsi="Arial" w:eastAsia="Arial" w:cs="Arial"/>
        </w:rPr>
        <w:t>Pompey</w:t>
      </w:r>
    </w:p>
    <w:p>
      <w:pPr>
        <w:pStyle w:val="ArticleBody"/>
        <w:jc w:val="left"/>
      </w:pPr>
      <w:r>
        <w:rPr>
          <w:rFonts w:ascii="Times New Roman" w:hAnsi="Times New Roman" w:eastAsia="Times New Roman" w:cs="Times New Roman"/>
        </w:rPr>
        <w:t>On altıncı ayədə Pompey əzəmətli ölkəni fəth etdi, lakin e.ə. 65-ci ildən 63-cü ilədək olan ikiillik müddət ərzində Pompey, Daniel səkkiz və doqquzuncu ayənin yerinə yetməsi olaraq, əslində “şərq”i və “[əzəmətli] ölkə”ni fəth etdi; bu da qırxıncı ayədə və 1989-cu ildəki ikiqat fəthi simvolizə edirdi.</w:t>
      </w:r>
    </w:p>
    <w:p>
      <w:pPr>
        <w:pStyle w:val="ArticleBody"/>
        <w:jc w:val="left"/>
      </w:pPr>
      <w:r>
        <w:rPr>
          <w:rFonts w:ascii="Times New Roman" w:hAnsi="Times New Roman" w:eastAsia="Times New Roman" w:cs="Times New Roman"/>
        </w:rPr>
        <w:t>Bütpərəst Roma üçün üçüncü maneə, Romada ilk rəsmi üçlü ittifaqı təmsil edən ilk rəsmi Roma Triumviratını formalaşdırması ilə tanınan Avqust Sezar tərəfindən həyata keçiriləcəkdi. Roma rəhbərlərinin üçüncü nişan nöqtəsində üçlü ittifaq Roma tarixində rəsmi surətdə qeyd olunur. On altıncı ayədəki bazar günü qanunu zamanı əjdaha, vəhşi heyvan və yalançı peyğəmbərin üçlü ittifaqı təsis edilir, sonra isə Zəkəriyanın bəyan etdiyi kimi, pislik quşu yenidən Şinardakı öz yerinə qoyulur.</w:t>
      </w:r>
    </w:p>
    <w:p>
      <w:pPr>
        <w:pStyle w:val="ArticleBody"/>
        <w:jc w:val="left"/>
      </w:pPr>
      <w:r>
        <w:rPr>
          <w:rFonts w:ascii="Times New Roman" w:hAnsi="Times New Roman" w:eastAsia="Times New Roman" w:cs="Times New Roman"/>
        </w:rPr>
        <w:t>Avqust Sezar ilk rəsmi Roma Triumviratını yaratdı, lakin tarixçilər onu İkinci Triumvirat adlandırırlar, çünki Yuli Sezar da bir Triumvirat yaratmışdı, ancaq bu, Roma hökumətinin rəsmi Triumviratı deyildi. Yaxınlaşmaqda olan Bazar qanunu zamanı əjdaha, vəhşi heyvan və yalançı peyğəmbərin üçqat birliyinin rəmzləri kimi Yuli və Avqust Sezarın əlaqəsi, Bazar qanunvericiliyini tətbiq etmək hərəkatının əvvəlində Yuli, sonunda isə Avqust vasitəsilə tipləşdirilir. Peyğəmbərlikdəki bu əlaqə, həmçinin 67-ci ildə Cestiyin mühasirəsi ilə təmsil olunur; bundan sonra Titusun mühasirəsi gəlmişdi. Yuli Cestidir, Avqust isə Titdir. Yuli və Avqust üçqat birliyi təmsil edir, Cesti və Tit isə mühasirəni təmsil edirlər.</w:t>
      </w:r>
    </w:p>
    <w:p>
      <w:pPr>
        <w:pStyle w:val="ArticleBody"/>
        <w:jc w:val="left"/>
      </w:pPr>
      <w:r>
        <w:rPr>
          <w:rFonts w:ascii="Times New Roman" w:hAnsi="Times New Roman" w:eastAsia="Times New Roman" w:cs="Times New Roman"/>
        </w:rPr>
        <w:t>Bazar günü qanunu hərəkatının peyğəmbərlik baxımından 313-cü ildə başladığı dövr Milan fərmanı ilədir. Sonra isə 321-ci ildə, on yeddi illik dövrün orta nöqtəsində, ilk bazar günü qanunu meydana çıxır. Şərqə və qərbə bölünmüş səltənətin üçüncü mərhələsi — Amerika Birləşmiş Ştatlarında vəhşinin nişanını və ya Allahın möhürünü qəbul edənlərlə qəbul etməyənlər arasındakı bölünməni təmsil edən mərhələ — 330-cu il idi. Bazar günü qanunlarının bir silsiləsi vardır ki, son bazar günü qanununa aparır; 321 ilk bazar günü qanununu təmsil edir və bu, 330-cu ilin son bazar günü qanununa gətirib çıxarır.</w:t>
      </w:r>
    </w:p>
    <w:p>
      <w:pPr>
        <w:pStyle w:val="ArticleBody"/>
        <w:jc w:val="left"/>
      </w:pPr>
      <w:r>
        <w:rPr>
          <w:rFonts w:ascii="Times New Roman" w:hAnsi="Times New Roman" w:eastAsia="Times New Roman" w:cs="Times New Roman"/>
        </w:rPr>
        <w:t>Antioxun iki yüz əlli ilindən fərqli olaraq, Neronun iki yüz əlli ili səkkiz illik bir dövrü, birinci Bazar qanununun orta nöqtəsini və sonra doqquz ili müəyyən edir. Sətir üzərinə sətir, Antiox və Neron üç nişanla təmsil olunan iki dövrü müəyyən edirlər. Hər iki sətirdə birinci və son nişanlar eynidir: başlanğıcdakı, boşanma ilə nəticələnən bir evliliklə işarələnmiş bir fərman, və başlanğıcda və sonda şimal padşahı ilə cənub padşahı arasında döyüş. Ortadakı 321-ci ilin birinci Bazar qanunu Antioxun dayandığı yer olmalıdır. O, on illə təmsil olunan bir sınaq prosesinin sonunda dayanır və bu sınaq prosesi, yeddidən olan səkkizinci olan vəhşinin surətini formalaşdırdığı kimi, Antioxu da yeddidən olan səkkizinci kimi zahir edir. Eyni zamanda yüz qırx dörd min nəfər bir sınaq prosesindən keçərək yeddinci Laodikeya kilsəsindən səkkizinci və Filadelfiya kilsəsinə çevrilirlər.</w:t>
      </w:r>
    </w:p>
    <w:p>
      <w:pPr>
        <w:pStyle w:val="ArticleBody"/>
        <w:jc w:val="left"/>
      </w:pPr>
      <w:r>
        <w:rPr>
          <w:rFonts w:ascii="Times New Roman" w:hAnsi="Times New Roman" w:eastAsia="Times New Roman" w:cs="Times New Roman"/>
        </w:rPr>
        <w:t>İlk bazar qanununda surətin qurulması başlanır və Vəhy on üçüncü fəslin on birinci ayəsindəki bazar qanununda başa çatır; bu ayə Birləşmiş Ştatların quzu kimi başlanğıcını onun əjdaha kimi sonu ilə qarşılaşdırır. On üç üsyanın rəmzidir və on birinci ayənin, habelə Birləşmiş Ştatların əjdaha kimi danışmasının kontekstində üsyanın rəmzi vəhşi heyvanın nişanıdır; halbuki Allahın möhürünə malik olanların rəmzi on bir rəqəmidir. Vəhy 13:11 Birləşmiş Ştatların əjdaha kimi danışdığı bazar qanununda vəhşi heyvanın nişanını qəbul edənlərlə Allahın möhürünü alanların ayrılmasını müəyyən edir.</w:t>
      </w:r>
    </w:p>
    <w:p>
      <w:pPr>
        <w:pStyle w:val="ArticleBody"/>
        <w:jc w:val="left"/>
      </w:pPr>
      <w:r>
        <w:rPr>
          <w:rFonts w:ascii="Times New Roman" w:hAnsi="Times New Roman" w:eastAsia="Times New Roman" w:cs="Times New Roman"/>
        </w:rPr>
        <w:t>Vəhşi heyvanın surətinin sınaq vaxtı onun gəlişini göstərən müəyyən əlamətlərə malikdir; eyni zamanda həmin əlamətlər onun sonunu da tipik şəkildə ifadə edir. Nuhdan şeypur bayramına qədər Allah heç vaxt dəyişmir; O, hər zaman bir sınaq dövrünü onun gəlişindən əvvəlcədən elan edir. Onun elanları Öz peyğəmbərlik sözündə tapılır. Adventistlərin əksəriyyəti (mən belə güman edirəm) Yerusəlimin məhvində iki mühasirənin olduğunu, yaxud son məhvetmə gününün Navuxodonosorun Yerusəlimi və məbədi ilk dəfə—alfa vaxtında—məhv etdiyi ilin eyni günü olduğunu bilmirlər. Onlar həmçinin mühasirələrin müqəddəs bayramlarda başladığından və müqəddəs bir bayramda sona çatdığından, yaxud mühasirə dövrünün üç il yarım sürdüyündən də bixəbər ola bilərlər. Əgər onlar bu həqiqətləri bilmirlərsə, onda görünür ki, vəhşi heyvanın surətinin sınaq vaxtının özünün ən kamil təmsilində Yuli Sezarın başlanğıcı işarələdiyini görmələri də çətin olacaq. “Kamil təmsil” dedikdə, mən onun son yerinə yetməsini nəzərdə tuturam.</w:t>
      </w:r>
    </w:p>
    <w:p>
      <w:pPr>
        <w:pStyle w:val="ArticleBody"/>
        <w:jc w:val="left"/>
      </w:pPr>
      <w:r>
        <w:rPr>
          <w:rFonts w:ascii="Times New Roman" w:hAnsi="Times New Roman" w:eastAsia="Times New Roman" w:cs="Times New Roman"/>
        </w:rPr>
        <w:t>Eyni dövr 1888-ci ildən Bazar qanununadək, sonra isə 11 sentyabrdan Bazar qanununadək təmsil olunur; lakin Böyük Konstantinin timsalında, 313-dən 330-a qədər olan dövrdə göstərildiyi kimi, vəhşi heyvanın surətinin qurulmasının peyğəmbərlik dövrünün kamil yerinə yetməsi sonun vaxtından bəri səkkizinci prezidentin prezidentliyi dövründə, 1989-cu ildə başlayır.</w:t>
      </w:r>
    </w:p>
    <w:p>
      <w:pPr>
        <w:pStyle w:val="ArticleBody"/>
        <w:jc w:val="left"/>
      </w:pPr>
      <w:r>
        <w:rPr>
          <w:rFonts w:ascii="Times New Roman" w:hAnsi="Times New Roman" w:eastAsia="Times New Roman" w:cs="Times New Roman"/>
        </w:rPr>
        <w:t>İlk bazar qanunundan etibarən Şənbə və bazar üzərindəki sınaq dövrü, Antioxun yeddi ili ilə təmsil olunan bir müddət ərzində açılır. Antioxun xəttinin yeddi ili Nero xəttinin doqquz ili ilə vurulduqda altmış üç alınır və e.ə. 63-cü ildə Pompey Daniel on birin on altıncı ayəsinin yerinə yetməsi olaraq izzətli ölkəni fəth etdi. Bazar qanunu zamanı doqquz padşah, yer üzünün bütün padşahları ilə zina etməli olan Surun fahişəsinə öz səltənətlərini verməyə razı olan on padşahın baş padşahı kimi Birləşmiş Ştatları qəbul edəcək.</w:t>
      </w:r>
    </w:p>
    <w:p>
      <w:pPr>
        <w:pStyle w:val="ArticleBody"/>
        <w:jc w:val="left"/>
      </w:pPr>
      <w:r>
        <w:rPr>
          <w:rFonts w:ascii="Times New Roman" w:hAnsi="Times New Roman" w:eastAsia="Times New Roman" w:cs="Times New Roman"/>
        </w:rPr>
        <w:t>On bakirə məsəlindəki peyğəmbərlik quruluşuna uyğun olaraq, vəhşi heyvanla yalançı peyğəmbərin evliliyi 1989-cu ildə baş verdi, lakin Bazar günü qanununda bu evlilik tamamlanır. Bu tarixin bir fraktalı 2001-ci ildə, 11 sentyabrda başlanmış dirilərin mühakiməsi dövrüdür. Həmin andan etibarən Bazar günü qanununa qədər vəhşi heyvanın surəti sınaq vaxtı — hansı ki, həm də yüz qırx dörd min nəfərin möhürlənməsi vaxtıdır — Allahın əhd xalqı və İbrahimin əhd peyğəmbərliyinin yerinə yetməsi ilə onların məskunlaşdıqları torpaq üzərində mühakimə icra olunur. Həmin dövrdə Laodikiyaçı Yeddinci Gün Adventist kilsəsi mühakimə olunur, sonra isə özlərini bakirələr adlandıranlar mühakimə olunur. Beləliklə, protestant buynuz mühakimə olunur və o, əvvəlcə respublikaçı buynuzun Demokratlar partiyasının 2024-cü ilədək mühakimə olunduğu dövrdə mühakimə olunur; indi isə respublikaçı buynuzun Respublikaçılarının mühakiməsi baş verir. Konstitusion hökumət iki buynuzu daşıyan və Bazar günü qanununda mühakimə olunan vəhşi heyvandır.</w:t>
      </w:r>
    </w:p>
    <w:p>
      <w:pPr>
        <w:pStyle w:val="ArticleBody"/>
        <w:jc w:val="left"/>
      </w:pPr>
      <w:r>
        <w:rPr>
          <w:rFonts w:ascii="Times New Roman" w:hAnsi="Times New Roman" w:eastAsia="Times New Roman" w:cs="Times New Roman"/>
        </w:rPr>
        <w:t>1989-cu ildən Bazar qanununa qədər olan dövr, 11 sentyabrdan Bazar qanununa qədər uzanan bir fraktalda təmsil olunur, lakin vəhşi heyvanın surətinin qurulmasının kamil yerinə yetməsi yeddidən olan səkkizinci prezidentdədir. Neronun on yeddi ili 11 sentyabrdan Bazar qanununa qədər olan tarixin bir fraktalıdır. Antioxun on yeddi ili də eynidir. Reyqanın nikahı ilə gizli ittifaq, səkkizinci prezidentlərin hakimiyyəti dövründə açıq bir ittifaqla tamamlanır. Alfa və omeqa nikahlarının birincisi 2001-ci ildə Patriot Aktı ilə simvolizə olundu; o zaman ingilis qanunu Roma qanununa dəyişdirildi. Milan fərmanının nikahı vəhşi heyvanın surətinin qurulmasının kamil yerinə yetməsinin başlanğıcını işarələyir. Onun quruluşu on bakirənin nikahının quruluşuna əsaslanır və həqiqi nikah zamanı baş verən saxta nikahı təmsil edir.</w:t>
      </w:r>
    </w:p>
    <w:p>
      <w:pPr>
        <w:pStyle w:val="ArticleBody"/>
        <w:jc w:val="left"/>
      </w:pPr>
      <w:r>
        <w:rPr>
          <w:rFonts w:ascii="Times New Roman" w:hAnsi="Times New Roman" w:eastAsia="Times New Roman" w:cs="Times New Roman"/>
        </w:rPr>
        <w:t>Vəhşinin surəti sınaq vaxtı bizim “möhürlənməzdən” əvvəl keçməli olduğumuz “sınağı” təmsil edir. Allahın evi əvvəlcə mühakimə olunur, sonra isə bazar günü qanunu zamanı Allahın evindən kənarda olanlar mühakimə edilir. Həm Allahın evində, həm də sonra böyük izdiham arasında son mühakimə dövrü ilk bazar günü qanunu ilə başlanır. Birləşmiş Ştatlarda ilk bir bazar günü qanunu olacaq və bu, vəhşinin surəti sınaq dövrünün kamil və son yerinə yetməsinin başlanğıcını işarələyəcək; həmin dövr daha sonra Vəhy 13:11-i yerinə yetirən bazar günü qanunu ilə başa çatacaq. Həmin bazar günü qanunu izzətli diyarda son bazar günü qanunudur. İzzətli diyarda son bazar günü qanunu dünyada ilk bazar günü qanunudur və dünya üçün vəhşinin surəti sınaq vaxtını işarələyir. Dünyanın sınaq vaxtı on üçüncü fəslin on birinci ayəsində Birləşmiş Ştatlardakı bazar günü qanunu ilə başlanır. Birləşmiş Ştatlar yaxınlaşmaqda olan bazar günü qanununda əjdaha kimi “danışdıqda”, fəsildə on ikinci ayədən sonrakı ayələr dünyanın vəhşinin surəti sınaq vaxtını təmsil edir.</w:t>
      </w:r>
    </w:p>
    <w:p>
      <w:pPr>
        <w:pStyle w:val="ArticleBody"/>
        <w:jc w:val="left"/>
      </w:pPr>
      <w:r>
        <w:rPr>
          <w:rFonts w:ascii="Times New Roman" w:hAnsi="Times New Roman" w:eastAsia="Times New Roman" w:cs="Times New Roman"/>
        </w:rPr>
        <w:t>Bu səbəbdən, 313-cü ildəki fərmanla başlayan on yeddi illə sona çatan, ardınca 321-ci ildə ilk bazar qanunu, sonra isə 330-cu ildə şərq və qərbin bölünməsi gələn Neronun iki yüz əlli illik peyğəmbərliyini görmək vacibdir. Neronun xəttinin üç addımı təqib haqqındadır; Neron təqibin simvolu olmaqla, iki yüz əlli illik dövr 313-cü ildə sona çatan və həmin vaxt güzəştçi kilsənin meydana gəldiyi Smirna kilsəsini təmsil edir. Üçüncü addım bir padşahlığın sonunu işarələyir; buna görə də, Birləşmiş Ştatlara tətbiq edildikdə, bu, bazar qanununu və altıncı padşahlıqdan yeddinci və səkkizinci padşahlıqlara keçidi təmsil edir. Dünyaya tətbiq edildikdə isə, üçüncü yol nişanı bəşəri sınaq müddətinin bağlanmasıdır; bu da vəhşi heyvanın surətinin dünyanın sınaq dövrünün başlanğıcında Birləşmiş Ştatlar üçün sınaq müddətinin bağlanması ilə öncədən təcəssüm etdirilmişdi.</w:t>
      </w:r>
    </w:p>
    <w:p>
      <w:pPr>
        <w:pStyle w:val="ArticleBody"/>
        <w:jc w:val="left"/>
      </w:pPr>
      <w:r>
        <w:rPr>
          <w:rFonts w:ascii="Times New Roman" w:hAnsi="Times New Roman" w:eastAsia="Times New Roman" w:cs="Times New Roman"/>
        </w:rPr>
        <w:t>Məhz buna görə, iyirmi ikinci ayədə bəyan olunduğu kimi, bazar qanununa aparan dörd Roma hökmdarından üçüncüsü olan Avqust Sezar xaçla təmsil oluna bilər, baxmayaraq ki, ondan sonra xaçı da təmsil edən Tiberiy gəlməlidir. Vəhşinin surəti sınaq dövrü ikiqat bir sınaqdır; o, əvvəlcə yeri, sonra isə dənizi sınağa çəkir. Yer Amerika Birləşmiş Ştatlarıdır, dəniz isə dünyadır.</w:t>
      </w:r>
    </w:p>
    <w:p>
      <w:pPr>
        <w:pStyle w:val="ArticleBody"/>
        <w:jc w:val="left"/>
      </w:pPr>
      <w:r>
        <w:rPr>
          <w:rFonts w:ascii="Times New Roman" w:hAnsi="Times New Roman" w:eastAsia="Times New Roman" w:cs="Times New Roman"/>
        </w:rPr>
        <w:t>Vəhşi heyvanın surəti sınağı əlamətlərin ikiqatlanmasını meydana gətirir; burada ikinci dövrün alfası həm də birinci dövrün omeqasıdır. 321 peyğəmbərlik tarixinin ilk bazar qanunu idi və vəhşi heyvanın surəti sınaq vaxtını müəyyən edən on yeddi il ərzində 321, Birləşmiş Ştatlarda izzətli ölkədə vəhşi heyvanın surəti sınaq vaxtının omeqa bazar qanununa aparan ilk bazar qanunudur. Lakin 321 həm də dünya üçün ilk bazar qanunudur; buna görə də 321-ci il vəhşi heyvanın surəti sınaq vaxtının həm başlanğıcının, həm də sonunun ortasını işarələyir. 313 başlanğıcdır və başlanğıc bir fərmandır ki, bu da bazar qanununu təmsil edir. Neronun on yeddi ili insan sınaq müddətinin bağlanışına qədər yüksələn bazar qanunları dövrünü müəyyən edir.</w:t>
      </w:r>
    </w:p>
    <w:p>
      <w:pPr>
        <w:pStyle w:val="ArticleBody"/>
        <w:jc w:val="left"/>
      </w:pPr>
      <w:r>
        <w:rPr>
          <w:rFonts w:ascii="Times New Roman" w:hAnsi="Times New Roman" w:eastAsia="Times New Roman" w:cs="Times New Roman"/>
        </w:rPr>
        <w:t>Fərman möhlətin bağlanmasına aparan ilk Bazar qanununu təmsil edir. Pompei on altıncı ayədə Yəhudanı ələ keçirdi və bununla Bazar qanununu təmsil etdi; Yuli Sezar isə ilk Triumviratı təşkil etdi. Hərçənd bu, qeyri-rəsmi üçqat birlik idi, tarixçilər yenə də onu birinci kimi qeyd edirlər. Yuli Sezarın Bazar qanununun üçqat birliyini təmsil etməsi, xaçda Tiberi tərəfindən izlənilən Avqust Sezarın rəsmi Triumviratını təmsil edirdi. Bütün dörd Roma hökmdarı Bazar qanununu təmsil edir; necə ki, Neronun on yeddi ilinin hər üç mərhələsi də bunu edir.</w:t>
      </w:r>
    </w:p>
    <w:p>
      <w:pPr>
        <w:pStyle w:val="ArticleBody"/>
        <w:jc w:val="left"/>
      </w:pPr>
      <w:r>
        <w:rPr>
          <w:rFonts w:ascii="Times New Roman" w:hAnsi="Times New Roman" w:eastAsia="Times New Roman" w:cs="Times New Roman"/>
        </w:rPr>
        <w:t>Pompey 1989-cu ilə uyğun gəlir; Julius on birinci ayəyə; Augustus on beşinci ayəyə, Tiberias isə on altıncı ayəyə uyğun gəlir. Ayələrdə Juliusun hekayəsinə onun Misirə yürüşü və Kleopatra ilə bağlı hadisə də daxildir. Tarix Mark Antoni tərəfindən təkrarlanır. Mark Antoni, Julius Sezarın iyirmi üç bıçaq zərbəsi ilə qətlə yetirildiyi vaxt onun başlıca sərkərdəsi idi. İyirmi üç Bazar qanununu təmsil edir və Juliusun 23 yara ilə ölümü Bazar qanununda sona çatan bir padşahlıqdır. Sonra Mark Antoni, Avqust Sezar və Markus Lepidas onun ölümünün qisasını almaq üçün ilk rəsmi Triumviratı təşkil etdilər. Həmin üçqat hakimiyyətlərdən biri olan Mark Antoni, Juliusun Misir və Kleopatra ilə qarşılaşmasını təkrarlayacaqdı.</w:t>
      </w:r>
    </w:p>
    <w:p>
      <w:pPr>
        <w:pStyle w:val="ArticleBody"/>
        <w:jc w:val="left"/>
      </w:pPr>
      <w:r>
        <w:rPr>
          <w:rFonts w:ascii="Times New Roman" w:hAnsi="Times New Roman" w:eastAsia="Times New Roman" w:cs="Times New Roman"/>
        </w:rPr>
        <w:t>İstər Yuli Sezar olsun, istər Mark Antoni, onların hər ikisi Romanın simvollarıdır və Kleopatra Misirin və Yunanıstanın simvolu idi. O, Misirdə yunan hakimiyyətini təmsil edirdi; hər ikisi əjdahanın simvollarıdır, halbuki Yuli Sezar və Mark Antoni vəhşinin simvollarıdır. Münasibətdə qadın olaraq Kleopatra kilsə idi və bununla Yuli Sezarla Mark Antonini dövlət edirdi. Kleopatra padşah mənşəli romalı məşuqlarından iki dəfə ayrılan bir qadını təmsil edir: birincisi 1798-ci ildə, ikincisi isə sınaq müddətinin bağlanışında, o, köməksiz halda öz sonuna çatanda. Onun son məhvi e.ə. 31-ci ildə Aktium döyüşündə baş verir. Aktium döyüşünün qalibi Avqust Sezar idi; buna görə görürük ki, Pompey Misirdə öldü, Yuli Sezarın Misirdə Kleopatra ilə qarşılaşması oldu, bu isə Mark Antoninin tarixində təkrarlanaraq ikiqatlandı, sonra isə Avqust Sezar həmin münasibətə Aktiumda son qoydu. Aktium bazar günü qanununu göstərir, çünki Romanın qarşısındakı üçüncü maneə məhz Aktium döyüşündə götürüldü və Daniel 11:24-ün yerinə yetməsi olaraq imperatorluq bütpərəst Romanı üç yüz altmış il hökm sürməyə başladı.</w:t>
      </w:r>
    </w:p>
    <w:p>
      <w:pPr>
        <w:pStyle w:val="ArticleBody"/>
        <w:jc w:val="left"/>
      </w:pPr>
      <w:r>
        <w:rPr>
          <w:rFonts w:ascii="Times New Roman" w:hAnsi="Times New Roman" w:eastAsia="Times New Roman" w:cs="Times New Roman"/>
        </w:rPr>
        <w:t>Pompey ilk iki maneəni, Augustus isə üçüncünü aradan qaldırdı.</w:t>
      </w:r>
    </w:p>
    <w:p>
      <w:pPr>
        <w:pStyle w:val="ArticleScripture"/>
        <w:jc w:val="left"/>
      </w:pPr>
      <w:r>
        <w:rPr>
          <w:rFonts w:ascii="Times New Roman" w:hAnsi="Times New Roman" w:eastAsia="Times New Roman" w:cs="Times New Roman"/>
        </w:rPr>
        <w:t>Onlardan birindən cücərib kiçik bir buynuz çıxdı; o, cənuba, şərqə və gözəl diyara doğru olduqca böyüdü. Daniel 8:9.</w:t>
      </w:r>
    </w:p>
    <w:p>
      <w:pPr>
        <w:pStyle w:val="ArticleBody"/>
        <w:jc w:val="left"/>
      </w:pPr>
      <w:r>
        <w:rPr>
          <w:rFonts w:ascii="Times New Roman" w:hAnsi="Times New Roman" w:eastAsia="Times New Roman" w:cs="Times New Roman"/>
        </w:rPr>
        <w:t>Pompey 1989-cu ildir; bu, müasir Romanın ölümcül yarası sağaldıqca onun tərəfindən məğlub ediləcək üç siyasi gücün birinci nişanıdır. Sovet İttifaqı, ardınca isə Daniel 11-in qırx birinci ayəsində Amerika Birləşmiş Ştatları və həmçinin Birləşmiş Millətlər Təşkilatı. Papalıq hakimiyyətinin müharibəsi həm siyasi, həm də dini xarakter daşıyır və peyğəmbərlik baxımından Amerika Birləşmiş Ştatlarının dini gücü, Reyqanla papa II İohann Pavelin gizli ittifaqı həyata keçiriləndə fəth edildi. Papalıqların hədəfinə üç siyasi maneə və üç dini güc daxildir. 1989-cu ildə üç siyasi gücdən biri aradan götürüldü; Romaya etiraz etmək mənasını verən həqiqi bir söz kimi Protestantizm də həmin tarixdə Amerika Birləşmiş Ştatlarının prezidenti tərəfindən aradan götürüldü. Üç siyasi güc Sovet İttifaqı, Amerika Birləşmiş Ştatları və Birləşmiş Millətlər Təşkilatıdır, dini hədəflər isə Protestantizm və əjdahanın müxtəlif dinləridir ki, bunların hamısı spiritizm hesab olunur. Dünyanı Armageddona aparan üç din mürtəd Protestantizm, Katoliklik və spiritizmdir; papalıq hakimiyyətinin öz kilsəsi daxilində mühafizəkar və liberal ideologiya arasındakı daxili mübarizələri, eləcə də ortodoks Katolisizmin parçalanmaları dini bir maneədir, Katolisizmin fəth etməli olduğu digər iki dini maneə isə mürtəd Protestantizm və spiritizmdir. Protestantizm 1989-cu ildə aradan götürüldü.</w:t>
      </w:r>
    </w:p>
    <w:p>
      <w:pPr>
        <w:pStyle w:val="ArticleBody"/>
        <w:jc w:val="left"/>
      </w:pPr>
      <w:r>
        <w:rPr>
          <w:rFonts w:ascii="Times New Roman" w:hAnsi="Times New Roman" w:eastAsia="Times New Roman" w:cs="Times New Roman"/>
        </w:rPr>
        <w:t>Əgər Fatima mesajlarından qaynaqlanan müxtəlif katolik peyğəmbərliklərində təsvir olunduğu kimi, katolisizmin daxili mübarizələri onun öz dinindən kənarda olan dini gücləri aradan qaldırmaq səylərindən ayrılarsa, onda onun Protestantizm üzərində alfa qələbəsi Reyqanın gizli ittifaqı, omeqa qələbəsi isə 2025-ci ilin açıq ittifaqı idi. Onun pravoslav kilsələri ilə mübarizələri də 1989-cu ildəki ilkin qələbədən Paniumdakı son qələbəyədək təsvir olunur.</w:t>
      </w:r>
    </w:p>
    <w:p>
      <w:pPr>
        <w:pStyle w:val="ArticleBody"/>
        <w:jc w:val="left"/>
      </w:pPr>
      <w:r>
        <w:rPr>
          <w:rFonts w:ascii="Times New Roman" w:hAnsi="Times New Roman" w:eastAsia="Times New Roman" w:cs="Times New Roman"/>
        </w:rPr>
        <w:t>Pompey 1989-cu ilə uyğun gəlir və Danielin səkkizinci fəslin doqquzuncu ayəsində onları “şərq” və “gözəl diyar” kimi müəyyən etdiyi bu iki qələbə, papalığın keçmiş Sovet İttifaqı üzərindəki ruhani və siyasi qələbəsini, eləcə də etirafçı protestantlığın şanlı diyarı üzərindəki müşayiətedici ruhani qələbəni təmsil edir. Yuli Sezar Rafiyada məğlub olacaq; necə ki III Antiox məğlub oldu və Zelenski də olacaq. Yuli on yeddinci ayədən on doqquzuncu ayəyədək olan ayələrin mövzusudur, sonra isə vergiləri yığan kimi Avqust Sezar ayağa qalxır. Tiberi Sezar çarmıx zamanı hökmranlıq edir, buna görə də Tiberi on altıncı ayənin bazar qanunudur.</w:t>
      </w:r>
    </w:p>
    <w:p>
      <w:pPr>
        <w:pStyle w:val="ArticleBody"/>
        <w:jc w:val="left"/>
      </w:pPr>
      <w:r>
        <w:rPr>
          <w:rFonts w:ascii="Times New Roman" w:hAnsi="Times New Roman" w:eastAsia="Times New Roman" w:cs="Times New Roman"/>
        </w:rPr>
        <w:t>Bu, Avqustu on beşinci ayənin Paniumu ilə, on birinci ayənin Rafiya döyüşünü isə Yuli ilə uyğunlaşdırır. Panium döyüşü on altıncı ayənin Bazar günü qanunundan az əvvəl başlayan üçüncü dünya müharibəsidir, lakin sonra Aktium döyüşünə çevrilir. Panium quru döyüşü idi (Birləşmiş Ştatlar), Aktium isə dəniz döyüşü idi (dünya). Avqust dörd Roma hökmdarı xəttində Paniumda təmsil olunur və Aktiumda isə faktiki rəhbər idi. Paniumda Antiox Roma ilə müttəfiq olan Misirlə məşğul oldu, Aktiumda isə Avqust Roma (Mark Antoni) ilə müttəfiq olan Misirlə (Kleopatra) məşğul oldu. Bu o deməkdir ki, Pompey qırxıncı ayəni 1989-cu ilə qədər təmsil edir, Tiberi isə qırx birinci ayənin Bazar günü qanununu təmsil edir. Yuli Sezar eramızdan əvvəl 217-ci ildəki Rafiya döyüşü ilə təcəssüm olunan Ukrayna müharibəsi başlayanda, 2014-cü ildə gəldi.</w:t>
      </w:r>
    </w:p>
    <w:p>
      <w:pPr>
        <w:pStyle w:val="ArticleBody"/>
        <w:jc w:val="left"/>
      </w:pPr>
      <w:r>
        <w:rPr>
          <w:rFonts w:ascii="Times New Roman" w:hAnsi="Times New Roman" w:eastAsia="Times New Roman" w:cs="Times New Roman"/>
        </w:rPr>
        <w:t>Bu, on yeddinci ayədən iyirmi ikinci ayəyədək olan ayələrin 1989-cu ildə başladığını və Bazar günü qanununda başa çatdığını, buna görə də qırxıncı ayənin “gizli tarixi” ilə uyğun gələn tarix olduğunu müəyyən edir. Makkabilərin peyğəmbərlik xətti də məhz həmin “gizli tarix” ilə uyğunlaşır. Roma hökmdarlarının xətti müasir Romanı, Vəhy 16-da təsvir olunan vəhşi heyvanı müəyyən edir, Makkabilərin xətti isə izzətli ölkəni, Vəhy 16-nın yalançı peyğəmbərini təsvir edir. Üç döyüşün xətti cənub padşahı üzərində qələbəni, Vəhy 16-nın əjdahasını müəyyən edir.</w:t>
      </w:r>
    </w:p>
    <w:p>
      <w:pPr>
        <w:pStyle w:val="ArticleBody"/>
        <w:jc w:val="left"/>
      </w:pPr>
      <w:r>
        <w:rPr>
          <w:rFonts w:ascii="Times New Roman" w:hAnsi="Times New Roman" w:eastAsia="Times New Roman" w:cs="Times New Roman"/>
        </w:rPr>
        <w:t>Həmin üç xətt dünyanı Armageddona aparan üç qüvvəni təmsil edir və onlar qırxıncı ayədə cənub padşahı, əjdaha, şimal padşahı, vəhşi heyvan, həmçinin döyüş arabaları, atlılar və gəmilər isə yalançı peyğəmbər kimi təqdim olunur. Onuncu ayədən iyirmi üçüncü ayəyə qədər olan üç xətt, qırxıncı ayənin gizli tarixindəki üç qüvvəni təmsil edir; bunlar isə qırxıncı ayənin açıq tarixində təmsil olunan üç mövzunun davam edən bir təsvirindən nə artıqdır, nə də əskik.</w:t>
      </w:r>
    </w:p>
    <w:p>
      <w:pPr>
        <w:pStyle w:val="ArticleHeading"/>
        <w:jc w:val="left"/>
      </w:pPr>
      <w:r>
        <w:rPr>
          <w:rFonts w:ascii="Arial" w:hAnsi="Arial" w:eastAsia="Arial" w:cs="Arial"/>
        </w:rPr>
        <w:t>Birinci ayə</w:t>
      </w:r>
    </w:p>
    <w:p>
      <w:pPr>
        <w:pStyle w:val="ArticleBody"/>
        <w:jc w:val="left"/>
      </w:pPr>
      <w:r>
        <w:rPr>
          <w:rFonts w:ascii="Times New Roman" w:hAnsi="Times New Roman" w:eastAsia="Times New Roman" w:cs="Times New Roman"/>
        </w:rPr>
        <w:t>Birinci ayədən dördüncü ayəyədək olan ayələr “axır zaman”ı 1989-cu ildə müəyyən edir; həmçinin həmin başlanğıc nöqtəsindən etibarən Amerika Birləşmiş Ştatlarının səkkiz prezidentini göstərir və sonuncu, daha çox-çox zəngin olan səkkizinci prezidentlə yekunlaşır. Dördüncü ayədə həmin padşah Makedoniyalı İskəndər, padşah Axav, Vəhy on yeddidəki on padşah, Məzmur səksən üçdəki on qəbilə və Yaradılış 15:18–21-də Allahın Abramla əhdinin lap ilk addımında dünyanın rəmzi kimi təqdim olunan on millət vasitəsilə təmsil edildiyi kimi, dünyanın padşahına çevrilir.</w:t>
      </w:r>
    </w:p>
    <w:p>
      <w:pPr>
        <w:pStyle w:val="ArticleBody"/>
        <w:jc w:val="left"/>
      </w:pPr>
      <w:r>
        <w:rPr>
          <w:rFonts w:ascii="Times New Roman" w:hAnsi="Times New Roman" w:eastAsia="Times New Roman" w:cs="Times New Roman"/>
        </w:rPr>
        <w:t>Birinci ayədən dördüncü ayəyədək olan ayələr 1989-cu ildən qırx birinci ayədəki Bazar günü qanununda üçqat birliyə qədər olan tarixi təmsil edir; buna görə də onlar dörd Roma hökmdarı ilə, Makkabilər xətti ilə və birlikdə qırxıncı ayənin gizli tarixini təşkil edən onuncu ayədən on beşinci ayəyədək olan ayələrin üç döyüşü ilə uyğunluq təşkil edir.</w:t>
      </w:r>
    </w:p>
    <w:p>
      <w:pPr>
        <w:pStyle w:val="ArticleBody"/>
        <w:jc w:val="left"/>
      </w:pPr>
      <w:r>
        <w:rPr>
          <w:rFonts w:ascii="Times New Roman" w:hAnsi="Times New Roman" w:eastAsia="Times New Roman" w:cs="Times New Roman"/>
        </w:rPr>
        <w:t>Beşinci ayədən doqquzuncu ayəyədək olan ayələr, 538-dən 1798-ə qədərki tarixi tam şəkildə təmsil edən peyğəmbərlik xəttini ortaya qoyur və qırxıncı ayədə axır zamanın əhəmiyyətini anlamaq üçün tarixi və peyğəmbərlik məntiqini təmin edir. Həmin məntiq, onuncu ayəni beşinci ayədən doqquzuncu ayəyədək olan ayələrin tarixinin qisası kimi izah edir və bununla da 1989-un məntiqini müəyyən edir. Bu o deməkdir ki, Daniel on birin birinci ayədən iyirmi üçüncü ayəyədək olan ayələri qırxıncı ayənin gizli tarixi ilə uyğunlaşdırılmış beş peyğəmbərlik xəttini təmsil edir. İlk dörd ayə, Vəhy on yeddinin yeddinci padşahlığında on padşahın padşahı olmağa təyin edilmiş, yeddidən olan səkkizinci prezident Tramp haqqındadır.</w:t>
      </w:r>
    </w:p>
    <w:p>
      <w:pPr>
        <w:pStyle w:val="ArticleBody"/>
        <w:jc w:val="left"/>
      </w:pPr>
      <w:r>
        <w:rPr>
          <w:rFonts w:ascii="Times New Roman" w:hAnsi="Times New Roman" w:eastAsia="Times New Roman" w:cs="Times New Roman"/>
        </w:rPr>
        <w:t>Beşdən ona qədər olan ayələr 1798-ə və oradan 1989-a aparan tarixi müəyyən edir; bu, qırxıncı ayənin tarixidir. Ondan on beşə qədər olan ayələr 1989-cu ildən başlayan üç vəkil müharibəsinin tarixini müəyyən edir; bunlardan ikincisi 2014-cü ildə başladı, sonra isə ən varlı prezident 2015-ci ildə hakimiyyətə qalxdı. Həmin ən varlı prezident 2020-ci ildə öldürüldü, 2022-ci ildə isə Rafiya müharibəsi şiddətləndi; daha sonra ən varlı prezident 2024-cü ildə geri qayıtdı, və 2025-ci ildə vəhşinin başı ilə vəhşinin surətinin başı hər ikisi andiçmə mərasimi ilə vəzifəyə başladı.</w:t>
      </w:r>
    </w:p>
    <w:p>
      <w:pPr>
        <w:pStyle w:val="ArticleBody"/>
        <w:jc w:val="left"/>
      </w:pPr>
      <w:r>
        <w:rPr>
          <w:rFonts w:ascii="Times New Roman" w:hAnsi="Times New Roman" w:eastAsia="Times New Roman" w:cs="Times New Roman"/>
        </w:rPr>
        <w:t>Növbəti məqalədə bu mövzuları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İyirmi Birinci Sayı</dc:title>
  <dc:subject>Şöhrətli ölkədə bazar günü qanununa doğru hərəkət</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