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İyirmi İki Nömrə</w:t>
      </w:r>
    </w:p>
    <w:p>
      <w:pPr>
        <w:pStyle w:val="ArticleSubtitle"/>
        <w:jc w:val="left"/>
      </w:pPr>
      <w:r>
        <w:rPr>
          <w:rFonts w:ascii="Arial" w:hAnsi="Arial" w:eastAsia="Arial" w:cs="Arial"/>
        </w:rPr>
        <w:t>31 dekabr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31 dekabr 2023-cü ildən bəri Yəhuda qəbiləsinin Aslanı peyğəmbərlik həqiqətlərinin möhürlərini müəyyən bir ardıcıllıqla açmaqdadır. Bu ardıcıllığı Future for America-nın internet saytında yerləşdirilmiş məqalələri nəzərdən keçirməklə asanlıqla müəyyən etmək olar. Son aylarda möhürü açılmış həqiqətlər çoxdur və dərindir! Bu ardıcıllıq təsadüfi deyil, məqsədyönlüdür. Bu silsilə açıq şəkildə göstərir ki, Məsih Yəhuda qəbiləsinin Aslanı olaraq kilsəyə, daha sonra isə dünyaya ünvanlanan son sınaq xəbərlərinin möhürlərini açarkən məqsədli, ardıcıl bir prosesi həyata keçirir. Vəhy kitabında Yəhuda qəbiləsinin Aslanı yeddi möhürlə möhürlənmiş kitabı götürür və möhürləri bir-bir — ardıcıllıqla — qaldırır.</w:t>
      </w:r>
    </w:p>
    <w:p>
      <w:pPr>
        <w:pStyle w:val="ArticleHeading"/>
        <w:jc w:val="left"/>
      </w:pPr>
      <w:r>
        <w:rPr>
          <w:rFonts w:ascii="Arial" w:hAnsi="Arial" w:eastAsia="Arial" w:cs="Arial"/>
        </w:rPr>
        <w:t>Öz Sıralarında Açıqlanacaqdır</w:t>
      </w:r>
    </w:p>
    <w:p>
      <w:pPr>
        <w:pStyle w:val="ArticleScripture"/>
        <w:jc w:val="left"/>
      </w:pPr>
      <w:r>
        <w:rPr>
          <w:rFonts w:ascii="Times New Roman" w:hAnsi="Times New Roman" w:eastAsia="Times New Roman" w:cs="Times New Roman"/>
        </w:rPr>
        <w:t>“Bu yeddi göy gurultusu öz səslərini çıxardıqdan sonra, kiçik kitabla bağlı Danielə verildiyi kimi, Yəhyaya da belə bir əmr verilir: ‘Yeddi göy gurultusunun dediklərini möhürlə.’ Bunlar öz sırası ilə açıqlanacaq gələcək hadisələrlə əlaqədardır. Daniel günlərin sonunda öz qismətində dayanacaq. Yəhya kiçik kitabı açılmış halda görür. O zaman Danielin peyğəmbərlikləri dünyaya veriləcək birinci, ikinci və üçüncü mələyin xəbərləri içində öz münasib yerini tutur. Kiçik kitabın möhürünün açılması zamanla bağlı xəbər idi.”</w:t>
      </w:r>
    </w:p>
    <w:p>
      <w:pPr>
        <w:pStyle w:val="ArticleScripture"/>
        <w:jc w:val="left"/>
      </w:pPr>
      <w:r>
        <w:rPr>
          <w:rFonts w:ascii="Times New Roman" w:hAnsi="Times New Roman" w:eastAsia="Times New Roman" w:cs="Times New Roman"/>
        </w:rPr>
        <w:t>“Daniel və Vəhy kitabları birdir. Biri peyğəmbərlik, digəri isə vəhydir; biri möhürlənmiş kitab, digəri isə açılmış kitabdır. Yəhya gurultuların söylədiyi sirləri eşitdi, lakin ona bunları yazmamaq əmr olundu.</w:t>
      </w:r>
    </w:p>
    <w:p>
      <w:pPr>
        <w:pStyle w:val="ArticleScripture"/>
        <w:jc w:val="left"/>
      </w:pPr>
      <w:r>
        <w:rPr>
          <w:rFonts w:ascii="Times New Roman" w:hAnsi="Times New Roman" w:eastAsia="Times New Roman" w:cs="Times New Roman"/>
        </w:rPr>
        <w:t>“Yeddi gurultuda ifadə olunaraq Yəhyaya verilən xüsusi işıq, birinci və ikinci mələklərin xəbərləri altında baş verəcək hadisələrin təsviri idi. Xalqın bunları bilməsi məsləhət deyildi, çünki onların imanı zərurən sınaqdan keçirilməli idi. Allahın nizamında ən ecazkar və ən qabaqcıl həqiqətlər bəyan edilməli idi. Birinci və ikinci mələklərin xəbərləri bəyan olunmalı idi, lakin bu xəbərlər öz xüsusi işini görməzdən əvvəl daha artıq işıq açıqlanmamalı idi. Bu, bir ayağı dənizdə dayanmış və son dərəcə təntənəli andla vaxtın artıq olmayacağını bəyan edən mələklə təmsil olunur.” The Seventh-day Adventist Bible Commentary, cild 7, 971.</w:t>
      </w:r>
    </w:p>
    <w:p>
      <w:pPr>
        <w:pStyle w:val="ArticleBody"/>
        <w:jc w:val="left"/>
      </w:pPr>
      <w:r>
        <w:rPr>
          <w:rFonts w:ascii="Times New Roman" w:hAnsi="Times New Roman" w:eastAsia="Times New Roman" w:cs="Times New Roman"/>
        </w:rPr>
        <w:t>“Yeddi gurultu”nun son vəhyi 2023-cü ildən sonra açıldı və bu vəhy göstərdi ki, “yeddi gurultu” ilk alfa məyusluğundan son omeqa məyusluğuna qədər olanı təmsil edir. Yəhyanın yeddi gurultunu müəyyənləşdirməsinə icazə verilmədi, çünki “yeddi gurultu”nun vəhyi tarixin tək bir icrası deyil, son günlərdə yenidən baş verəcək olan və Millerçi tarixində baş vermiş “hadisələrin təsviri”nin bir illüstrasiyası idi. Kamil icra 18 iyul 2020-ci il tarixindən tezliklə gələcək bazar qanununa qədər olan tarixi təsvir etmək üçün göstərildi. Aslan bu işığı açdı ki, yüz qırx dörd minin məbədinin qurulması tarixi üzərinə saçsın.</w:t>
      </w:r>
    </w:p>
    <w:p>
      <w:pPr>
        <w:pStyle w:val="ArticleBody"/>
        <w:jc w:val="left"/>
      </w:pPr>
      <w:r>
        <w:rPr>
          <w:rFonts w:ascii="Times New Roman" w:hAnsi="Times New Roman" w:eastAsia="Times New Roman" w:cs="Times New Roman"/>
        </w:rPr>
        <w:t>Millerçi tarixində “yeddi gurultu” 1798-ci ildən 1844-cü ilə qədər olan dövrü təmsil edirdi; bu zaman Millerçilər “ən ecazkar və qabaqcıl həqiqətləri” təqdim edirdilər. Onlara verilmiş işi yerinə yetirərkən, Millerçilər sınaqdan keçirildilər. Onlar nə bəyan etdikləri xəbəri, nə də yerinə yetirdikləri tarixi tam başa düşürdülər. Onların bəyan etdikləri həqiqətlər, Sister White-ın “qabaqcıl həqiqətlər” kimi müəyyən etdiyi həqiqətlər idi; bu həqiqətlər birinci və ikinci mələklərin xəbərləri öz işini tamamlayana qədər başa düşülməli deyildi.</w:t>
      </w:r>
    </w:p>
    <w:p>
      <w:pPr>
        <w:pStyle w:val="ArticleBody"/>
        <w:jc w:val="left"/>
      </w:pPr>
      <w:r>
        <w:rPr>
          <w:rFonts w:ascii="Times New Roman" w:hAnsi="Times New Roman" w:eastAsia="Times New Roman" w:cs="Times New Roman"/>
        </w:rPr>
        <w:t>“Yeddi gurultu” öz kamil yerinə yetməsinə çatdıqda, həmin “gələcək hadisələr” Daniel kitabı ilə birlikdə Vəhy kitabının on dördüncü fəslindəki üç mələyin xəbərləri vasitəsilə təmsil olunur. “Yeddi gurultu”nun “gələcək hadisələri” ilə təmsil olunan yüz qırx dörd minin işi, Daniel kitabını üç mələyin xəbərləri ilə birləşdirməkdən ibarətdir.</w:t>
      </w:r>
    </w:p>
    <w:p>
      <w:pPr>
        <w:pStyle w:val="ArticleScripture"/>
        <w:jc w:val="left"/>
      </w:pPr>
      <w:r>
        <w:rPr>
          <w:rFonts w:ascii="Times New Roman" w:hAnsi="Times New Roman" w:eastAsia="Times New Roman" w:cs="Times New Roman"/>
        </w:rPr>
        <w:t>“Rəbb dünyanı onun qanunsuzluğuna görə cəzalandırmaq üzrədir. O, onlara verilmiş işığı və həqiqəti rədd etdiklərinə görə dini qurumları cəzalandırmaq üzrədir. Birinci, ikinci və üçüncü mələklərin xəbərlərini birləşdirən böyük xəbər dünyaya verilməlidir. Bu, işimizin əsas yükü olmalıdır.” The Seventh-day Adventist Bible Commentary, cild 7, 950.</w:t>
      </w:r>
    </w:p>
    <w:p>
      <w:pPr>
        <w:pStyle w:val="ArticleBody"/>
        <w:jc w:val="left"/>
      </w:pPr>
      <w:r>
        <w:rPr>
          <w:rFonts w:ascii="Times New Roman" w:hAnsi="Times New Roman" w:eastAsia="Times New Roman" w:cs="Times New Roman"/>
        </w:rPr>
        <w:t>31 dekabr 2023-cü ildən etibarən Yəhuda qəbiləsinin Şiri peyğəmbərlik həqiqətlərinin möhürlərini müəyyən bir “ardıcıllıqla” açmaqdadır.</w:t>
      </w:r>
    </w:p>
    <w:p>
      <w:pPr>
        <w:pStyle w:val="ArticleHeading"/>
        <w:jc w:val="left"/>
      </w:pPr>
      <w:r>
        <w:rPr>
          <w:rFonts w:ascii="Arial" w:hAnsi="Arial" w:eastAsia="Arial" w:cs="Arial"/>
        </w:rPr>
        <w:t>Milleritlərin Tarixi</w:t>
      </w:r>
    </w:p>
    <w:p>
      <w:pPr>
        <w:pStyle w:val="ArticleScripture"/>
        <w:jc w:val="left"/>
      </w:pPr>
      <w:r>
        <w:rPr>
          <w:rFonts w:ascii="Times New Roman" w:hAnsi="Times New Roman" w:eastAsia="Times New Roman" w:cs="Times New Roman"/>
        </w:rPr>
        <w:t>“İndi yaşayan elələri vardır ki, Daniel və Yəhyanın peyğəmbərliklərini araşdırarkən, öz ardıcıllığı daxilində yerinə yetirilməkdə olan xüsusi peyğəmbərliklərin keçdiyi sahədən ötərkən Allahdan böyük nur qəbul etdilər. Onlar zaman xəbərini xalqa çatdırdılar. Həqiqət günorta çağındakı günəş kimi aydın şəkildə parladı. Peyğəmbərliyin birbaşa yerinə yetməsini göstərən tarixi hadisələr xalqın önünə qoyuldu və peyğəmbərlik bu yer üzünün tarixinin sonuna qədər aparan hadisələrin məcazi təsviri kimi görüldü.” Selected Messages, book 2, 101, 102.</w:t>
      </w:r>
    </w:p>
    <w:p>
      <w:pPr>
        <w:pStyle w:val="ArticleBody"/>
        <w:jc w:val="left"/>
      </w:pPr>
      <w:r>
        <w:rPr>
          <w:rFonts w:ascii="Times New Roman" w:hAnsi="Times New Roman" w:eastAsia="Times New Roman" w:cs="Times New Roman"/>
        </w:rPr>
        <w:t>Məsihin Gecəyarısı Fəryadının xəbərində açmaqda olduğu “nizam” möhlət dövrünün bağlanmasına aparan və “peyğəmbərliyin birbaşa yerinə yetməsini” göstərən “tarixi hadisələri” təmsil edir. Son günlərdə peyğəmbərliyin birbaşa yerinə yetməsi zamana əsaslanan peyğəmbərliklərin vəhyi deyildir, lakin Palmoni peyğəmbərliyin birbaşa yerinə yetmələrini müəyyən etmək üçün hələ də rəqəmlərdən istifadə edir. Vaxt artıq yoxdur və Millerçilər öz nəsillərinə “zaman xəbərini” çatdırmış olsalar da, üçüncü mələyin xəbəri “zamandan” daha qüvvətlidir.</w:t>
      </w:r>
    </w:p>
    <w:p>
      <w:pPr>
        <w:pStyle w:val="ArticleScripture"/>
        <w:jc w:val="left"/>
      </w:pPr>
      <w:r>
        <w:rPr>
          <w:rFonts w:ascii="Times New Roman" w:hAnsi="Times New Roman" w:eastAsia="Times New Roman" w:cs="Times New Roman"/>
        </w:rPr>
        <w:t>“Rəbb mənə göstərdi ki, üçüncü mələyin xəbəri yayılmalı və Rəbbin səpələnmiş övladlarına elan edilməlidir; və o, zamana bağlanmamalıdır; çünki zaman bir daha heç vaxt sınaq olmayacaq. Mən gördüm ki, bəziləri vaxtı təbliğ etməkdən doğan saxta bir coşquya qapılırdılar; üçüncü mələyin xəbəri zamanın verə biləcəyindən daha qüvvətli idi. Mən gördüm ki, bu xəbər öz təməli üzərində dayana bilər və onu qüvvətləndirmək üçün zamana ehtiyacı yoxdur; və o, qüdrətli güclə irəliləyəcək, öz işini görəcək və salehlik içində qısaldılacaqdır.” Experience and Views, 48.</w:t>
      </w:r>
    </w:p>
    <w:p>
      <w:pPr>
        <w:pStyle w:val="ArticleBody"/>
        <w:jc w:val="left"/>
      </w:pPr>
      <w:r>
        <w:rPr>
          <w:rFonts w:ascii="Times New Roman" w:hAnsi="Times New Roman" w:eastAsia="Times New Roman" w:cs="Times New Roman"/>
        </w:rPr>
        <w:t>Peyğəmbərlik həqiqətlərinin möhürlərinin açılmasının ardıcıl “nizamı” mütərəqqi bir tarixi müəyyən edir, lakin o, həmçinin xəbərin inkişafını da müəyyən edir. Təmsil olunan tarixin “nizamı”nı və həm də Yəhuda qəbiləsindən olan Aslanın 31 dekabrdan etibarən xəbərin möhürlərini necə açmaqda olduğunu göstərən ayaq izlərini anlamaq xilasedicidir. 2023-cü ilin iyul ayında səhrada bir səs 31 dekabr 2023-cü il tarixli möhürlərin açılmasının yolunu hazırlamağa başladı. Sonra Yəhuda qəbiləsindən olan Aslan Vəhy kitabının birinci fəslinin möhürlərini açdı.</w:t>
      </w:r>
    </w:p>
    <w:p>
      <w:pPr>
        <w:pStyle w:val="ArticleHeading"/>
        <w:jc w:val="left"/>
      </w:pPr>
      <w:r>
        <w:rPr>
          <w:rFonts w:ascii="Arial" w:hAnsi="Arial" w:eastAsia="Arial" w:cs="Arial"/>
        </w:rPr>
        <w:t>Başqa Heç Nə</w:t>
      </w:r>
    </w:p>
    <w:p>
      <w:pPr>
        <w:pStyle w:val="ArticleScripture"/>
        <w:jc w:val="left"/>
      </w:pPr>
      <w:r>
        <w:rPr>
          <w:rFonts w:ascii="Times New Roman" w:hAnsi="Times New Roman" w:eastAsia="Times New Roman" w:cs="Times New Roman"/>
        </w:rPr>
        <w:t>“Vəhy kitabında öz sırası ilə verilmiş təntənəli xəbərlər Allah xalqının düşüncələrində birinci yeri tutmalıdır. Diqqətimizi tamamilə zəbt etməyə başqa heç nəyə yol verilməməlidir.” Testimonies, cild 8, 301, 302.</w:t>
      </w:r>
    </w:p>
    <w:p>
      <w:pPr>
        <w:pStyle w:val="ArticleBody"/>
        <w:jc w:val="left"/>
      </w:pPr>
      <w:r>
        <w:rPr>
          <w:rFonts w:ascii="Times New Roman" w:hAnsi="Times New Roman" w:eastAsia="Times New Roman" w:cs="Times New Roman"/>
        </w:rPr>
        <w:t>2023-cü ildə başlanan məqalələr Allahın xalqının zehnində “birinci yeri tutmalıdır”.</w:t>
      </w:r>
    </w:p>
    <w:p>
      <w:pPr>
        <w:pStyle w:val="ArticleScripture"/>
        <w:jc w:val="left"/>
      </w:pPr>
      <w:r>
        <w:rPr>
          <w:rFonts w:ascii="Times New Roman" w:hAnsi="Times New Roman" w:eastAsia="Times New Roman" w:cs="Times New Roman"/>
        </w:rPr>
        <w:t>“Allahın peyğəmbərlik tarixində keçmişdə yerinə yetməli olduğunu müəyyən etdiyi hər şey yerinə yetmişdir və hələ gələcək olan hər şey də öz sırası ilə olacaqdır. Allahın peyğəmbəri Daniel öz yerində dayanır. Yəhya öz yerində dayanır. Vəhy kitabında Yəhuda qəbiləsinin Şiri peyğəmbərlik öyrənənlərə Daniel kitabını açmışdır və beləliklə Daniel öz yerində dayanır. O, öz şəhadətini verir — Rəbbin ona vəhydə göstərdiyi böyük və ciddi hadisələrə dair şəhadəti; elə hadisələr ki, biz onların yerinə yetməsinin lap astanasında dayanarkən onları bilməliyik.”</w:t>
      </w:r>
    </w:p>
    <w:p>
      <w:pPr>
        <w:pStyle w:val="ArticleScripture"/>
        <w:jc w:val="left"/>
      </w:pPr>
      <w:r>
        <w:rPr>
          <w:rFonts w:ascii="Times New Roman" w:hAnsi="Times New Roman" w:eastAsia="Times New Roman" w:cs="Times New Roman"/>
        </w:rPr>
        <w:t>“Tarixdə və peyğəmbərlikdə Allahın Kəlamı həqiqətlə yanılma arasındakı uzun sürən mübarizəni təsvir edir. O mübarizə hələ də davam etməkdədir. Olmuş olan şeylər yenidən təkrarlanacaqdır.” Selected Messages, book 2, 109.</w:t>
      </w:r>
    </w:p>
    <w:p>
      <w:pPr>
        <w:pStyle w:val="ArticleHeading"/>
        <w:jc w:val="left"/>
      </w:pPr>
      <w:r>
        <w:rPr>
          <w:rFonts w:ascii="Arial" w:hAnsi="Arial" w:eastAsia="Arial" w:cs="Arial"/>
        </w:rPr>
        <w:t>Otuz</w:t>
      </w:r>
    </w:p>
    <w:p>
      <w:pPr>
        <w:pStyle w:val="ArticleBody"/>
        <w:jc w:val="left"/>
      </w:pPr>
      <w:r>
        <w:rPr>
          <w:rFonts w:ascii="Times New Roman" w:hAnsi="Times New Roman" w:eastAsia="Times New Roman" w:cs="Times New Roman"/>
        </w:rPr>
        <w:t>Daniel kitabının on birinci fəslinin qırxıncı ayəsinin xəbəri 1996-cı ildə möhürdən açıldı və rəsmiləşdirildi. Otuz il sonra, elə həmin ayənin gizli tarixi indi Gecəyarısı Hayqırtısı xəbərinin rəsmiləşdirilməsi ilə əlaqədar olaraq möhürdən açılır; bu xəbər, İslam haqqında düzəldilmiş xarici bir proqnozla Gecəyarısı Hayqırtısının düzəldilmiş daxili xəbərinin birliyindən ibarətdir. Gecəyarısı Hayqırtısının xəbəri on altıncı ayədəki bazar qanunundan əvvəl bəyan olunur, çünki məsəldə qapı məhz bazar qanununda bağlanır.</w:t>
      </w:r>
    </w:p>
    <w:p>
      <w:pPr>
        <w:pStyle w:val="ArticleHeading"/>
        <w:jc w:val="left"/>
      </w:pPr>
      <w:r>
        <w:rPr>
          <w:rFonts w:ascii="Arial" w:hAnsi="Arial" w:eastAsia="Arial" w:cs="Arial"/>
        </w:rPr>
        <w:t>Peter</w:t>
      </w:r>
    </w:p>
    <w:p>
      <w:pPr>
        <w:pStyle w:val="ArticleBody"/>
        <w:jc w:val="left"/>
      </w:pPr>
      <w:r>
        <w:rPr>
          <w:rFonts w:ascii="Times New Roman" w:hAnsi="Times New Roman" w:eastAsia="Times New Roman" w:cs="Times New Roman"/>
        </w:rPr>
        <w:t>Bu, Peteri yüz qırx dörd min nəfərin möhürlənməsi tarixində yerləşdirir. Peterin yuxarı otaqda bəyan etdiyi bir xəbəri var idi və məbəddə bəyan etdiyi bir xəbəri var idi. Yuxarı otaqdakı xəbər məsəlin Gecəyarısı Hayqırtısıdır, məbəddəki xəbər isə üçüncü mələyin uca fəryadıdır. Peterin Gecəyarısı Hayqırtısının yuxarı otaq xəbərini bəyan etməsi üçün, əvvəlcə onun xəbəri düzəldilməli və rəsmiləşdirilməli idi. Bu düzəliş və rəsmiləşdirmə, Yəhuda qəbiləsinin Aslanının 31 dekabr 2023-cü ildən bəri müəyyənləşdirdiyi peyğəmbərlik xətlərinin bir araya gətirilməsi ilə həyata keçirilir.</w:t>
      </w:r>
    </w:p>
    <w:p>
      <w:pPr>
        <w:pStyle w:val="ArticleBody"/>
        <w:jc w:val="left"/>
      </w:pPr>
      <w:r>
        <w:rPr>
          <w:rFonts w:ascii="Times New Roman" w:hAnsi="Times New Roman" w:eastAsia="Times New Roman" w:cs="Times New Roman"/>
        </w:rPr>
        <w:t>İndi görüləcək iş Gecəyarısı Nidası xəbərini rəsmiləşdirməkdir. Xəbərin rəsmiləşdirilməsi 1831-ci ildə William Miller və 1996-cı ildə The Time of the End jurnalı ilə timsallaşdırılmışdır. 18 iyul 2020-ci ildə ilk məyusluğu doğuran xəbərin düzəldilməsi həm Josiah Litch, həm də Samuel Snow ilə timsallaşdırılmışdır. Onların hər birinin yerinə yetirdiyi iş 11 avqust 1840-dan sonrakı gedişatda və yeddinci ay hərəkatından sonrakı gedişatda gələn “nəticə”yə “səbəb” oldu. 1840-cı ildə xəbər dünyanın hər bir missiya məntəqəsinə çatdırıldı və 1844-cü ildə Gecəyarısı Nidası xəbəri ABŞ-ın şərq sahil zolağı üzərindən qabarma dalğası kimi yayıldı. İnsanların işi Müqəddəs Ruhun tökülməsi “nəticə”sinə “səbəb” oldu. 1840 dənizlə təmsil olunan dünyaya yönəldi, 1844 isə yerlə təmsil olunan Amerika Birləşmiş Ştatlarına yönəldi. 1840-ın rəmzi Vəhy onuncu fəsildə Məsihin yer və dəniz üzərində dayanması idi və elə həmin fəsil 1840-dan 1844-ə qədər olan tarixi müəyyənləşdirir və Məsihi yer və dəniz üzərində dayanmış halda təsvir edir.</w:t>
      </w:r>
    </w:p>
    <w:p>
      <w:pPr>
        <w:pStyle w:val="ArticleBody"/>
        <w:jc w:val="left"/>
      </w:pPr>
      <w:r>
        <w:rPr>
          <w:rFonts w:ascii="Times New Roman" w:hAnsi="Times New Roman" w:eastAsia="Times New Roman" w:cs="Times New Roman"/>
        </w:rPr>
        <w:t>Həm 1840-cı ildə, həm də 1844-cü ildə peyğəmbərliyə edilən düzəliş zaman baxımından irəliyə doğru, mükəmməl tarixə yönəlmiş bir düzəliş idi. Bunlardan biri İslam haqqında bir peyğəmbərlik, digəri isə on bakirə məsəli haqqında bir peyğəmbərlik idi. Biri xarici, digəri isə daxili idi. 1844-cü il həmçinin müqəddəs məkanın yanlış anlaşılması səhvini də ehtiva edirdi. Müqəddəs məkan yer idimi, yoxsa səmavi müqəddəs məkanmı? Bu yanlış anlama sadəcə müqəddəs məkanın tərifi ilə məhdudlaşacaq qədər səthi deyildi; çünki o, eyni zamanda bir canın Məsihə müqəddəs yerdən Ən Müqəddəs Yerə qədər tabe olub-olmayacağına dair bir sınağı da təmsil edirdi.</w:t>
      </w:r>
    </w:p>
    <w:p>
      <w:pPr>
        <w:pStyle w:val="ArticleScripture"/>
        <w:jc w:val="left"/>
      </w:pPr>
      <w:r>
        <w:rPr>
          <w:rFonts w:ascii="Times New Roman" w:hAnsi="Times New Roman" w:eastAsia="Times New Roman" w:cs="Times New Roman"/>
        </w:rPr>
        <w:t>“Mən Atanın taxtdan qalxdığını, alovlu bir arabada pərdənin arxasındakı müqəddəslər müqəddəsinə girdiyini və orada oturduğunu gördüm. Sonra İsa taxtdan qalxdı, və baş əyib durmuş olanların çoxu Onunla birlikdə ayağa qalxdı. O qalxdıqdan sonra İsadan etinasız izdihama bir işıq şüasının belə keçdiyini görmədim; onlar tam qaranlıqda qaldılar. İsa qalxdığı zaman ayağa qalxanlar, O taxtı tərk edib onları bir qədər irəli apardıqca, gözlərini Ondan ayırmadılar. Sonra O sağ qolunu qaldırdı və biz Onun məlahətli səsini eşitdik: “Burada gözləyin; Mən Padşahlığı qəbul etmək üçün Atamın yanına gedirəm; paltarlarınızı ləkəsiz saxlayın, və az sonra Mən toy mərasimindən qayıdıb sizi Özümə qəbul edəcəyəm.” Sonra buludlu bir araba, alovlu od kimi təkərlərlə, mələklərlə əhatə olunmuş halda, İsanın olduğu yerə gəldi. O arabaya mindi və Atanın oturduğu müqəddəslər müqəddəsinə aparıldı. Orada mən İsanı, böyük Baş Kahin olaraq, Atanın önündə dayanmış gördüm. Onun libasının ətəyində bir zəng və bir nar, bir zəng və bir nar var idi. İsa ilə birlikdə ayağa qalxanlar öz imanlarını müqəddəslər müqəddəsində Ona yönəldər və dua edərdilər: “Ey Atamız, bizə Öz Ruhunu ver.” O zaman İsa onların üzərinə Müqəddəs Ruhu üfürərdi. O nəfəsdə işıq, qüdrət və çoxlu məhəbbət, sevinc və sülh var idi.</w:t>
      </w:r>
    </w:p>
    <w:p>
      <w:pPr>
        <w:pStyle w:val="ArticleScripture"/>
        <w:jc w:val="left"/>
      </w:pPr>
      <w:r>
        <w:rPr>
          <w:rFonts w:ascii="Times New Roman" w:hAnsi="Times New Roman" w:eastAsia="Times New Roman" w:cs="Times New Roman"/>
        </w:rPr>
        <w:t>“Mən hələ də taxtın önündə baş əymiş olan cəmiyyətə baxmaq üçün döndüm; onlar İsanın oranı tərk etdiyini bilmirdilər. Şeytan taxtın yanında görünərək Allahın işini davam etdirməyə çalışırdı. Onların taxta baxıb belə dua etdiklərini gördüm: “Ata, bizə Öz Ruhunu ver.” O zaman Şeytan onların üzərinə müqəddəs olmayan bir təsir üfürürdü; onda işıq və çox qüvvə vardı, lakin şirin məhəbbət, sevinc və sülh yox idi. Şeytanın məqsədi onları aldadılmış halda saxlamaq, həmçinin Allahın övladlarını geri çəkmək və aldatmaq idi.” Early Writings, 55, 56.</w:t>
      </w:r>
    </w:p>
    <w:p>
      <w:pPr>
        <w:pStyle w:val="ArticleBody"/>
        <w:jc w:val="left"/>
      </w:pPr>
      <w:r>
        <w:rPr>
          <w:rFonts w:ascii="Times New Roman" w:hAnsi="Times New Roman" w:eastAsia="Times New Roman" w:cs="Times New Roman"/>
        </w:rPr>
        <w:t>Müqəddəs məkan, müqəddəs məkanın yanlış başa düşülməsindən doğan bütün anlaşılmazlıqları izah edən “açar” kimi müəyyən edildi. O, məyusluğu izah edən “açar” idi. Axır günlərdə isə “açar” məhz məyusluqdur; bu da məbədin yanlış başa düşülməsini izah edir.</w:t>
      </w:r>
    </w:p>
    <w:p>
      <w:pPr>
        <w:pStyle w:val="ArticleBody"/>
        <w:jc w:val="left"/>
      </w:pPr>
      <w:r>
        <w:rPr>
          <w:rFonts w:ascii="Times New Roman" w:hAnsi="Times New Roman" w:eastAsia="Times New Roman" w:cs="Times New Roman"/>
        </w:rPr>
        <w:t>22 oktyabr 1844-cü il tarixindən etibarən “artıq vaxt yoxdur” və 18 iyul 2020-ci il məyusluğunun xətası indi düzəldilməlidir, lakin zaman baxımından deyil, çünki artıq vaxt yoxdur.</w:t>
      </w:r>
    </w:p>
    <w:p>
      <w:pPr>
        <w:pStyle w:val="ArticleScripture"/>
        <w:jc w:val="left"/>
      </w:pPr>
      <w:r>
        <w:rPr>
          <w:rFonts w:ascii="Times New Roman" w:hAnsi="Times New Roman" w:eastAsia="Times New Roman" w:cs="Times New Roman"/>
        </w:rPr>
        <w:t>Dənizin və yerin üzərində dayanan mələyi gördüm; o, əlini göyə qaldırdı və əbədi olaraq yaşayan, göyü və onda olanları, yeri və onda olanları, dənizi və onda olanları yaradanın adına and içdi ki, artıq vaxt olmayacaq; lakin yeddinci mələyin səsi eşidiləcək günlərdə, o, şeypur çalmağa başladığı zaman, Allahın sirri, Öz qulları olan peyğəmbərlərə bildirdiyi kimi, tamamlanacaqdır. Vəhy 10:5–7.</w:t>
      </w:r>
    </w:p>
    <w:p>
      <w:pPr>
        <w:pStyle w:val="ArticleBody"/>
        <w:jc w:val="left"/>
      </w:pPr>
      <w:r>
        <w:rPr>
          <w:rFonts w:ascii="Times New Roman" w:hAnsi="Times New Roman" w:eastAsia="Times New Roman" w:cs="Times New Roman"/>
        </w:rPr>
        <w:t>Düzəldilməsi vacib olan önbildirişin məkanı Tennessi ştatının Neşvill şəhəridir və bu məkan dəyişdirilə bilməz; çünki o, Future for America tərəfindən deyil, Ellen Uayt tərəfindən müəyyən edilmişdir və Peyğəmbərlik Ruhu heç vaxt yanılmaz.</w:t>
      </w:r>
    </w:p>
    <w:p>
      <w:pPr>
        <w:pStyle w:val="ArticleScripture"/>
        <w:jc w:val="left"/>
      </w:pPr>
      <w:r>
        <w:rPr>
          <w:rFonts w:ascii="Times New Roman" w:hAnsi="Times New Roman" w:eastAsia="Times New Roman" w:cs="Times New Roman"/>
        </w:rPr>
        <w:t>“Nəştvildə olduğum zaman xalqa müraciət edirdim və gecə vaxtında birbaşa göydən enib Nəştvildə qərar tutan nəhəng bir od kürəsi göründü. Həmin kürədən oxlar kimi alovlar çıxırdı; evlər yanıb məhv olurdu; evlər yırğalanır və uçub dağılırdı. Bizim adamlarımızdan bəziləri orada dayanmışdılar. Onlar dedilər: ‘Bu, elə gözlədiyimiz kimidir, biz bunu gözləyirdik.’ Başqaları isə əzab içində əllərini ovuşdurur və Allahdan mərhəmət diləyərək fəryad edirdilər. Onlar dedilər: ‘Siz bunu bilirdiniz, siz bilirdiniz ki, bu gəlirdi, amma bizi xəbərdar etmək üçün bir kəlmə də demədiniz!’ Elə görünürdülər ki, onlara bunu heç vaxt demədiklərini və onlara əsla heç bir xəbərdarlıq etmədiklərini düşündükcə, az qala onları tikə-tikə etsinlər.” Manuscript 188, 1905.</w:t>
      </w:r>
    </w:p>
    <w:p>
      <w:pPr>
        <w:pStyle w:val="ArticleBody"/>
        <w:jc w:val="left"/>
      </w:pPr>
      <w:r>
        <w:rPr>
          <w:rFonts w:ascii="Times New Roman" w:hAnsi="Times New Roman" w:eastAsia="Times New Roman" w:cs="Times New Roman"/>
        </w:rPr>
        <w:t>Neşvil üzərinə od kürələrinin düşməsi ilə bağlı daxili məsələ ondadır ki, bu, Laodikeyaçı Yeddinci Gün Adventizminin Neşvil xəbərdarlıq ismarıcından xəbardar olduğunu, lakin susduğunu üzə çıxarır. Bu, peyğəmbərlik tarixində Gecəyarısı Fəryadı ismarıcının “utanc”ının və ya “sevinc”inin təzahür etdiyi nöqtədir. Bu, bayraq olmalı olanların seçilib fərqləndirilərək ucaldılmağa başladığı nöqtədir; bununla yanaşı, dünyada olan, Laodikeyaçı Yeddinci Gün Adventizminin Neşvil barədə heç bir xəbərdarlıq etmədiyinə görə hiddətlənmiş və qəzəblənmiş kəslər tərəfindən utandırılanlar da üzə çıxır. Bu eyni peyğəmbərlik fərqləndirməsi Karmel dağında İlyas ilə Baal peyğəmbərləri arasında, habelə Millerçi tarixin ikinci mələyi dövründə, protestantlar mürtəd protestantlara çevrilib yalançı peyğəmbər kimi öz rollarına başladıqda, Romanın qızları olduqları vaxt təmsil olunmuşdu. 1989-cu ildə siyasi buynuz Reyqan vasitəsilə eyni şeyi etdi, yalnız Reyqan Romanın qızları olmadı; o, Romanın məşuqları olan Axav və birinci Klovis oldu.</w:t>
      </w:r>
    </w:p>
    <w:p>
      <w:pPr>
        <w:pStyle w:val="ArticleScripture"/>
        <w:jc w:val="left"/>
      </w:pPr>
      <w:r>
        <w:rPr>
          <w:rFonts w:ascii="Times New Roman" w:hAnsi="Times New Roman" w:eastAsia="Times New Roman" w:cs="Times New Roman"/>
        </w:rPr>
        <w:t>“Mənə bir səhnə göstərildi. Bu, Şənbədən əvvəlki gecə idi. Həmin səhnə elə o zaman göstərildi. Pəncərədən bayıra baxdım və göydən gəlmiş nəhəng bir od kürəsi gördüm; o, sütunlu binalar tikdikləri yerə düşdü; xüsusilə də sütunlar mənə göstərildi. Və elə görünürdü ki, kürə birbaşa binaya gəlib onu əzdi; onlar isə onun şaxələndiyini, şaxələndiyini, genişləndiyini gördülər və ağlamağa, yas tutmağa, yas tutmağa, əllərini bir-birinə sıxmağa başladılar; və mən düşündüm ki, bizim xalqımızdan bəziləri orada dayanıb belə deyirdi: ‘Bax, bu, bizim gözlədiyimiz şeydir; bu, haqqında danışdığımız şeydir; bu, haqqında danışdığımız şeydir.’ ‘Siz bunu bilirdinizmi?’ adamlar dedilər. ‘Siz bunu bilirdiniz və bizə heç vaxt bu barədə demədiniz?’ Mən düşündüm ki, onların üzündə necə də iztirab var idi, görkəmlərində necə də iztirab var idi.’” Manuskript 152; 1904.</w:t>
      </w:r>
    </w:p>
    <w:p>
      <w:pPr>
        <w:pStyle w:val="ArticleBody"/>
        <w:jc w:val="left"/>
      </w:pPr>
      <w:r>
        <w:rPr>
          <w:rFonts w:ascii="Times New Roman" w:hAnsi="Times New Roman" w:eastAsia="Times New Roman" w:cs="Times New Roman"/>
        </w:rPr>
        <w:t>18 iyul 2020-ci il məyusluğu bayraq kimi ucaldılmalı olan məbədi müəyyən etmək üçün “açar”dır. Adventistlərin iki sinfə ayrılması bibliya peyğəmbərliyinin əsas mövzusudur. Yeremya “lağ edənlərin cəmiyyətinə” qoşulmaqdan imtina etdi və həm Smirna, həm də Filadelfiya kilsələri özlərini Yəhudi adlandıran, lakin olmayan Şeytanın sinaqoqu ilə qarşılaşdırıldı. İmanını etiraf edən Adventistlərin iki sinfi arasındakı fərq Müqəddəs Kitabı öyrənmək üçün istifadə etdikləri metodologiya ilə təmsil olunur. Bu, həqiqi təhsil ilə Bacı Uaytın adlandırdığı kimi “guya ali təhsil” arasındakı fərqdir.</w:t>
      </w:r>
    </w:p>
    <w:p>
      <w:pPr>
        <w:pStyle w:val="ArticleBody"/>
        <w:jc w:val="left"/>
      </w:pPr>
      <w:r>
        <w:rPr>
          <w:rFonts w:ascii="Times New Roman" w:hAnsi="Times New Roman" w:eastAsia="Times New Roman" w:cs="Times New Roman"/>
        </w:rPr>
        <w:t>Neşvil “Cənubun Afinası” kimi tanınır və Neşvildə Yunanıstanı təmsil edən ən məşhur bina, 1897-ci ildə qədim yunan Parfenonunun tam ölçülü surəti kimi inşa edilmiş Centennial Parkdakı Parfenondur. O, Tennessi ştatının 1796-cı ildə ştat statusuna daxil olmasının yüzilliyini qeyd etmək üçün tikilmişdi və bayramdan sonra sökülməsi nəzərdə tutulmuşdu. Lakin 1903-cü ildə həmin ərazi parka çevrildi və Parfenon 1920-ci ildən 1931-ci ilədək daimi şəkildə yenidən inşa olundu.</w:t>
      </w:r>
    </w:p>
    <w:p>
      <w:pPr>
        <w:pStyle w:val="ArticleBody"/>
        <w:jc w:val="left"/>
      </w:pPr>
      <w:r>
        <w:rPr>
          <w:rFonts w:ascii="Times New Roman" w:hAnsi="Times New Roman" w:eastAsia="Times New Roman" w:cs="Times New Roman"/>
        </w:rPr>
        <w:t>“Parfenon” adı yunan sözü olan parthénos-dan törəmişdir; bu söz “bakirə” və ya “qız” mənasını verir və Afina ilahəsinin toxunulmamış, müdrik və döyüşkən hikmət, strategiya, incəsənət, sənətkarlıq və sivilizasiya ilahəsi kimi təzahürünə işarə edir. E.ə. 447–432-ci illər arasında Afinadakı Akropolda inşa edilmiş bu məbəd, heykəltəraş Fidiasın Afina üçün hazırladığı nəhəng xrizelefantin (qızıl və fil sümüyündən) heykəli özündə saxlayırdı və mahiyyət etibarilə onun “evi” və ya ilahi məskəni kimi xidmət edirdi; belə hesab olunurdu ki, o, orada hazırdır.</w:t>
      </w:r>
    </w:p>
    <w:p>
      <w:pPr>
        <w:pStyle w:val="ArticleBody"/>
        <w:jc w:val="left"/>
      </w:pPr>
      <w:r>
        <w:rPr>
          <w:rFonts w:ascii="Times New Roman" w:hAnsi="Times New Roman" w:eastAsia="Times New Roman" w:cs="Times New Roman"/>
        </w:rPr>
        <w:t>Qərb təhsil sisteminin geniş biliyə, tənqidi araşdırmaya, vətəndaşlığa hazırlığa və liberal sənətlər çərçivəsinə verdiyi vurğu öz mahiyyətinə görə qədim yunan fəlsəfəsi və təcrübəsində kök salmışdır. Platonun Akademiyası, Aristotelin Liseyi və ya Afina paideiası olmasaydı, bu gün bildiyimiz mənada müasir məktəb təhsili çox fərqli görünərdi.</w:t>
      </w:r>
    </w:p>
    <w:p>
      <w:pPr>
        <w:pStyle w:val="ArticleBody"/>
        <w:jc w:val="left"/>
      </w:pPr>
      <w:r>
        <w:rPr>
          <w:rFonts w:ascii="Times New Roman" w:hAnsi="Times New Roman" w:eastAsia="Times New Roman" w:cs="Times New Roman"/>
        </w:rPr>
        <w:t>1904-cü ildə Madison Məktəbi Naşvildən doqquz mil kənarda təsis olundu. Ellen Uayt ilkin Madison Məktəbinin (rəsmi adı ilə Nashville Agricultural and Normal Institute, sonralar isə Madison College kimi tanınan) təsisçi idarə heyəti üzvü idi. O, 1904-cü ildə yarandığı vaxtdan etibarən direktorlar şurasının təsisçi üzvü kimi xidmət etdi. O, təxminən 1914-cü ilə qədər (1915-ci ildəki vəfatından bir il əvvəl) şurada qaldı.</w:t>
      </w:r>
    </w:p>
    <w:p>
      <w:pPr>
        <w:pStyle w:val="ArticleBody"/>
        <w:jc w:val="left"/>
      </w:pPr>
      <w:r>
        <w:rPr>
          <w:rFonts w:ascii="Times New Roman" w:hAnsi="Times New Roman" w:eastAsia="Times New Roman" w:cs="Times New Roman"/>
        </w:rPr>
        <w:t>Bu, onun indiyədək qoşulmağa və ya tərkibində xidmət etməyə razı olduğu yeganə kollec və ya institusional idarə heyəti idi. O, digər Adventist təşkilatlarında bu cür rəsmi vəzifələri qəsdən məhdudlaşdırmışdı, lakin öz təhsil tövsiyələri ilə uyğunluğuna görə Madison üçün istisna etdi (özünü təmin edən, ferma əsaslı, missioner yönümlü təlim; Müqəddəs Kitabın, əl əməyinin və Cənubda və onun hüdudlarından kənarda xidmət üçün praktik hazırlığın vurğulanması). Bacı Uaytın Naşvillə bağlı xəbərləri 1904 və 1905-ci illərdə gəldi; bu, Madison Məktəbinin formalaşmağa başladığı və Parfenon sərgisinin daimi parkda daimi quruluşa çevrildiyi eyni dövr idi. Yunan təhsilinin və səmavi təhsilin simvolu hər ikisi eyni qısa zaman kəsiyində öz başlanğıclarını qeyd edirdi; bu da Naşvilin od topları ilə bağlı görüntülərinin verildiyi həmin zaman dövrü idi.</w:t>
      </w:r>
    </w:p>
    <w:p>
      <w:pPr>
        <w:pStyle w:val="ArticleScripture"/>
        <w:jc w:val="left"/>
      </w:pPr>
      <w:r>
        <w:rPr>
          <w:rFonts w:ascii="Times New Roman" w:hAnsi="Times New Roman" w:eastAsia="Times New Roman" w:cs="Times New Roman"/>
        </w:rPr>
        <w:t>“Dünən gecə gözlərim önündə bir səhnə canlandırıldı. Ola bilsin ki, onun hamısını açıqlamaqda heç vaxt özümü sərbəst hiss etməyim, lakin bir azını açıqlayacağam.</w:t>
      </w:r>
    </w:p>
    <w:p>
      <w:pPr>
        <w:pStyle w:val="ArticleScripture"/>
        <w:jc w:val="left"/>
      </w:pPr>
      <w:r>
        <w:rPr>
          <w:rFonts w:ascii="Times New Roman" w:hAnsi="Times New Roman" w:eastAsia="Times New Roman" w:cs="Times New Roman"/>
        </w:rPr>
        <w:t>“Belə görünürdü ki, nəhəng bir od kürəsi dünyanın üzərinə endi və böyük evləri yerlə-yeksan etdi. Oradan-buradan belə bir fəryad yüksəlirdi: «Rəbb gəldi! Rəbb gəldi!» Bir çoxları Onu qarşılamağa hazır deyildi, lakin bir neçəsi deyirdi: «Rəbbə həmd olsun!»”</w:t>
      </w:r>
    </w:p>
    <w:p>
      <w:pPr>
        <w:pStyle w:val="ArticleScripture"/>
        <w:jc w:val="left"/>
      </w:pPr>
      <w:r>
        <w:rPr>
          <w:rFonts w:ascii="Times New Roman" w:hAnsi="Times New Roman" w:eastAsia="Times New Roman" w:cs="Times New Roman"/>
        </w:rPr>
        <w:t>“‘Rəbbi nə üçün həmd edirsiniz?’ qəfil məhv öz üzərinə gəlməkdə olanlar soruşdular.</w:t>
      </w:r>
    </w:p>
    <w:p>
      <w:pPr>
        <w:pStyle w:val="ArticleScripture"/>
        <w:jc w:val="left"/>
      </w:pPr>
      <w:r>
        <w:rPr>
          <w:rFonts w:ascii="Times New Roman" w:hAnsi="Times New Roman" w:eastAsia="Times New Roman" w:cs="Times New Roman"/>
        </w:rPr>
        <w:t>“Çünki indi axtardığımızı görürük.”</w:t>
      </w:r>
    </w:p>
    <w:p>
      <w:pPr>
        <w:pStyle w:val="ArticleScripture"/>
        <w:jc w:val="left"/>
      </w:pPr>
      <w:r>
        <w:rPr>
          <w:rFonts w:ascii="Times New Roman" w:hAnsi="Times New Roman" w:eastAsia="Times New Roman" w:cs="Times New Roman"/>
        </w:rPr>
        <w:t>“‘Əgər siz bu şeylərin gələcəyinə inanırdınızsa, nə üçün bizə demədiniz?’ — dəhşətli cavab belə olacaqdır. ‘Biz bu şeylərdən xəbərsiz idik. Nə üçün bizi cəhalət içində qoydunuz? Siz bizi təkrar-təkrar görmüsünüz; nə üçün bizimlə tanış olmadınız və gələcək hökm barədə, həlak olmayaq deyə Allaha xidmət etməli olduğumuzu bizə bildirmədiniz? İndi isə biz məhv olduq!’” Manuscript 102, 1904.</w:t>
      </w:r>
    </w:p>
    <w:p>
      <w:pPr>
        <w:pStyle w:val="ArticleBody"/>
        <w:jc w:val="left"/>
      </w:pPr>
      <w:r>
        <w:rPr>
          <w:rFonts w:ascii="Times New Roman" w:hAnsi="Times New Roman" w:eastAsia="Times New Roman" w:cs="Times New Roman"/>
        </w:rPr>
        <w:t>Neşvillə dair xəbərlərin konteksti coğrafi baxımdan həqiqi və ya saxta təhsil kimi ruhani bir çərçivəyə yerləşdirilmişdi. Elə bir təhsil ki, canı ya göyün, ya da yerin vətəndaşı olmağa hazırlayır. Bacı Uaytın Neşvillə dair görüntülərində İslama heç bir istinad yoxdur; elə isə Neşvill üzərinə düşən od topları görüntüsünə İslamı bağlamağın əsaslandırılması nə ola bilər? 2020-ci ilin Neşvillə dair xəbərinə edilən bir düzəliş Yoşiya Liçin və Samuel Snounun işi ilə necə uzlaşardı? Onların düzəlişləri o zaman edildi ki, ilk proqnoza gətirib çıxarmış eyni dəlilin, düzəldilmiş proqnozu təsbit edən dəlil olduğunu tanıdılar.</w:t>
      </w:r>
    </w:p>
    <w:p>
      <w:pPr>
        <w:pStyle w:val="ArticleBody"/>
        <w:jc w:val="left"/>
      </w:pPr>
      <w:r>
        <w:rPr>
          <w:rFonts w:ascii="Times New Roman" w:hAnsi="Times New Roman" w:eastAsia="Times New Roman" w:cs="Times New Roman"/>
        </w:rPr>
        <w:t>İslamın dəlili, Nashville xəbərdarlıq ismarıcı ilə əlaqələndirilməzdən çox əvvəl təsbit olunmuşdu. İslamın ismarıcı birbaşa üçüncü mələyin ismarıcına bağlıdır. Bu həqiqət bir neçə Müqəddəs Kitab şahidinin əsasında nümayiş etdirilir. Üçüncü mələyin xəbərdarlığı şimal padşahının hakimiyyət nişanı barədə bir xəbərdarlığı təmsil edir, İslamın xəbərdarlığı isə şərq övladlarının xəbərdarlığı ilə təmsil olunur.</w:t>
      </w:r>
    </w:p>
    <w:p>
      <w:pPr>
        <w:pStyle w:val="ArticleScripture"/>
        <w:jc w:val="left"/>
      </w:pPr>
      <w:r>
        <w:rPr>
          <w:rFonts w:ascii="Times New Roman" w:hAnsi="Times New Roman" w:eastAsia="Times New Roman" w:cs="Times New Roman"/>
        </w:rPr>
        <w:t>Lakin şərqdən və şimaldan gələn xəbərlər onu təşvişə salacaq; buna görə də o, bir çoxlarını məhv etmək və kökündən yox etmək üçün böyük qəzəblə çıxıb gedəcək. Daniel 11:44.</w:t>
      </w:r>
    </w:p>
    <w:p>
      <w:pPr>
        <w:pStyle w:val="ArticleBody"/>
        <w:jc w:val="left"/>
      </w:pPr>
      <w:r>
        <w:rPr>
          <w:rFonts w:ascii="Times New Roman" w:hAnsi="Times New Roman" w:eastAsia="Times New Roman" w:cs="Times New Roman"/>
        </w:rPr>
        <w:t>Üçüncü mələk tarix səhnəsinə 22 oktyabr 1844-cü ildə, yeddinci sur çalınmağa başlayanda daxil oldu. Yeddinci sur eyni zamanda İslamın üçüncü vay halıdır. 1863-cü il üsyanı yeddinci surun səslənməsini 11 sentyabra qədər susdurdu; həmin vaxt üçüncü mələk Vəhy kitabının on səkkizinci fəslində, Nyu-Yorkun böyük binaları Allahın qüdrətinin bir toxunuşu ilə yerə sərilərkən endi.</w:t>
      </w:r>
    </w:p>
    <w:p>
      <w:pPr>
        <w:pStyle w:val="ArticleBody"/>
        <w:jc w:val="left"/>
      </w:pPr>
      <w:r>
        <w:rPr>
          <w:rFonts w:ascii="Times New Roman" w:hAnsi="Times New Roman" w:eastAsia="Times New Roman" w:cs="Times New Roman"/>
        </w:rPr>
        <w:t>11 sentyabr möhürlənmə dövrünün alfa mərhələsi, yaxud başlanğıcı idi; bu dövr yaxın zamanda gələcək bazar günü qanununda yüz qırx dörd min nəfərin möhürlənməsinin omega mərhələsi, yaxud sonu ilə başa çatır.</w:t>
      </w:r>
    </w:p>
    <w:p>
      <w:pPr>
        <w:pStyle w:val="ArticleBody"/>
        <w:jc w:val="left"/>
      </w:pPr>
      <w:r>
        <w:rPr>
          <w:rFonts w:ascii="Times New Roman" w:hAnsi="Times New Roman" w:eastAsia="Times New Roman" w:cs="Times New Roman"/>
        </w:rPr>
        <w:t>11 sentyabr Amerika Birləşmiş Ştatlarında vəhşi heyvanın surətinin sınaq vaxtının alfəsidir; bu isə Amerika Birləşmiş Ştatlarında vəhşi heyvanın surətinin sınaq vaxtının omeqasında sona yetir; həmin omeqa da Amerika Birləşmiş Ştatlarında vəhşi heyvanın nişanı məcburi tətbiq olunduğu zaman baş verir.</w:t>
      </w:r>
    </w:p>
    <w:p>
      <w:pPr>
        <w:pStyle w:val="ArticleBody"/>
        <w:jc w:val="left"/>
      </w:pPr>
      <w:r>
        <w:rPr>
          <w:rFonts w:ascii="Times New Roman" w:hAnsi="Times New Roman" w:eastAsia="Times New Roman" w:cs="Times New Roman"/>
        </w:rPr>
        <w:t>11 sentyabr yer üzünün vəhşi heyvanı üzərində, onun Respublikaçı və Protestant buynuzları da daxil olmaqla, yaşayanların mühakiməsinin alfa nöqtəsi, yaxud başlanğıcıdır; bu mühakimə tezliklə gələcək bazar günü qanunu ilə sona çatır.</w:t>
      </w:r>
    </w:p>
    <w:p>
      <w:pPr>
        <w:pStyle w:val="ArticleBody"/>
        <w:jc w:val="left"/>
      </w:pPr>
      <w:r>
        <w:rPr>
          <w:rFonts w:ascii="Times New Roman" w:hAnsi="Times New Roman" w:eastAsia="Times New Roman" w:cs="Times New Roman"/>
        </w:rPr>
        <w:t>11 sentyabr “Rəbbin hazırlıq gününün” alfısıdır; bu gün Rəbbin Şənbə günü ilə bağlı sınaqda başa çatır.</w:t>
      </w:r>
    </w:p>
    <w:p>
      <w:pPr>
        <w:pStyle w:val="ArticleBody"/>
        <w:jc w:val="left"/>
      </w:pPr>
      <w:r>
        <w:rPr>
          <w:rFonts w:ascii="Times New Roman" w:hAnsi="Times New Roman" w:eastAsia="Times New Roman" w:cs="Times New Roman"/>
        </w:rPr>
        <w:t>11 Sentyabr, məbədin qurulmasının alfasıdır; bu, məbədin üzərinə omeqa başdaşının qoyulması ilə sona çatan bünövrə daşı ilə təmsil olunur.</w:t>
      </w:r>
    </w:p>
    <w:p>
      <w:pPr>
        <w:pStyle w:val="ArticleBody"/>
        <w:jc w:val="left"/>
      </w:pPr>
      <w:r>
        <w:rPr>
          <w:rFonts w:ascii="Times New Roman" w:hAnsi="Times New Roman" w:eastAsia="Times New Roman" w:cs="Times New Roman"/>
        </w:rPr>
        <w:t>9/11 Birləşmiş Ştatlarda üçüncü vayın alfasıdır; bu vay Vəhy kitabının on birinci fəslindəki zəlzələ ilə başa çatır; həmin zəlzələ isə çox yaxınlaşan bazar günü qanunudur. O zəlzələ zamanı üçüncü vay tezliklə gəlir. Naşvilin od topları ilə bağlı tarix, “İndi biz həlak olduq” deyə iddia edərək Laodikeyalı Adventistləri məhkum edənlərin bəyanına baxmayaraq, bazar günü qanununda möhlət bağlanmazdan əvvələ aiddir.</w:t>
      </w:r>
    </w:p>
    <w:p>
      <w:pPr>
        <w:pStyle w:val="ArticleBody"/>
        <w:jc w:val="left"/>
      </w:pPr>
      <w:r>
        <w:rPr>
          <w:rFonts w:ascii="Times New Roman" w:hAnsi="Times New Roman" w:eastAsia="Times New Roman" w:cs="Times New Roman"/>
        </w:rPr>
        <w:t>Yoel kitabı və onun Pentikostda yerinə yetməsi Gecəyarısı Hayqırtısı ismarıcının mübahisəsini ortaya qoyur; belə ki, bilik artımını anlaya bilməyən bir sinif anlayanları sərxoş olmaqda ittiham edir. Efrayimin sərxoşları ilə müdriklərin qarşıdurması Allahın peyğəmbərlik Kəlamında tez-tez müraciət edilən bir mövzudur. Həqiqətin bir ünsürü budur ki, ismarıc iki mərhələli bir ismarıcdır; bunu Peter yuxarı otaqda və ondan sonra məbəddə nümayiş etdirmişdir. Bu, hökmün əvvəlcə Allahın evinin üzərinə başlaması, sonra isə Allahın evindən kənarda olanlara yönəlməsi ilə təmsil olunur. Hökm prosesi həmçinin Vəhy on səkkizin iki səsi ilə təmsil olunur; burada birinci səs 9/11-dən Bazar qanununa qədərdir, sonra isə dördüncü ayənin ikinci səsi Bazar qanununu işarələyir. Axır yağışın həqiqi və saxta peyğəmbərlik ismarıcının fərqi həmçinin İlyas vasitəsilə təsvir olunur; Malaki onu möhlətin bağlanmasından lap əvvəl qayıdan şəxs kimi təqdim edir.</w:t>
      </w:r>
    </w:p>
    <w:p>
      <w:pPr>
        <w:pStyle w:val="ArticleBody"/>
        <w:jc w:val="left"/>
      </w:pPr>
      <w:r>
        <w:rPr>
          <w:rFonts w:ascii="Times New Roman" w:hAnsi="Times New Roman" w:eastAsia="Times New Roman" w:cs="Times New Roman"/>
        </w:rPr>
        <w:t>Karmel dağındakı müdrik və ağılsızların rəmzləri “müdrik İlyas” və Baalın ağılsız peyğəmbərləri idi. İlyas Peterdir, Baalın peyğəmbərləri isə Efrayimin sərxoşlarıdır. Ağılsız sərxoşlar odun tökülməsi vasitəsilə Baalın yalançı peyğəmbərləri kimi aşkar olunduqdan sonra, xalq nəhayət belə cavab verir: “Rəbb, O, Allahdır.” Laodikiyalı Yeddinci Gün Adventistləri də Neşvil qabaqcadan xəbərdarlığının yerinə yetməsində belə aşkar olunurlar. O zaman Adventizmdən kənarda olub ağılsızların sədaqətsizliyinə oyadılanlar məhkumluq duyğusu altına gətirilirlər, lakin onların sınaq müddəti hələ bağlanmamışdır. Neşvil xəbərdarlıq ismarıcı ilə təmsil olunan müdrik və ağılsız bakirələrin aşkar olunmasının təsviri on bakirə məsəlini son kamil yerinə yetməsində bir yol nişanəsidir.</w:t>
      </w:r>
    </w:p>
    <w:p>
      <w:pPr>
        <w:pStyle w:val="ArticleBody"/>
        <w:jc w:val="left"/>
      </w:pPr>
      <w:r>
        <w:rPr>
          <w:rFonts w:ascii="Times New Roman" w:hAnsi="Times New Roman" w:eastAsia="Times New Roman" w:cs="Times New Roman"/>
        </w:rPr>
        <w:t>18 iyul 2020-ci il məyusluğu düzəldilməli olan xəbəri, habelə Adventizm daxilində yağa sahib olanlarla ona sahib olmayanların zahirə çıxmasını müəyyənləşdirir. Sonra Nashville-ə xəbərdarlıq edən yağ xəbəri olmayanlar, yağa həqiqətən sahib olanlarla qarşı-qarşıya qoyulur. Xəbərin yağına sahib olan və ya olmayan bu iki sinifdən bir sinif Millerçi tarixinin ilk məyusluğu ilə təmsil olunan bir məyusluğu yaşamışdır, digəri isə bu təcrübəyə malik deyildir. Millerçilərlə timsallaşdırılan məyusluq olmadan, uğursuz çıxmış hər hansı bir proqnozla bağlı ediləcək heç bir düzəliş yoxdur. 2020-ci ilin Nashville proqnozunun İslamı müəyyənləşdirməsi, düzəldilməyə ehtiyacı olan uğursuz bir xəbərin bir ünsürü ilə uyğunluq təşkil edir.</w:t>
      </w:r>
    </w:p>
    <w:p>
      <w:pPr>
        <w:pStyle w:val="ArticleBody"/>
        <w:jc w:val="left"/>
      </w:pPr>
      <w:r>
        <w:rPr>
          <w:rFonts w:ascii="Times New Roman" w:hAnsi="Times New Roman" w:eastAsia="Times New Roman" w:cs="Times New Roman"/>
        </w:rPr>
        <w:t>Bunun bir dəlili ondadır ki, Neşvilin alov toplarının gəlib çatdığı tarix yalnız Millerçilərin ilk məyusluğu və bundan sonrakı ismarıcın düzəldilməsi ilə uyğunlaşdığı üçün deyil, həm də 11 sentyabrda üçüncü mələyin gəlişi ilə başlayan bir tarixin daxilində baş verdiyi üçündür; bu isə üçüncü vayın İslamının gəlişini işarələyir və həmin İslam Vəhy on birin bazar qanunu zəlzələsində peyğəmbərlik baxımından yenidən gəlir. Bacı Uayt tərəfindən İslama və Neşvil xəbərdarlığına dair heç bir birbaşa istinad olmadan belə, ismarıcda İslamı saxlamaq həmin tarixin mövzusunun İslam olmasına əsaslanır.</w:t>
      </w:r>
    </w:p>
    <w:p>
      <w:pPr>
        <w:pStyle w:val="ArticleBody"/>
        <w:jc w:val="left"/>
      </w:pPr>
      <w:r>
        <w:rPr>
          <w:rFonts w:ascii="Times New Roman" w:hAnsi="Times New Roman" w:eastAsia="Times New Roman" w:cs="Times New Roman"/>
        </w:rPr>
        <w:t>«Daniel Kitabı» adlı silsilənin yüz əlli üçüncü məqaləsində biz müəyyən etdik ki, Bilamın və eşşəyin şahidliyinə uyğun olaraq, eşşəklə təmsil olunan İslamın 11 sentyabrdan Bazar qanununa qədərki tarixdə Amerika Birləşmiş Ştatları ilə üç əsas qarşılıqlı təması olacaqdı. Biz 11 sentyabrı birinci, sonra isə 7 oktyabr 2022-ni ikinci olaraq müəyyən etdik. Qeyd etdik ki, birinci hücum ruhani izzətli ölkəyə, ikinci hücum isə İsrailin hərfi izzətli ölkəsinə idi və üçüncü hücumun Bazar qanununun zəlzələsi zamanı baş verəcək hücum olacağını göstərdik. Biz vurğuladıq ki, Bilamın tarixçəsi bu peyğəmbərlik səviyyəsində həqiqətin möhürünü daşıyırdı, çünki birinci və sonuncu hücum ruhani izzətli ölkəyə, ortadakı hücum isə üsyanın simvolu olan hərfi izzətli ölkəyə idi. İndi görürük ki, Gecə Yarısı Çığırtısı ismarıcının başlanğıcını işarələyən dördüncü zərbə, Neşvilin od topları yerinə yetdikdə, ruhani izzətli ölkədə baş verəcək. Bu o deməkdir ki, Bilamın və onun eşşəyinin ikinci zərbəsi ikilidir: bunlardan birincisi hərfi, ikincisi isə ruhani izzətli ölkə üzərinə olan iki zərbədən ibarətdir.</w:t>
      </w:r>
    </w:p>
    <w:p>
      <w:pPr>
        <w:pStyle w:val="ArticleBody"/>
        <w:jc w:val="left"/>
      </w:pPr>
      <w:r>
        <w:rPr>
          <w:rFonts w:ascii="Times New Roman" w:hAnsi="Times New Roman" w:eastAsia="Times New Roman" w:cs="Times New Roman"/>
        </w:rPr>
        <w:t>Məqalə natamam bir həqiqəti təqdim etmişdi; Yəhuda qəbiləsinin Aslanı isə bunu indi İslamın Neşvildəki od topları ilə peyğəmbərlik əlaqəsinə dair başqa bir şahid kimi aşkar etmişdir. İslamın od topları ilə əlaqəsini dəstəkləyən digər bir dəlil müqəddəs tarixin islahat xətləri daxilində tapılır. Hər bir islahat hərəkatının bütün islahat hərəkatına nüfuz edən, yalnız ona məxsus özünəməxsus bir mövzusu vardır. Musanın islahat hərəkatında bu, seçilmiş bir xalqla əhdə daxil olmaq haqqında idi. Məsihin islahat xəttində bu, Məsih haqqında idi. Davudun islahat xəttində bu, On Əmr və məbəd haqqında idi. Millerçilərdə mövzu peyğəmbərlik zamanı idi, çünki Millerçilər “zaman ismarıcını” daşıyırdılar. 11 Sentyabrda üçüncü mələyin gəlişi ilə yüz qırx dörd minin islahat xəttinin mövzusu üçüncü vayın İslamı, şərqin övladları, Müqəddəs Kitab peyğəmbərliyinin eşşəyi, Vəhy doqquzun müharibə atları, şərq küləyi, çəyirtkələr və millətlərin qəzəbləndirilməsi kimi müəyyən edildi.</w:t>
      </w:r>
    </w:p>
    <w:p>
      <w:pPr>
        <w:pStyle w:val="ArticleBody"/>
        <w:jc w:val="left"/>
      </w:pPr>
      <w:r>
        <w:rPr>
          <w:rFonts w:ascii="Times New Roman" w:hAnsi="Times New Roman" w:eastAsia="Times New Roman" w:cs="Times New Roman"/>
        </w:rPr>
        <w:t>Vəhyin on birinci fəslindəki zəlzələ üçüncü vayın İslamını nişanlayır, eyni zamanda Gecəyarısı Fəryadı xəbərinin yekununu da təmsil edir. Gecəyarısı Fəryadı Məsihin Yerusəlimə zəfərli girişi ilə tipləşdirilmişdi; bu isə uzunqulağın açılıb buraxılması ilə başlamışdı. Millerçi tarixdə Gecəyarısı Fəryadının başlanğıcı Samuel Snow-un Exeter düşərgə toplantısına at belində gəlişi idi. Gecəyarısı Fəryadı dövrünün başlanğıcı İslamın rəmzləri ilə nişanlanmışdır. 18 iyul 2020-ci il tarixli düzəldilmiş xəbərin xəbərdarlıq ismarıcının bir hissəsi kimi İslamı ehtiva etdiyini təsdiqləyən bol şahidlik vardır. Müəyyən edilmiş bir tarix yoxdur, lakin Neşvilin od topları axır günlərdəki “yeni şərab” mübahisəsini müəyyən edir; buna görə də Neşvilin od toplarına İslam daxildir, bəs od toplarının nüvə silahları kimi müəyyənləşdirilməsinə nə demək olar?</w:t>
      </w:r>
    </w:p>
    <w:p>
      <w:pPr>
        <w:pStyle w:val="ArticleBody"/>
        <w:jc w:val="left"/>
      </w:pPr>
      <w:r>
        <w:rPr>
          <w:rFonts w:ascii="Times New Roman" w:hAnsi="Times New Roman" w:eastAsia="Times New Roman" w:cs="Times New Roman"/>
        </w:rPr>
        <w:t>Xəbər çoxlu şahidlərə əsasən hücumda İslamın antaqonist kimi təyin edilməsini saxlamalıdır. Düzəldilməsi lazım gələn vaxt təyin etmə xətası həm 1840, həm də 1844 ilə rəmzləşdirilmişdir. Vaxt artıq peyğəmbərlik xəbərinin bir hissəsi olmamalıdır, hərçənd rəqəmlər hələ də olmalıdır. Müqəddəs məkanın yanlış anlaşılması ilə təmsil olunan xəta da həll edilməlidir, lakin o həll edilərək düzəldilmiş xəbərə daxil edilməzdən əvvəl, müqəddəs məkanın yanlış anlaşılması ilə rəmzləşdirilən xəta müəyyən edilməlidir. 18 iyul Nashville xəbərdarlığında həmin müqəddəs məkanın yanlış anlaşılması nəyi təmsil edirdi?</w:t>
      </w:r>
    </w:p>
    <w:p>
      <w:pPr>
        <w:pStyle w:val="ArticleBody"/>
        <w:jc w:val="left"/>
      </w:pPr>
      <w:r>
        <w:rPr>
          <w:rFonts w:ascii="Times New Roman" w:hAnsi="Times New Roman" w:eastAsia="Times New Roman" w:cs="Times New Roman"/>
        </w:rPr>
        <w:t>Mən iddia edirəm ki, cavablar 2023-cü ilin sonundan bəri möhürü açılmaqda olan işıqda tapılmalıdır. Yaradılış, Matta və Vəhy kitablarında on birinci fəsildən başlayıb iyirmi ikinci fəsillə bitən on bir fəsildən ibarət üç paralel xətt Allahın yüz qırx dörd minlə əhdini yeniləməsidir. Onun mərhəmət təklifini, sanki Onun çağırışını eşitməmişik kimi davranaraq rədd edirikmi, yoxsa baş əyib insan gücümüzlə belə bəyan edirik: “əmr etdiyi hər şeyi edəcəyəm?” Yoxsa Müqəddəs Ruha Öz qanununu qəlblərimizə və zehinlərimizə yazmağa izin veririk?</w:t>
      </w:r>
    </w:p>
    <w:p>
      <w:pPr>
        <w:pStyle w:val="ArticleBody"/>
        <w:jc w:val="left"/>
      </w:pPr>
      <w:r>
        <w:rPr>
          <w:rFonts w:ascii="Times New Roman" w:hAnsi="Times New Roman" w:eastAsia="Times New Roman" w:cs="Times New Roman"/>
        </w:rPr>
        <w:t>Cavablar həmçinin Daniel kitabının on ikinci fəslində vaxtı birinci, ikinci və üçüncü mələklərin xəbərləri kimi təqdim edən üç ayənin möhürünün açılmasında tapılır. Həmin üç ayə də yeddinci ayədə 31 dekabr 2023-cü ili, on ikinci ayədə 18 iyul 2020-ci ili işarələyir; sonra isə 1989-cu ildən bazar qanununadək və sınaq müddətinin bağlanmasınadək olan dövr on birinci ayədə təmsil olunur. Bu üç həqiqət, həmin üç ayənin daxilində, peyğəmbərlik möhürdən açıldıqda həmişə baş verən üçqat sınaq prosesinin bəyan edildiyi məhz Müqəddəs Yazı keçidində yerləşir!</w:t>
      </w:r>
    </w:p>
    <w:p>
      <w:pPr>
        <w:pStyle w:val="ArticleBody"/>
        <w:jc w:val="left"/>
      </w:pPr>
      <w:r>
        <w:rPr>
          <w:rFonts w:ascii="Times New Roman" w:hAnsi="Times New Roman" w:eastAsia="Times New Roman" w:cs="Times New Roman"/>
        </w:rPr>
        <w:t>Məsih sadəcə Daniel 12-nin üçqat sınağının möhürünü açmadı, həm də həmin sınaqları təməl sınağı, ardınca məbəd sınağı və ardınca lakmus sınağı kimi müəyyən etdi. O, daha sonra təməl sınağının 31 dekabr 2023-cü ildə başladığını və xarici görüntünü təsbit edən simvol kimi antixristin təmsil etdiyi Millerçi hərəkatın təməl sınağına əsaslandığını da müəyyən etdi.</w:t>
      </w:r>
    </w:p>
    <w:p>
      <w:pPr>
        <w:pStyle w:val="ArticleBody"/>
        <w:jc w:val="left"/>
      </w:pPr>
      <w:r>
        <w:rPr>
          <w:rFonts w:ascii="Times New Roman" w:hAnsi="Times New Roman" w:eastAsia="Times New Roman" w:cs="Times New Roman"/>
        </w:rPr>
        <w:t>Sonra o, ikinci və məbəd sınağının Danielin onuncu fəsildə məbəddə Məsihə dair görüntüsü ilə təmsil olunduğunu müəyyən etdi. Həmin sınaq hazırda davam edir. Daniel on ikinin 1989, 18 iyul 2020, 31 dekabr 2023 tarixlərinin və bazar qanununun möhürünün açılması həm Romanın görüntüsünü, həm də Məsihin görüntüsünü əhatə edir. Hər iki görüntü on ikinci fəslin möhürünün açılmasının tapıldığı eyni görüntüdə təqdim olunur. Bu üç fəsil bir görüntüdür və onuncu fəsildə Məsihin görüntüsü məbəd sınağıdır, on birinci fəsildə antixristin görüntüsü təməl sınağıdır və on ikinci fəsildə yüz qırx dörd minin yol nişanları çoxlarının saflaşdırıldığı, ağardıldığı və sınaqdan keçirildiyi vaxtda ağılsızların müdriklərdən ayrıldığı üçüncü və lakmus sınağını təmsil edir.</w:t>
      </w:r>
    </w:p>
    <w:p>
      <w:pPr>
        <w:pStyle w:val="ArticleBody"/>
        <w:jc w:val="left"/>
      </w:pPr>
      <w:r>
        <w:rPr>
          <w:rFonts w:ascii="Times New Roman" w:hAnsi="Times New Roman" w:eastAsia="Times New Roman" w:cs="Times New Roman"/>
        </w:rPr>
        <w:t>Məbəd sınağı Levililər iyirmi üçün işığını açdı; bu işıq əhd sandığının işığı idi və yeddinci gün Şənbəsinin alfa işığı, eləcə də yeddinci il Şənbəsinin omeqa işığıdır. Alfa və omeqa Şənbələrinin işığı təcəssümün işığını müəyyən edir. Həmin işıq Allahın insan təbiətini Öz üzərinə götürməsini müəyyən edir ki, bunun məqsədi İlahiliklə bəşəriyyətin birləşməsini bərpa etməkdir; bu isə Məsihin 22 oktyabr 1844-cü ildə başladığı işdir, Onun indi yaşayanların mühakiməsində başa çatdırmaqda olduğu işdir.</w:t>
      </w:r>
    </w:p>
    <w:p>
      <w:pPr>
        <w:pStyle w:val="ArticleBody"/>
        <w:jc w:val="left"/>
      </w:pPr>
      <w:r>
        <w:rPr>
          <w:rFonts w:ascii="Times New Roman" w:hAnsi="Times New Roman" w:eastAsia="Times New Roman" w:cs="Times New Roman"/>
        </w:rPr>
        <w:t>Levililər iyirmi üçdəki işıq, 31 dekabr 2023-dən insanın sınaq müddətinin bağlanışına qədər olan tarixin özünü meydana gətirmək üçün alfa yaz bayramlarını omeqa payız bayramları ilə bir araya gətirdi. Xətt daxilində təməl sınaq 31 dekabr 2023-də gələn kimi işarələnmişdir və məbəd sınağı 2025-ci ildə başlayan kimi müəyyən edilmişdir; bu isə şeypur bayramının lakmus sınağınadək davam edir. 2023-cü ilin iyulunda başlayan səhradakı səs, üç hissədən ibarət yol nişanəsindən beş gün sonra başa çatan mayasız çörək bayramı ilə işarələnmişdir. Sonra otuz günlük bir dövr gəldi; bunun ardınca üç hissədən ibarət bir yol nişanəsi, onun da ardınca beş gün gəldi; beləliklə əbədi Müjdənin üç addımı təsvir edilmiş olur. Beş günün izlədiyi üç hissədən ibarət alfa yol nişanəsi birinci mələk, otuz gün ikinci mələk, Pentikostun bazar qanununa qədər beş günün izlədiyi üç hissədən ibarət omeqa yol nişanəsi isə üçüncü mələkdir.</w:t>
      </w:r>
    </w:p>
    <w:p>
      <w:pPr>
        <w:pStyle w:val="ArticleBody"/>
        <w:jc w:val="left"/>
      </w:pPr>
      <w:r>
        <w:rPr>
          <w:rFonts w:ascii="Times New Roman" w:hAnsi="Times New Roman" w:eastAsia="Times New Roman" w:cs="Times New Roman"/>
        </w:rPr>
        <w:t>Məsih həmçinin məbəddə, sınaq vaxtında əhd sandığını quraraq Levililər iyirmi üçün işığını açdı. Əhd sandığının bir tərəfində yeddinci gün Şənbəsinin xəbəri və ya mələyi, sandığın o biri tərəfində isə yeddinci il Şənbəsinin mələyi, sandığın içinə baxan örtücü keruvları təmsil edir. Yüz qırx dörd minin möhürlənməsi tarixində həmin iki mələyin ikili nuru yeddinci gün Şənbəsini və təcəssüm təlimini təmsil edir; bu isə əbədiyyət boyu tədqiq ediləcək bir mövzunu təşkil edir.</w:t>
      </w:r>
    </w:p>
    <w:p>
      <w:pPr>
        <w:pStyle w:val="ArticleBody"/>
        <w:jc w:val="left"/>
      </w:pPr>
      <w:r>
        <w:rPr>
          <w:rFonts w:ascii="Times New Roman" w:hAnsi="Times New Roman" w:eastAsia="Times New Roman" w:cs="Times New Roman"/>
        </w:rPr>
        <w:t>Əlbəttə, əgər siz yeddi vaxtı yubileyin, 1863-cü ilin ruhani Azadlıq Bəyannaməsinin rəmzi kimi görə bilmirsinizsə, onda Uilyam Millerin alfa və omeqa peyğəmbərliklərinin yeddi vaxt və iki min üç yüz gün olduğunu da görməyəcəksiniz. Bir-biri ilə əlaqəli olan bu iki zaman peyğəmbərliyinin əhəmiyyətini görə bilməmək, 1798-ci ilin yeddi vaxtı, 1844-cü ilin isə iki min üç yüz günü təmsil etdiyini dərk etməyə hər cür imkan vermir. Bu biliyin yoxluğunda, Levililər iyirmi üçüncü fəsil sətir üstə sətir bir araya gətirildikdə, yaz bayramlarını bəyan edən ilk iyirmi iki ayəsi payız bayramlarına aid son iyirmi iki ayə ilə birləşdirildikdə; həmin xəttin 1844 ilə təmsil olunan yeddinci gün Şənbəsi ilə başladığını, qırx dörd ayədən ibarət olan xətti sona çatdıran Şənbənin isə 1798 ilə təmsil olunan torpağın Şənbəsi olduğunu görmək, demək olar ki, qeyri-mümkün olardı.</w:t>
      </w:r>
    </w:p>
    <w:p>
      <w:pPr>
        <w:pStyle w:val="ArticleBody"/>
        <w:jc w:val="left"/>
      </w:pPr>
      <w:r>
        <w:rPr>
          <w:rFonts w:ascii="Times New Roman" w:hAnsi="Times New Roman" w:eastAsia="Times New Roman" w:cs="Times New Roman"/>
        </w:rPr>
        <w:t>İki Şənbə arasındakı əlaqəni görə bilməmək, 1798-ci ilin yeddi vaxtının bəşəriyyət, 1844-cü ilin iki min üç yüz gününün isə İlahilik olduğunu görə bilməməyə işarə edir. Bu dərəcədə dərin bir korluq içində, yeddinci gün Şənbəsinin alfa işığının və təcəssüm təliminin omeqa işığının, Məsihin Öz İlahiliyini düşmüş insanın bəşəriyyəti ilə birləşdirməkdə gördüyü işi müəyyən etdiyini tanımaq, demək olar ki, qeyri-mümkün görünərdi. Məsihin Öz İlahiliyini bizim bəşəriyyətimizlə birləşdirməkdə gördüyü iş, 1798-ci ili 1844-cü illə birləşdirmək işidir, çünki 1798 insan cismini, 1844 isə İlahiliyi təmsil edir.</w:t>
      </w:r>
    </w:p>
    <w:p>
      <w:pPr>
        <w:pStyle w:val="ArticleBody"/>
        <w:jc w:val="left"/>
      </w:pPr>
      <w:r>
        <w:rPr>
          <w:rFonts w:ascii="Times New Roman" w:hAnsi="Times New Roman" w:eastAsia="Times New Roman" w:cs="Times New Roman"/>
        </w:rPr>
        <w:t>Bəşəriyyət Allahın surətində yaradılmışdır və həm daha yüksək, həm də daha aşağı təbiətə malikdir. İnsanın daha yüksək təbiəti cismanidir və günaha satılmışdır. Məsih dönmüş cana dönüş anında Öz zehnini verir, çünki bəraət qazanmanın baş verdiyi yer dönüşdür, və bəraət qazanmaq saleh edilmək deməkdir. Daha aşağı təbiət ani surətdə xilas edilə bilməz və daha aşağı təbiətlə bağlı Müjdə vədi budur ki, Məsih qayıdanda izzətlənmiş bədən alacağıq. Daha yüksək təbiət zehindir, daha aşağı təbiət isə bədəndir. Daha yüksək təbiət, yeddinci şeypurun və yubiley şeypurunun hər ikisinin səslənməyə başladığı Kəffarə Günündə, 22 oktyabr 1844-cü ildə başa çatan yeddi vaxt peyğəmbərliyidir. Daha aşağı təbiətin yeddi vaxtı 1798-ci ildə sona çatdı, çünki o, Məsihin İkinci Gəlişinədək yenilənə bilməz.</w:t>
      </w:r>
    </w:p>
    <w:p>
      <w:pPr>
        <w:pStyle w:val="ArticleBody"/>
        <w:jc w:val="left"/>
      </w:pPr>
      <w:r>
        <w:rPr>
          <w:rFonts w:ascii="Times New Roman" w:hAnsi="Times New Roman" w:eastAsia="Times New Roman" w:cs="Times New Roman"/>
        </w:rPr>
        <w:t>1798-ci ilin yeddi vaxtı, 1844-cü ilin yeddi vaxtı və 1844-cü ilin iki min üç yüz ili 22 oktyabr 1844-cü ildə başlamış Məsihin işini təmsil edir. O iş Onun İlahiliyini bəşəriyyətlə birləşdirmək idi; lakin bəşəriyyət və İlahilikdən ibarət olan məbəd 1844-cü ildə birləşdirilməli olduğu zaman, 1798 daxil edilməməli idi, çünki o, başqa millətlərin həyətini təmsil edir.</w:t>
      </w:r>
    </w:p>
    <w:p>
      <w:pPr>
        <w:pStyle w:val="ArticleBody"/>
        <w:jc w:val="left"/>
      </w:pPr>
      <w:r>
        <w:rPr>
          <w:rFonts w:ascii="Times New Roman" w:hAnsi="Times New Roman" w:eastAsia="Times New Roman" w:cs="Times New Roman"/>
        </w:rPr>
        <w:t>Məbəd sınağı məbədin ölçülməsini də əhatə edir və 2023-cü ildə başlayan açılmanın tarixinin ilkin mərhələsində, yeddi göy gurultusunun açılması birinci məyusluqdan böyük məyusluğa qədər olan tarixi, ilhamın birinci və ikinci mələklərin tarixində baş vermiş hadisələri təmsil etdiyini, habelə öz sırası ilə açıqlanacaq gələcək hadisələri göstərdiyini bildirdiyi yeddi göy gurultusu ilə təmsil olunan tarixin son və kamil təzahürü kimi müəyyənləşdirdi. Bu kamil yerinə yetmə 2023-cü ildə gələn ilk açıqlamalardan biri olan həqiqət çərçivəsi daxilində yerləşdirildi. Başlanğıcdakı məyusluq omeqa məyusluğunu təmsil edirdi və ortada, müdriklərlə ağılsızların ismarıcın “yağı” əsasında ayrıldığı Exeter düşərgə toplantısı dururdu.</w:t>
      </w:r>
    </w:p>
    <w:p>
      <w:pPr>
        <w:pStyle w:val="ArticleBody"/>
        <w:jc w:val="left"/>
      </w:pPr>
      <w:r>
        <w:rPr>
          <w:rFonts w:ascii="Times New Roman" w:hAnsi="Times New Roman" w:eastAsia="Times New Roman" w:cs="Times New Roman"/>
        </w:rPr>
        <w:t>Millerçilərin məbədi məyusluqdan məyusluğa doğru quruldu; beləliklə, yüz qırx dörd minin məbədinin də 18 iyul 2020-ci ildən tezliklə gələcək bazar qanununadək — məsəldə qapının bağlandığı vaxta qədər, necə ki, 22 oktyabr 1844-cü ildə olmuşdu — qurulduğunu müəyyən edir. Yeddi göy gurultusu ilə təmsil olunan tarix, Daniel on ikinin işığında təmsil olunan eyni tarixdir. Daniel on ikinin min iki yüz doxsan günü ilə bağlı olan işıq birbaşa on birinci ayədə təmsil olunan otuz illik dövrə bağlanır. Bu, həmçinin, seçilmiş xalqla əhdin ilk nümayəndəsi və hərfi İsraildən ruhani İsrailə əhd münasibətinin dəyişməsini müəyyən etmək üçün qaldırılmış peyğəmbərlə fərqləndirilən otuz ilə də bağlıdır. Levililər iyirmi üçün çərçivəsinin ortasındakı 30 gün, İbrahimin Allahla olan üçqat əhdinin ilk addımının həmin otuz ilidir. On birinci ayədə 508-dən 538-ə qədər olan otuz il yüz qırx dörd minin kahinliyinin rəmzidir.</w:t>
      </w:r>
    </w:p>
    <w:p>
      <w:pPr>
        <w:pStyle w:val="ArticleBody"/>
        <w:jc w:val="left"/>
      </w:pPr>
      <w:r>
        <w:rPr>
          <w:rFonts w:ascii="Times New Roman" w:hAnsi="Times New Roman" w:eastAsia="Times New Roman" w:cs="Times New Roman"/>
        </w:rPr>
        <w:t>Levililər 23 quruluşundakı 30 gün, Məsih göyə qalxanadək şagirdlərinə üz-üzə təlim verdiyi qırx günün bir hissəsidir. Otuz, kahinlərin otuz yaşında xidmətə başlamağını bildirən bir rəmzdir. 508-dən 538-ə qədər olan otuz il bütpərəst Romanın papalıq Romanına keçidini müəyyən edir və bununla da yüz qırx dörd minin Laodikiya kahinliyindən yüz qırx dörd minin Filadelfiya kahinliyinə keçidi müəyyən edir. Keçid üç mərhələdə baş verir: “gündəlik”in götürüldüyü 508 ilə, 533-cü ildə Yustinianın fərmanı ilə və keçid 538-ci ilin bazar qanunu ilə yekunlaşdırıldığı üçün onun ardınca.</w:t>
      </w:r>
    </w:p>
    <w:p>
      <w:pPr>
        <w:pStyle w:val="ArticleBody"/>
        <w:jc w:val="left"/>
      </w:pPr>
      <w:r>
        <w:rPr>
          <w:rFonts w:ascii="Times New Roman" w:hAnsi="Times New Roman" w:eastAsia="Times New Roman" w:cs="Times New Roman"/>
        </w:rPr>
        <w:t>Həmin otuz il 1989-cu ildən Bazar qanununadək olan dövrü təmsil edir; o zaman Allahın möhürlənmiş Filadelfiyalı xalqı, Onun məbədi olaraq, bütün dünyanın görməsi üçün ucaldılacaq. Bundan sonra dünya, Məsih ilə — Öz xalqı vasitəsilə təmsil olunan, Məsihlə birlikdə səmavi yerlərdə oturmuş və buna görə Allahın məbədində olan Məsihlə — yaxud Allahın məbədində oturub özünü Allah olduğunu göstərən günah adamı ilə — bunların arasında hökm verəcək. Tezliklə gələcək Bazar qanununda, həmçinin böyük izdiham olan on birinci saatın işçiləri təməl bir sınaqla üz-üzə qalacaqlar. Yeddinci gün Şənbəsi Allahın Şənbəsidirmi, yoxsa günəşin günü Allahın Şənbəsidir?</w:t>
      </w:r>
    </w:p>
    <w:p>
      <w:pPr>
        <w:pStyle w:val="ArticleScripture"/>
        <w:jc w:val="left"/>
      </w:pPr>
      <w:r>
        <w:rPr>
          <w:rFonts w:ascii="Times New Roman" w:hAnsi="Times New Roman" w:eastAsia="Times New Roman" w:cs="Times New Roman"/>
        </w:rPr>
        <w:t>“Və indi onun önündən başqa bir səhnə keçdi. Ona, Atasının qanununa hörmət göstərdiklərini iddia etdikləri halda, yəhudiləri Məsihi rədd etməyə yönəltməkdə Şeytanın işi göstərilmişdi. İndi o, məsihçi dünyasının da buna bənzər bir aldanış altında olduğunu gördü: onlar Məsihi qəbul etdiklərini iddia edərkən, Allahın qanununu rədd edirdilər. O, kahinlər və ağsaqqallardan çılğın fəryadı eşitmişdi: ‘Onu götürün!’ ‘Onu çarmıxa çəkin, çarmıxa çəkin!’ və indi o, zahirdə məsihçi olan müəllimlərdən bu fəryadı eşidirdi: ‘Qanunu götürün!’ O gördü ki, Şənbə tapdalanır və onun yerində saxta bir təsisat qurulur. Musa yenə heyrət və dəhşətlə doldu. Məsihə iman etdiklərini söyləyənlər necə ola bilərdi ki, müqəddəs dağda Onun Öz səsi ilə bəyan olunmuş qanunu rədd etsinlər? Allahdan qorxan hər hansı kəs necə ola bilərdi ki, göydə və yerdə Onun hökmranlığının təməli olan qanunu kənara qoysun? Musa sevinclə gördü ki, Allahın qanunu yenə də sadiq olan az bir qrup tərəfindən ehtiramla uca tutulur və yüksəldilir. O, yer üzünün qüvvələrinin Allahın qanununu saxlayanları məhv etmək üçün apardığı son böyük mübarizəni gördü. O, Allahın yer üzünün sakinlərini təqsirləri ucbatından cəzalandırmaq üçün qalxacağı vaxta baxdı və Onun adından qorxmuş olanların Onun qəzəb günü örtülüb gizlədiləcəyini gördü. O, Allahın müqəddəs məskənindən Öz səsini ucaltdığı, göylə yerin sarsıldığı zaman, Onun qanununu saxlamış olanlarla bağladığı sülh əhdini eşitdi. O, Məsihin izzət içində ikinci gəlişini, saleh ölülərin ölməz həyata dirildilməsini, diri müqəddəslərin isə ölümü görmədən dəyişdirilib şadlıq nəğmələri ilə birlikdə Allahın Şəhərinə yüksəldilməsini gördü.” Patriarchs and Prophets, 476.</w:t>
      </w:r>
    </w:p>
    <w:p>
      <w:pPr>
        <w:pStyle w:val="ArticleBody"/>
        <w:jc w:val="left"/>
      </w:pPr>
      <w:r>
        <w:rPr>
          <w:rFonts w:ascii="Times New Roman" w:hAnsi="Times New Roman" w:eastAsia="Times New Roman" w:cs="Times New Roman"/>
        </w:rPr>
        <w:t>Başqa millətlərdən olan və bir saatlıq işçilərdən ibarət böyük izdiham təməl sınağı ilə sınanır; bu sınağın ardınca isə dərhal məbəd sınağı gəlir. Günah adamı ilə birlikdə Romanın bəşəri məbədi imanınızı onun üzərində quracağınız qaya olacaq, yoxsa qum? Yaxud, ilahiliklə insanlığın birləşdiyi təcəssüm məbədi — Peterin “ruhani ev” adlandırdığı yüz qırx dörd minin məbədi — olacaqmı? Təməlin və məbədin bu sınaq dövründə təqib üçüncü addımın lakmus sınağını həyata keçirəcək və bundan sonra insan üçün möhlət bağlanacaq.</w:t>
      </w:r>
    </w:p>
    <w:p>
      <w:pPr>
        <w:pStyle w:val="ArticleBody"/>
        <w:jc w:val="left"/>
      </w:pPr>
      <w:r>
        <w:rPr>
          <w:rFonts w:ascii="Times New Roman" w:hAnsi="Times New Roman" w:eastAsia="Times New Roman" w:cs="Times New Roman"/>
        </w:rPr>
        <w:t>Yəhuda qəbiləsinin Aslanı indi qırxıncı ayənin gizli tarixini tamamlayır və Kir, Neron və Trampın üç iki yüz əlli illik peyğəmbərlikləri ilə daha artıq nur təqdim etmişdir; və O bunu məhz Naşvilin düzəldilmiş xəbərinin elan edilməsi işini vurğuladığı vaxt etmişdir. Neronun xətti Amerika Birləşmiş Ştatlarında, sonra isə dünyada vəhşinin surətinin son qurulmasının çərçivəsini təmin edir. E.ə. 457-ci ilə aid Kirin xətti Rafiya ilə Paniyum arasındakı tarixi, Ukrayna müharibəsi ilə, Paniyumun tezliklə gələcək bazar günü qanununda Aktiumla birləşdiyi zaman başlayan Üçüncü Dünya Müharibəsi arasındakı tarixi müəyyən edir. Trampın xətti bu il iyulun 4-də başa çatır.</w:t>
      </w:r>
    </w:p>
    <w:p>
      <w:pPr>
        <w:pStyle w:val="ArticleBody"/>
        <w:jc w:val="left"/>
      </w:pPr>
      <w:r>
        <w:rPr>
          <w:rFonts w:ascii="Times New Roman" w:hAnsi="Times New Roman" w:eastAsia="Times New Roman" w:cs="Times New Roman"/>
        </w:rPr>
        <w:t>Nero təqibin simvoludur; Smirna kilsəsi təqibin 250 il sonra Perqam kilsəsində və uzlaşmada sona çatmasına qədər davam edən tarixi müəyyən edir. Xətt surətin qurulmasını müəyyən edir və buna görə də Məsihin surətinin Onun məbədində qurulduğu tarixlə uyğunlaşır. “Fərman” şərq ilə qərb, müdriklə ağılsız, buğda ilə alaq otu, xilas olanlarla həlak olanlar arasındakı ayrılığın bağlı qapısı ilə izlənən ilk bazar qanununa aparan başlanğıc nöqtəsidir. Dövrü başlayan “fərman” həm də dünya üçün həmin eyni sınaq dövrünü başlayan “fərman”dır. Buna görə də “fərman” həm birinci, həm də sonuncudur. Neronun on yeddi illik xəttinin hər bir yol nişanı “fərman”la, yəni prezidentin “icra sərəncamı” mahiyyətində olan bir şeylə başlayan bazar qanunu böhranının getdikcə şiddətlənən təqibini müəyyən edir.</w:t>
      </w:r>
    </w:p>
    <w:p>
      <w:pPr>
        <w:pStyle w:val="ArticleBody"/>
        <w:jc w:val="left"/>
      </w:pPr>
      <w:r>
        <w:rPr>
          <w:rFonts w:ascii="Times New Roman" w:hAnsi="Times New Roman" w:eastAsia="Times New Roman" w:cs="Times New Roman"/>
        </w:rPr>
        <w:t>Eramızdan əvvəl 457-ci ilə aid Kirin üç fərmanı, sonunda üç nişanəsi olan on yeddi illik bir dövrü müəyyən edir; necə ki, Neronun xətti də, eləcə də Kirin birinci, ikinci və üçüncü mələklərin 1798-dən 1844-ə qədər gəlişi ilə başa çatan digər xətti də belə edir. Kirin üç mərhələsi bunlardır: Rafiya döyüşü, sonra ikinci mərhələyə qədər on il, və sonra Panium döyüşünə qədər yeddi il. Başlanğıc da, son da döyüşlərdir; buna görə də Alfa və Omeqanın möhürünü daşıyırlar. On illik birinci dövr 2014-cü ildə Ukrayna müharibəsi ilə başlayan sınaq dövrünü təmsil edir və ikinci dövr yeddi il sonra Panium döyüşündə başa çatır.</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birinci və ikinci mələklərin tarixində olan Millerçilərə vaxt haqqında xəbəri açdı və O, üçüncü mələyin tarixi olan yüz qırx dörd minin tarixində rəqəmlər haqqında xəbəri açır.</w:t>
      </w:r>
    </w:p>
    <w:p>
      <w:pPr>
        <w:pStyle w:val="ArticleBody"/>
        <w:jc w:val="left"/>
      </w:pPr>
      <w:r>
        <w:rPr>
          <w:rFonts w:ascii="Times New Roman" w:hAnsi="Times New Roman" w:eastAsia="Times New Roman" w:cs="Times New Roman"/>
        </w:rPr>
        <w:t>Makkabilərin üsyanı ilə təmsil olunan 1776-cı ildən 1798-ci ilədək olan iyirmi iki il kimi simvolik peyğəmbərlik tarixləri altıncı padşahlığın başlanmasının səbəbini və beşinci padşahlığın sona çatmasının səbəbini müəyyən edir. İyirmi ikinci prezident Qrover Klivlend, ardıcıl olmayan iki müddət xidmət etmiş yeganə iki prezidentdən biri olaraq, Donald Trampın omeqa prezidenti tipini daşıyan prezidentlərin alfası idi. Tramp, əvvəlki bir prezidentin müddəti ərzində vəzifəni öz üzərinə götürmüş digər prezidentlərlə birlikdə, həmçinin özləri üçün ikinci müddəti qazanmış prezidentlər də sayıldıqda, ikinci müddəti qazanmış iyirmi ikinci prezidentdir. Müqəddəs Kitab peyğəmbərliyinin altıncı padşahlığı, Müstəqillik Bəyannaməsindən sonrakı iyirmi iki ildən sonra, 1798-ci ildə başladı. 1798-ci ildən 2026-cı ilədək olan dövr alfa tarixində 22 və omeqa tarixində 22 ilə təmsil olunur.</w:t>
      </w:r>
    </w:p>
    <w:p>
      <w:pPr>
        <w:pStyle w:val="ArticleBody"/>
        <w:jc w:val="left"/>
      </w:pPr>
      <w:r>
        <w:rPr>
          <w:rFonts w:ascii="Times New Roman" w:hAnsi="Times New Roman" w:eastAsia="Times New Roman" w:cs="Times New Roman"/>
        </w:rPr>
        <w:t>On birinci fəsillə başlayıb iyirmi ikinci fəsildə bitən on bir fəsildən ibarət üç sıra. Bu üç on bir fəsillik sıranın hər birində üç ayə ilə təmsil olunan dəqiq bir orta nöqtə vardır. Yaradılış “sünnət”in seçilmiş bir xalqla əhd münasibətinin rəmzi kimi nə vaxt verildiyini göstərir. Bu, seçilmiş bir xalqa əhd xalqını təmsil edən bir nişanın ilk dəfə verilməsi idi və Matta kitabında mərkəzdəki üç ayə Məsihin Öz kilsəsini üzərində quracağı Qayanı müəyyən edir. Həmin ayələr Şimon Bar-Yonanın adının nə vaxt Peterə dəyişdirildiyini göstərir ki, bu da yüz qırx dörd minə bərabərdir. Vəhy kitabındakı sıranın ortası ölüm əhdini müəyyən edir, çünki yeddidən olan səkkizinci baş kimi papalığı müəyyən edir. Sizcə, “The Desire of Ages” kitabında on birinci fəslin Vəftizçi Yəhyanın xəbərini, iyirmi ikinci fəslin isə Yəhyanın ölümünü müəyyən etməsinin mənaları nədir?</w:t>
      </w:r>
    </w:p>
    <w:p>
      <w:pPr>
        <w:pStyle w:val="ArticleBody"/>
        <w:jc w:val="left"/>
      </w:pPr>
      <w:r>
        <w:rPr>
          <w:rFonts w:ascii="Times New Roman" w:hAnsi="Times New Roman" w:eastAsia="Times New Roman" w:cs="Times New Roman"/>
        </w:rPr>
        <w:t>Həmin fəsillərin ortası sizi 168-ci səhifəyə aparır; orada “Nikodim” adlı fəsil başlanır. On birinci fəsil “Vəftiz”, iyirmi ikinci fəsil isə “Yəhyanın Həbs Olunması və Ölümü” adlanır. On birinci fəsil, on yeddinci fəsil və “Nikodim”, eləcə də Yəhyanın ölümü kimi, ölümün, dəfnin və dirilmənin bir rəmzidir.</w:t>
      </w:r>
    </w:p>
    <w:p>
      <w:pPr>
        <w:pStyle w:val="ArticleBody"/>
        <w:jc w:val="left"/>
      </w:pPr>
      <w:r>
        <w:rPr>
          <w:rFonts w:ascii="Times New Roman" w:hAnsi="Times New Roman" w:eastAsia="Times New Roman" w:cs="Times New Roman"/>
        </w:rPr>
        <w:t>Bu mövzuları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İyirmi İki Nömrə</dc:title>
  <dc:subject>31 dekabr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