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birinci nömrə</w:t>
      </w:r>
    </w:p>
    <w:p>
      <w:pPr>
        <w:pStyle w:val="ArticleSubtitle"/>
        <w:jc w:val="left"/>
      </w:pPr>
      <w:r>
        <w:rPr>
          <w:rFonts w:ascii="Arial" w:hAnsi="Arial" w:eastAsia="Arial" w:cs="Arial"/>
        </w:rPr>
        <w:t>Vəhşinin Surəti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Göydə daha bir əlamət göründü; və budur, yeddi başı, on buynuzu olan və başları üzərində yeddi tac daşıyan böyük qırmızı bir əjdaha. Onun quyruğu göyün ulduzlarının üçdə birini sürüyüb yerə atdı; və əjdaha doğmağa hazır olan qadının qarşısında dayandı ki, o, uşağı doğulan kimi onu udsun. Qadın bir oğlan uşağı doğdu; o, bütün millətləri dəmir çubuqla idarə edəcəkdi; və onun uşağı Allahın yanına və Onun taxtına qaldırıldı. Qadın isə səhraya qaçdı; orada Allah tərəfindən onun üçün hazırlanmış bir yeri vardır ki, onu orada min iki yüz altmış gün bəsləsinlər. Və göydə müharibə oldu: Mikayıl və onun mələkləri əjdahaya qarşı vuruşdular; əjdaha da və onun mələkləri vuruşdular, lakin üstün gələ bilmədilər; artıq göydə onlar üçün yer də tapılmadı. Və o böyük əjdaha, bütün dünyanı aldadan, İblis və Şeytan adlanan o qədim ilan yerə atıldı; onun mələkləri də onunla birlikdə atıldılar. Və göydə yüksək bir səs eşitdim ki, deyirdi: İndi qurtuluş, qüdrət, Allahımızın Padşahlığı və Onun Məsihinin hakimiyyəti gəldi; çünki qardaşlarımızın böhtançısı yerə atıldı, o ki gecə-gündüz Allahımızın önündə onları ittiham edirdi. Onlar Quzunun qanı ilə və öz şəhadətlərinin sözü ilə ona qalib gəldilər; və ölümə qədər öz canlarını sevmədilər. Buna görə sevinin, ey göylər və onlarda yaşayanlar! Vay yerin və dənizin sakinlərinin halına! Çünki iblis böyük qəzəblə sizin yanınıza enmişdir, bilir ki, onun az vaxtı qalıb. Əjdaha yerə atıldığını görəndə oğlan uşağını doğmuş qadını təqib etdi. Və qadına böyük qartalın iki qanadı verildi ki, ilanın üzündən səhraya, öz yerinə uçsun; orada bir zaman, zamanlar və yarım zaman boyunca bəslənir. Və ilan qadının ardınca öz ağzından sel kimi su axıtdı ki, onu sel aparsın. Lakin yer qadına kömək etdi; yer ağzını açdı və əjdahanın ağzından axıtdığı seli uddu. Əjdaha qadına qarşı qəzəbləndi və onun nəslinin qalanları ilə, Allahın əmrlərini tutan və İsa Məsihin şəhadətinə malik olanlarla müharibə etməyə getdi. Vəhy 12:1–17.</w:t>
      </w:r>
    </w:p>
    <w:p>
      <w:pPr>
        <w:pStyle w:val="ArticleBody"/>
        <w:jc w:val="left"/>
      </w:pPr>
      <w:r>
        <w:rPr>
          <w:rFonts w:ascii="Times New Roman" w:hAnsi="Times New Roman" w:eastAsia="Times New Roman" w:cs="Times New Roman"/>
        </w:rPr>
        <w:t>Məsihlə Şeytan arasındakı böyük mübahisədə ilk döyüş Lüsiferin üsyanı ilə üçüncü göydə başladı və həmin ilk döyüş birinci göydəki son döyüşün timsalıdır. Daha çox müharibə vardır; çünki minillik dövrün sonunda Şeytan qısa bir müddətə azad edilir və Yerusəlimə qarşı hücuma keçir, lakin həmin döyüşdə qələbə ehtimalı yoxdur. Başlanğıcda üçüncü göydə baş vermiş, sonda birinci göydəki döyüşü təmsil edən döyüş möhlət qapısı açıq ikən aparılmışdı.</w:t>
      </w:r>
    </w:p>
    <w:p>
      <w:pPr>
        <w:pStyle w:val="ArticleBody"/>
        <w:jc w:val="left"/>
      </w:pPr>
      <w:r>
        <w:rPr>
          <w:rFonts w:ascii="Times New Roman" w:hAnsi="Times New Roman" w:eastAsia="Times New Roman" w:cs="Times New Roman"/>
        </w:rPr>
        <w:t>Övladına hamilə olan “qadın” tarix boyu Allahın kilsəsini təmsil edir və Məsihin tarixində o, kişi övlad İsanı dünyaya gətirmək üzrə idi. Axır günlərdə isə o, əkizlər doğurur. Bazar günü qanunundan az əvvəl o, Vəhy kitabının yeddinci fəslindəki yüz qırx dörd mini dünyaya gətirir, Bazar günü qanunu zamanı isə Vəhy kitabının yeddinci fəslindəki böyük izdihamı doğurma əzabına başlayır. Onun əkizləri eyni deyillər, lakin onlar əkizdirlər; ilk doğulan İlyasdır, kiçik oğul isə Musadır.</w:t>
      </w:r>
    </w:p>
    <w:p>
      <w:pPr>
        <w:pStyle w:val="ArticleBody"/>
        <w:jc w:val="left"/>
      </w:pPr>
      <w:r>
        <w:rPr>
          <w:rFonts w:ascii="Times New Roman" w:hAnsi="Times New Roman" w:eastAsia="Times New Roman" w:cs="Times New Roman"/>
        </w:rPr>
        <w:t>Ruhani İsrailin başlanğıcında bütpərəst Romanın əjdahası oğlan uşağı olan İsanı udmaq üçün gözləyirdi; müasir Romanın əjdahası isə indi yüz qırx dörd minin oğlan uşağını udmaq üçün gözləyir. Bütpərəst Roma ilkin xristian kilsəsini təqib etdiyi kimi, müasir Roma da bazar günü qanunu böhranı zamanı bu təqibi təkrar edəcək. İlkin xristian kilsəsində qadın min iki yüz altmış həqiqi il müddətində səhraya qaçdı və bazar günü qanunu böhranının təqibi Vəhy kitabının on üçüncü fəslinin beşinci ayəsindəki qırx iki ay ilə simvolizə olunur. Səhrada Allahın xalqı üçün onların bəslənib qidalandırıldığı hazırlanmış bir yer vardır.</w:t>
      </w:r>
    </w:p>
    <w:p>
      <w:pPr>
        <w:pStyle w:val="ArticleBody"/>
        <w:jc w:val="left"/>
      </w:pPr>
      <w:r>
        <w:rPr>
          <w:rFonts w:ascii="Times New Roman" w:hAnsi="Times New Roman" w:eastAsia="Times New Roman" w:cs="Times New Roman"/>
        </w:rPr>
        <w:t>Vəhy kitabının səkkizinci fəslində, on üçüncü ayədə son üç şeypur üç vay kimi müəyyən edilir. Vəhydəki vaylar, bazar qanunları qəbul edən qüvvələrə qarşı İslamın şeypur hökmlərini təmsil edir. On ikinci fəsildə təsvir olunan müharibədə İslamın rolu belə ifadə edildikdə müəyyən edilir: “Vay yerin və dənizin sakinlərinin halına! Çünki İblis qəzəbi böyük olaraq sizin yanınıza enmişdir; çünki bilir ki, az vaxtı qalmışdır.” İzebelin mürtəd əri Axav vasitəsilə həyata keçirdiyi təqib, “yer” vəhşisinə və “dəniz” vəhşisinə yönəlir.</w:t>
      </w:r>
    </w:p>
    <w:p>
      <w:pPr>
        <w:pStyle w:val="ArticleBody"/>
        <w:jc w:val="left"/>
      </w:pPr>
      <w:r>
        <w:rPr>
          <w:rFonts w:ascii="Times New Roman" w:hAnsi="Times New Roman" w:eastAsia="Times New Roman" w:cs="Times New Roman"/>
        </w:rPr>
        <w:t>Vəhy on səkkizin qüdrətli mələyinin hərəkəti, hər bir islahat hərəkatında olduğu kimi, hökmə aparan və onu da özünə daxil edən dörd əsas nişangaha malikdir. Birinci mələyin hərəkatı üçün həmin dörd nişangah bunlar idi: 11 avqust 1840, 1843-cü ilin yazında ilk məyusluq, 1844-cü ildə 12–17 avqust tarixlərində Gecəyarısı Fəryadı xəbərinin gəlib çatması və 22 oktyabr 1844-də hökmün açılması. Bu dörd nişangahın hər biri eyni ümumi “zaman” mövzusuna malik idi. 11 avqust 1840, Vəhy kitabının doqquzuncu fəslinin on beşinci ayəsindəki zaman peyğəmbərliyinin yerinə yetməsi idi. 1843-cü ilin ilk məyusluğu zamanla bağlı uğursuz bir qabaqcadan xəbər verməni təmsil edirdi. Gecəyarısı Fəryadı xəbəri bundan əvvəl uğursuz olmuş zaman proqnozunun düzəldilməsi idi və 22 oktyabr 1844, Gecəyarısı Fəryadı xəbərində bildirilmiş zamanın yerinə yetməsi idi.</w:t>
      </w:r>
    </w:p>
    <w:p>
      <w:pPr>
        <w:pStyle w:val="ArticleBody"/>
        <w:jc w:val="left"/>
      </w:pPr>
      <w:r>
        <w:rPr>
          <w:rFonts w:ascii="Times New Roman" w:hAnsi="Times New Roman" w:eastAsia="Times New Roman" w:cs="Times New Roman"/>
        </w:rPr>
        <w:t>Üçüncü mələyin hərəkatı da həmin dörd nişanə-mərhələyə malikdir, çünki onlar hər bir islahat xəttində mövcuddur və hər bir islahat xəttinin həmin dörd nişanə-mərhələsinin hamısında olduğu kimi, hər bir nişanə-mərhələ eyni peyğəmbərlik mövzusuna malikdir. Üçüncü vayın İslamı yüz qırx dörd minin hərəkatında dörd nişanə-mərhələnin mövzusudur. 11 sentyabr 2001-ci ildə üçüncü vayın İslamı sərbəst buraxıldı, sonra isə cilovlandı. 18 iyul 2020-ci il tarixli baş tutmayan öncədənxəbər Tennessi ştatının Neşvill şəhərinə qarşı İslami hücumu müəyyənləşdirdi və üçüncü vayın İslamını təmsil etdi. Vəhy on birinci fəsildə küçədə olan ölü quru sümükləri oyadan xəbər, Gecəyarısı hayqırtısı xəbərinin kamil və son yerinə yetməsidir və o, Neşvill öncədənxəbərinin zaman ünsürü olmadan düzəlişini təmsil edir. Bu, dördüncü nişanə-mərhələdə, yəni bazar qanunu zamanı yerinə yetəcək; orada üçüncü vayın İslamı tezliklə gələcək bazar qanununun icrasına görə Birləşmiş Ştatlara zərbə vuracaq.</w:t>
      </w:r>
    </w:p>
    <w:p>
      <w:pPr>
        <w:pStyle w:val="ArticleBody"/>
        <w:jc w:val="left"/>
      </w:pPr>
      <w:r>
        <w:rPr>
          <w:rFonts w:ascii="Times New Roman" w:hAnsi="Times New Roman" w:eastAsia="Times New Roman" w:cs="Times New Roman"/>
        </w:rPr>
        <w:t>Bu həqiqət, üçüncü mələyin qüdrətli hərəkatının yaxınlaşan mühakimə barədə bir xəbərdarlıq olması həqiqəti ilə birlikdə dərk edildikdə, üçüncü vay ilə təmsil olunan İslami mühakimə “yer” və “dəniz” üzərinə gətirilən “vay” kimi asanlıqla anlaşıla bilər.</w:t>
      </w:r>
    </w:p>
    <w:p>
      <w:pPr>
        <w:pStyle w:val="ArticleBody"/>
        <w:jc w:val="left"/>
      </w:pPr>
      <w:r>
        <w:rPr>
          <w:rFonts w:ascii="Times New Roman" w:hAnsi="Times New Roman" w:eastAsia="Times New Roman" w:cs="Times New Roman"/>
        </w:rPr>
        <w:t>Dirilərin mühakiməsi 11 sentyabr 2001-ci ildə başladı və həmin andan etibarən, tezliklə gələcək bazar günü qanununa qədər, vəhşi heyvanın surətinin formalaşdırılması sınağı Amerika Birləşmiş Ştatlarında baş verir. Bazar günü qanunundan Mixail ayağa qalxana və insan üçün möhlət bağlanana qədər isə, dünyanın qalan hissəsi daha sonra vəhşi heyvanın surətinin formalaşdırılması ilə sınanacaq. İstər Amerika Birləşmiş Ştatlarındakı Yeddinci Gün Adventistləri sınansın, istərsə də bazar günü qanunundan sonra bütün dünya sınansın, bu sınaq əbədi taleyimizin müəyyən ediləcəyi sınaq kimi təyin olunur. Bu həm də bazar günü qanununda möhlət bağlanmazdan əvvəl keçməli olduğumuz sınaqdır. Əvvəlcə Amerika Birləşmiş Ştatlarında, sonra isə yenidən dünyada vəhşi heyvanın surəti sınağına dair peyğəmbərlik hadisəsini düzgün anlamaq zəruridir.</w:t>
      </w:r>
    </w:p>
    <w:p>
      <w:pPr>
        <w:pStyle w:val="ArticleScripture"/>
        <w:jc w:val="left"/>
      </w:pPr>
      <w:r>
        <w:rPr>
          <w:rFonts w:ascii="Times New Roman" w:hAnsi="Times New Roman" w:eastAsia="Times New Roman" w:cs="Times New Roman"/>
        </w:rPr>
        <w:t>“Dini azadlıq ölkəsi olan Amerika vicdanı zorlayaraq və insanları saxta şənbəyə ehtiram göstərməyə məcbur edərək Papalıqla birləşdiyi zaman, yer üzünün hər ölkəsinin xalqı onun nümunəsinə tabe olmağa sövq ediləcəkdir.” Testimonies, cild 6, 18.</w:t>
      </w:r>
    </w:p>
    <w:p>
      <w:pPr>
        <w:pStyle w:val="ArticleBody"/>
        <w:jc w:val="left"/>
      </w:pPr>
      <w:r>
        <w:rPr>
          <w:rFonts w:ascii="Times New Roman" w:hAnsi="Times New Roman" w:eastAsia="Times New Roman" w:cs="Times New Roman"/>
        </w:rPr>
        <w:t>Simvollar anlaşıldıqda, Vəhy on üçüncü fəsildə bu bir-birinin ardınca gələn, lakin eyni olan vəhşi heyvan surəti sınaqlarına toxunan keçid asanlıqla tanına bilər. Bu, müxtəlif səbəblərə görə mühümdür. Səbəblərdən biri budur ki, Lüsiferin üçüncü göydəki ilk müharibədə istifadə etdiyi təhrif olunmuş kommunikasiyalar Şeytanın təhrif olunmuş kommunikasiyalarının birinci göydəki son müharibədə yenidən necə təzahür edəcəyini göstərir.</w:t>
      </w:r>
    </w:p>
    <w:p>
      <w:pPr>
        <w:pStyle w:val="ArticleBody"/>
        <w:jc w:val="left"/>
      </w:pPr>
      <w:r>
        <w:rPr>
          <w:rFonts w:ascii="Times New Roman" w:hAnsi="Times New Roman" w:eastAsia="Times New Roman" w:cs="Times New Roman"/>
        </w:rPr>
        <w:t>Bazar qanunu ilə başlanan birinci göyün müharibəsi, bütün dünya üçün vəhşinin surətinin sınaq dövrü ərzində həyata keçirilir. 11 sentyabr 2001-ci ildən etibarən, Amerika Birləşmiş Ştatlarında vəhşinin surətinin sınaq dövrü davam etməkdədir. Bu iki sınaq dövrünü ardıcıl, əvvəlcə Amerika Birləşmiş Ştatları, sonra isə dünya üçün baş verən dövrlər kimi dərk etdikdə, Vəhy kitabının on ikinci fəslindəki müharibədə təmsil olunan həqiqətləri 2001-ci ilin tarixinə, Bazar qanununa qədər geri tətbiq edə bilərik. Məsələn, hipnoz kimi müəyyən edilən Lusiferin təhrif olunmuş rabitəsi, müasir bir tətbiqdə, Vəhy kitabının on ikinci fəslindəki birinci göyün müharibəsi zamanı əjdaha qüvvəsi tərəfindən istifadə olunacaq. Həmin tarixdə əjdaha tərəfindən istifadə edilən hipnozun məqsədi, İzəbelin bidətçi kimi müəyyən etdiyi şəxsləri qətlə yetirməkdir.</w:t>
      </w:r>
    </w:p>
    <w:p>
      <w:pPr>
        <w:pStyle w:val="ArticleBody"/>
        <w:jc w:val="left"/>
      </w:pPr>
      <w:r>
        <w:rPr>
          <w:rFonts w:ascii="Times New Roman" w:hAnsi="Times New Roman" w:eastAsia="Times New Roman" w:cs="Times New Roman"/>
        </w:rPr>
        <w:t>2001-ci ilin tarixində, bazar günü qanununa qədər, iki şahid Sodom və Misirin küçəsində öldürüldü. Vəhy kitabının on birinci fəslinin ilk yerinə yetməsində Sodom və Misirlə təmsil olunan millət Fransa idi. Fransa, Midiya-Fars imperiyası kimi, qədim İsrailin bölünmüş padşahlıqlarında olduğu kimi və Yəhuda ilə Binyamin tərəfindən təmsil olunan Yəhudanın iki qəbiləsində olduğu kimi, iki hakimiyyətdən ibarət olan peyğəmbərlik bir millətdir. İki buynuzlu bütün millətlər simvolik olaraq Amerika Birləşmiş Ştatlarının iki buynuzlu millətini təmsil edir.</w:t>
      </w:r>
    </w:p>
    <w:p>
      <w:pPr>
        <w:pStyle w:val="ArticleBody"/>
        <w:jc w:val="left"/>
      </w:pPr>
      <w:r>
        <w:rPr>
          <w:rFonts w:ascii="Times New Roman" w:hAnsi="Times New Roman" w:eastAsia="Times New Roman" w:cs="Times New Roman"/>
        </w:rPr>
        <w:t>Sodom şəhəri və Misir milləti Respublikaçılığın (Misir) və Protestantlığın (Sodom) iki buynuzunu təmsil edir. 2020-ci ildə iki buynuz öldürüldü: Respublikaçılıq buynuzu və Protestantlıq buynuzu. Daha sonra qlobalist əjdaha güclərinin dünya şəbəkəsi vasitəsilə tətbiq etdiyi hipnotizm, qarşıdan gələn birinci göy müharibəsində tətbiq ediləcəyi tərzdə eyni qaydada işə salındı. Dünya şəbəkəsinin yaratdığı mesajı nəzarət altında saxlamaqla, 2020-ci il seçkisi qlobalizm fəlsəfəsi ilə uzlaşan bir nəticə hasil etmək üçün elmi şəkildə manipulyasiya edildi. Bu, sadəcə olaraq heyvanın surəti sınağının əvvəlcə Amerika Birləşmiş Ştatlarında, sonra isə dünyada başa çatdırıldığını anlamağın zəruriliyinə dair bir nümunədir.</w:t>
      </w:r>
    </w:p>
    <w:p>
      <w:pPr>
        <w:pStyle w:val="ArticleScripture"/>
        <w:jc w:val="left"/>
      </w:pPr>
      <w:r>
        <w:rPr>
          <w:rFonts w:ascii="Times New Roman" w:hAnsi="Times New Roman" w:eastAsia="Times New Roman" w:cs="Times New Roman"/>
        </w:rPr>
        <w:t>“Rəbb mənə açıq-aydın göstərmişdir ki, vəhşi heyvanın surəti möhlət bağlanmazdan əvvəl yaradılacaqdır; çünki bu, Allah xalqı üçün böyük sınaq olacaq və onların əbədi taleyi bununla müəyyən ediləcəkdir. Sizin mövqeyiniz elə bir ziddiyyətlər yumağıdır ki, çox az adam aldadılacaqdır.</w:t>
      </w:r>
    </w:p>
    <w:p>
      <w:pPr>
        <w:pStyle w:val="ArticleScripture"/>
        <w:jc w:val="left"/>
      </w:pPr>
      <w:r>
        <w:rPr>
          <w:rFonts w:ascii="Times New Roman" w:hAnsi="Times New Roman" w:eastAsia="Times New Roman" w:cs="Times New Roman"/>
        </w:rPr>
        <w:t>“Vəhy 13-də bu mövzu açıq şəkildə təqdim edilir; [Vəhy 13:11–17, sitat gətirilmişdir].”</w:t>
      </w:r>
    </w:p>
    <w:p>
      <w:pPr>
        <w:pStyle w:val="ArticleScripture"/>
        <w:jc w:val="left"/>
      </w:pPr>
      <w:r>
        <w:rPr>
          <w:rFonts w:ascii="Times New Roman" w:hAnsi="Times New Roman" w:eastAsia="Times New Roman" w:cs="Times New Roman"/>
        </w:rPr>
        <w:t>“Bu, Allahın xalqının möhürlənmədən əvvəl keçməli olduğu sınaqdır. Onun qanununa riayət etməklə və saxta bir şənbəni qəbul etməkdən imtina etməklə Allaha sədaqətlərini sübut edənlərin hamısı Xudavənd Allah Yehova bayrağı altında yer alacaq və diri Allahın möhürünü alacaqlar. Səmavi mənşəli həqiqətdən əl çəkən və bazar günü şənbəsini qəbul edənlər isə vəhşi heyvanın nişanını alacaqlar.” Manuscript Releases, cild 15, 15.</w:t>
      </w:r>
    </w:p>
    <w:p>
      <w:pPr>
        <w:pStyle w:val="ArticleBody"/>
        <w:jc w:val="left"/>
      </w:pPr>
      <w:r>
        <w:rPr>
          <w:rFonts w:ascii="Times New Roman" w:hAnsi="Times New Roman" w:eastAsia="Times New Roman" w:cs="Times New Roman"/>
        </w:rPr>
        <w:t>Sınaq müddəti Yeddinci Gün Adventistləri üçün bazar günü qanununun icrası ilə başa çatır. Amerika Birləşmiş Ştatlarının nümunəsini izləyən ölkələr də, Amerika Birləşmiş Ştatları kimi, sınaq müddətlərini başa çatdıracaqlar.</w:t>
      </w:r>
    </w:p>
    <w:p>
      <w:pPr>
        <w:pStyle w:val="ArticleScripture"/>
        <w:jc w:val="left"/>
      </w:pPr>
      <w:r>
        <w:rPr>
          <w:rFonts w:ascii="Times New Roman" w:hAnsi="Times New Roman" w:eastAsia="Times New Roman" w:cs="Times New Roman"/>
        </w:rPr>
        <w:t>“Xarici millətlər Amerika Birləşmiş Ştatlarının nümunəsini izləyəcəklər. O öndə getsə də, yenə də eyni böhran dünyanın hər yerindəki xalqımızın üzərinə gələcək.” Testimonies, cild 6, 395.</w:t>
      </w:r>
    </w:p>
    <w:p>
      <w:pPr>
        <w:pStyle w:val="ArticleBody"/>
        <w:jc w:val="left"/>
      </w:pPr>
      <w:r>
        <w:rPr>
          <w:rFonts w:ascii="Times New Roman" w:hAnsi="Times New Roman" w:eastAsia="Times New Roman" w:cs="Times New Roman"/>
        </w:rPr>
        <w:t>Son hərəkətlər sürətli olacaqdır.</w:t>
      </w:r>
    </w:p>
    <w:p>
      <w:pPr>
        <w:pStyle w:val="ArticleScripture"/>
        <w:jc w:val="left"/>
      </w:pPr>
      <w:r>
        <w:rPr>
          <w:rFonts w:ascii="Times New Roman" w:hAnsi="Times New Roman" w:eastAsia="Times New Roman" w:cs="Times New Roman"/>
        </w:rPr>
        <w:t>“Şər qüvvələri öz qüvvələrini birləşdirir və səfərbər edirlər. Onlar son böyük böhran üçün möhkəmlənirlər. Dünyamızda tezliklə böyük dəyişikliklər baş verəcək və son hadisələr sürətlə cərəyan edəcək.” Testimonies, 9-cu cild, 11.</w:t>
      </w:r>
    </w:p>
    <w:p>
      <w:pPr>
        <w:pStyle w:val="ArticleBody"/>
        <w:jc w:val="left"/>
      </w:pPr>
      <w:r>
        <w:rPr>
          <w:rFonts w:ascii="Times New Roman" w:hAnsi="Times New Roman" w:eastAsia="Times New Roman" w:cs="Times New Roman"/>
        </w:rPr>
        <w:t>Vəhşinin surətinin sınağını anlamaq üçün peyğəmbərliklərin müəyyən dərəcədə texniki tətbiqi tələb olunur. Əvvəlcə, vəhşinin damğası ilə vəhşinin surəti bir-birindən fərqli iki rəmzdir.</w:t>
      </w:r>
    </w:p>
    <w:p>
      <w:pPr>
        <w:pStyle w:val="ArticleScripture"/>
        <w:jc w:val="left"/>
      </w:pPr>
      <w:r>
        <w:rPr>
          <w:rFonts w:ascii="Times New Roman" w:hAnsi="Times New Roman" w:eastAsia="Times New Roman" w:cs="Times New Roman"/>
        </w:rPr>
        <w:t>“‘Vəhşiyə surət’ onların ehkamlarının məcburi icrası üçün protestant kilsələri mülki hakimiyyətin köməyinə müraciət etdikləri zaman formalaşacaq mürtəd protestantlığın həmin formasını təmsil edir. ‘Vəhşin damğası’ isə hələ də müəyyənləşdirilməlidir.” The Great Controversy, 445.</w:t>
      </w:r>
    </w:p>
    <w:p>
      <w:pPr>
        <w:pStyle w:val="ArticleBody"/>
        <w:jc w:val="left"/>
      </w:pPr>
      <w:r>
        <w:rPr>
          <w:rFonts w:ascii="Times New Roman" w:hAnsi="Times New Roman" w:eastAsia="Times New Roman" w:cs="Times New Roman"/>
        </w:rPr>
        <w:t>Vəhşinin nişanı bazar gününə riayət etməkdir, vəhşinin surəti isə öz dini təlimlərini məcburi şəkildə tətbiq etdirmək üçün mülki hakimiyyətdən istifadə edən bir kilsədir.</w:t>
      </w:r>
    </w:p>
    <w:p>
      <w:pPr>
        <w:pStyle w:val="ArticleScripture"/>
        <w:jc w:val="left"/>
      </w:pPr>
      <w:r>
        <w:rPr>
          <w:rFonts w:ascii="Times New Roman" w:hAnsi="Times New Roman" w:eastAsia="Times New Roman" w:cs="Times New Roman"/>
        </w:rPr>
        <w:t>“Protestant kilsələri tərəfindən bazar gününə riayət olunmasının məcburi şəkildə tətbiq edilməsi papalığın — vəhşinin — ibadətinin tətbiq edilməsidir. Dördüncü əmrin iddialarını anlayaraq həqiqi Şənbə əvəzinə saxta şəbətə riayət etməyi seçənlər, bununla onu yalnız əmr edən gücə ehtiram göstərmiş olurlar. Lakin kilsələr dünyəvi hakimiyyət vasitəsilə dini bir vəzifəni məcburi şəkildə tətbiq etmə əməlinin özündə vəhşinin surətini yaratmış olardılar; buna görə də Birləşmiş Ştatlarda bazar gününə riayət olunmasının məcburi şəkildə tətbiq edilməsi vəhşiyə və onun surətinə ibadətin tətbiq edilməsi olardı.” The Great Controversy, 448, 449.</w:t>
      </w:r>
    </w:p>
    <w:p>
      <w:pPr>
        <w:pStyle w:val="ArticleBody"/>
        <w:jc w:val="left"/>
      </w:pPr>
      <w:r>
        <w:rPr>
          <w:rFonts w:ascii="Times New Roman" w:hAnsi="Times New Roman" w:eastAsia="Times New Roman" w:cs="Times New Roman"/>
        </w:rPr>
        <w:t>Vəhşinin surəti kilsə ilə dövlətin birləşməsini təmsil edir; bu münasibətdə nəzarət kilsənin əlindədir. İzebel Əhab üzərində hökm sürdüyü kimi, Hirodiya da Hirod üzərində hökm sürürdü. Vəhşinin nişanı bazar gününə riayət etməkdir. Vəhşinin surəti müəyyən zaman ərzində inkişaf edir. Vəhşinin nişanı isə zamanın müəyyən bir nöqtəsini təmsil edir. Vəhşinin surəti tədricən inkişaf edir, lakin yalnız dövləti öz dini ehkamlarını qəbul etdirməyə məcbur etmək gücünə malik olduqda tam yetkinliyə çatır. Sınaq surətin “formalaşdırılması” ilə əlaqədardır.</w:t>
      </w:r>
    </w:p>
    <w:p>
      <w:pPr>
        <w:pStyle w:val="ArticleScripture"/>
        <w:jc w:val="left"/>
      </w:pPr>
      <w:r>
        <w:rPr>
          <w:rFonts w:ascii="Times New Roman" w:hAnsi="Times New Roman" w:eastAsia="Times New Roman" w:cs="Times New Roman"/>
        </w:rPr>
        <w:t>“Bəs ‘vəhşinin surəti’ nədir? və o necə formalaşdırılacaq? Surət iki buynuzlu vəhşi tərəfindən düzəldilir və vəhşiyə bir surətdir. O həm də vəhşinin surəti adlanır. Elə isə surətin necə olduğunu və onun necə formalaşdırılacağını öyrənmək üçün biz vəhşinin özünün—papalığın—xüsusiyyətlərini araşdırmalıyıq.</w:t>
      </w:r>
    </w:p>
    <w:p>
      <w:pPr>
        <w:pStyle w:val="ArticleScripture"/>
        <w:jc w:val="left"/>
      </w:pPr>
      <w:r>
        <w:rPr>
          <w:rFonts w:ascii="Times New Roman" w:hAnsi="Times New Roman" w:eastAsia="Times New Roman" w:cs="Times New Roman"/>
        </w:rPr>
        <w:t>“İlkin kilsə Müjdənin sadəliyindən uzaqlaşaraq bütpərəst ayin və adətləri qəbul etməklə pozulduğu zaman, o, Allahın Ruhunu və qüdrətini itirdi; və xalqın vicdanları üzərində nəzarət qurmaq üçün dünyəvi hakimiyyətin dəstəyini axtardı. Nəticədə papalıq meydana gəldi — dövlətin hakimiyyətinə nəzarət edən və ondan öz məqsədlərini irəli aparmaq, xüsusilə də ‘bidətin’ cəzalandırılması üçün istifadə edən bir kilsə. Amerika Birləşmiş Ştatlarının vəhşi heyvanın surətini yaratması üçün dini hakimiyyət mülki hökumətə elə nəzarət etməlidir ki, dövlətin səlahiyyəti də kilsə tərəfindən öz məqsədlərini həyata keçirmək üçün işlədilsin.” The Great Controversy, 443.</w:t>
      </w:r>
    </w:p>
    <w:p>
      <w:pPr>
        <w:pStyle w:val="ArticleBody"/>
        <w:jc w:val="left"/>
      </w:pPr>
      <w:r>
        <w:rPr>
          <w:rFonts w:ascii="Times New Roman" w:hAnsi="Times New Roman" w:eastAsia="Times New Roman" w:cs="Times New Roman"/>
        </w:rPr>
        <w:t>Vəhşinin surəti ilə vəhşinin nişanı arasındakı fərq, kifayət qədər ənənəvi Adventist anlayışıdır. Adventizmin bu mövzuda adətən yolunu itirdiyi yer isə Vəhy on üçüncü fəsildir. Onlar nədənsə, bazar günü qanunundan sonra Birləşmiş Ştatların dünyanı vəhşiyə bir surət qurmağa məcbur etdiyi fəaliyyəti ilə Birləşmiş Ştatlarda vəhşinin surətinin qurulmasını bir-birinə qarışdırırlar. Bunlar iki fərqli peyğəmbərlik dövrüdür.</w:t>
      </w:r>
    </w:p>
    <w:p>
      <w:pPr>
        <w:pStyle w:val="ArticleBody"/>
        <w:jc w:val="left"/>
      </w:pPr>
      <w:r>
        <w:rPr>
          <w:rFonts w:ascii="Times New Roman" w:hAnsi="Times New Roman" w:eastAsia="Times New Roman" w:cs="Times New Roman"/>
        </w:rPr>
        <w:t>Məsih bir həftə müddətində çoxları ilə əhdi təsdiqləməyə gəldi və həftənin ortasında O, çarmıxa çəkildi. Beləliklə, həmin həftə vəhşi heyvanın surətinin formalaşdığı iki zaman dövrünü təmsil edir. Məsihin həftəsi iki eyni dövrə bölünmüşdü və Məsihin surətini təmsil edirdi. Axır günlərdəki iki sınaq dövrü isə antixristin surətini təmsil edir.</w:t>
      </w:r>
    </w:p>
    <w:p>
      <w:pPr>
        <w:pStyle w:val="ArticleBody"/>
        <w:jc w:val="left"/>
      </w:pPr>
      <w:r>
        <w:rPr>
          <w:rFonts w:ascii="Times New Roman" w:hAnsi="Times New Roman" w:eastAsia="Times New Roman" w:cs="Times New Roman"/>
        </w:rPr>
        <w:t>Min iki yüz altmış günlük birinci dövrdə Məsih Öz şahadətini daşıdı, sonra isə çarmıxda öldü. Bundan sonra şagirdlərin şahadət etdikləri, tamamilə eyni olan min iki yüz altmış günlük bir dövr oldu; ta ki Mikayıl Stefanın daşqalaq edilməsi zamanı ayağa qalxana qədər. Çarmıx bazar qanununu simvolizə edir. Vəhşi heyvanın surətinin formalaşdırılması ilə əlaqəli iki sınaq dövrü, Məsih vasitəsilə simvolizə olunan yüz qırx dörd minlə bağlı birinci dövrü müəyyən edir və həmin dövr çarmıx vasitəsilə simvolizə olunan bazar qanununda başa çatır. Məsihin zamanında şagirdlərin işi ilə təmsil olunan son eyni sınaq dövrü isə böyük izdihama yönəlir və o, Stefanın daşqalaq edilməsində deyil, Daniel 12:1-də insanlıq üçün möhlətin bağlanması zamanı Mikayıl ayağa qalxdıqda sona yetir.</w:t>
      </w:r>
    </w:p>
    <w:p>
      <w:pPr>
        <w:pStyle w:val="ArticleBody"/>
        <w:jc w:val="left"/>
      </w:pPr>
      <w:r>
        <w:rPr>
          <w:rFonts w:ascii="Times New Roman" w:hAnsi="Times New Roman" w:eastAsia="Times New Roman" w:cs="Times New Roman"/>
        </w:rPr>
        <w:t>Bəziləri Vəhy kitabının on üçüncü fəslinin on birinci ayəsindən sonrakı hadisələrin həqiqi ardıcıllığını görə bilmirlər; çünki çox vaxt belə görünür ki, onlar Amerika Birləşmiş Ştatları əjdaha kimi danışdıqda bunun Amerika Birləşmiş Ştatlarında vəhşinin surətinin tam şəkildə formalaşmasını təmsil etdiyini qəbul etməyə məqsədli surətdə istəksizlik göstərirlər. Amerika Birləşmiş Ştatlarının bazar günü qanunu qəbul etməsi üçün, bazar günü qanunundan əvvəl Amerika Birləşmiş Ştatlarında vəhşinin surəti formalaşdırılmalıdır. Əgər bu məqamı anlamırsınızsa, indicə “Böyük Mübarizə” əsərindən istinad edilən əvvəlki bir neçə parçanı yenidən oxuyun.</w:t>
      </w:r>
    </w:p>
    <w:p>
      <w:pPr>
        <w:pStyle w:val="ArticleBody"/>
        <w:jc w:val="left"/>
      </w:pPr>
      <w:r>
        <w:rPr>
          <w:rFonts w:ascii="Times New Roman" w:hAnsi="Times New Roman" w:eastAsia="Times New Roman" w:cs="Times New Roman"/>
        </w:rPr>
        <w:t>On üçüncü fəslin on birinci ayəsində Birləşmiş Ştatlar əjdaha kimi danışdıqda, bu, Birləşmiş Ştatlarda mürtəd kilsələrin göstərişi ilə qanunverici və məhkəmə hakimiyyətlərinin bazar günü qanununu qəbul etməsi hərəkətini təmsil edir. Bazar günü qanunu haqqında fərman Birləşmiş Ştatların ağzından çıxır.</w:t>
      </w:r>
    </w:p>
    <w:p>
      <w:pPr>
        <w:pStyle w:val="ArticleScripture"/>
        <w:jc w:val="left"/>
      </w:pPr>
      <w:r>
        <w:rPr>
          <w:rFonts w:ascii="Times New Roman" w:hAnsi="Times New Roman" w:eastAsia="Times New Roman" w:cs="Times New Roman"/>
        </w:rPr>
        <w:t>“Mən gördüm ki, iki buynuzlu vəhşinin əjdahanın ağzı var idi, onun qüdrəti başında idi və fərman onun ağzından çıxacaqdı.” Spalding and Magan, 1.</w:t>
      </w:r>
    </w:p>
    <w:p>
      <w:pPr>
        <w:pStyle w:val="ArticleBody"/>
        <w:jc w:val="left"/>
      </w:pPr>
      <w:r>
        <w:rPr>
          <w:rFonts w:ascii="Times New Roman" w:hAnsi="Times New Roman" w:eastAsia="Times New Roman" w:cs="Times New Roman"/>
        </w:rPr>
        <w:t>Məni həmişə heyrətləndirib ki, Adventizm iki buynuzlu yer vəhşisinin əjdaha kimi danışdıqda bunun sadəcə Birləşmiş Ştatlarda bazar günü qanununa işarə etdiyini deyil, həm də papalıq dəniz vəhşisinin surətinin tam şəkildə formalaşdırıldığını göstərdiyini dərk etməkdə çətinlik çəkir. Birləşmiş Ştatların bazar günü qanununu qəbul etməsi üçün, kilsə ilə dövlətin birləşməsi əvvəlcə tam şəkildə formalaşmış olmalıdır. Birləşmiş Ştatların dönük kilsələri sadəcə bazar ertəsi bir araya gəlib, sonra çərşənbə axşamı Konqresə gedərək, çərşənbəyədək bazar günü qanunvericiliyinin qəbul edilməsini istədiklərini Konqresə bildirmirlər. Kilsə ilə dövlət arasında baş verən birləşmə prosesi, Danielin 3-cü fəslindəki qızıl surətin “ucaldılması” kimi, vəhşi heyvanın surətinin “formalaşdırılması” kimi təsvir olunur; onun qurulması müəyyən vaxt aparacaq. Vəhşi heyvanın surəti, papalığın Qaranlıq Əsrlərdə milyonlarla şəhidi öldürmək üçün istifadə etdiyi sistemdir və bazar günü qanununun icra olunması üçün zəruri olan ictimai mühitin və hüquqi presedentin yaranması sosial, siyasi, dini və iqtisadi inkişaflar tələb edir. Həmin inkişaflar vəhşi heyvanın surətinin sınağını təmsil edir; bu sınaq vasitəsilə “əbədi taleyimiz həll olunacaq” və bu, “möhürlənməzdən əvvəl” keçməli olduğumuz sınağı təmsil edir.</w:t>
      </w:r>
    </w:p>
    <w:p>
      <w:pPr>
        <w:pStyle w:val="ArticleScripture"/>
        <w:jc w:val="left"/>
      </w:pPr>
      <w:r>
        <w:rPr>
          <w:rFonts w:ascii="Times New Roman" w:hAnsi="Times New Roman" w:eastAsia="Times New Roman" w:cs="Times New Roman"/>
        </w:rPr>
        <w:t>“Rəbb mənə aydın şəkildə göstərdi ki, sınaq müddəti başa çatmazdan əvvəl vəhşi heyvanın surəti yaradılacaq; çünki bu, Allah xalqı üçün onların əbədi taleyinin həll olunacağı böyük sınaq olacaqdır.... Allah xalqı möhürlənməzdən əvvəl keçməli olduğu sınaq budur.” Manuscript Releases, cild 15, 15.</w:t>
      </w:r>
    </w:p>
    <w:p>
      <w:pPr>
        <w:pStyle w:val="ArticleBody"/>
        <w:jc w:val="left"/>
      </w:pPr>
      <w:r>
        <w:rPr>
          <w:rFonts w:ascii="Times New Roman" w:hAnsi="Times New Roman" w:eastAsia="Times New Roman" w:cs="Times New Roman"/>
        </w:rPr>
        <w:t>Bazar günü qanunu, on bakirə məsəlinin son kamil yerinə yetirilməsini tapan gecəyarısı böhranıdır. Həmin gecəyarısı böhranında bizim hikmətli Filadelfiyalı, yoxsa ağılsız Laodikiyalı bakirələr olduğumuz aşkar ediləcəkdir. Ağılsızlar vəhşi heyvanın nişanını alır, hikmətlilər isə Allahın möhürünü alırlar. İndiyədək Yeddinci Gün Adventist Kilsəsinə qoşulmuş, üzv olmadan əvvəl etiqadi həqiqətlər siyahısına razılıq vermiş hər kəsə və buna görə də hər bir Yeddinci Gün Adventistinə Şənbə həqiqətinin nuru təqdim edilmişdir.</w:t>
      </w:r>
    </w:p>
    <w:p>
      <w:pPr>
        <w:pStyle w:val="ArticleScripture"/>
        <w:jc w:val="left"/>
      </w:pPr>
      <w:r>
        <w:rPr>
          <w:rFonts w:ascii="Times New Roman" w:hAnsi="Times New Roman" w:eastAsia="Times New Roman" w:cs="Times New Roman"/>
        </w:rPr>
        <w:t>“Əgər həqiqətin nuru sizə təqdim olunmuşdursa, dördüncü əmrin Şənbəsini sizə açıb göstərmişdirsə və Allahın Kəlamında bazar gününə riayət etmək üçün heç bir əsas olmadığını ortaya qoymuşdursa, buna baxmayaraq siz hələ də yalançı şənbəyə bağlanır, Allahın ‘Mənim müqəddəs günüm’ adlandırdığı Şənbəni müqəddəs tutmaqdan imtina edirsinizsə, onda vəhşinin nişanını qəbul edirsiniz. Bu nə zaman baş verir?—Sizə bazar günü əməkdən çəkinməyi və Allaha ibadət etməyi əmr edən fərmana itaət etdiyiniz zaman; halbuki siz bilirsiniz ki, Müqəddəs Kitabda bazar gününün adi iş günündən başqa bir şey olduğunu göstərən bircə söz belə yoxdur, siz vəhşinin nişanını almağa razılıq verir və Allahın möhürünü rədd etmiş olursunuz. Əgər biz bu nişanı alnımızda və ya əlimizdə qəbul etsək, itaətsizlər barəsində elan olunmuş hökmlər üzərimizə enməlidir. Lakin yaşayan Allahın möhürü Rəbbin Şənbəsini vicdanla qoruyanların üzərinə qoyulur.” Review and Herald, 27 aprel 1911.</w:t>
      </w:r>
    </w:p>
    <w:p>
      <w:pPr>
        <w:pStyle w:val="ArticleBody"/>
        <w:jc w:val="left"/>
      </w:pPr>
      <w:r>
        <w:rPr>
          <w:rFonts w:ascii="Times New Roman" w:hAnsi="Times New Roman" w:eastAsia="Times New Roman" w:cs="Times New Roman"/>
        </w:rPr>
        <w:t>Vəhşinin surətinin Amerika Birləşmiş Ştatlarında təşəkkül tapması peyğəmbərlik baxımından 11 sentyabr 2001-ci ildə başladı. Bu həqiqəti təsdiqləyən bir neçə peyğəmbərlik şahidliyi vardır. Həmin andan yaxın gələcəkdə çıxarılacaq bazar günü qanununadək, Yeddinci Gün Adventistləri vəhşinin surəti sınağından keçib-keçməmələrinə əsasən öz əbədi talelərini müəyyən edirlər. Mən deyərdim ki, çox az sayda Yeddinci Gün Adventisti vəhşinin surətinin bir sınaq olduğunu ümumiyyətlə bilir. Az adam, əgər ümumiyyətlə bilən varsa, bunun necə bir sınaq ola biləcəyini bilir və daha da mühümü, onlar sınaqdan keçmək üçün nə tələb olunduğunu bilmirlər. Biz yalnız malik olduğumuz işığa görə deyil, həm də biliyin artmasını anlamağa özümüzü tətbiq etmiş olsaydıq malik ola biləcəyimiz işığa görə mühakimə olunuruq. Buna görə də Laodikeyalı korluq altı min illik günah tarixində ən böyük korluqdur.</w:t>
      </w:r>
    </w:p>
    <w:p>
      <w:pPr>
        <w:pStyle w:val="ArticleScripture"/>
        <w:jc w:val="left"/>
      </w:pPr>
      <w:r>
        <w:rPr>
          <w:rFonts w:ascii="Times New Roman" w:hAnsi="Times New Roman" w:eastAsia="Times New Roman" w:cs="Times New Roman"/>
        </w:rPr>
        <w:t>Xalqım bilik çatışmazlığı üzündən məhv olur; sən biliyi rədd etdiyin üçün Mən də səni rədd edəcəyəm ki, Mənə kahin olmayasan; Allahının qanununu unutduğun üçün Mən də sənin övladlarını unudacağam. Hoşeya 4:6.</w:t>
      </w:r>
    </w:p>
    <w:p>
      <w:pPr>
        <w:pStyle w:val="ArticleBody"/>
        <w:jc w:val="left"/>
      </w:pPr>
      <w:r>
        <w:rPr>
          <w:rFonts w:ascii="Times New Roman" w:hAnsi="Times New Roman" w:eastAsia="Times New Roman" w:cs="Times New Roman"/>
        </w:rPr>
        <w:t>Vəhşinin surətinin formalaşdırılması sınağı tezliklə gələcək bazar qanunu ilə başa çatır və əgər biz həmin sınaqdan keçməmiş olsaq, yağı əldə etməyi rədd etmiş digər bütün ağılsız Laodikiya bakirələri ilə birlikdə vəhşinin damğasını alacağıq. Mən burada vəhşinin surəti sınağının 11 sentyabr 2001-ci ildə başladığını və bazar qanunu ilə başa çatdığını nə üçün belə anladığımı müdafiə etmirəm. Mən sadəcə, Vəhy on üçdə müəyyən edilən Amerika Birləşmiş Ştatlarının bazar qanununu qəbul etdikdən sonrakı rolunu anlamaq üçün zəruri olan peyğəmbərlik məntiqini göstərirəm. On birinci ayədə onun əjdaha kimi danışdığı deyilir və həmin andan etibarən “o” sözünü izləmək vacibdir. Amerika Birləşmiş Ştatlarının o zaman dünyanı qurmağa məcbur etdiyi vəhşinin surəti, Amerika Birləşmiş Ştatlarındakı vəhşinin surəti deyildir, çünki o artıq keçmişdə qalmışdır.</w:t>
      </w:r>
    </w:p>
    <w:p>
      <w:pPr>
        <w:pStyle w:val="ArticleScripture"/>
        <w:jc w:val="left"/>
      </w:pPr>
      <w:r>
        <w:rPr>
          <w:rFonts w:ascii="Times New Roman" w:hAnsi="Times New Roman" w:eastAsia="Times New Roman" w:cs="Times New Roman"/>
        </w:rPr>
        <w:t>Və mən yerdən çıxan başqa bir vəhşi heyvan gördüm; onun quzuya bənzər iki buynuzu var idi və əjdaha kimi danışırdı. O, birinci vəhşi heyvanın bütün hakimiyyətini onun hüzurunda icra edir və yer üzünü və orada yaşayanları ölümcül yarası sağalmış birinci vəhşi heyvana səcdə etməyə məcbur edir. O, böyük möcüzələr göstərir, elə ki, insanların gözü önündə göydən yerə od endirir. Və vəhşi heyvanın hüzurunda etməyə səlahiyyəti olduğu möcüzələr vasitəsilə yer üzündə yaşayanları aldadır; yer üzündə yaşayanlara deyir ki, qılınc yarası almış, lakin sağ qalmış vəhşi heyvan üçün bir surət düzəltsinlər. Və ona vəhşi heyvanın surətinə nəfəs vermək səlahiyyəti verildi ki, vəhşi heyvanın surəti həm danışsın, həm də vəhşi heyvanın surətinə səcdə etməyənlərin hamısının öldürülməsinə səbəb olsun. Və o, hamını — kiçiklə böyüyü, varlı ilə yoxsulu, azad ilə qulu — sağ əllərinə və ya alınlarına bir nişan qəbul etməyə məcbur edir; belə ki, bu nişanı, yaxud vəhşi heyvanın adını, yaxud onun adının sayını daşıyandan başqa heç kəs alıb-sata bilməsin. Vəhy 13:11–17.</w:t>
      </w:r>
    </w:p>
    <w:p>
      <w:pPr>
        <w:pStyle w:val="ArticleBody"/>
        <w:jc w:val="left"/>
      </w:pPr>
      <w:r>
        <w:rPr>
          <w:rFonts w:ascii="Times New Roman" w:hAnsi="Times New Roman" w:eastAsia="Times New Roman" w:cs="Times New Roman"/>
        </w:rPr>
        <w:t>Həmin yeddi ayədə “o” sözü səkkiz dəfə işlədilir. “O” sözünün hər dəfə işlədilməsi ilkin “o”ya, yəni Birləşmiş Ştatlarda bazar günü qanunu zamanı “əjdaha kimi danışan”a qayıdır. Birləşmiş Ştatlardakı Adventistlərin, Birləşmiş Ştatlar əjdaha kimi danışdığı zaman, ya keçdiyi, ya da kəsildiyi vəhşi heyvanın surəti sınağı daha sonra dünyanın digər xalqlarındakı Adventistlər üçün, həmçinin hələ də Babil içində olan Allahın digər övladları üçün təkrarlanır. Növbəti məqalədə Vəhy on üçdə Birləşmiş Ştatları nəzərdən keçirməyimizi davam etdirəcəyik, lakin qoy bu vaxt bu həqiqəti nə üçün nəzərdən keçirdiyimizi sizə xatırladım.</w:t>
      </w:r>
    </w:p>
    <w:p>
      <w:pPr>
        <w:pStyle w:val="ArticleBody"/>
        <w:jc w:val="left"/>
      </w:pPr>
      <w:r>
        <w:rPr>
          <w:rFonts w:ascii="Times New Roman" w:hAnsi="Times New Roman" w:eastAsia="Times New Roman" w:cs="Times New Roman"/>
        </w:rPr>
        <w:t>Lüsiferlə üçüncü səmada başlayan müharibə, Bazar qanunu zamanı birinci səmada başlayan müharibənin timsalıdır. Əjdahanın təhrif olunmuş rabitələri hər iki döyüşdə təmsil olunur. Şeytanın təhrif olunmuş rabitələrinin müasir təzahürü, tezliklə gələcək Bazar qanunundan sonrakı tarixdə Yer planetinin məruz qaldığı hipnotik transı təmsil edir. Bu aldanış “informasiya super magistralı” adlandırılan şey üzərində dünya miqyaslı şəbəkənin nəzarəti vasitəsilə həyata keçirilir. “İnformasiya super magistralı”nın həmin müxtəlif kanalları sosial, iqtisadi, dini, qondarma elm, əyləncə və daha mühüm olaraq xəbər mediası kanalından ibarətdir.</w:t>
      </w:r>
    </w:p>
    <w:p>
      <w:pPr>
        <w:pStyle w:val="ArticleBody"/>
        <w:jc w:val="left"/>
      </w:pPr>
      <w:r>
        <w:rPr>
          <w:rFonts w:ascii="Times New Roman" w:hAnsi="Times New Roman" w:eastAsia="Times New Roman" w:cs="Times New Roman"/>
        </w:rPr>
        <w:t>“İnformasiya super şosesi”nin şeytani hipnotik rabitələrin müasir təzahürü olduğu, habelə üçüncü səmada mələklərin döyüşündə Şeytan tərəfindən işlədilmiş incə hipnoz olduğu həqiqəti bir dəfə dərk edildikdə, müəyyən edə bilərik ki, “informasiya super şosesi” bazar qanunundan sonra baş verən və dünya üçün nəzərdə tutulan vəhşinin surətinin “son” sınağının bir ünsürüdür. O zaman asanlıqla başa düşmək olar ki, Birləşmiş Ştatlar üçün vəhşinin surətinin “birinci” sınağı da sonuncu ilə eyni pozulmuş şeytani rabitələrə malik olmalıdır. Bazar qanunundan möhlətin bağlanışınadək “informasiya super şosesi”ni pozmaq üçün Şeytanın fəaliyyətinə dair şahidlik, yer vəhşi üzərində respublikaçılığın iki buynuzunun və həqiqi protestantlığın qalığının 2020-ci ildə necə qətlə yetirildiyinə dair sübutu təqdim edir. Bu, “informasiya super şosesi” vasitəsilə həyata keçirildi; Yəhyanın Vəhy on birdə bunu “küçə” adlandırdığı kimi.</w:t>
      </w:r>
    </w:p>
    <w:p>
      <w:pPr>
        <w:pStyle w:val="ArticleBody"/>
        <w:jc w:val="left"/>
      </w:pPr>
      <w:r>
        <w:rPr>
          <w:rFonts w:ascii="Times New Roman" w:hAnsi="Times New Roman" w:eastAsia="Times New Roman" w:cs="Times New Roman"/>
        </w:rPr>
        <w:t>Bu peyğəmbərlik həqiqətlərinin açılması, sınaq müddəti bitməzdən və yüz qırx dörd min möhürlənməzdən əvvəl formalaşacağı qadın peyğəmbər tərəfindən aydın şəkildə görülmüş vəhşi heyvanın surəti sınağından keçməyi niyyət edənlərin anlamalı olduqları şeylərin bir hissəsidir.</w:t>
      </w:r>
    </w:p>
    <w:p>
      <w:pPr>
        <w:pStyle w:val="ArticleScripture"/>
        <w:jc w:val="left"/>
      </w:pPr>
      <w:r>
        <w:rPr>
          <w:rFonts w:ascii="Times New Roman" w:hAnsi="Times New Roman" w:eastAsia="Times New Roman" w:cs="Times New Roman"/>
        </w:rPr>
        <w:t>“Fərman verildikdə və möhür vurulduqda, onların xasiyyəti əbədiyyət boyu pak və ləkəsiz qalacaqdır.” Testimonies, cild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birinci nömrə</dc:title>
  <dc:subject>Vəhşinin Surəti</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