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четиридесетият том</w:t>
      </w:r>
    </w:p>
    <w:p>
      <w:pPr>
        <w:pStyle w:val="ArticleSubtitle"/>
        <w:jc w:val="left"/>
      </w:pPr>
      <w:r>
        <w:rPr>
          <w:rFonts w:ascii="Arial" w:hAnsi="Arial" w:eastAsia="Arial" w:cs="Arial"/>
        </w:rPr>
        <w:t>Последното обещание: Разкриване ролята на Илия преди деня Господен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Последното обещание на Стария Завет е, че преди великия и страшен ден Господен ще дойде Илия.</w:t>
      </w:r>
    </w:p>
    <w:p>
      <w:pPr>
        <w:pStyle w:val="ArticleScripture"/>
        <w:jc w:val="left"/>
      </w:pPr>
      <w:r>
        <w:rPr>
          <w:rFonts w:ascii="Times New Roman" w:hAnsi="Times New Roman" w:eastAsia="Times New Roman" w:cs="Times New Roman"/>
        </w:rPr>
        <w:t>Помнете закона на Моя слуга Моисей, който му заповядах на Хорив за целия Израил, с наредбите и съдбите. Ето, Аз ще ви изпратя пророк Илия преди да дойде великият и страшен ден Господен; и той ще обърне сърцето на бащите към децата и сърцето на децата към бащите им, за да не дойда и да поразя земята с проклятие. Малахия 4:4–5.</w:t>
      </w:r>
    </w:p>
    <w:p>
      <w:pPr>
        <w:pStyle w:val="ArticleBody"/>
        <w:jc w:val="left"/>
      </w:pPr>
      <w:r>
        <w:rPr>
          <w:rFonts w:ascii="Times New Roman" w:hAnsi="Times New Roman" w:eastAsia="Times New Roman" w:cs="Times New Roman"/>
        </w:rPr>
        <w:t>Илия, който идва преди „великия и страшен ден Господен“, е личен вестител, а също и движението, свързано с вестта, която вестителят прогласява. Следователно изпратеният Илия са сто четиридесет и четирите хиляди, които не вкусват смърт, както представят Енох и Илия. Те са онези, които биват издигнати като знаме при скоро предстоящия неделен закон.</w:t>
      </w:r>
    </w:p>
    <w:p>
      <w:pPr>
        <w:pStyle w:val="ArticleBody"/>
        <w:jc w:val="left"/>
      </w:pPr>
      <w:r>
        <w:rPr>
          <w:rFonts w:ascii="Times New Roman" w:hAnsi="Times New Roman" w:eastAsia="Times New Roman" w:cs="Times New Roman"/>
        </w:rPr>
        <w:t>Илия на последния ден бе представен и от Йоан Кръстител, но Йоан не представяше сто четиридесет и четирите хиляди. Той представяше онези, които се присъединяват към движението и приемат вестта на вестителя на последния ден, които след това биват убити от папството в часа на кризата на неделния закон, която започва с предстоящия неделен закон и завършва, когато Михаил се надигне и папството дойде до своя край, без да има кой да му помогне.</w:t>
      </w:r>
    </w:p>
    <w:p>
      <w:pPr>
        <w:pStyle w:val="ArticleBody"/>
        <w:jc w:val="left"/>
      </w:pPr>
      <w:r>
        <w:rPr>
          <w:rFonts w:ascii="Times New Roman" w:hAnsi="Times New Roman" w:eastAsia="Times New Roman" w:cs="Times New Roman"/>
        </w:rPr>
        <w:t>Илия е представен на планината Кармил, а Йоан е представен в пиршествената зала на Ирод. Тези двама исторически свидетели определят двете групи от Божия народ в последните дни, представени в седма глава на Откровение. Сто четиридесет и четирите хиляди и голямото множество съответстват на планината Кармил и на рождения пир на Ирод. Тези две пророчески линии осигуряват здрава отправна точка за внимателно определяне на елементите на осмата глава, която е от седемте глави в Откровение седемнадесета, с достатъчно пророчески подробности, за да се изясни как и защо последният президент, който е осмият президент, който е от седемте, става великият диктатор на Съединените щати в последните движения на шестото царство от библейското пророчество.</w:t>
      </w:r>
    </w:p>
    <w:p>
      <w:pPr>
        <w:pStyle w:val="ArticleBody"/>
        <w:jc w:val="left"/>
      </w:pPr>
      <w:r>
        <w:rPr>
          <w:rFonts w:ascii="Times New Roman" w:hAnsi="Times New Roman" w:eastAsia="Times New Roman" w:cs="Times New Roman"/>
        </w:rPr>
        <w:t>При неделния закон се осъществява тройният съюз.</w:t>
      </w:r>
    </w:p>
    <w:p>
      <w:pPr>
        <w:pStyle w:val="ArticleScripture"/>
        <w:jc w:val="left"/>
      </w:pPr>
      <w:r>
        <w:rPr>
          <w:rFonts w:ascii="Times New Roman" w:hAnsi="Times New Roman" w:eastAsia="Times New Roman" w:cs="Times New Roman"/>
        </w:rPr>
        <w:t>„Чрез постановлението, което налага установяването на папството в нарушение на Божия закон, нашият народ напълно ще се откъсне от правдата. Когато протестантизмът простре ръката си през бездната, за да хване ръката на римската власт; когато протегне ръка над пропастта, за да се ръкува със спиритизма; когато под влиянието на този троен съюз нашата страна отхвърли всеки принцип на своята Конституция като протестантско и републиканско управление и предвиди мерки за разпространяването на папските лъжи и заблуди, тогава можем да знаем, че е дошло времето за чудотворното действие на Сатана и че краят е близо.“ Свидетелства, том 5, с. 451.</w:t>
      </w:r>
    </w:p>
    <w:p>
      <w:pPr>
        <w:pStyle w:val="ArticleBody"/>
        <w:jc w:val="left"/>
      </w:pPr>
      <w:r>
        <w:rPr>
          <w:rFonts w:ascii="Times New Roman" w:hAnsi="Times New Roman" w:eastAsia="Times New Roman" w:cs="Times New Roman"/>
        </w:rPr>
        <w:t>Но в тази илюстрация има последователност и тази последователност е предмет на вдъхновеното слово. Това е събитие, което настъпва при указа, което в един смисъл е единично събитие, но всъщност представлява много внимателна последователност от събития. При „указа“ Съединените щати престават да бъдат шестото царство на библейското пророчество, което означава, че именно там започва седмото царство; но седмото царство се съгласява да даде своето царство на звяра. Когато лъжепророкът бъде победен, змеят заема своето място и незабавно дава половината от своето царство на звяра.</w:t>
      </w:r>
    </w:p>
    <w:p>
      <w:pPr>
        <w:pStyle w:val="ArticleBody"/>
        <w:jc w:val="left"/>
      </w:pPr>
      <w:r>
        <w:rPr>
          <w:rFonts w:ascii="Times New Roman" w:hAnsi="Times New Roman" w:eastAsia="Times New Roman" w:cs="Times New Roman"/>
        </w:rPr>
        <w:t>На планината Кармил имаше четиристотин и петдесет Ваалови пророци, и четиристотин пророци на горичката, които бяха в Самария и ядяха на трапезата на Езавел.</w:t>
      </w:r>
    </w:p>
    <w:p>
      <w:pPr>
        <w:pStyle w:val="ArticleScripture"/>
        <w:jc w:val="left"/>
      </w:pPr>
      <w:r>
        <w:rPr>
          <w:rFonts w:ascii="Times New Roman" w:hAnsi="Times New Roman" w:eastAsia="Times New Roman" w:cs="Times New Roman"/>
        </w:rPr>
        <w:t>И тъй, прати сега и събери при мене целия Израил на планината Кармил, и четиристотин и петдесетте Ваалови пророци, и четиристотинте пророци на горичките, които ядат на трапезата на Езавел. 3 Царе 18:19.</w:t>
      </w:r>
    </w:p>
    <w:p>
      <w:pPr>
        <w:pStyle w:val="ArticleBody"/>
        <w:jc w:val="left"/>
      </w:pPr>
      <w:r>
        <w:rPr>
          <w:rFonts w:ascii="Times New Roman" w:hAnsi="Times New Roman" w:eastAsia="Times New Roman" w:cs="Times New Roman"/>
        </w:rPr>
        <w:t>Илия определя сблъсъка на планината Кармил като спор — не само по въпроса кой е истинският Бог, но и като спор относно това кой е истинският пророк.</w:t>
      </w:r>
    </w:p>
    <w:p>
      <w:pPr>
        <w:pStyle w:val="ArticleScripture"/>
        <w:jc w:val="left"/>
      </w:pPr>
      <w:r>
        <w:rPr>
          <w:rFonts w:ascii="Times New Roman" w:hAnsi="Times New Roman" w:eastAsia="Times New Roman" w:cs="Times New Roman"/>
        </w:rPr>
        <w:t>Тогава Илия каза на народа: Аз, само аз, останах пророк на Господа; а пророците на Ваал са четиристотин и петдесет души. 3 Царе 18:22.</w:t>
      </w:r>
    </w:p>
    <w:p>
      <w:pPr>
        <w:pStyle w:val="ArticleBody"/>
        <w:jc w:val="left"/>
      </w:pPr>
      <w:r>
        <w:rPr>
          <w:rFonts w:ascii="Times New Roman" w:hAnsi="Times New Roman" w:eastAsia="Times New Roman" w:cs="Times New Roman"/>
        </w:rPr>
        <w:t>Когато приносът на Илия беше погълнат от огъня, който слезе от небето, той тогава със собствените си ръце уби четиристотин и петдесетте Ваалови пророци.</w:t>
      </w:r>
    </w:p>
    <w:p>
      <w:pPr>
        <w:pStyle w:val="ArticleScripture"/>
        <w:jc w:val="left"/>
      </w:pPr>
      <w:r>
        <w:rPr>
          <w:rFonts w:ascii="Times New Roman" w:hAnsi="Times New Roman" w:eastAsia="Times New Roman" w:cs="Times New Roman"/>
        </w:rPr>
        <w:t>Илия им каза: Хванете пророците на Ваала; нито един от тях да не избяга. И те ги хванаха; а Илия ги заведе долу при потока Кисон и ги закла там. 3 Царе 18:40.</w:t>
      </w:r>
    </w:p>
    <w:p>
      <w:pPr>
        <w:pStyle w:val="ArticleBody"/>
        <w:jc w:val="left"/>
      </w:pPr>
      <w:r>
        <w:rPr>
          <w:rFonts w:ascii="Times New Roman" w:hAnsi="Times New Roman" w:eastAsia="Times New Roman" w:cs="Times New Roman"/>
        </w:rPr>
        <w:t>Ваал беше лъжливо мъжко божество, а четиристотинте пророци на горичката, които още бяха с Езавел и се хранеха на нейната трапеза в град Самария, бяха пророците на женското божество Астарта. Женското божество преживя изтреблението на пророците на планината Кармил от Илия.</w:t>
      </w:r>
    </w:p>
    <w:p>
      <w:pPr>
        <w:pStyle w:val="ArticleScripture"/>
        <w:jc w:val="left"/>
      </w:pPr>
      <w:r>
        <w:rPr>
          <w:rFonts w:ascii="Times New Roman" w:hAnsi="Times New Roman" w:eastAsia="Times New Roman" w:cs="Times New Roman"/>
        </w:rPr>
        <w:t>„Хората върху планината се просват в ужас и благоговение пред невидимия Бог. Те не могат да гледат яркия, всепоглъщащ огън, изпратен от Небето. Страхуват се, че ще бъдат погълнати в своето отстъпничество и грехове. Те извикват в един глас, който се разнася над планината и отеква към равнините под тях със страшна отчетливост: „Господ, Той е Бог; Господ, Той е Бог.“ Израил най-сетне е пробуден и вече не е измамен. Те виждат греха си и колко дълбоко са обезчестили Бога. Гневът им се възпламенява срещу пророците на Ваал. С изпълнен от страх ужас Ахав и жреците на Ваал станаха свидетели на чудното проявление на силата на Йехова. Отново се чува в поразителни думи на повеление гласът на Илия към народа: „Хванете пророците на Ваал; нека ни един от тях не се избави.“ И народът бе готов да се покори на думата на Илия. Те сграбчиха лъжепророците, които ги бяха заблуждавали, и ги доведоха при потока Кисон; и там Илия със собствената си ръка уби тези идолопоклоннически жреци.“ Review and Herald, 7 октомври 1873 г.</w:t>
      </w:r>
    </w:p>
    <w:p>
      <w:pPr>
        <w:pStyle w:val="ArticleBody"/>
        <w:jc w:val="left"/>
      </w:pPr>
      <w:r>
        <w:rPr>
          <w:rFonts w:ascii="Times New Roman" w:hAnsi="Times New Roman" w:eastAsia="Times New Roman" w:cs="Times New Roman"/>
        </w:rPr>
        <w:t>Планината Кармил е предобраз на скоро предстоящия неделен закон в Съединените щати. Тогава се издига знамето на сто четиридесет и четирите хиляди (предобразени чрез Илия). Там истинският протестантски рог се проявява ясно в противоположност на фалшивия протестантски рог, който е в Самария и се храни с храната на Езавел. Там републиканският рог, който до Кармил бе станал рог и на църквата, и на държавата, достига своя край като шестото царство на библейското пророчество. Тогава остава Ахав, и неговият десетократен народ, и Езавел, която се е криела в Самария, докато е вечеряла с отстъпническите протестанти. Шестото царство е завършено, и тогава дъждът идва без мярка.</w:t>
      </w:r>
    </w:p>
    <w:p>
      <w:pPr>
        <w:pStyle w:val="ArticleBody"/>
        <w:jc w:val="left"/>
      </w:pPr>
      <w:r>
        <w:rPr>
          <w:rFonts w:ascii="Times New Roman" w:hAnsi="Times New Roman" w:eastAsia="Times New Roman" w:cs="Times New Roman"/>
        </w:rPr>
        <w:t>На рождения ден на Ирод Илия, представен от Йоан Кръстител, е в римския затвор и очаква избавление или смърт. Няма пророци на Ваал, които да извършат танца на измамата, а само Саломе, дъщерята на Йезавел. Ирод и неговите царски приятели са пияни от виното на Вавилон, защото неговият рожден ден също представлява неделния закон, и всички народи започнаха да пият виното на Вавилон на 11 септември 2001 г., много преди скоро предстоящия неделен закон.</w:t>
      </w:r>
    </w:p>
    <w:p>
      <w:pPr>
        <w:pStyle w:val="ArticleScripture"/>
        <w:jc w:val="left"/>
      </w:pPr>
      <w:r>
        <w:rPr>
          <w:rFonts w:ascii="Times New Roman" w:hAnsi="Times New Roman" w:eastAsia="Times New Roman" w:cs="Times New Roman"/>
        </w:rPr>
        <w:t>И след това видях друг ангел да слиза от небето, който имаше голяма власт; и земята се освети от неговата слава. И той извика мощно със силен глас, казвайки: Падна, падна Вавилон великият, и стана обиталище на бесове, и свърталище на всеки нечист дух, и клетка на всяка нечиста и омразна птица. Защото всички народи пиха от виното на яростта на нейното блудство, и земните царе блудстваха с нея, и земните търговци забогатяха от изобилието на нейния разкош. Откровение 18:1–3.</w:t>
      </w:r>
    </w:p>
    <w:p>
      <w:pPr>
        <w:pStyle w:val="ArticleBody"/>
        <w:jc w:val="left"/>
      </w:pPr>
      <w:r>
        <w:rPr>
          <w:rFonts w:ascii="Times New Roman" w:hAnsi="Times New Roman" w:eastAsia="Times New Roman" w:cs="Times New Roman"/>
        </w:rPr>
        <w:t>Тези три стиха се изпълниха, когато великите сгради на Ню Йорк, двете кули близнаци, бяха съборени чрез Божие докосване.</w:t>
      </w:r>
    </w:p>
    <w:p>
      <w:pPr>
        <w:pStyle w:val="ArticleScripture"/>
        <w:jc w:val="left"/>
      </w:pPr>
      <w:r>
        <w:rPr>
          <w:rFonts w:ascii="Times New Roman" w:hAnsi="Times New Roman" w:eastAsia="Times New Roman" w:cs="Times New Roman"/>
        </w:rPr>
        <w:t>„Откъде идва твърдението, което съм изрекла, че Ню Йорк трябва да бъде пометен от приливна вълна? Това никога не съм казвала. Казала съм, когато гледах как там се издигат огромните сгради, етаж след етаж: „Какви ужасни сцени ще се разиграят, когато Господ се надигне, за да разтърси страшно земята! Тогава ще се изпълнят думите на Откровение 18:1–3.“ Цялата осемнадесета глава на Откровение е предупреждение за онова, което идва върху земята. Но нямам особена светлина относно това какво предстои за Ню Йорк, освен че зная, че един ден великите сгради там ще бъдат съборени чрез обръщането и преобръщането от Божията сила. От светлината, която ми е дадена, зная, че в света има разорение. Една дума от Господа, едно докосване на Неговата могъща сила — и тези масивни постройки ще паднат. Ще се разиграят сцени, чиято страховитост не можем да си представим.“ Review and Herald, July 5, 1906.</w:t>
      </w:r>
    </w:p>
    <w:p>
      <w:pPr>
        <w:pStyle w:val="ArticleBody"/>
        <w:jc w:val="left"/>
      </w:pPr>
      <w:r>
        <w:rPr>
          <w:rFonts w:ascii="Times New Roman" w:hAnsi="Times New Roman" w:eastAsia="Times New Roman" w:cs="Times New Roman"/>
        </w:rPr>
        <w:t>Скоро предстоящият неделен закон е представен чрез втория глас от осемнадесета глава на Откровение и представлява Кармил на Ахав и рождения пир на Ирод. Иродиада, която е също и Езавел, не присъства на пиянския пир на Ирод, както и Езавел отсъстваше от Кармил. До неделния закон тя е била забравена през седемдесетте символични години на управлението на земния звяр, шестото царство на библейското пророчество. Когато Езавел получи смъртоносната си рана през 1798 и 1799 г., шестото царство (Съединените щати) започна своя срок като шесто царство на библейското пророчество. Когато шестото царство приключи, тогава тя се завръща, започва да пее песните си и блудства с всички народи на земята.</w:t>
      </w:r>
    </w:p>
    <w:p>
      <w:pPr>
        <w:pStyle w:val="ArticleBody"/>
        <w:jc w:val="left"/>
      </w:pPr>
      <w:r>
        <w:rPr>
          <w:rFonts w:ascii="Times New Roman" w:hAnsi="Times New Roman" w:eastAsia="Times New Roman" w:cs="Times New Roman"/>
        </w:rPr>
        <w:t>Нейните песни на блудство и вино бяха пророчески започнати на 11 септември 2001 г., но това беше просто периодът на приготовление, както бе представено от тридесетте години от 508 до 538 г., първия път, когато тя зае престола. До неделния закон, когато шестото царство е поразено от ръцете на Илия, тя е била скрита в Самария. В този момент Йоан Кръстител се намира в нейния затвор, очаквайки или избавление, или смърт.</w:t>
      </w:r>
    </w:p>
    <w:p>
      <w:pPr>
        <w:pStyle w:val="ArticleBody"/>
        <w:jc w:val="left"/>
      </w:pPr>
      <w:r>
        <w:rPr>
          <w:rFonts w:ascii="Times New Roman" w:hAnsi="Times New Roman" w:eastAsia="Times New Roman" w:cs="Times New Roman"/>
        </w:rPr>
        <w:t>Ирод и неговите благородни приятели бяха опиянени от виното на Вавилон, когато Саломия, дъщерята на Иродиада (Езавел), изпълни своя крайно съблазнителен танц, и Ирод проявява своите похотливи и кръвосмесителни желания. Той е напълно запленен от сексуалните закачки на своята доведена дъщеря и ѝ предлага до половината от царството си.</w:t>
      </w:r>
    </w:p>
    <w:p>
      <w:pPr>
        <w:pStyle w:val="ArticleScripture"/>
        <w:jc w:val="left"/>
      </w:pPr>
      <w:r>
        <w:rPr>
          <w:rFonts w:ascii="Times New Roman" w:hAnsi="Times New Roman" w:eastAsia="Times New Roman" w:cs="Times New Roman"/>
        </w:rPr>
        <w:t>И когато настана удобен ден, Ирод на рождения си ден даде угощение на своите велможи, хилядници и първенци на Галилея; и когато влезе дъщерята на самата Иродиада, затанцува и угоди на Ирода и на онези, които седяха с него, царят каза на девицата: Поискай от мен каквото искаш, и ще ти го дам. И ѝ се закле: Каквото и да поискаш от мен, ще ти го дам, до половината на царството ми. А тя излезе и каза на майка си: Какво да поискам? А тя каза: Главата на Йоан Кръстител. И тя веднага, с бързина, влезе при царя и поиска, като каза: Искам да ми дадеш незабавно на поднос главата на Йоан Кръстител. А царят много се наскърби; но поради клетвата си и поради онези, които седяха с него, не пожела да ѝ откаже. И незабавно царят изпрати палач и заповяда да бъде донесена главата му; и той отиде, обезглави го в тъмницата, донесе главата му на поднос и я даде на девицата; а девицата я даде на майка си. Марк 6:21–28.</w:t>
      </w:r>
    </w:p>
    <w:p>
      <w:pPr>
        <w:pStyle w:val="ArticleBody"/>
        <w:jc w:val="left"/>
      </w:pPr>
      <w:r>
        <w:rPr>
          <w:rFonts w:ascii="Times New Roman" w:hAnsi="Times New Roman" w:eastAsia="Times New Roman" w:cs="Times New Roman"/>
        </w:rPr>
        <w:t>Първият глас от Откровение осемнадесета глава прозвуча на 11 септември 2001 г., а вторият глас прозвучава при скоро идващия неделен закон. В историята, представена в Йоан шеста глава, първият глас от 2001 година беше гласът на Христос, който известяваше на Своите ученици, че те трябва да ядат Неговата плът и да пият Неговата кръв, защото Той беше истинският Хляб от Небето. Този период започна в Галилея и завърши с пресяване на Неговите ученици, които се отвърнаха от Него в Йоан шеста глава, стих шейсет и шести. Тази история започна в Галилея с изпит относно храненето и завърши при налагането на белега на звяра, както е представено в прообраз чрез числото на името на папата, което е ШЕСТ, ШЕСТ, ШЕСТ. Галилея означава „повратна точка“ и 11 септември 2001 г. беше пророческа „повратна точка“ (Галилея), а рожденият ден на Ирод беше свързан с водачеството на Галилея. Началният глас на осемнадесета глава на Откровение и заключителният глас на Откровение осемнадесета глава и двата са представени чрез Галилея, която е повратна точка.</w:t>
      </w:r>
    </w:p>
    <w:p>
      <w:pPr>
        <w:pStyle w:val="ArticleScripture"/>
        <w:jc w:val="left"/>
      </w:pPr>
      <w:r>
        <w:rPr>
          <w:rFonts w:ascii="Times New Roman" w:hAnsi="Times New Roman" w:eastAsia="Times New Roman" w:cs="Times New Roman"/>
        </w:rPr>
        <w:t>„Има уроци, които трябва да се научат от историята на миналото; и към тях се насочва вниманието, за да разберат всички, че Бог действа по същите линии сега, както винаги е действал. Неговата ръка се вижда в Неговото дело и сред народите сега тъкмо така, както е било винаги, откакто евангелието бе за пръв път прогласено на Адам в Едем.</w:t>
      </w:r>
    </w:p>
    <w:p>
      <w:pPr>
        <w:pStyle w:val="ArticleScripture"/>
        <w:jc w:val="left"/>
      </w:pPr>
      <w:r>
        <w:rPr>
          <w:rFonts w:ascii="Times New Roman" w:hAnsi="Times New Roman" w:eastAsia="Times New Roman" w:cs="Times New Roman"/>
        </w:rPr>
        <w:t>„Има периоди, които са повратни моменти в историята на народите и на църквата. В Божието провидение, когато настъпят тези различни кризи, се дава светлината за онова време. Ако бъде приета, следва духовен напредък; ако бъде отхвърлена, следват духовен упадък и корабокрушение. Господ в Своето слово е разкрил настъпателното дело на евангелието, както то е било извършвано в миналото и както ще бъде в бъдещето, чак до заключителния конфликт, когато сатанинските сили ще извършат своето последно удивително движение.“ Bible Echo, 26 август 1895 г.</w:t>
      </w:r>
    </w:p>
    <w:p>
      <w:pPr>
        <w:pStyle w:val="ArticleBody"/>
        <w:jc w:val="left"/>
      </w:pPr>
      <w:r>
        <w:rPr>
          <w:rFonts w:ascii="Times New Roman" w:hAnsi="Times New Roman" w:eastAsia="Times New Roman" w:cs="Times New Roman"/>
        </w:rPr>
        <w:t>Галилея през 2001 година и Галилея при скоро идващия неделен закон определят кога се излива светлината на късния дъжд. През 2001 година това беше измерено изливане, но при втория глас тя се излива без мярка, както е представено чрез огромното изливане, настъпило след като Илия изби пророците на Ваал, което се случи на рождения ден на Ирод. Рожденият ден на Ирод посочва раждането на седмото царство в библейското пророчество, което следва непосредствено след смъртта на предшестващото царство. Съединените щати започнаха да царуват през 1798 година, при смъртта на петото царство, а при смъртта на пророците на Ваал е настъпил рожденият ден на седмото царство. Това седмо царство е представено от десетократното северно царство на Ахаав и от Ирод, представител на десетократното северно царство на езическия Рим.</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пуста и гола, и ще ядат плътта ѝ, и ще я изгорят с огън. Защото Бог е вложил в сърцата им да изпълнят Неговата воля, да бъдат в съгласие и да предадат царството си на звяра, докато се изпълнят Божиите думи. А жената, която видя, е онзи велик град, който царува над земните царе. Откровение 17:16–18.</w:t>
      </w:r>
    </w:p>
    <w:p>
      <w:pPr>
        <w:pStyle w:val="ArticleBody"/>
        <w:jc w:val="left"/>
      </w:pPr>
      <w:r>
        <w:rPr>
          <w:rFonts w:ascii="Times New Roman" w:hAnsi="Times New Roman" w:eastAsia="Times New Roman" w:cs="Times New Roman"/>
        </w:rPr>
        <w:t>Ирод се съгласява да изпълни клетвата, която даде на Саломе, и да ѝ даде главата на Йоан; и неговата клетва бе представена като достигаща до половината от царството му. Десетте царе на Организацията на обединените нации, въпреки че мразят блудницата, се съгласяват да дадат своето седмо царство на осмата глава, която е от седемте предишни глави. Те се съгласяват с царство, основано върху съчетанието на световната държава, съединена с нейната световна църква. Но бракът е латински брак, а не английски брак, защото техният брак е представен чрез това, че „жената“ царува „над царете“. В латинския брак семейството запазва фамилното име на жената, а не на мъжа, и името на този двоен брак е важен елемент от пророческия разказ.</w:t>
      </w:r>
    </w:p>
    <w:p>
      <w:pPr>
        <w:pStyle w:val="ArticleScripture"/>
        <w:jc w:val="left"/>
      </w:pPr>
      <w:r>
        <w:rPr>
          <w:rFonts w:ascii="Times New Roman" w:hAnsi="Times New Roman" w:eastAsia="Times New Roman" w:cs="Times New Roman"/>
        </w:rPr>
        <w:t>„Царе, владетели и управители са наложили върху себе си белега на антихриста и са представени като змея, който отива да воюва против светиите — против онези, които пазят Божиите заповеди и имат вярата на Исус.“ Testimonies to Ministers, 38.</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Словото, което Исая, син Амосов, видя относно Юда и Ерусалим. И ще се случи в последните дни, че планината на дома Господен ще се утвърди над върховете на планините и ще се издигне над хълмовете; и всички народи ще потекат към нея. И много племена ще отидат и ще кажат: Дойдете, нека възлезем на планината Господня, в дома на Бога Яковов; и Той ще ни научи на Своите пътища, и ние ще ходим в Неговите пътеки; защото от Сион ще излезе законът и словото Господне — от Ерусалим.... И в онзи ден седем жени ще се хванат за един мъж и ще кажат: Ние ще ядем своя хляб и ще носим своето облекло; само нека се наричаме с твоето име, за да се отнеме укорът ни. В онзи ден Отрасълът Господен ще бъде прекрасен и славен, и плодът на земята — превъзходен и благолепен за онези, които са избегнали гибелта в Израил. И ще се случи, че който остане в Сион и който се запази в Ерусалим, ще се нарече свят — всеки, който е записан между живите в Ерусалим: когато Господ отмие нечистотата на сионските дъщери и очисти кръвта на Ерусалим отсред него чрез дух на съд и чрез дух на изгаряне. Исая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четиридесетият том</dc:title>
  <dc:subject>Последното обещание: Разкриване ролята на Илия преди деня Господен</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