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Arial" w:hAnsi="Arial" w:eastAsia="Arial" w:cs="Arial"/>
        </w:rPr>
        <w:t>Книгата на Даниил — сто четиридесет и втората</w:t>
      </w:r>
    </w:p>
    <w:p>
      <w:pPr>
        <w:pStyle w:val="ArticleSubtitle"/>
        <w:jc w:val="left"/>
      </w:pPr>
      <w:r>
        <w:rPr>
          <w:rFonts w:ascii="Arial" w:hAnsi="Arial" w:eastAsia="Arial" w:cs="Arial"/>
        </w:rPr>
        <w:t>Формирането на образа на звяра: разкрито пророческо пътешествие</w:t>
      </w:r>
    </w:p>
    <w:p>
      <w:pPr>
        <w:pStyle w:val="ArticleByline"/>
        <w:jc w:val="left"/>
      </w:pPr>
      <w:r>
        <w:rPr>
          <w:rFonts w:ascii="Arial" w:hAnsi="Arial" w:eastAsia="Arial" w:cs="Arial"/>
        </w:rPr>
        <w:t>Jeff Pippenger</w:t>
      </w:r>
    </w:p>
    <w:p>
      <w:pPr>
        <w:pStyle w:val="ArticleDate"/>
        <w:jc w:val="left"/>
      </w:pPr>
      <w:r>
        <w:rPr>
          <w:rFonts w:ascii="Arial" w:hAnsi="Arial" w:eastAsia="Arial" w:cs="Arial"/>
        </w:rPr>
        <w:t>2024-03-17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Голямото изпитание за Божия народ, което те трябва да издържат, преди да бъдат запечатани, е формирането на образа на звяра. Това формиране се осъществява от 11 септември 2001 г. до неделния закон в Съединените щати. Този пророчески период представлява времето на запечатването на сто четиридесет и четирите хиляди и периода, в който всяко библейско видение намира своето съвършено изпълнение. В този период истинският протестантски рог ще бъде пречистен и за вечността ще отразява образа на Христос, защото Христос е протестант.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„Христос беше протестант. Той протестираше срещу формалното богослужение на юдейския народ, който отхвърли Божия съвет против самите себе си. Той им каза, че те преподават за учения човешки заповеди и че са престорени и лицемери. Подобно на варосани гробници, те бяха красиви отвън, а отвътре — пълни с нечистота и развала. Реформаторите водят началото си от Христос и апостолите. Те излязоха и се отделиха от една религия на форми и церемонии. Лутер и неговите последователи не измислиха реформираната религия. Те просто я приеха такава, каквато бе представена от Христос и апостолите. Библията ни е представена като достатъчно ръководство; но папата и неговите служители я отнемат от народа, сякаш е проклятие, защото тя изобличава техните претенции и порицава тяхното идолопоклонство.“ Review and Herald, June 1, 1886.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В запечатващото време протестантският рог бива очистен и пречистен. В същия период от време отстъпническият републикански рог се съединява с отстъпническите протестанти, като така се образува рог на власт, който представлява съчетание на църква и държава. Тогава двата рога на земния звяр са образът на звяра и образът на Христос. Рогът на отстъплението е двоякото отношение на покварена църква с покварена държава, а рогът на правдата е двоякото отношение на Божествеността с човешката природа.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След това в света се оформя образът на звяра; и той е двоен звяр, представен от една държава (Обединените нации), която е приела отстъпническия протестантизъм на земния звяр като своя водеща глава между десетте глави. Върху този звяр жената, която е майка на блудниците, царува над звяра от десет царе. Звярът, върху който тя язди, е съчетание на Църква и Държава, както е представено чрез Иродовото кръвосмесително духовно блудство с дъщерята на Иродиада, Саломе. И отношението между жената, която царува над звяра, също е съчетание на Църква и Държава, като незаконната връзка на римската блудница с царете, които съставят световния звяр, представляващ Обединените нации. В образа на звяра, който е налаган на целия свят, ще бъде въвлечен всеки народ; всички покварени сили ще се съединят.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„Цитира се Откровение 17:13–14. „Тези са единомислени.“ Ще има всеобща връзка на единство, едно велико съгласие, съюз на сатанинските сили. „И ще дадат своята сила и власт на звяра.“ Така се проявява същата самовластна, потисническа сила срещу религиозната свобода, свободата да се поклоняваш на Бога според повелите на съвестта, каквато бе проявена от папството, когато в миналото то преследваше онези, които дръзваха да откажат да се съобразят с религиозните обреди и церемонии на римокатолицизма.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„В борбата, която ще се води в последните дни, ще се обединят, в противопоставяне на Божия народ, всички покварени сили, които са отстъпили от вярност към закона на Йехова. В тази борба съботата на четвъртата заповед ще бъде великата спорна точка; защото в съботната заповед великият Законодател се отъждествява като Създателя на небесата и земята.“ The Seventh-day Adventist Bible Commentary, volume 8, 983.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Фактът, че бунтът, свързан със световния образ на звяра, е „всеобщ“ и представлява „всички покварени сили, които са отстъпили от вярност към закона на Йехова“, показва, че изграждането на образа на звяра в рамките на Съединените щати означава обединение на всички покварени сили, които са отстъпили. Протестантите в Съединените щати отстъпиха, когато отхвърлиха вестта на първия ангел през 1844 година, а Лаодикийският адвентизъм отстъпи през 1863 година. Отстъпническият протестантизъм и Лаодикийският адвентизъм ще образуват „връзка на съюз“ с политическите фракции в рога на републиканизма, които са прелъстени от лъжепророка, за да се откажат от половината от своето царство.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При световния образ на звяра именно лъжепророкът е този, който мами земята. В образа на звяра в рамките на Съединените щати лъжепророкът, който поражда нечестивата, но обединена „конфедерация на силите на Сатана“, също трябва да бъде „лъжепророк“. Световният образ на звяра е двоен, но той е и троен съюз. Този троен съюз на змея, звяра и лъжепророка води света към Армагедон. В образа на звяра, който първо се формира в рамките на Съединените щати, трябва да има троен съюз, който също така е звяр с двойствен характер. И в двата образа на звяра двойственият характер е съчетание между Църква и държава, като църквата упражнява контрол над това взаимоотношение.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Троичният съюз трябва да бъде представен и в двата образа на зверовете, но в книгата Откровение има две проявления на змея, звяра и лъжепророка. Троичната структура на световния образ на звяра е представена чрез спиритизма (змеят), католицизма (звярът) и отстъпническия протестантизъм (лъжепророкът). Всяко от тези три има не само религиозен елемент (спиритизъм, католицизъм и отстъпнически протестантизъм), но има и политически елемент. Змеят (социализмът в неговите различни форми), звярът (монархия) и лъжепророкът (започва като република, завършва като демокрация).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Тройният съюз, който се образува в Съединените щати, е принудително събран заедно (измамен) от лъжепророка, точно както и световният образ на звяра. В книгата Откровение има още един троен съюз, който е определен чрез трите отстъпнически сили, излизащи от бездънната пропаст. Католицизмът излиза от бездънната пропаст в седемнадесета глава и е звярът на тройния съюз от бездънната пропаст.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Звярът, който си видял, беше и го няма; и ще възлезе от бездънната пропаст, и ще отиде в погибел; и живеещите на земята ще се зачудят, чиито имена не са били записани в книгата на живота от създанието на света, когато видят звяра, който беше, и го няма, и пак е. Откровение 17:8.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Драконовата сила на атеизма излиза от бездната в единадесета глава.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И когато свършат своето свидетелство, звярът, който възлиза от бездната, ще воюва против тях, ще ги победи и ще ги убие. Откровение 11:7.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Лъжепророкът на исляма излиза от бездънната бездна в девета глава.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И затръби петият ангел; и видях звезда, паднала от небето на земята; и на нея бе даден ключът от бездънната пропаст. И тя отвори бездънната пропаст; и от пропастта се издигна дим като дим от голяма пещ; и слънцето и въздухът потъмняха поради дима от пропастта. И от дима излязоха скакалци по земята; и на тях бе дадена сила, както скорпионите на земята имат сила. Откровение 9:1–3.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Звездата, която падна от небето и отвори бездънната яма, беше лъжепророкът Мохамед; и когато той отвори ямата, въведе воините на исляма, представени като „скакалци“, в пророческия разказ за последните дни. Тройният съюз на бездънната яма има змей (атеизъм), и звяр (католицизъм), и лъжепророк (ислям). В световния образ на звяра лъжепророкът е отстъпническият протестантизъм. Този лъжепророк мами целия свят чрез съблазнителния танц на Саломе, или чрез танца на Вааловите пророци на планината Кармил. В Откровение, тринадесета глава, той мами света чрез чудесата, които върши пред очите на звяра. Тези символични изображения на измамата представляват силата на икономическото изнудване и военната мощ.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И върши големи знамения, дотолкова щото прави огън да слиза от небето на земята пред човеците. И мами живеещите на земята чрез знаменията, които му бе дадено да върши пред звяра; като казва на живеещите на земята да направят образ на звяра, който имаше раната от меч, и оживя. И бе му дадено да вдъхне дух на образа на звяра, за да проговори образът на звяра и да направи така, щото да бъдат избити всички, които не се поклонят на образа на звяра. И принуждава всички — малки и големи, богати и сиромаси, свободни и роби — да им се даде белег на дясната им ръка или на челата им; така щото никой да не може нито да купува, нито да продава, освен оня, който има белега, или името на звяра, или числото на името му. Откровение 13:13–17.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Измамата и чудесата, които са свързани с лъжепророка, всъщност представляват силата, породена от икономиката („никой да не може нито да купува, нито да продава“) и военната мощ („да бъде убит“). Лъжепророкът на исляма в Библията представя действието на исляма в разгневяването и притесняването на народите. Те извършват делото си на разгневяване и притесняване чрез война, а Библията посочва, че тяхната война от своя страна предизвиква икономическо бедствие. Войната на исляма и произтичащите от нея икономически последици са въпросът, който събира заедно „всички покварени сили, които са отстъпили от вярност към закона на Йехова“ в Съединените щати.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При кръста садукеите и фарисеите напълно „отстъпиха от вярност към закона на Йехова“, когато се събраха, за да разпнат истинския протестантски рог. В своето отхвърляне на Христос те избраха Варава, който представлява лъжлив Христос. „Бар“ означава син, а „Абба“ означава баща. Варава означава „Син на Бащата“. Христос беше най-великият от всички пророци, а Варава беше символ на лъжепророк.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Във времето на запечатването на сто четиридесет и четирите хиляди двата рога на земния звяр достигат до точката на своята окончателна пророческа изява. Единият представлява образа на Христос, а другият — образа на звяра. В историята, в която тези два рога се проявяват, отстъпилото протестантство започна своя път към скоро идващия неделен закон с Патриотичния акт през 2001 г. Тази пътна отметка се подравнява с Декларацията за независимост, която в своето начало говореше като агне, защото изразяваше протеста на протестантството срещу царската власт и папското управление. Пътната отметка, с която тя се подравнява в своя край (Патриотичният акт), изразява потискането на протестантството.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Вторият ориентир в пътя на двата рога по време на запечатването бе представен в началото чрез Конституцията, която кодифицира разделението на двете власти, което е силата на земния звяр. Този ориентир достигна своя паралел в края с „Кенгуровия съд“ на изслушванията от 6 януари 2021 г., където основните привилегии на Конституцията бяха отстранени настрана поради политическа целесъобразност.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Последният ориентир в заключителния път на двата рога е скоро настъпващият неделен закон, който в своето начало бе предобразен чрез Законите за чужденците и подстрекателството. Така трите ориентира в началните истории обозначиха преход от независимостта и свободата, представени от Агнето (1776), което е единственият начин да бъдеш истински свободен, към робството на змея (1798).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Трите ориентири на времето на запечатването обозначават последния път на земния звяр, който е лъжепророкът. Този път завършва в Ерусалим, когато знамето бъде издигнато и когато мнозина тогава ще кажат: „Дойдете, и нека възлезем на планината Господня, в дома на Якововия Бог; и Той ще ни научи на Своите пътища, и ние ще ходим в Неговите пътеки; защото от Сион ще излезе законът, и словото Господне от Ерусалим.“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Последното пътуване на земния звяр в три стъпки е пътуването на един лъжепророк по пътя му към Ерусалим. Когато Истинският Пророк дойде и влезе в Ерусалим, Той направи това, възседнал ослица. Земният звяр също влиза в Ерусалим, възседнал „ослица“, защото като лъжепророк (земният звяр) той е представен от Валаам. В стремежа си към слава и богатство Валаам се отвърна от призванието да бъде истински пророк и „отстъпи от верността към закона на Йехова“. Той реши да участва в проклинането на Божия народ, точно както Съединените щати ще сторят при скоро идващия неделен закон.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Пътуването на Валаам беше осъществено чрез яздене на ослица, и по време на това пътуване три пъти се отбелязва, че ослицата на Валаам причини скръб на Валаам. Първия път ослицата се отклони от пътя.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И ослицата видя ангела Господен, застанал на пътя, с изваден меч в ръката си; и ослицата се отклони от пътя и отиде в полето; а Валаам удари ослицата, за да я върне на пътя. Числа 22:23.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На 11 септември 2001 г. ислямът на третото горко, дивото арабско осле от библейското пророчество, отклони Валаам от пътя; защото когато големите сгради на Ню Йорк рухнаха, това беше „повратна точка“ в историята на народите и на църквата. Ангелът, застанал на пътя, беше онзи могъщ ангел, който тогава слезе, за да освети земята със Своята слава. Оселът отново щеше да причини скръб на Валаам.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Но ангелът Господен застана на пътеката между лозята, като имаше стена от едната страна и стена от другата страна. И когато ослицата видя ангела Господен, притисна се към стената и притисна Валаамовия крак о стената; а той я би отново. Числа 22:24, 25.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След 11 септември 2001 г. Божият народ трябваше да изпее вестта на песента за лозето (Исая, глава двадесет и седма), където понастоящем се намира Валаам, с „стена“ от тази страна и „стена“ от онази страна. Стената на южната граница на Съединените щати е въпросът, който предхожда падането на „стената на разделение между Църква и Държава“ при третия и последен ориентир. Въпросът за „стената“ на южната граница е мястото, където „нозете“ на Валаам биват премазани, докато една вътрешна война по въпроса за имиграцията започва да разделя земния звяр на две противостоящи си партии в навечерието на повторението на Гражданската война.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Историята между двете стени е историята, представена чрез ориентирния белег на Конституцията от 1789 до 1798 г., която беше прообраз на историята от 2015 г., когато Тръмп обяви кандидатурата си за президентския пост с акцента си върху „изграждането на стената“, до скоро идващия неделен закон, който ще премахне стената на разделението между Църква и държава.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След 11 септември 2001 г. земният звяр, представен чрез Валаам, започна да се разделя. Разделението на двете стени на Валаам представлява отделянето на две класи в рамките и на двата рога на земния звяр, представено чрез избирането на Тръмп през 2016 г., смъртта на двамата свидетели през 2020 г., процесите на Пелоси от 6 януари 2021 г., съживяването на двамата свидетели през 2023 г. и магарицата, която осакати Валаам, на 7 октомври 2023 г.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Последният ориентир по пътя на Валаам е, когато ослицата „проговаря“, и това е при скоро настъпващия неделен закон, когато Съединените щати говорят като змей, когато ангелът от Откровение осемнадесета глава говори втори път и когато проговаря видението на Авакум, което се е забавило. Видението, което се е забавило, беше видението за исляма на третото горко, и то проговаря като див осел чрез своите диви действия при скоро настъпващия неделен закон.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И ангелът Господен отиде по-нататък и застана на тясно място, където нямаше път да се отбие нито надясно, нито наляво. И когато ослицата видя ангела Господен, падна под Валаама; и гневът на Валаам се разпали, и той удари ослицата с тояга. Тогава Господ отвори устата на ослицата и тя каза на Валаама: Какво ти сторих, та ме биеш вече трети път? А Валаам каза на ослицата: Защото ми се подигра; да имаше меч в ръката ми, сега бих те убил. А ослицата каза на Валаама: Не съм ли аз твоята ослица, на която си яздил, откакто съм твоя, до днес? Имала ли съм някога обичай да постъпвам така с теб? А той каза: Не. Тогава Господ отвори очите на Валаам и той видя ангела Господен, застанал на пътя, с изваден меч в ръката си; и наведе глава, и падна ничком на лицето си. Числа 22:26–31.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Съединените щати са лъжепророкът, който мами света да издигне световен образ на звяра. В периода от време, който е времето на формирането на образа на звяра в рамките на Съединените щати, Съединените щати са носени от лъжепророка, представен чрез Валаамовата ослица. Лъжепророкът във времето на запечатването на сто четиридесет и четирите хиляди, който принуждава всички онези покварени сили в Съединените щати да се съберат в отношения между църква и държава, е ислямът на третото горко.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То извършва своето дело чрез война и чрез икономическия срив, причинен от тази война. Тези две характеристики са същите сили, които лъжепророкът на Съединените щати използва, за да принуди целия свят, когато повтаря делото, извършено в Съединените щати от лъжепророка на бездънната бездна.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Съединените щати сега са между въпроса за стената (имиграцията), който бе сърцевината на Законите за чужденците и подстрекателството от 1798 г., и стената на разделението между църква и държава, която ще бъде напълно премахната при скоро идващия неделен закон. Съединените щати вече са финансово осакатени, защото националният им дълг е отвъд възможността за поправяне. Драконовата сила понастоящем поддържа лъжлива финансова прогноза, но тя е лъжа, която твърди, че богатството се произвежда с печатарска преса; ала в крайна сметка драконът е лъжецът в библейското пророчество. Той разпространява своята лъжа чрез съвременното представяне на прочутата пропагандна машина на Хитлер, като така осигурява логиката четвъртият елемент от Законите за чужденците и подстрекателството да бъде повторен — онзи, който предоставяше на президента властта да закрива всяко медийно средство, което се противопоставяше на неговите идеи.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Исус винаги илюстрира края на едно нещо с началото на едно нещо. Образът на звяра в Съединените щати трябва да притежава същите пророчески характеристики като световния образ на звяра, и действително ги притежава; но измамата, която произвежда покварения съюз в лъжепророка на земния звяр, е лъжепророкът на исляма. И Валаам, и ослицата са символи на лъжепророци. Историята на запечатването на сто четиридесет и четирите хиляди е историята на трите сили от бездънната пропаст. Ислямът от бездънната пропаст е първият ориентир на 11 септември 2001 г. Атеизмът от бездънната пропаст се надига, за да убие двамата свидетели през 2020 г., а католицизмът от бездънната пропаст се надига от своята смърт при скоро идващия неделен закон.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Ще продължим това изследване в следващата статия.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„Светът не става по-добър. Лукавите човеци и измамниците ще преуспяват към по-лошо и по-лошо, мамейки и мамени. Като отхвърлиха Божия Син — въплъщението на единствения истински Бог, Който притежаваше доброта, милост и неуморна любов, Чието сърце винаги бе трогвано от човешката скръб — и избраха вместо Него един убиец, юдеите показаха какво човешкото естество може и ще извърши, когато възпиращата сила на Божия Дух бъде отстранена и хората се намират под властта на отстъпника. Онези, които избират Сатана за свой владетел, ще разкрият духа на своя избран господар.“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„Светът няма да се подобри, докато Бог не излезе от мястото Си, за да го накаже за неговото беззаконие. Тогава земята ще открие кръвта си и вече няма да покрива убитите си. Христос предупреди Своите ученици: „Внимавайте да не ви заблуди някой. Защото мнозина ще дойдат в Мое име и ще казват: Аз съм Христос; и ще заблудят мнозина. И ще чуете за войни и военни слухове; внимавайте да не се смущавате; защото всичко това трябва да стане, но това още не е краят. Защото народ ще се повдигне против народ, и царство против царство; и на разни места ще има глад, мор и земетресения. А всичко това е начало на скърби. Тогава ще ви предадат на мъки и ще ви убият; и ще бъдете намразени от всички народи заради Моето име. И тогава мнозина ще се съблазнят, и ще се предават един друг, и ще се намразят един друг. И много лъжепророци ще се появят и ще заблудят мнозина. И понеже беззаконието ще се умножи, любовта на мнозина ще охладнее. Но който устои докрай, той ще бъде спасен.“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„Когато Христос беше на тази земя, светът предпочете Варава. И днес светът и църквите правят същия избор. Сцените на предателството, отхвърлянето и разпятието на Христос са били възпроизведени и отново ще бъдат възпроизведени в огромен мащаб. Хората ще бъдат изпълнени с качествата на врага и чрез тях неговите заблуди ще имат голяма сила. Точно до степента, в която светлината бива отхвърляна, ще има погрешно схващане и неразбиране. Онези, които отхвърлят Христос и избират Варава, действат под гибелна измама. Погрешното представяне и лъжесвидетелството ще израснат до открит бунт. Ако окото е зло, цялото тяло ще бъде пълно с тъмнина. Онези, които отдават привързаността си на който и да е водач, различен от Христос, ще се окажат под властта — по тяло, душа и дух — на едно заслепление, тъй омайващо, че под неговата сила души се отвръщат от слушането на истината, за да повярват на лъжа. Те са уловени в примка и пленени, и с всяко свое действие викат: Освободи ни Варава, а Христос разпни.“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„Още сега това решение се взема. Сцените, разиграли се при кръста, се разиграват отново. В църквите, които са отстъпили от истината и правдата, се разкрива какво човешкото естество може да извърши и ще извърши, когато Божията любов не е траен принцип в душата. Не бива да се изненадваме от нищо, което може да се случи сега. Не бива да се дивим на каквито и да било прояви на ужас. Онези, които тъпчат с нечестивите си нозе Божия закон, имат същия дух, какъвто имаха мъжете, които оскърбиха и предадоха Исус. Без никакво угризение на съвестта те ще вършат делата на своя баща, дявола. Те ще зададат въпроса, който излезе от предателските устни на Юда: Какво ще ми дадете, ако ви предам Исус Христос? Още сега Христос бива предаван в лицето на Своите светии.“ Review and Herald, 30 януари 1900 г.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Arial" w:hAnsi="Arial" w:eastAsia="Arial" w:cs="Arial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Arial" w:hAnsi="Arial" w:eastAsia="Arial" w:cs="Arial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Arial" w:hAnsi="Arial" w:eastAsia="Arial" w:cs="Arial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Arial" w:hAnsi="Arial" w:eastAsia="Arial" w:cs="Arial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Arial" w:hAnsi="Arial" w:eastAsia="Arial" w:cs="Arial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Times New Roman" w:hAnsi="Times New Roman" w:eastAsia="Times New Roman" w:cs="Times New Roman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Times New Roman" w:hAnsi="Times New Roman" w:eastAsia="Times New Roman" w:cs="Times New Roman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Times New Roman" w:hAnsi="Times New Roman" w:eastAsia="Times New Roman" w:cs="Times New Roman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Times New Roman" w:hAnsi="Times New Roman"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Книгата на Даниил — сто четиридесет и втората</dc:title>
  <dc:subject>Формирането на образа на звяра: разкрито пророческо пътешествие</dc:subject>
  <dc:creator>Jeff Pippenger</dc:creator>
  <cp:keywords/>
  <dc:description>Generated by ArticleDigger from daniel\142_daniel.json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daniel</cp:category>
  <cp:lastPrinted>2000-01-01T00:00:00Z</cp:lastPrinted>
</cp:coreProperties>
</file>