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четиридесет и две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Число четиридесет и две</w:t>
      </w:r>
    </w:p>
    <w:p>
      <w:pPr>
        <w:pStyle w:val="ArticleBody"/>
        <w:jc w:val="left"/>
      </w:pPr>
      <w:r>
        <w:rPr>
          <w:rFonts w:ascii="Times New Roman" w:hAnsi="Times New Roman" w:eastAsia="Times New Roman" w:cs="Times New Roman"/>
        </w:rPr>
        <w:t>Когато Левит двадесет и трета глава бъде разделена на две равни линии от по двадесет и два стиха във връзка с Христовата линия, където пролетните празници срещнаха своя антитип, можем да покажем линия, която започва с трите стъпки на Пасхата в петък вечер, Безквасните хлябове в събота и Първите плодове в първия ден на седмицата. Това е един ориентир, както е представен от Христовото кръщение, но този един ориентир има три стъпки.</w:t>
      </w:r>
    </w:p>
    <w:p>
      <w:pPr>
        <w:pStyle w:val="ArticleBody"/>
        <w:jc w:val="left"/>
      </w:pPr>
      <w:r>
        <w:rPr>
          <w:rFonts w:ascii="Times New Roman" w:hAnsi="Times New Roman" w:eastAsia="Times New Roman" w:cs="Times New Roman"/>
        </w:rPr>
        <w:t>Когато започнем от възкресението и се придвижим четиридесет дни напред в бъдещето, стигаме до повратна точка, защото тогава Христос престана да поучава лице в лице и се възнесе в облаците. Сто четиридесет и четирите хиляди също се възнасят в облаците.</w:t>
      </w:r>
    </w:p>
    <w:p>
      <w:pPr>
        <w:pStyle w:val="ArticleScripture"/>
        <w:jc w:val="left"/>
      </w:pPr>
      <w:r>
        <w:rPr>
          <w:rFonts w:ascii="Times New Roman" w:hAnsi="Times New Roman" w:eastAsia="Times New Roman" w:cs="Times New Roman"/>
        </w:rPr>
        <w:t>И чуха силен глас от небето, който им казваше: Възлезте тук. И те възлязоха на небето в облак; и враговете им ги гледаха. И в същия час настана голям трус, и десетата част от града падна, и в труса бяха убити седем хиляди души; а останалите се уплашиха и въздадоха слава на небесния Бог. Второто горко премина; и ето, третото горко иде скоро. И седмият ангел затръби; и настана силен глас на небето, който казваше: Царствата на този свят станаха царства на нашия Господ и на Неговия Христос; и Той ще царува до вечни векове. Откровение 11:12–15.</w:t>
      </w:r>
    </w:p>
    <w:p>
      <w:pPr>
        <w:pStyle w:val="ArticleBody"/>
        <w:jc w:val="left"/>
      </w:pPr>
      <w:r>
        <w:rPr>
          <w:rFonts w:ascii="Times New Roman" w:hAnsi="Times New Roman" w:eastAsia="Times New Roman" w:cs="Times New Roman"/>
        </w:rPr>
        <w:t>Второто и третото горко са ислямът, а седмият ангел е третото горко, което още веднъж е ислямът. Третото горко идва бързо при земетресението. Земетресението е неделният закон в Съединените щати; Съединените щати са земният звяр от Откровение тринадесета глава, а неделният закон е разтърсването, което е трус. Земният звяр е водещият цар на десетте царе, и когато Съединените щати бъдат повалени при неделния закон, една десета част от града ще е паднала. В същия час на неделния закон двамата свидетели, представени от Илия и Моисей, същите тези двама свидетели, които се явиха преобразени с Христос пред Петър, Яков и Йоан, биват издигнати на небето в облак, и всички виждат, защото враговете им ги видяха.</w:t>
      </w:r>
    </w:p>
    <w:p>
      <w:pPr>
        <w:pStyle w:val="ArticleBody"/>
        <w:jc w:val="left"/>
      </w:pPr>
      <w:r>
        <w:rPr>
          <w:rFonts w:ascii="Times New Roman" w:hAnsi="Times New Roman" w:eastAsia="Times New Roman" w:cs="Times New Roman"/>
        </w:rPr>
        <w:t>Четиридесет дни след възкресението Иисус „се възнесе“ в облаците и започнаха десетте дни в горницата. Възнесението е визуално изпитание, както и вторият от трите ангела. При Неговото възнесение ангелите заявиха, че Той ще се върне с облаци, както току-що се възнесе с облаци.</w:t>
      </w:r>
    </w:p>
    <w:p>
      <w:pPr>
        <w:pStyle w:val="ArticleScripture"/>
        <w:jc w:val="left"/>
      </w:pPr>
      <w:r>
        <w:rPr>
          <w:rFonts w:ascii="Times New Roman" w:hAnsi="Times New Roman" w:eastAsia="Times New Roman" w:cs="Times New Roman"/>
        </w:rPr>
        <w:t>И като каза това, докато те гледаха, Той се възнесе; и облак Го прие от погледа им. И когато, докато Той възлизаше, те се взираха втренчено към небето, ето, двама мъже застанаха при тях в бели дрехи, които и казаха: Мъже галилейци, защо стоите и гледате към небето? Този същият Исус, Който се възнесе от вас на небето, ще дойде по същия начин, както Го видяхте да отива на небето. Деяния 1:9–11.</w:t>
      </w:r>
    </w:p>
    <w:p>
      <w:pPr>
        <w:pStyle w:val="ArticleBody"/>
        <w:jc w:val="left"/>
      </w:pPr>
      <w:r>
        <w:rPr>
          <w:rFonts w:ascii="Times New Roman" w:hAnsi="Times New Roman" w:eastAsia="Times New Roman" w:cs="Times New Roman"/>
        </w:rPr>
        <w:t>Неговото завръщане при Неговото Второ пришествие е в „славата“ на Неговото царство.</w:t>
      </w:r>
    </w:p>
    <w:p>
      <w:pPr>
        <w:pStyle w:val="ArticleScripture"/>
        <w:jc w:val="left"/>
      </w:pPr>
      <w:r>
        <w:rPr>
          <w:rFonts w:ascii="Times New Roman" w:hAnsi="Times New Roman" w:eastAsia="Times New Roman" w:cs="Times New Roman"/>
        </w:rPr>
        <w:t>И тъй, който се срамува от Мен и от Моите думи в това прелюбодейно и грешно поколение, от него ще се срамува и Човешкият Син, когато дойде в славата на Своя Отец със светите ангели. Марк 8:38.</w:t>
      </w:r>
    </w:p>
    <w:p>
      <w:pPr>
        <w:pStyle w:val="ArticleBody"/>
        <w:jc w:val="left"/>
      </w:pPr>
      <w:r>
        <w:rPr>
          <w:rFonts w:ascii="Times New Roman" w:hAnsi="Times New Roman" w:eastAsia="Times New Roman" w:cs="Times New Roman"/>
        </w:rPr>
        <w:t>Същата тази „слава“ бе онова, на което Петър, Яков и Йоан станаха свидетели на Планината на Преображението. Планината на Преображението също беше втора стъпка, предшествана и последвана съответно от Кесария Филипова и Кесария Приморска. Второто изпитание е също и изпитанието на образа на звяра — изпитание, което изисква пророческото разпознаване, че образът на звяра се оформя. Второто изпитание е също и Мелцар, който преглежда Даниил и приятелите му, за да сравни лицата им с лицата на онези, които не ядяха варива. То е зрително изпитание. Втората стъпка в трите заветни стъпки от заветната история на Аврам беше „знакът“ на обрязването. Втората стъпка представлява запечатването на Божия народ, когато той бива издигнат като знаме. Втората стъпка е мястото, където се явява „слава“, защото трите стъпки на първия ангел са страх, „слава“ и съд. Четиридесетият ден от Петдесетния сезон съответства на Планината на Преображението. Събуй обувките си, защото стоиш на свята земя.</w:t>
      </w:r>
    </w:p>
    <w:p>
      <w:pPr>
        <w:pStyle w:val="ArticleBody"/>
        <w:jc w:val="left"/>
      </w:pPr>
      <w:r>
        <w:rPr>
          <w:rFonts w:ascii="Times New Roman" w:hAnsi="Times New Roman" w:eastAsia="Times New Roman" w:cs="Times New Roman"/>
        </w:rPr>
        <w:t>Възнесението е видим изпит и в редицата на празниците възнесението на четиридесетия ден е предшествано от пет дни с празника на Тръбите. Празникът на Тръбите обозначава предупреждението на седмата тръба, което е предупреждението за исляма.</w:t>
      </w:r>
    </w:p>
    <w:p>
      <w:pPr>
        <w:pStyle w:val="ArticleBody"/>
        <w:jc w:val="left"/>
      </w:pPr>
      <w:r>
        <w:rPr>
          <w:rFonts w:ascii="Times New Roman" w:hAnsi="Times New Roman" w:eastAsia="Times New Roman" w:cs="Times New Roman"/>
        </w:rPr>
        <w:t>Възнесението следва тръбите след пет дни, а след това, пет дни след възнесението, Денят на умилостивението отбелязва съда. Тръбата е древните пътища; тя е лаодикийската вест, тя е ислямът и е основополагащата вест на първия ангел. Пет дни по-късно, когато приключва поучението „лице в лице“, видимият втори изпит на втория ангел е отбелязан от възнесението. Пет дни след това съдът бележи третия ангел.</w:t>
      </w:r>
    </w:p>
    <w:p>
      <w:pPr>
        <w:pStyle w:val="ArticleBody"/>
        <w:jc w:val="left"/>
      </w:pPr>
      <w:r>
        <w:rPr>
          <w:rFonts w:ascii="Times New Roman" w:hAnsi="Times New Roman" w:eastAsia="Times New Roman" w:cs="Times New Roman"/>
        </w:rPr>
        <w:t>Пет дни след като съдът над Божия дом завърши, съдът идва върху Съединените щати, както е отбелязано от Деня на Петдесетница.</w:t>
      </w:r>
    </w:p>
    <w:p>
      <w:pPr>
        <w:pStyle w:val="ArticleScripture"/>
        <w:jc w:val="left"/>
      </w:pPr>
      <w:r>
        <w:rPr>
          <w:rFonts w:ascii="Times New Roman" w:hAnsi="Times New Roman" w:eastAsia="Times New Roman" w:cs="Times New Roman"/>
        </w:rPr>
        <w:t>И Той каза на Аврам: Да знаеш със сигурност, че твоето потомство ще бъде пришълец в земя, която не е тяхна, и ще им служат; и те ще ги угнетяват четиристотин години; а и онзи народ, на когото ще служат, Аз ще съдя; и след това ще излязат с голям имот. Битие 15:13, 14.</w:t>
      </w:r>
    </w:p>
    <w:p>
      <w:pPr>
        <w:pStyle w:val="ArticleBody"/>
        <w:jc w:val="left"/>
      </w:pPr>
      <w:r>
        <w:rPr>
          <w:rFonts w:ascii="Times New Roman" w:hAnsi="Times New Roman" w:eastAsia="Times New Roman" w:cs="Times New Roman"/>
        </w:rPr>
        <w:t>„Голямото богатство“, което сто четиридесет и четирите хиляди притежават при неделния закон, когато „народът“ на Съединените щати е съден, е богатството от шеста глава на Исая, представляващо Божествеността. Пророчеството на Авраамовия завет казва: „а също и онзи народ“, като по този начин установява, че Божият народ е запечатан преди неделния закон. След това, при неделния закон, в един период, представен от седемте дни на празника Шатроразпъване, късният дъжд се излива без мярка, докато съдът се извършва над голямото множество извън Божия дом.</w:t>
      </w:r>
    </w:p>
    <w:p>
      <w:pPr>
        <w:pStyle w:val="ArticleBody"/>
        <w:jc w:val="left"/>
      </w:pPr>
      <w:r>
        <w:rPr>
          <w:rFonts w:ascii="Times New Roman" w:hAnsi="Times New Roman" w:eastAsia="Times New Roman" w:cs="Times New Roman"/>
        </w:rPr>
        <w:t>На 18 юли 2020 г. двамата свидетели бяха убити по улиците на Содом и Египет. Двамата свидетели бяха Моисей и Илия, а Уилям Милър беше Илия на своята история. В своя сън той затвори очите си за миг, а на 18 юли 2020 г. той пророчески затвори очите си в смърт. Когато отвори очите си, стаята беше празна, една врата и прозорците бяха отворени. Когато Милър тогава видя делото, което извършваше човекът с четката за прах, той го умоляваше да бъде внимателен, а човекът с четката за прах го увери, че всичко ще бъде добре.</w:t>
      </w:r>
    </w:p>
    <w:p>
      <w:pPr>
        <w:pStyle w:val="ArticleBody"/>
        <w:jc w:val="left"/>
      </w:pPr>
      <w:r>
        <w:rPr>
          <w:rFonts w:ascii="Times New Roman" w:hAnsi="Times New Roman" w:eastAsia="Times New Roman" w:cs="Times New Roman"/>
        </w:rPr>
        <w:t>Когато Милър се събуди в пустинята, през юли 2023 година, настъпи празникът на безквасните хлябове, непосредствено преди възкресението на 31 декември 2023 г. В този момент пророческата вест на истинския среднощен вик — „викът“, който всяка друга пророческа вест, някога разпечатана, беше предобразявала — започна да бъде разпечатвана, защото краят на трите и половина дни обозначава „време на края“, а при „времето на края“ винаги има пророческо разпечатване. Така е винаги, защото Христос е същият вчера, днес и до века. Неговите взаимоотношения с хората са неизменно същите, защото Той действа по същите „линии“ сега, както винаги е действал. В края на трите и половина дни Откровението на Исус Христос беше разпечатано.</w:t>
      </w:r>
    </w:p>
    <w:p>
      <w:pPr>
        <w:pStyle w:val="ArticleBody"/>
        <w:jc w:val="left"/>
      </w:pPr>
      <w:r>
        <w:rPr>
          <w:rFonts w:ascii="Times New Roman" w:hAnsi="Times New Roman" w:eastAsia="Times New Roman" w:cs="Times New Roman"/>
        </w:rPr>
        <w:t>Възкресеното тяло бе предобразено от Адам, който най-напред бе сътворен, а след това бе вдъхнат с диханието на живота. Мъртвите сухи кости от Езекиил 37 също най-напред бяха оформени чрез едно пророчество, а след това приведени към живот чрез второ пророчество, което донесе диханието на живота на безжизненото тяло с вест за четирите ветрове, която е запечатващата вест. И в двете илюстрации пророчеството, което е разпечатано, има две части, които са представени по разнообразни начини. Те са вътрешното и външното; те са видението за реките Улай и Хиддекел; те са виденията chazon и mareh; те са двамата свидетели, двете златни тръби и така нататък.</w:t>
      </w:r>
    </w:p>
    <w:p>
      <w:pPr>
        <w:pStyle w:val="ArticleBody"/>
        <w:jc w:val="left"/>
      </w:pPr>
      <w:r>
        <w:rPr>
          <w:rFonts w:ascii="Times New Roman" w:hAnsi="Times New Roman" w:eastAsia="Times New Roman" w:cs="Times New Roman"/>
        </w:rPr>
        <w:t>В милеритската история среднощният вик беше пророчеството, което се съедини с пророчеството на втория ангел. Пророчество в две стъпки. Когато мъртвите сухи кости бяха възкресени през 2023 година, по пророческа необходимост те трябваше да бъдат изпитани, защото разпечатването на едно пророчество винаги започва процес на изпитване в три стъпки. Първите две изпитания щяха да бъдат основополагащото изпитание, а след това — изпитанието на храма.</w:t>
      </w:r>
    </w:p>
    <w:p>
      <w:pPr>
        <w:pStyle w:val="ArticleBody"/>
        <w:jc w:val="left"/>
      </w:pPr>
      <w:r>
        <w:rPr>
          <w:rFonts w:ascii="Times New Roman" w:hAnsi="Times New Roman" w:eastAsia="Times New Roman" w:cs="Times New Roman"/>
        </w:rPr>
        <w:t>Пет дни след възкресението гласът в пустинята, представен от периода на безквасните хлябове, приключва; защото Илия, представен от Милър и Йоан Кръстител, и двамата приготвиха пътя за Онзи, Чиито обувки не бяха достойни да носят. При възкресението Исус започва Своя период на поучаване „лице в лице“ в продължение на четиридесет дни. Това поучаване „лице в лице“ започна за Даниил на двадесет и втория ден в десета глава. Там то е представено като три стъпки и три докосвания, заедно с удвояване на укрепването.</w:t>
      </w:r>
    </w:p>
    <w:p>
      <w:pPr>
        <w:pStyle w:val="ArticleBody"/>
        <w:jc w:val="left"/>
      </w:pPr>
      <w:r>
        <w:rPr>
          <w:rFonts w:ascii="Times New Roman" w:hAnsi="Times New Roman" w:eastAsia="Times New Roman" w:cs="Times New Roman"/>
        </w:rPr>
        <w:t>Пет дни преди да изтекат четиридесетте дни прозвучава предупреждението на тръбата на исляма. Предупреждението на исляма бе представено чрез ослето, на което Христос яздеше при Своето тържествено влизане в Йерусалим. Преди да слезе по склоновете на Елеонския хълм към Йерусалим, Той най-напред заповяда на Своите ученици да отидат и да отвържат ослето.</w:t>
      </w:r>
    </w:p>
    <w:p>
      <w:pPr>
        <w:pStyle w:val="ArticleScripture"/>
        <w:jc w:val="left"/>
      </w:pPr>
      <w:r>
        <w:rPr>
          <w:rFonts w:ascii="Times New Roman" w:hAnsi="Times New Roman" w:eastAsia="Times New Roman" w:cs="Times New Roman"/>
        </w:rPr>
        <w:t>„Това видение бе дадено през 1847 година, когато имаше съвсем малко адвентни братя, които пазеха съботата, и дори от тях малцина предполагаха, че нейното спазване е от достатъчно значение, за да прокара разделителна линия между Божия народ и невярващите. Сега започва да се вижда изпълнението на това видение. „Началото на онова време на скръб“, споменато тук, не се отнася до времето, когато язвите ще започнат да се изливат, а до кратък период непосредствено преди да бъдат излети, докато Христос е в светилището. По онова време, докато делото на спасението приключва, скръб ще идва върху земята и народите ще се гневят, но ще бъдат възпирани, така че да не възпрепятстват делото на третия ангел. По онова време ще дойде „късният дъжд“, или освежаването от присъствието на Господа, за да даде сила на силния вик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На 11 септември Той заповяда на Своите ангели да отвържат осела, а след това Джордж Буш-младши възпря осела. Кир предобразява първия ангел, защото той провъзгласи първия указ. Следователно той представлява както 11 август 1840 г., така и 11 септември, и на 11 септември ислямът, както е представен чрез „разгневяването на народите“, бе освободен, а след това удържан под контрол. По това време късният дъжд започна да пада. Кир представлява и двата ориентировъчни белега на исляма — 11 август 1840 г. и 11 септември.</w:t>
      </w:r>
    </w:p>
    <w:p>
      <w:pPr>
        <w:pStyle w:val="ArticleScripture"/>
        <w:jc w:val="left"/>
      </w:pPr>
      <w:r>
        <w:rPr>
          <w:rFonts w:ascii="Times New Roman" w:hAnsi="Times New Roman" w:eastAsia="Times New Roman" w:cs="Times New Roman"/>
        </w:rPr>
        <w:t>„В продължение на три седмици Гавриил се бореше със силите на тъмнината, като се стремеше да противодейства на влиянията, действащи върху ума на Кир; и преди да приключи борбата, Сам Христос дойде на помощ на Гавриил. ‘Князът на персийското царство ми се противеше двадесет и един дни’ — заявява Гавриил; ‘но, ето, Михаил, един от главните князе, дойде да ми помогне; и аз останах там при персийските царе.’ Даниил 10:13. Бе извършено всичко, което небето можеше да стори в полза на Божия народ. Победата най-сетне бе извоювана; силите на врага бяха възпирани през всичките дни на Кир и през всичките дни на неговия син Камбиз, който царува около седем и половина години.“ Пророци и царе, 571.</w:t>
      </w:r>
    </w:p>
    <w:p>
      <w:pPr>
        <w:pStyle w:val="ArticleBody"/>
        <w:jc w:val="left"/>
      </w:pPr>
      <w:r>
        <w:rPr>
          <w:rFonts w:ascii="Times New Roman" w:hAnsi="Times New Roman" w:eastAsia="Times New Roman" w:cs="Times New Roman"/>
        </w:rPr>
        <w:t>Кир, 11 август 1840 г., когато османското върховенство престана, както се изразяваха пионерите, ислямът на второто горко бе въздържан. Това въздържане отбеляза завършека на времевото пророчество от триста деветдесет и една години и петнадесет дни, което започна, когато четирите ангела, представляващи четирима ислямски султани, бяха развързани от шестия ангел, който представляваше второто горко от трите горки на исляма. На 9/11 ислямът нанесе удар и след това бе въздържан, както е представено чрез въздържането в историята на Кир и на 1840 г. И тримата от тези свидетели посочват въздържането или развързването на исляма, а в началото на триумфалното влизане на Христос ослето беше развързано.</w:t>
      </w:r>
    </w:p>
    <w:p>
      <w:pPr>
        <w:pStyle w:val="ArticleBody"/>
        <w:jc w:val="left"/>
      </w:pPr>
      <w:r>
        <w:rPr>
          <w:rFonts w:ascii="Times New Roman" w:hAnsi="Times New Roman" w:eastAsia="Times New Roman" w:cs="Times New Roman"/>
        </w:rPr>
        <w:t>Отвързването на ослицата преди Неговото тържествено влизане определя вестта на тръбата, която пристига пет дни преди възнесението. Вестта, че ислямът отново бива пуснат на свобода, както бе на 11 септември, и както отново ще бъде пуснат на свобода петнадесет дни по-късно при неделния закон, който е Петдесетница, е вестта, която отбелязва началото на Среднощния вик. Ослицата, която бива пусната на свобода, отбелязва началото, или алфата, на прогласяването на вестта на Среднощния вик, а при неделния закон, където Среднощният вик се променя в силния вик, ислямът отново поразява земния звяр.</w:t>
      </w:r>
    </w:p>
    <w:p>
      <w:pPr>
        <w:pStyle w:val="ArticleBody"/>
        <w:jc w:val="left"/>
      </w:pPr>
      <w:r>
        <w:rPr>
          <w:rFonts w:ascii="Times New Roman" w:hAnsi="Times New Roman" w:eastAsia="Times New Roman" w:cs="Times New Roman"/>
        </w:rPr>
        <w:t>Периодът на Среднощния вик започва с алфа удар от исляма и завършва с омега удар от исляма. Ударите на исляма върху Съединените щати са представени в свидетелството за Валаам и неговата ослица, което, разбира се, е изложено в двадесет и втора глава на книгата Числа. Съдбата на лаодикийската Църква на адвентистите от седмия ден като протестантския рог на земния звяр е представена в Исая 22:22 (вътрешно), а съдбата на републиканския рог е изложена в Числа 22:22 (външно) и нататък.</w:t>
      </w:r>
    </w:p>
    <w:p>
      <w:pPr>
        <w:pStyle w:val="ArticleScripture"/>
        <w:jc w:val="left"/>
      </w:pPr>
      <w:r>
        <w:rPr>
          <w:rFonts w:ascii="Times New Roman" w:hAnsi="Times New Roman" w:eastAsia="Times New Roman" w:cs="Times New Roman"/>
        </w:rPr>
        <w:t>И Божият гняв се разпали, защото той отиде; и ангелът Господен застана на пътя като противник против него. А той яздеше ослицата си и двамата му слуги бяха с него.</w:t>
      </w:r>
    </w:p>
    <w:p>
      <w:pPr>
        <w:pStyle w:val="ArticleScripture"/>
        <w:jc w:val="left"/>
      </w:pPr>
      <w:r>
        <w:rPr>
          <w:rFonts w:ascii="Times New Roman" w:hAnsi="Times New Roman" w:eastAsia="Times New Roman" w:cs="Times New Roman"/>
        </w:rPr>
        <w:t>И ослицата видя ангела Господен, застанал на пътя, с изтегления в ръката му меч; и ослицата се отбива от пътя и отиде в нивата; а Валаам удари ослицата, за да я върне на пътя. Числа 22:22, 23.</w:t>
      </w:r>
    </w:p>
    <w:p>
      <w:pPr>
        <w:pStyle w:val="ArticleBody"/>
        <w:jc w:val="left"/>
      </w:pPr>
      <w:r>
        <w:rPr>
          <w:rFonts w:ascii="Times New Roman" w:hAnsi="Times New Roman" w:eastAsia="Times New Roman" w:cs="Times New Roman"/>
        </w:rPr>
        <w:t>На 11 септември Валаам, лъжепророкът, представляващ Съединените щати и Джордж Буш-младши, се стремеше да довърши делото, което баща му, Джордж Буш-старши, бе започнал в глобалисткия опит за сваляне на Съединените щати и за осъществяване на онова, което той наричаше „нов световен ред“. Библейският подтик на глобалистите е да убият Божия остатъчен народ, а Джордж Буш-младши представлява края на пророческото наследство на своя баща за въвеждането на „нов световен ред“, както той го наричаше. „Новият световен ред“ на Буш достига до трикратния съюз на змея, звяра и лъжепророка при неделния закон, а Джордж Буш-младши бележи началото на периода, който завършва при неделния закон — времето на запечатването, времето на изпитанието чрез образа на звяра, периодът, представен от първия глас на Откровение осемнадесета глава, и още толкова много. Магарицата на Валаам отклони настрана глобалисткия дневен ред, докато сто четиридесет и четирите хиляди бъдат запечатани на челата си.</w:t>
      </w:r>
    </w:p>
    <w:p>
      <w:pPr>
        <w:pStyle w:val="ArticleScripture"/>
        <w:jc w:val="left"/>
      </w:pPr>
      <w:r>
        <w:rPr>
          <w:rFonts w:ascii="Times New Roman" w:hAnsi="Times New Roman" w:eastAsia="Times New Roman" w:cs="Times New Roman"/>
        </w:rPr>
        <w:t>Песен или псалом на Асаф. Не мълчи, Боже; не бъди безмълвен и не стой бездеен, Боже. Защото, ето, Твоите врагове се вълнуват, и онези, които Те мразят, издигнаха глава. Лукав замисъл кроят против Твоя народ и се съвещават против Твоите скрити. Казаха: Елате, да ги изтребим, та да не бъдат вече народ, и името Израилево да не се помни вече. Защото единодушно се съвещаха; съюзиха се против Теб. Псалми 83:1–5.</w:t>
      </w:r>
    </w:p>
    <w:p>
      <w:pPr>
        <w:pStyle w:val="ArticleBody"/>
        <w:jc w:val="left"/>
      </w:pPr>
      <w:r>
        <w:rPr>
          <w:rFonts w:ascii="Times New Roman" w:hAnsi="Times New Roman" w:eastAsia="Times New Roman" w:cs="Times New Roman"/>
        </w:rPr>
        <w:t>Шести и следващите стихове посочват „враговете“ като „десет“ народа, които в Откровение седемнадесета глава са представени като десет царе. Там десетте царе са единомислени, но Асаф казва: „съветваха се заедно с единодушие; съюзиха се против Теб.“ Десетте царе са глобалистката зла конфедерация на последните дни, която е решила да „изтреби“ „Израил“ — „Твоите скрити“ — така че да престане „да бъде народ“. Делото на конфедерацията от десет царе, които „издигат“ папската власт като „глава“ на тройния съюз, е да унищожи духовния „Израил“, който е скрит в „тайното място на Всевишния“.</w:t>
      </w:r>
    </w:p>
    <w:p>
      <w:pPr>
        <w:pStyle w:val="ArticleBody"/>
        <w:jc w:val="left"/>
      </w:pPr>
      <w:r>
        <w:rPr>
          <w:rFonts w:ascii="Times New Roman" w:hAnsi="Times New Roman" w:eastAsia="Times New Roman" w:cs="Times New Roman"/>
        </w:rPr>
        <w:t>На 11 септември магарето на исляма отклони замисъла на змея от неговия път, защото силният ангел от Откровение 18 слезе с меч в ръката Си. Тогава вътрешното изпитание беше да се върнем към старите пътеки. В този момент повторението на милеритските истории както на първия, така и на втория ангел започна да се повтаря, както е изложено в историята на първите три стиха на Откровение осемнадесета глава. Тези първи три стиха са стиховете, за които Сестра Уайт заяви, че ще се изпълнят, когато бъдат съборени големите сгради на Ню Йорк.</w:t>
      </w:r>
    </w:p>
    <w:p>
      <w:pPr>
        <w:pStyle w:val="ArticleBody"/>
        <w:jc w:val="left"/>
      </w:pPr>
      <w:r>
        <w:rPr>
          <w:rFonts w:ascii="Times New Roman" w:hAnsi="Times New Roman" w:eastAsia="Times New Roman" w:cs="Times New Roman"/>
        </w:rPr>
        <w:t>На 11 септември се изпълни Откровение 18:1–3, и тогава паралелът с първия ангел, слизащ, за да освети земята със славата си, на 11 август 1840 г. бе съединен с втория ангел, който възвести падането на Вавилон. Валаам беше символ на първия ангел, а Валаам беше придружен от двамата си слуги, представляващи втория ангел.</w:t>
      </w:r>
    </w:p>
    <w:p>
      <w:pPr>
        <w:pStyle w:val="ArticleBody"/>
        <w:jc w:val="left"/>
      </w:pPr>
      <w:r>
        <w:rPr>
          <w:rFonts w:ascii="Times New Roman" w:hAnsi="Times New Roman" w:eastAsia="Times New Roman" w:cs="Times New Roman"/>
        </w:rPr>
        <w:t>Във Валаамовата илюстрация за републиканския рог на лъжепророка Валаам щеше да има още две конфронтации с ослицата на исляма. При третата конфронтация ослицата щеше да „заговори“, а проговарянето на пророчеството бележи неделния закон. На 7 октомври 2023 г. ослицата удари отново, но не духовната съвременна славна земя. Тя удари буквалната древна славна земя, и Валаам и неговата ослица вече бяха в своята втора конфронтация.</w:t>
      </w:r>
    </w:p>
    <w:p>
      <w:pPr>
        <w:pStyle w:val="ArticleScripture"/>
        <w:jc w:val="left"/>
      </w:pPr>
      <w:r>
        <w:rPr>
          <w:rFonts w:ascii="Times New Roman" w:hAnsi="Times New Roman" w:eastAsia="Times New Roman" w:cs="Times New Roman"/>
        </w:rPr>
        <w:t>Но Ангелът Господен застана на пътеката между лозята, като от тази страна имаше стена и от онази страна имаше стена. И когато ослицата видя Ангела Господен, притисна се към стената и притисна крака на Валаам о стената; а той я удари отново. Числа 22:24, 25.</w:t>
      </w:r>
    </w:p>
    <w:p>
      <w:pPr>
        <w:pStyle w:val="ArticleBody"/>
        <w:jc w:val="left"/>
      </w:pPr>
      <w:r>
        <w:rPr>
          <w:rFonts w:ascii="Times New Roman" w:hAnsi="Times New Roman" w:eastAsia="Times New Roman" w:cs="Times New Roman"/>
        </w:rPr>
        <w:t>Лозето на древния Израил илюстрира лозето на Лаодикийския адвентизъм от седмия ден. И едните, и другите са заветният народ, на когото бе поверена отговорността да бъде пазител на Божия закон, символизиран като „ограда“, която е един от елементите, съставящи лозето.</w:t>
      </w:r>
    </w:p>
    <w:p>
      <w:pPr>
        <w:pStyle w:val="ArticleScripture"/>
        <w:jc w:val="left"/>
      </w:pPr>
      <w:r>
        <w:rPr>
          <w:rFonts w:ascii="Times New Roman" w:hAnsi="Times New Roman" w:eastAsia="Times New Roman" w:cs="Times New Roman"/>
        </w:rPr>
        <w:t>Какво повече можеше да се направи за лозето Ми, което Аз не направих в него? Защо тогава, когато очаквах да роди грозде, то роди диво грозде? И сега, елате; ще ви кажа какво ще направя на лозето Си: ще махна оградата му, и то ще бъде изядено; и ще съборя стената му, и то ще бъде стъпкано. Исая 5:4, 5.</w:t>
      </w:r>
    </w:p>
    <w:p>
      <w:pPr>
        <w:pStyle w:val="ArticleBody"/>
        <w:jc w:val="left"/>
      </w:pPr>
      <w:r>
        <w:rPr>
          <w:rFonts w:ascii="Times New Roman" w:hAnsi="Times New Roman" w:eastAsia="Times New Roman" w:cs="Times New Roman"/>
        </w:rPr>
        <w:t>Древният буквален и съвременният духовен Израил и двата се разбунтуваха и отхвърлиха своите свещени отговорности. От 11 септември до неделния закон един пророчески въпрос е представен чрез една „стена“. Пророческият въпрос е разрушаването на „стената“ на разделението между църква и държава в Конституцията на Съединените щати. На 11 септември Буш въведе Патриотичния акт, който беше голяма стъпка към преобръщането на Конституцията, защото именно тогава философията, която ръководеше Конституцията, беше обърната с главата надолу, когато принципите на римското право, което твърди, че човек е виновен, докато не бъде доказана неговата невинност, бяха приети над принципа на английското право, който поддържа, че човек е невинен, докато не бъде доказана неговата вина.</w:t>
      </w:r>
    </w:p>
    <w:p>
      <w:pPr>
        <w:pStyle w:val="ArticleBody"/>
        <w:jc w:val="left"/>
      </w:pPr>
      <w:r>
        <w:rPr>
          <w:rFonts w:ascii="Times New Roman" w:hAnsi="Times New Roman" w:eastAsia="Times New Roman" w:cs="Times New Roman"/>
        </w:rPr>
        <w:t>Периодът от 11 септември до неделния закон съдържа пророчески препратки към „стени“. Ислямът, който разбива стените като Валаамовата ослица, посочва, че именно въпросът за исляма ще предостави заблудената логика за преобръщане на принципите в Конституцията. В този пророчески смисъл ислямът, един библейски лъжепророк, е онова, което мами Съединените щати през времето на изпитанието на образа на звяра, както и лъжепророкът на Съединените щати мами целия свят през времето на световното изпитание на образа на звяра.</w:t>
      </w:r>
    </w:p>
    <w:p>
      <w:pPr>
        <w:pStyle w:val="ArticleBody"/>
        <w:jc w:val="left"/>
      </w:pPr>
      <w:r>
        <w:rPr>
          <w:rFonts w:ascii="Times New Roman" w:hAnsi="Times New Roman" w:eastAsia="Times New Roman" w:cs="Times New Roman"/>
        </w:rPr>
        <w:t>На 7 октомври 2023 г. магарето на исляма нападна древната буквална славна земя; и когато магарето бъде развързано преди прогласяването на Среднощния вик, ислямът отново ще порази Съединените щати, съвременната духовна славна земя, както направи на 11 септември. Втория път, когато Валаам удря магарето, това е вторият ангел, а вторият ангел винаги произвежда удвояване, както е представено от „пътека между лозя“ с две стени.</w:t>
      </w:r>
    </w:p>
    <w:p>
      <w:pPr>
        <w:pStyle w:val="ArticleScripture"/>
        <w:jc w:val="left"/>
      </w:pPr>
      <w:r>
        <w:rPr>
          <w:rFonts w:ascii="Times New Roman" w:hAnsi="Times New Roman" w:eastAsia="Times New Roman" w:cs="Times New Roman"/>
        </w:rPr>
        <w:t>И ангелът Господен отиде по-нататък и застана на тясно място, гдето нямаше път да се отбие нито надясно, нито наляво. А когато ослицата видя ангела Господен, легна под Валаам; и гневът на Валаам пламна, и той удари ослицата с тояга. Тогава Господ отвори устата на ослицата, и тя каза на Валаам: Що ти сторих, та ме би вече три пъти? Числа 22:26–28.</w:t>
      </w:r>
    </w:p>
    <w:p>
      <w:pPr>
        <w:pStyle w:val="ArticleBody"/>
        <w:jc w:val="left"/>
      </w:pPr>
      <w:r>
        <w:rPr>
          <w:rFonts w:ascii="Times New Roman" w:hAnsi="Times New Roman" w:eastAsia="Times New Roman" w:cs="Times New Roman"/>
        </w:rPr>
        <w:t>Когато разгледаме по-внимателно стихове двадесет и втори и двадесет и трети, установяваме, че всъщност именно в стих двадесет и трети ослицата е ударена за пръв път.</w:t>
      </w:r>
    </w:p>
    <w:p>
      <w:pPr>
        <w:pStyle w:val="ArticleScripture"/>
        <w:jc w:val="left"/>
      </w:pPr>
      <w:r>
        <w:rPr>
          <w:rFonts w:ascii="Times New Roman" w:hAnsi="Times New Roman" w:eastAsia="Times New Roman" w:cs="Times New Roman"/>
        </w:rPr>
        <w:t>И Божият гняв пламна, защото той тръгна; и ангелът Господен застана на пътя като противник против него. А той яздеше ослицата си, и двамата му слуги бяха с него.</w:t>
      </w:r>
    </w:p>
    <w:p>
      <w:pPr>
        <w:pStyle w:val="ArticleScripture"/>
        <w:jc w:val="left"/>
      </w:pPr>
      <w:r>
        <w:rPr>
          <w:rFonts w:ascii="Times New Roman" w:hAnsi="Times New Roman" w:eastAsia="Times New Roman" w:cs="Times New Roman"/>
        </w:rPr>
        <w:t>И ослицата видя Ангела Господен, застанал на пътя, с изтеглен меч в ръката Си; и ослицата се отблони от пътя и отиде в полето; а Валаам удари ослицата, за да я върне в пътя. Числа 22:22, 23.</w:t>
      </w:r>
    </w:p>
    <w:p>
      <w:pPr>
        <w:pStyle w:val="ArticleBody"/>
        <w:jc w:val="left"/>
      </w:pPr>
      <w:r>
        <w:rPr>
          <w:rFonts w:ascii="Times New Roman" w:hAnsi="Times New Roman" w:eastAsia="Times New Roman" w:cs="Times New Roman"/>
        </w:rPr>
        <w:t>Божият гняв към Валаам за това, че прие предложението да бъде лъжепророк, беше паралел на това как Христос прекрати Своя разговор с заяждащите се юдеи в последния стих на Матей 22. Двадесет и трети стих на Числа 22 съответства на Матей 23, а двадесет и четвърти и двадесет и пети стих на Числа съответстват на Матей 24 и 25. Двадесет и шести, двадесет и седми и двадесет и осми стих съответстват на Матей 26, 27 и 28.</w:t>
      </w:r>
    </w:p>
    <w:p>
      <w:pPr>
        <w:pStyle w:val="ArticleBody"/>
        <w:jc w:val="left"/>
      </w:pPr>
      <w:r>
        <w:rPr>
          <w:rFonts w:ascii="Times New Roman" w:hAnsi="Times New Roman" w:eastAsia="Times New Roman" w:cs="Times New Roman"/>
        </w:rPr>
        <w:t>Матей 23 е първият ангел, 24 и 25 са вторият ангел, а 26, 27 и 28 са третият ангел. В Числа 22 стих 23 е първият ангел, стихове 24 и 25 са вторият ангел, а стихове 26, 27 и 28 са третият ангел. Матей се обръща към заветния народ, стария и новия: Числа посочва ролята на исляма като Божие средство за наказание върху неделното богослужение, което започва в Съединените щати, а след това и по света. След третия удар, когато ослицата проговаря, Валаам бива просветен за това, което току-що се е било случило.</w:t>
      </w:r>
    </w:p>
    <w:p>
      <w:pPr>
        <w:pStyle w:val="ArticleScripture"/>
        <w:jc w:val="left"/>
      </w:pPr>
      <w:r>
        <w:rPr>
          <w:rFonts w:ascii="Times New Roman" w:hAnsi="Times New Roman" w:eastAsia="Times New Roman" w:cs="Times New Roman"/>
        </w:rPr>
        <w:t>Тогава Господ отвори очите на Валаам и той видя ангела Господен, застанал на пътя, с изтеглен меч в ръката си; и наведе глава, и падна ничком на лицето си. И ангелът Господен му каза: Защо бѝ магарицата си тия три пъти? Ето, Аз излязох, за да ти се възпротивя, защото пътят ти е извратен пред Мен; а магарицата Ме видя и се отбиваше от Мен тия три пъти; ако не се беше отбила от Мен, Аз непременно досега бих убил тебе, а нея бих оставил жива. А Валаам каза на ангела Господен: Съгреших, защото не знаех, че Ти стоиш на пътя срещу мене; сега, прочее, ако това ти е неугодно, ще се върна назад. Числа 22:31–34.</w:t>
      </w:r>
    </w:p>
    <w:p>
      <w:pPr>
        <w:pStyle w:val="ArticleBody"/>
        <w:jc w:val="left"/>
      </w:pPr>
      <w:r>
        <w:rPr>
          <w:rFonts w:ascii="Times New Roman" w:hAnsi="Times New Roman" w:eastAsia="Times New Roman" w:cs="Times New Roman"/>
        </w:rPr>
        <w:t>Валаам представлява лъжепророка, който е Съединените щати, които ще говорят като змей при неделния закон. При неделния закон, когато той бъде просветен, той представлява онези, които все още са във Вавилон, които тогава се пробуждат за въпроса за неделния закон и са призовани да излязат от Вавилон.</w:t>
      </w:r>
    </w:p>
    <w:p>
      <w:pPr>
        <w:pStyle w:val="ArticleBody"/>
        <w:jc w:val="left"/>
      </w:pPr>
      <w:r>
        <w:rPr>
          <w:rFonts w:ascii="Times New Roman" w:hAnsi="Times New Roman" w:eastAsia="Times New Roman" w:cs="Times New Roman"/>
        </w:rPr>
        <w:t>Пет дни на поучаване вестта за безквасния хляб от Милър, след това тридесет дни, в които Христос поучава Своите свещеници, представени чрез числото тридесет, което води до предупредителната тръбна вест за развързването на ослето, която предшества с пет дни издигането на знамето, което предшества с пет дни затворената врата в притчата за десетте девици, което предшества с пет дни петдесятния неделен закон, който въвежда седемдневния период на Шатроразпъването, който е пълното изливане на късния дъжд по време на кризата на неделния закон, защото изпитът за този период е относно седмия ден.</w:t>
      </w:r>
    </w:p>
    <w:p>
      <w:pPr>
        <w:pStyle w:val="ArticleBody"/>
        <w:jc w:val="left"/>
      </w:pPr>
      <w:r>
        <w:rPr>
          <w:rFonts w:ascii="Times New Roman" w:hAnsi="Times New Roman" w:eastAsia="Times New Roman" w:cs="Times New Roman"/>
        </w:rPr>
        <w:t>Числото пет е символ на девиците, било мъдри, било неразумни. Числото тридесет е символ на свещениците, което именно обозначава името „Левит“. Числото седем е съботата. Левит двадесет и трета глава илюстрира историята на свещениците, левитите от Малахия три, мъдрите девици и сто четиридесет и четирите хиляди през времето на съботното изпитание.</w:t>
      </w:r>
    </w:p>
    <w:p>
      <w:pPr>
        <w:pStyle w:val="ArticleBody"/>
        <w:jc w:val="left"/>
      </w:pPr>
      <w:r>
        <w:rPr>
          <w:rFonts w:ascii="Times New Roman" w:hAnsi="Times New Roman" w:eastAsia="Times New Roman" w:cs="Times New Roman"/>
        </w:rPr>
        <w:t>Ще продължим с тези неща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четиридесет и две</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