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Число двадесет и едно</w:t>
      </w:r>
    </w:p>
    <w:p>
      <w:pPr>
        <w:pStyle w:val="ArticleSubtitle"/>
        <w:jc w:val="left"/>
      </w:pPr>
      <w:r>
        <w:rPr>
          <w:rFonts w:ascii="Arial" w:hAnsi="Arial" w:eastAsia="Arial" w:cs="Arial"/>
        </w:rPr>
        <w:t>Движението към неделния закон в славната земя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Историята от шестнадесети до двадесет и втори стих в Данаил единадесета глава започва и завършва с типификация на неделния закон. Това, че началото и краят на линията са едни и същи, разкрива подписа на Христос като Алфа и Омега. Пророчески това изисква шестнадесети стих да бъде съотнесен към двадесет и втори стих. Когато това се направи, то премества историята на прекрасната земя, както е представена чрез линията на Макавеите, в историята на стихове десети до петнадесети.</w:t>
      </w:r>
    </w:p>
    <w:p>
      <w:pPr>
        <w:pStyle w:val="ArticleHeading"/>
        <w:jc w:val="left"/>
      </w:pPr>
      <w:r>
        <w:rPr>
          <w:rFonts w:ascii="Arial" w:hAnsi="Arial" w:eastAsia="Arial" w:cs="Arial"/>
        </w:rPr>
        <w:t>Макавеите</w:t>
      </w:r>
    </w:p>
    <w:p>
      <w:pPr>
        <w:pStyle w:val="ArticleBody"/>
        <w:jc w:val="left"/>
      </w:pPr>
      <w:r>
        <w:rPr>
          <w:rFonts w:ascii="Times New Roman" w:hAnsi="Times New Roman" w:eastAsia="Times New Roman" w:cs="Times New Roman"/>
        </w:rPr>
        <w:t>Въстанието на Макавеите представлява двадесет и двете години, започнали през 1776 г. и завършили, когато Съединените щати станаха шестото царство на библейското пророчество през 1798 г. Това определя числото двадесет и две като история, пряко свързана с времето на края през 1798 г., откъдето започва четиридесети стих на Данаил единадесета глава.</w:t>
      </w:r>
    </w:p>
    <w:p>
      <w:pPr>
        <w:pStyle w:val="ArticleBody"/>
        <w:jc w:val="left"/>
      </w:pPr>
      <w:r>
        <w:rPr>
          <w:rFonts w:ascii="Times New Roman" w:hAnsi="Times New Roman" w:eastAsia="Times New Roman" w:cs="Times New Roman"/>
        </w:rPr>
        <w:t>Връзката на числото двадесет и две с 1798 година е важно да бъде установена. Макавейското въстание, като предобраз на Американската революция, съгласува и двете революции на прекрасната земя (буквалната и духовната) като революции, които отхвърлиха държавническото управление на Селевкидите и европейските царе, както и църковното управление на Гърция и Рим. И в двете исторически свидетелства Гърция и Рим представляваха северния цар.</w:t>
      </w:r>
    </w:p>
    <w:p>
      <w:pPr>
        <w:pStyle w:val="ArticleBody"/>
        <w:jc w:val="left"/>
      </w:pPr>
      <w:r>
        <w:rPr>
          <w:rFonts w:ascii="Times New Roman" w:hAnsi="Times New Roman" w:eastAsia="Times New Roman" w:cs="Times New Roman"/>
        </w:rPr>
        <w:t>Линията на Макавеите е представена в стих двадесет и трети, но тя представлява история, която започва 33 години след Паниум от стих петнадесети и малко повече от сто години преди Помпей в стих шестнадесети. Линията завършва при съда на кръста — съд, който се простира до 70 сл. Хр., макар че този период на съд е посочен в стих двадесет и втори просто като кръста. В пророческо отношение макавейската линия, представляваща славната земя от 1776 г., после 1798 г. с династията на Хасмонеите, а след това и династията на Иродианите до кръста и 70 сл. Хр., завършва в стих двадесет и втори и започва с двадесет и две години от 1776 до 1798 г. Двадесет и двете години от 1776 до 1798 г. също така са образ на двадесет и двете години от 11 септември до 2023 г., които бяха предобразени като двадесет и два дни в Даниил 10. Макавейската линия започва и завършва с „двадесет и две“.</w:t>
      </w:r>
    </w:p>
    <w:p>
      <w:pPr>
        <w:pStyle w:val="ArticleHeading"/>
        <w:jc w:val="left"/>
      </w:pPr>
      <w:r>
        <w:rPr>
          <w:rFonts w:ascii="Arial" w:hAnsi="Arial" w:eastAsia="Arial" w:cs="Arial"/>
        </w:rPr>
        <w:t>Четирима римски владетели</w:t>
      </w:r>
    </w:p>
    <w:p>
      <w:pPr>
        <w:pStyle w:val="ArticleBody"/>
        <w:jc w:val="left"/>
      </w:pPr>
      <w:r>
        <w:rPr>
          <w:rFonts w:ascii="Times New Roman" w:hAnsi="Times New Roman" w:eastAsia="Times New Roman" w:cs="Times New Roman"/>
        </w:rPr>
        <w:t>Стихове шестнадесети до двадесет и втори непосредствено посочват четирима римски владетели и представляват друга линия в тези стихове. Макавейската линия е подредена въз основа на принципа „повтаря и разширява“, а римската линия е пряко представена в стиховете. Помпей покори първите две от трите пречки, когато Рим се възкачи на престола като четвъртото царство на библейското пророчество в битката при Акциум през 31 г. пр. Хр. След него дойдоха Юлий Цезар, Август Цезар и Тиберий Цезар. Помпей беше пълководец, а последните три символа са свързани помежду си като императори.</w:t>
      </w:r>
    </w:p>
    <w:p>
      <w:pPr>
        <w:pStyle w:val="ArticleBody"/>
        <w:jc w:val="left"/>
      </w:pPr>
      <w:r>
        <w:rPr>
          <w:rFonts w:ascii="Times New Roman" w:hAnsi="Times New Roman" w:eastAsia="Times New Roman" w:cs="Times New Roman"/>
        </w:rPr>
        <w:t>Последният от четиримата владетели умира в двадесет и втория стих, където Христос бе разпнат; следователно трябва да отнесем последния от четиримата владетели на Рим обратно към неделния закон от шестнадесети стих. Когато правим това, Помпей би представлявал първия от четирите ориентири, при което четвъртият и последен ориентир съответства на неделния закон от шестнадесети стих. Шестнадесети стих би бил представен от Тиберий Цезар, а битката при Паний от петнадесети стих би била представена от Август Цезар; битката при Рафия в единадесети стих би била Юлий Цезар, като по този начин генерал Помпей се отбелязва като десети стих и 1989 г.</w:t>
      </w:r>
    </w:p>
    <w:p>
      <w:pPr>
        <w:pStyle w:val="ArticleBody"/>
        <w:jc w:val="left"/>
      </w:pPr>
      <w:r>
        <w:rPr>
          <w:rFonts w:ascii="Times New Roman" w:hAnsi="Times New Roman" w:eastAsia="Times New Roman" w:cs="Times New Roman"/>
        </w:rPr>
        <w:t>Това показва, че „скритата история“ на четиридесети стих от Даниил 11 — историята от разпадането на Съветския съюз през 1989 г. до неделния закон в четиридесет и първи стих — е представена чрез три пророчески линии, които се откриват в историята, представена от стихове 10 до 23. Макавеите, римските управници и трите битки на прокси силите на Рим.</w:t>
      </w:r>
    </w:p>
    <w:p>
      <w:pPr>
        <w:pStyle w:val="ArticleScripture"/>
        <w:jc w:val="left"/>
      </w:pPr>
      <w:r>
        <w:rPr>
          <w:rFonts w:ascii="Times New Roman" w:hAnsi="Times New Roman" w:eastAsia="Times New Roman" w:cs="Times New Roman"/>
        </w:rPr>
        <w:t>Това е третият път, когато идвам при вас. С устата на двама или трима свидетели ще се потвърди всяка дума. 2 Коринтяни 13:1.</w:t>
      </w:r>
    </w:p>
    <w:p>
      <w:pPr>
        <w:pStyle w:val="ArticleHeading"/>
        <w:jc w:val="left"/>
      </w:pPr>
      <w:r>
        <w:rPr>
          <w:rFonts w:ascii="Arial" w:hAnsi="Arial" w:eastAsia="Arial" w:cs="Arial"/>
        </w:rPr>
        <w:t>Три войни чрез посредници</w:t>
      </w:r>
    </w:p>
    <w:p>
      <w:pPr>
        <w:pStyle w:val="ArticleBody"/>
        <w:jc w:val="left"/>
      </w:pPr>
      <w:r>
        <w:rPr>
          <w:rFonts w:ascii="Times New Roman" w:hAnsi="Times New Roman" w:eastAsia="Times New Roman" w:cs="Times New Roman"/>
        </w:rPr>
        <w:t>Десети стих отбелязва края на четвъртата Сирийска война, която се състоя от 219 до 217 г. пр. Хр., когато Антиох III Магнус (Велики) се прегрупира в подготовка за битката от единадесети стих, а именно битката при Рафа, която ще бъде представена от Юлий Цезар. Десети стих посочва разпадането на Съветския съюз през 1989 г., както е представено в четиридесети стих, и Помпей се съотнася към тази история. Шестнадесети стих представя завладяването на славната юдейска земя, което е прообраз на неделния закон в Съединените щати; но Помпей също се съотнася към 1989 г., и през 1989 г. съвременният Рим завладя първото си препятствие, но като направи това, той едновременно с това духовно завладя протестантска Америка, когато съблазни Роналд Рейгън да встъпи в таен съюз със славната земя. Съюзът на един цар с римската блудница представлява духовно блудство.</w:t>
      </w:r>
    </w:p>
    <w:p>
      <w:pPr>
        <w:pStyle w:val="ArticleBody"/>
        <w:jc w:val="left"/>
      </w:pPr>
      <w:r>
        <w:rPr>
          <w:rFonts w:ascii="Times New Roman" w:hAnsi="Times New Roman" w:eastAsia="Times New Roman" w:cs="Times New Roman"/>
        </w:rPr>
        <w:t>1989 година беше времето, когато римската блудница започва да излиза от своите седемдесет години, за да блудства с всички земни царе. Първият цар са Съединените щати през 1989 година, защото Съединените щати са представени и чрез Ахав, който беше женен за Йезавел, която е тирската блудница в Исая двадесет и трета глава.</w:t>
      </w:r>
    </w:p>
    <w:p>
      <w:pPr>
        <w:pStyle w:val="ArticleScripture"/>
        <w:jc w:val="left"/>
      </w:pPr>
      <w:r>
        <w:rPr>
          <w:rFonts w:ascii="Times New Roman" w:hAnsi="Times New Roman" w:eastAsia="Times New Roman" w:cs="Times New Roman"/>
        </w:rPr>
        <w:t>И ще стане в онзи ден, че Тир ще бъде забравен седемдесет години, според дните на един цар; а след края на седемдесетте години Тир ще запее като блудница. Вземи арфа, обиколи града, ти, забравена блуднице; засвири сладкозвучно, изпей много песни, за да бъдеш запомнена. И ще стане след края на седемдесетте години, че Господ ще посети Тир, и той ще се върне към печалбата си и ще блудства с всички царства на света по лицето на земята. Исая 23:15–17.</w:t>
      </w:r>
    </w:p>
    <w:p>
      <w:pPr>
        <w:pStyle w:val="ArticleBody"/>
        <w:jc w:val="left"/>
      </w:pPr>
      <w:r>
        <w:rPr>
          <w:rFonts w:ascii="Times New Roman" w:hAnsi="Times New Roman" w:eastAsia="Times New Roman" w:cs="Times New Roman"/>
        </w:rPr>
        <w:t>Блудницата бе забравена при „времето на края“ през 1798 г., когато получи смъртоносната си рана, както е представено в четиридесети стих на Даниил 11. При „времето на края“ през 1989 г. тя започва периода на изцеляването на смъртоносната си рана, като влиза в блудство с царството, което първо ще наложи белега на нейната власт. Това царство бе представено от Ахав и от Франция, която постави папството на престола на земята през 538 г. и беше водещото царство, подкрепило възхода на папската власт. Поради тази причина те са наречени „първородният на Католическата църква“, както и „най-голямата дъщеря на Католическата църква“. Франция и Ахав и двамата свидетелстват за ролята на Съединените щати от 1989 г. до неделния закон.</w:t>
      </w:r>
    </w:p>
    <w:p>
      <w:pPr>
        <w:pStyle w:val="ArticleBody"/>
        <w:jc w:val="left"/>
      </w:pPr>
      <w:r>
        <w:rPr>
          <w:rFonts w:ascii="Times New Roman" w:hAnsi="Times New Roman" w:eastAsia="Times New Roman" w:cs="Times New Roman"/>
        </w:rPr>
        <w:t>В Исая двадесет и трета блудницата Тир, която е също и блудницата от Откровение седемнадесета, на чието чело е написано: Вавилон великий. Това е „забравено“ за историята на Съединените щати, започвайки от 1798 година, когато папството престана да бъде петото царство в библейското пророчество, морският звяр от Откровение тринадесета. Тогава Съединените щати започнаха своята роля като шестото царство в библейското пророчество, като земния звяр от Откровение тринадесета. В крайна сметка Съединените щати стават водещият цар измежду десетте царе от Откровение седемнадесета. Символната история на период от „седемдесет години“, „дните на един цар“, представлява седемдесетте години, през които Вавилон управляваше като първото царство в библейското пророчество. Това е образ на историята на Съединените щати от 1798 година до неделния закон, където външната линия на американската история е представена от републиканския рог, а вътрешната линия е представена от протестантския рог. Тези два рога, представляващи сърцето на Конституцията, което осигурява разделение между държавното управление и църковното управление, са предметът бъдещето на Америка.</w:t>
      </w:r>
    </w:p>
    <w:p>
      <w:pPr>
        <w:pStyle w:val="ArticleBody"/>
        <w:jc w:val="left"/>
      </w:pPr>
      <w:r>
        <w:rPr>
          <w:rFonts w:ascii="Times New Roman" w:hAnsi="Times New Roman" w:eastAsia="Times New Roman" w:cs="Times New Roman"/>
        </w:rPr>
        <w:t>Седемдесет години са определени, за да бъде забравена тирската блудница; след това, от времето на края през 1989 г. до неделния закон, тя започва да пее. Тя започна с таен съюз, когато завладя религията на протестантска Америка и събори политическата структура на царя на юга с разпадането на Съветския съюз. Период от седемдесет години, който завършва в история, в която Антиох Велики стои в средата на един седемнадесетгодишен период, разделен на десет и седем, които, умножени, дават „седемдесет“. В началото на външните двеста и петдесет години, завършили между Рафия и Паний, започва вътрешното времево пророчество от две хиляди и триста години, като „седемдесет“ седмици са определени за народа на Данаил. В края на тези седемдесет седмици, през 34 сл. Хр., древният Израил завинаги бе разведен с Бога като Негов избран заветен народ, а Бог тогава бе встъпил в брак със Своята християнска невеста и тогава протягаше ръка към езичниците.</w:t>
      </w:r>
    </w:p>
    <w:p>
      <w:pPr>
        <w:pStyle w:val="ArticleBody"/>
        <w:jc w:val="left"/>
      </w:pPr>
      <w:r>
        <w:rPr>
          <w:rFonts w:ascii="Times New Roman" w:hAnsi="Times New Roman" w:eastAsia="Times New Roman" w:cs="Times New Roman"/>
        </w:rPr>
        <w:t>207 г. пр. Хр. Антиох стои в средата на „седемдесет“, като обозначава края на привилегирования статут на своя народ в неговото царство като „славната земя“, където Той избра да въздигне съвременния Израил. Краят на Съединените щати като шестото царство при неделния закон е краят на „седемдесетте години“ на Исая. Двеста и петдесетгодишната линия на Антиох обозначава края на изпитателното време за Републиканския рог на Съединените щати, непосредствено преди неделния закон от шестнадесети стих. Двете хиляди и триста години, които приключиха, когато съдът започна на 22 октомври 1844 г., са образ на времето, когато съдът ще приключи при неделния закон. Двете хиляди и триста години започват със седемдесет седмици, които обозначават края на буквалния Израил като Божи избран народ. Краят на цялостния период от две хиляди и триста години завършва с приключването на протестантското движение, тъй като адвентното движение продължава до неделния закон. Когато затворената врата от 1844 г. се повтори, вратите ще се затворят върху Републиканския рог, протестантския рог и звяра на управлението.</w:t>
      </w:r>
    </w:p>
    <w:p>
      <w:pPr>
        <w:pStyle w:val="ArticleBody"/>
        <w:jc w:val="left"/>
      </w:pPr>
      <w:r>
        <w:rPr>
          <w:rFonts w:ascii="Times New Roman" w:hAnsi="Times New Roman" w:eastAsia="Times New Roman" w:cs="Times New Roman"/>
        </w:rPr>
        <w:t>За Антиох да стои между периода на десет и на седем означава да стои в края на своето изпитателно време. Изпитателното време за правителството на Съединените щати, което е земният звяр, приключва при неделния закон, но изпитателното време на републиканския рог приключва преди неделния закон.</w:t>
      </w:r>
    </w:p>
    <w:p>
      <w:pPr>
        <w:pStyle w:val="ArticleScripture"/>
        <w:jc w:val="left"/>
      </w:pPr>
      <w:r>
        <w:rPr>
          <w:rFonts w:ascii="Times New Roman" w:hAnsi="Times New Roman" w:eastAsia="Times New Roman" w:cs="Times New Roman"/>
        </w:rPr>
        <w:t>Иисус му казва: Не ти казвам: До седем пъти; но: До седемдесет пъти по седем. Матей 18:22.</w:t>
      </w:r>
    </w:p>
    <w:p>
      <w:pPr>
        <w:pStyle w:val="ArticleBody"/>
        <w:jc w:val="left"/>
      </w:pPr>
      <w:r>
        <w:rPr>
          <w:rFonts w:ascii="Times New Roman" w:hAnsi="Times New Roman" w:eastAsia="Times New Roman" w:cs="Times New Roman"/>
        </w:rPr>
        <w:t>Изразът „седемдесет пъти по седем“ е единственото място в Библията, където числата са изразени по този начин като кратно. „Седемдесет пъти по седем“ са четиристотин и деветдесетте години, които бяха „определени“ за народа на Даниил. Това са седемдесетте седмици, които започват двадесет и трите стотини, и в края на двеста и петдесетте години от същата изходна точка Антиох достига средата на десет и седем. Там Антиох Велики заема своето място в последните действия от своята история в свещената драма на великата борба.</w:t>
      </w:r>
    </w:p>
    <w:p>
      <w:pPr>
        <w:pStyle w:val="ArticleBody"/>
        <w:jc w:val="left"/>
      </w:pPr>
      <w:r>
        <w:rPr>
          <w:rFonts w:ascii="Times New Roman" w:hAnsi="Times New Roman" w:eastAsia="Times New Roman" w:cs="Times New Roman"/>
        </w:rPr>
        <w:t>Затворената врата от 1844 година представлява затворената врата на неделния закон, а преди неделния закон от стих шестнадесети започва период от седем години, при който Антиох отбелязва края на своето царство, а след това царството му завършва при приключването на седемте години. Седемгодишният период представлява времето на изпитанието на образа на звяра и този период започва с първия неделен закон от 321 година. Преди първия неделен закон, който е предобраз на последния неделен закон, има период от десет години, който започва с един указ. При „указа“ от 313 година започва изпитанието, представено чрез десет години; след това Антиох издава първия неделен закон и изпитателното време на републиканския рог завършва. В края на седемте години настъпват Паниум и неделният закон, като в 330 година се поражда разделението на изток и запад.</w:t>
      </w:r>
    </w:p>
    <w:p>
      <w:pPr>
        <w:pStyle w:val="ArticleHeading"/>
        <w:jc w:val="left"/>
      </w:pPr>
      <w:r>
        <w:rPr>
          <w:rFonts w:ascii="Arial" w:hAnsi="Arial" w:eastAsia="Arial" w:cs="Arial"/>
        </w:rPr>
        <w:t>Помпей</w:t>
      </w:r>
    </w:p>
    <w:p>
      <w:pPr>
        <w:pStyle w:val="ArticleBody"/>
        <w:jc w:val="left"/>
      </w:pPr>
      <w:r>
        <w:rPr>
          <w:rFonts w:ascii="Times New Roman" w:hAnsi="Times New Roman" w:eastAsia="Times New Roman" w:cs="Times New Roman"/>
        </w:rPr>
        <w:t>Помпей завладя славната земя в стих шестнадесети, но в рамките на двугодишния период от 65 до 63 г. пр. Хр. Помпей, в изпълнение на Данаил 8:9, действително завладя „изтока“ и „[славната] земя“, като по този начин предобрази двойното завладяване в стих четиридесети и 1989 година.</w:t>
      </w:r>
    </w:p>
    <w:p>
      <w:pPr>
        <w:pStyle w:val="ArticleBody"/>
        <w:jc w:val="left"/>
      </w:pPr>
      <w:r>
        <w:rPr>
          <w:rFonts w:ascii="Times New Roman" w:hAnsi="Times New Roman" w:eastAsia="Times New Roman" w:cs="Times New Roman"/>
        </w:rPr>
        <w:t>Третото препятствие за езическия Рим щеше да бъде осъществено от Август Цезар, който е известен с това, че формира първия официален римски триумвират, представляващ първия официален троен съюз в Рим. Именно при третия ориентир от римските водачи тройният съюз е официално отбелязан в римската история. Именно при неделния закон в стих шестнадесети се установява тройният съюз на змея, звяра и лъжепророка, и тогава птицата на нечестието бива поставена обратно на мястото си в Сенаар, както е изложено от Захария.</w:t>
      </w:r>
    </w:p>
    <w:p>
      <w:pPr>
        <w:pStyle w:val="ArticleBody"/>
        <w:jc w:val="left"/>
      </w:pPr>
      <w:r>
        <w:rPr>
          <w:rFonts w:ascii="Times New Roman" w:hAnsi="Times New Roman" w:eastAsia="Times New Roman" w:cs="Times New Roman"/>
        </w:rPr>
        <w:t>Август Цезар образува първия официален римски триумвират, но от историците той е наричан Вторият триумвират, защото и Юлий Цезар също образува триумвират, но той не беше официален триумвират на римското управление. Връзката между Юлий и Август Цезар като символи на тройния съюз на змея, звяра и лъжепророка при скоро идващия неделен закон е предобразена чрез Юлий в началото на движението за налагане на неделно законодателство и чрез Август в края. Пророческата връзка е представена също и чрез обсадата на Цестий през 67 г., която след това беше последвана от обсадата на Тит. Юлий е Цестий, а Август е Тит. Юлий и Август представят тройния съюз, а Цестий и Тит представят обсада.</w:t>
      </w:r>
    </w:p>
    <w:p>
      <w:pPr>
        <w:pStyle w:val="ArticleBody"/>
        <w:jc w:val="left"/>
      </w:pPr>
      <w:r>
        <w:rPr>
          <w:rFonts w:ascii="Times New Roman" w:hAnsi="Times New Roman" w:eastAsia="Times New Roman" w:cs="Times New Roman"/>
        </w:rPr>
        <w:t>Периодът, в който движението за неделен закон започва пророчески през 313 г., е при Миланския едикт. След това, през 321 г., в средата на седемнадесетгодишния период, се появява първият неделен закон. Третата стъпка от разделянето на царството на изток и запад, представляваща разделението в Съединените щати на онези, които приемат, и онези, които не приемат белега на звяра или Божия печат, беше през 330 г. Съществува поредица от неделни закони, които водят до един неделен закон, и 321 г. представлява първия неделен закон, който води до последния неделен закон от 330 г.</w:t>
      </w:r>
    </w:p>
    <w:p>
      <w:pPr>
        <w:pStyle w:val="ArticleBody"/>
        <w:jc w:val="left"/>
      </w:pPr>
      <w:r>
        <w:rPr>
          <w:rFonts w:ascii="Times New Roman" w:hAnsi="Times New Roman" w:eastAsia="Times New Roman" w:cs="Times New Roman"/>
        </w:rPr>
        <w:t>За разлика от двеста и петдесетте години на Антиох, двеста и петдесетте години на Нерон обозначават период от осем години, средата на първия неделен закон и след това девет години. Ред след ред Антиох и Нерон обозначават два периода, които са представени чрез три белега. И в двете линии първият и последният белег са едни и същи: в началото указ, белязан от брак, който завършва с развод, и битка между северния цар и южния цар в началото и в края. Първият неделен закон от 321 година в средата трябва да е мястото, където стои Антиох. Той стои при завършека на изпитателен процес, представен чрез десет години, и изпитателният процес разкрива Антиох като осмия, който е от седемте, докато той формира образ на звяра, който е осмият, който е от седемте. В същото време сто четиридесет и четирите хиляди преминават през изпитателен процес и се преобразяват от седмата Лаодикийска църква в осмата, Филаделфийска църква.</w:t>
      </w:r>
    </w:p>
    <w:p>
      <w:pPr>
        <w:pStyle w:val="ArticleBody"/>
        <w:jc w:val="left"/>
      </w:pPr>
      <w:r>
        <w:rPr>
          <w:rFonts w:ascii="Times New Roman" w:hAnsi="Times New Roman" w:eastAsia="Times New Roman" w:cs="Times New Roman"/>
        </w:rPr>
        <w:t>При първия неделен закон започва изграждането на образа и то завършва при неделния закон от Откровение тринадесета глава, единадесети стих — стих, който противопоставя началото на Съединените щати като агне на техния край като змей. Тринадесет е символът на бунта, а символът на бунта в контекста на единадесети стих и на Съединените щати, говорещи като змей, е белегът на звяра; докато символът на онези, които имат Божия печат, е числото единадесет. Откровение 13:11 посочва разделянето между онези, които приемат белега на звяра, и онези, които приемат Божия печат, при неделния закон, когато Съединените щати говорят като змей.</w:t>
      </w:r>
    </w:p>
    <w:p>
      <w:pPr>
        <w:pStyle w:val="ArticleBody"/>
        <w:jc w:val="left"/>
      </w:pPr>
      <w:r>
        <w:rPr>
          <w:rFonts w:ascii="Times New Roman" w:hAnsi="Times New Roman" w:eastAsia="Times New Roman" w:cs="Times New Roman"/>
        </w:rPr>
        <w:t>Времето на изпитанието на образа на звяра има определени белези, които отбелязват неговото настъпване, като същевременно предобразяват и неговия край. От Ной до празника на тръбите Бог никога не се променя; Той винаги известява за един период на изпитание преди неговото настъпване. Неговите известия се намират в Неговото пророческо слово. Повечето адвентисти (предполагам) не знаят, че при разрушението на Ерусалим е имало две обсади, нито че денят на окончателното разрушение е бил същият ден от годината, в който Навуходоносор за първи път — в алфа-времето — е разрушил Ерусалим и храма. Възможно е също да не знаят, че обсадите са започнали на свещени празници и са завършили на свещен празник, или че периодът на обсадата е бил три години и половина. Ако не знаят тези факти, тогава изглежда малко вероятно да разпознаят, че Юлий Цезар отбелязва началото на времето на изпитанието на образа на звяра в неговото най-съвършено представяне. Под „съвършено представяне“ имам предвид неговото окончателно изпълнение.</w:t>
      </w:r>
    </w:p>
    <w:p>
      <w:pPr>
        <w:pStyle w:val="ArticleBody"/>
        <w:jc w:val="left"/>
      </w:pPr>
      <w:r>
        <w:rPr>
          <w:rFonts w:ascii="Times New Roman" w:hAnsi="Times New Roman" w:eastAsia="Times New Roman" w:cs="Times New Roman"/>
        </w:rPr>
        <w:t>Същият период е представен от 1888 година до неделния закон, а след това отново от 11 септември до неделния закон; но съвършеното изпълнение на пророческия период на издигането на образа на звяра, както е представен чрез Константин Велики в периода от 313 до 330 година, започва при управлението на осмия президент от времето на края през 1989 година.</w:t>
      </w:r>
    </w:p>
    <w:p>
      <w:pPr>
        <w:pStyle w:val="ArticleBody"/>
        <w:jc w:val="left"/>
      </w:pPr>
      <w:r>
        <w:rPr>
          <w:rFonts w:ascii="Times New Roman" w:hAnsi="Times New Roman" w:eastAsia="Times New Roman" w:cs="Times New Roman"/>
        </w:rPr>
        <w:t>От първия неделен закон изпитателният период относно съботата и неделята се разгръща в период, представен от седемте години на Антиох. Седемте години на линията на Антиох, умножени по деветте години на линията на Нерон, правят шестдесет и три, и през 63 г. пр. Хр. Помпей завладя славната земя в изпълнение на шестнадесети стих от Даниил единадесета глава. При неделния закон девет царе ще признаят Съединените щати за върховния цар на десет царе, които се съгласяват да дадат царството си на тирската блудница, която след това ще блудства с всички земни царе.</w:t>
      </w:r>
    </w:p>
    <w:p>
      <w:pPr>
        <w:pStyle w:val="ArticleBody"/>
        <w:jc w:val="left"/>
      </w:pPr>
      <w:r>
        <w:rPr>
          <w:rFonts w:ascii="Times New Roman" w:hAnsi="Times New Roman" w:eastAsia="Times New Roman" w:cs="Times New Roman"/>
        </w:rPr>
        <w:t>В съгласие с пророческата структура на притчата за десетте девици, бракът на звяра и лъжепророка бе осъществен през 1989 година, но при неделния закон бракът се консумира. Фрактал на тази история е периодът на съда на живите, започнал през 2001 година, на 11 септември. От този момент до неделния закон — времето на изпитанието чрез образа на звяра, което е също и времето на запечатването на сто четиридесет и четирите хиляди — съд се извършва над Божия заветен народ и над земята, в която те са пребивавали в изпълнение на пророчеството на завета с Авраам. В този период се съди Лаодикийската църква на адвентистите от седмия ден, а след това се съдят онези, които изповядват, че са девици. Така протестантският рог бива съден, и той бива съден през периода, когато първо Демократическата партия на републиканския рог бе съдена до 2024 година, когато сега се извършва съдът над републиканците на републиканския рог. Конституционното управление е звярът, който носи двата рога и е съден при неделния закон.</w:t>
      </w:r>
    </w:p>
    <w:p>
      <w:pPr>
        <w:pStyle w:val="ArticleBody"/>
        <w:jc w:val="left"/>
      </w:pPr>
      <w:r>
        <w:rPr>
          <w:rFonts w:ascii="Times New Roman" w:hAnsi="Times New Roman" w:eastAsia="Times New Roman" w:cs="Times New Roman"/>
        </w:rPr>
        <w:t>От 1989 г. до неделния закон е представено във фрактал от 11 септември до неделния закон, но съвършеното изпълнение на издигането на образа на звяра е в осмия президент, който е от седемте. Седемнадесетте години на Нерон са фрактал на историята от 11 септември до неделния закон. Седемнадесетте години на Антиох са същото. Бракът на Рейгън и тайният съюз се довежда до пълно осъществяване чрез открит съюз по време на мандата на осмия президент. Първият от браковете на алфа и омега беше символизиран чрез Patriot Act през 2001 г., когато английското право бе променено в римско право. Бракът на Миланския едикт бележи началото на съвършеното изпълнение на издигането на образа на звяра. Неговата структура се основава върху структурата на брака на десетте девици и представя фалшивия брак, който настъпва по време на истинския брак.</w:t>
      </w:r>
    </w:p>
    <w:p>
      <w:pPr>
        <w:pStyle w:val="ArticleBody"/>
        <w:jc w:val="left"/>
      </w:pPr>
      <w:r>
        <w:rPr>
          <w:rFonts w:ascii="Times New Roman" w:hAnsi="Times New Roman" w:eastAsia="Times New Roman" w:cs="Times New Roman"/>
        </w:rPr>
        <w:t>Времето на изпитанието чрез образа на звяра представлява „изпита“, който трябва да издържим, преди да бъдем „запечатани“. Първо се съди Божият дом, а след това, при неделния закон, се съдят онези, които са извън Божия дом. Периодът на последния съд както в Божия дом, така и след това сред голямото множество, започва с първия неделен закон. В Съединените щати ще има първи неделен закон, който ще отбележи началото на съвършеното и окончателно изпълнение на периода на изпитание чрез образа на звяра, който впоследствие завършва при неделния закон, изпълняващ Откровение 13:11. Този неделен закон е последният неделен закон в славната земя. Последният неделен закон в славната земя е първият неделен закон в света, отбелязващ времето на изпитанието чрез образа на звяра за света. Времето на изпитанието за света започва с неделния закон в Съединените щати в единадесетия стих на тринадесета глава. Когато Съединените щати „заговорят“ като змей при скоро идващия неделен закон, стихове дванадесети и нататък в главата представят световното време на изпитанието чрез образа на звяра.</w:t>
      </w:r>
    </w:p>
    <w:p>
      <w:pPr>
        <w:pStyle w:val="ArticleBody"/>
        <w:jc w:val="left"/>
      </w:pPr>
      <w:r>
        <w:rPr>
          <w:rFonts w:ascii="Times New Roman" w:hAnsi="Times New Roman" w:eastAsia="Times New Roman" w:cs="Times New Roman"/>
        </w:rPr>
        <w:t>Поради тази причина е важно да се види двеста и петдесетгодишното пророчество на Нерон, което завършва със седемнадесетте години, започващи с едикта през 313 г., последвани от първия неделен закон през 321 г., а след това от разделението на изтока и запада през 330 г. Трите стъпки в линията на Нерон се отнасят до гонение, като Нерон е символът на гонението, а периодът от 250 години представлява църквата в Смирна, която завърши през 313 г., когато настъпи църквата на компромиса. Третата стъпка отбелязва края на едно царство, така че, когато се прилага към Съединените щати, тя представлява неделния закон и прехода от шестото царство към седмото и осмото царство. Когато се прилага към света, третият ориентир е краят на човешкото изпитателно време, което беше предобразено от края на изпитателното време за Съединените щати в началото на световния период на изпитание на образа на звяра.</w:t>
      </w:r>
    </w:p>
    <w:p>
      <w:pPr>
        <w:pStyle w:val="ArticleBody"/>
        <w:jc w:val="left"/>
      </w:pPr>
      <w:r>
        <w:rPr>
          <w:rFonts w:ascii="Times New Roman" w:hAnsi="Times New Roman" w:eastAsia="Times New Roman" w:cs="Times New Roman"/>
        </w:rPr>
        <w:t>Ето защо Август Цезар, третият от четиримата римски владетели, които водят към неделния закон, представен чрез кръста, както е изложено в двадесет и втори стих, може да представлява кръста, въпреки че след него трябва да дойде Тиберий, който също представлява кръста. Изпитателният период на образа на звяра е двоен изпит, който първо изпитва земята, а след това морето. Земята е Съединените щати, а морето е светът.</w:t>
      </w:r>
    </w:p>
    <w:p>
      <w:pPr>
        <w:pStyle w:val="ArticleBody"/>
        <w:jc w:val="left"/>
      </w:pPr>
      <w:r>
        <w:rPr>
          <w:rFonts w:ascii="Times New Roman" w:hAnsi="Times New Roman" w:eastAsia="Times New Roman" w:cs="Times New Roman"/>
        </w:rPr>
        <w:t>Изпитанието на образа на звяра поражда удвояване на белезите; при което алфата на втория период е също и омегата на първия период. 321 г. беше първият неделен закон в пророческата история, а в седемнадесетте години, които определят времето на изпитанието на образа на звяра, 321 г. е първият неделен закон в Съединените щати, който води до омега неделния закон на времето на изпитанието на образа на звяра в славната земя. Но 321 г. е също и първият неделен закон за света, така че годината 321 отбелязва средата както на началото, така и на края на времето на изпитанието на образа на звяра. 313 г. е началото, а началото е указ, който е прообраз на неделния закон. Седемнадесетте години на Нерон определят период на ескалиращи неделни закони до самия край на човешкото изпитателно време.</w:t>
      </w:r>
    </w:p>
    <w:p>
      <w:pPr>
        <w:pStyle w:val="ArticleBody"/>
        <w:jc w:val="left"/>
      </w:pPr>
      <w:r>
        <w:rPr>
          <w:rFonts w:ascii="Times New Roman" w:hAnsi="Times New Roman" w:eastAsia="Times New Roman" w:cs="Times New Roman"/>
        </w:rPr>
        <w:t>Указът е предобраз на първия неделен закон, който води до приключването на изпитателното време. Помпей завладя Юда в стих шестнадесети, предобразявайки неделния закон, а Юлий Цезар образува първия Триумвират; макар да беше неофициален троен съюз, историците все пак го отбелязват като първия. Предобразът на Юлий Цезар за тройния съюз на неделния закон предобразяваше официалния Триумвират на Август Цезар, който беше последван от Тиберий при кръста. И четиримата римски владетели са предобраз на неделния закон, както и трите стъпки от седемнадесетте години на Нерон.</w:t>
      </w:r>
    </w:p>
    <w:p>
      <w:pPr>
        <w:pStyle w:val="ArticleBody"/>
        <w:jc w:val="left"/>
      </w:pPr>
      <w:r>
        <w:rPr>
          <w:rFonts w:ascii="Times New Roman" w:hAnsi="Times New Roman" w:eastAsia="Times New Roman" w:cs="Times New Roman"/>
        </w:rPr>
        <w:t>Помпей съответства на 1989 г.; Юлий съответства на единадесети стих; Август съответства на петнадесети стих, а Тиберий — на шестнадесети стих. Разказът за Юлий в стиховете включва неговото навлизане в Египет и Клеопатра. Историята се повтаря чрез Марк Антоний. Марк Антоний беше главният пълководец на Юлий Цезар по времето, когато Юлий беше убит с двадесет и три прободни рани. Числото двадесет и три представлява неделния закон, а смъртта на Юлий чрез 23 рани е царство, завършващо при неделния закон. След това Марк Антоний, Август Цезар и Марк Лепид образуваха първия официален триумвират, за да отмъстят за смъртта му. Една от тези тройни власти, Марк Антоний, щеше да повтори срещата на Юлий с Египет и Клеопатра.</w:t>
      </w:r>
    </w:p>
    <w:p>
      <w:pPr>
        <w:pStyle w:val="ArticleBody"/>
        <w:jc w:val="left"/>
      </w:pPr>
      <w:r>
        <w:rPr>
          <w:rFonts w:ascii="Times New Roman" w:hAnsi="Times New Roman" w:eastAsia="Times New Roman" w:cs="Times New Roman"/>
        </w:rPr>
        <w:t>Независимо дали Юлий или Марк Антоний, и двамата са символи на Рим, а Клеопатра беше символ на Египет и Гърция. Тя представляваше гръцкото владичество в Египет — и двете символи на змея, докато Юлий и Марк Антоний са символи на звяра. Като жената в тази връзка, Клеопатра беше църквата, което прави Юлий и Марк Антоний държавата. Клеопатра представлява жена, която два пъти е отделена от своите царствени римски любовници: първо през 1798 г., а след това при затварянето на благодатното време, когато тя стига до своя край и няма кой да ѝ помогне. Нейната окончателна гибел е в битката при Акциум през 31 г. пр. Хр. Победителят в битката при Акциум беше Август Цезар, така че откриваме, че Помпей умря в Египет, Юлий имаше среща с Клеопатра в Египет, което беше повторено в историята на Марк Антоний, а след това Август Цезар прекратява тази връзка при Акциум. Акциум обозначава неделния закон, защото именно в битката при Акциум бе отстранена третата пречка за Рим и имперският езически Рим започна да управлява триста и шестдесет години, в изпълнение на Даниил 11:24.</w:t>
      </w:r>
    </w:p>
    <w:p>
      <w:pPr>
        <w:pStyle w:val="ArticleBody"/>
        <w:jc w:val="left"/>
      </w:pPr>
      <w:r>
        <w:rPr>
          <w:rFonts w:ascii="Times New Roman" w:hAnsi="Times New Roman" w:eastAsia="Times New Roman" w:cs="Times New Roman"/>
        </w:rPr>
        <w:t>Помпей отстрани първите две препятствия, а Август — третото.</w:t>
      </w:r>
    </w:p>
    <w:p>
      <w:pPr>
        <w:pStyle w:val="ArticleScripture"/>
        <w:jc w:val="left"/>
      </w:pPr>
      <w:r>
        <w:rPr>
          <w:rFonts w:ascii="Times New Roman" w:hAnsi="Times New Roman" w:eastAsia="Times New Roman" w:cs="Times New Roman"/>
        </w:rPr>
        <w:t>И от един от тях излезе един малък рог, който нарасна твърде много към юг, и към изток, и към прекрасната земя. Даниил 8:9.</w:t>
      </w:r>
    </w:p>
    <w:p>
      <w:pPr>
        <w:pStyle w:val="ArticleBody"/>
        <w:jc w:val="left"/>
      </w:pPr>
      <w:r>
        <w:rPr>
          <w:rFonts w:ascii="Times New Roman" w:hAnsi="Times New Roman" w:eastAsia="Times New Roman" w:cs="Times New Roman"/>
        </w:rPr>
        <w:t>Помпей е 1989 г., първият ориентир от трите политически сили, които трябва да бъдат преодолени от съвременния Рим, докато смъртоносната му рана бива изцелявана. Това са Съветският съюз, следван от Съединените щати, а също и Обединените нации в четиридесет и първи стих на Даниил 11. Войната на папската власт е политическа и религиозна, и в пророчески смисъл религиозната власт на Съединените щати бе завладяна, когато бе осъществен тайният съюз между Рейгън и папа Йоан Павел II. Целта на папството включва три политически препятствия и три религиозни сили. През 1989 г. една от трите политически сили бе пометена; протестантизмът, като самото название означаващо да се протестира срещу Рим, също бе пометен от президента на Съединените щати в същата история. Трите политически сили са Съветският съюз, Съединените щати и Обединените нации, а религиозните цели са протестантизмът, заедно с различните религии на змея, които всички се считат за спиритизъм. Трите религии, които водят света към Армагедон, са отстъпилият протестантизъм, католицизмът и спиритизмът; а вътрешните борби на папската власт между консервативната и либералната идеология в рамките на тяхната църква, заедно с разколите на ортодоксалния католицизъм, представляват религиозно препятствие, а другите две религиозни препятствия, които католицизмът трябва да покори, са отстъпилият протестантизъм и спиритизмът. Протестантизмът бе пометен през 1989 г.</w:t>
      </w:r>
    </w:p>
    <w:p>
      <w:pPr>
        <w:pStyle w:val="ArticleBody"/>
        <w:jc w:val="left"/>
      </w:pPr>
      <w:r>
        <w:rPr>
          <w:rFonts w:ascii="Times New Roman" w:hAnsi="Times New Roman" w:eastAsia="Times New Roman" w:cs="Times New Roman"/>
        </w:rPr>
        <w:t>Ако вътрешните борби на католицизма, както са представени в различните католически пророчества, произтичащи от посланията на Фатима, бъдат отделени от усилията му да надделее над религиозните сили извън собствената му религия, тогава неговата алфа-победа над протестантизма беше тайният съюз на Рейгън, а неговата омега-победа беше откритият съюз от 2025 г. Борбите му с православните църкви също са представени — от първоначалната победа през 1989 г. до окончателната победа при Паниум.</w:t>
      </w:r>
    </w:p>
    <w:p>
      <w:pPr>
        <w:pStyle w:val="ArticleBody"/>
        <w:jc w:val="left"/>
      </w:pPr>
      <w:r>
        <w:rPr>
          <w:rFonts w:ascii="Times New Roman" w:hAnsi="Times New Roman" w:eastAsia="Times New Roman" w:cs="Times New Roman"/>
        </w:rPr>
        <w:t>Помпей съответства на 1989 г., а двете му победи над „изтока и прекрасната земя“, както Даниил ги определя в осма глава, девети стих, представляват духовната и политическата победа на папството над бившия Съветски съюз и съпътстващата духовна победа над славната земя на изповядващия протестантизъм. Юлий Цезар ще изгуби при Рафа, както направи Антиох III и както ще направи Зеленски. Юлий е предметът на стихове седемнадесети до деветнадесети, а след това Август Цезар се изправя като събирач на данъци. Тиберий Цезар царува по времето на кръста, така че Тиберий е неделният закон от шестнадесети стих.</w:t>
      </w:r>
    </w:p>
    <w:p>
      <w:pPr>
        <w:pStyle w:val="ArticleBody"/>
        <w:jc w:val="left"/>
      </w:pPr>
      <w:r>
        <w:rPr>
          <w:rFonts w:ascii="Times New Roman" w:hAnsi="Times New Roman" w:eastAsia="Times New Roman" w:cs="Times New Roman"/>
        </w:rPr>
        <w:t>Това свързва Август с Паниум от петнадесети стих, а битката при Ра̀фия от единадесети стих — с Юлий. Битката при Паниум е третата световна война, която започва непосредствено преди неделния закон от шестнадесети стих, но след това се преобразува в битката при Актиум. Паниум беше сухоземната битка (Съединените щати), а Актиум беше морската битка (светът). Август е представен при Паниум в редицата на четиримата римски владетели, а при Актиум той беше действителният водач. При Паниум Антиох се разправи с Египет, който беше в съюз с Рим, а при Актиум Август се разправи с Египет (Клеопатра), съюзен с Рим (Марк Антоний). Това означава, че Помпей представя четиридесети стих до 1989 година, а Тиберий представя неделния закон на четиридесет и първи стих. Юлий Цезар се появи през 2014 година, когато започна Украинската война, предобразена от битката при Ра̀фия през 217 г. пр. Хр.</w:t>
      </w:r>
    </w:p>
    <w:p>
      <w:pPr>
        <w:pStyle w:val="ArticleBody"/>
        <w:jc w:val="left"/>
      </w:pPr>
      <w:r>
        <w:rPr>
          <w:rFonts w:ascii="Times New Roman" w:hAnsi="Times New Roman" w:eastAsia="Times New Roman" w:cs="Times New Roman"/>
        </w:rPr>
        <w:t>Това показва, че стихове седемнадесети до двадесет и втори започват през 1989 година и завършват при неделния закон и следователно представляват историята, която съответства на „скритата история“ от четиридесети стих. Пророческата линия на Макавеите също съответства на същата тази „скрита история“. Линията на римските владетели посочва съвременния Рим, звяра от Откровение 16, а линията на Макавеите описва славната земя, лъжепророка от Откровение 16. Линията на трите битки посочва победата над южния цар, змея от Откровение 16.</w:t>
      </w:r>
    </w:p>
    <w:p>
      <w:pPr>
        <w:pStyle w:val="ArticleBody"/>
        <w:jc w:val="left"/>
      </w:pPr>
      <w:r>
        <w:rPr>
          <w:rFonts w:ascii="Times New Roman" w:hAnsi="Times New Roman" w:eastAsia="Times New Roman" w:cs="Times New Roman"/>
        </w:rPr>
        <w:t>Тези три линии представляват трите сили, които водят света към Армагедон, и те са представени в четиридесети стих като южния цар, змея, северния цар, звяра, а колесниците, конниците и корабите са лъжепророкът. Трите линии от десети до двадесет и трети стих представят трите сили в скритата история на четиридесети стих, които не са нищо повече или по-малко от продължаваща илюстрация на трите предмета, представени в откритата история на четиридесети стих.</w:t>
      </w:r>
    </w:p>
    <w:p>
      <w:pPr>
        <w:pStyle w:val="ArticleHeading"/>
        <w:jc w:val="left"/>
      </w:pPr>
      <w:r>
        <w:rPr>
          <w:rFonts w:ascii="Arial" w:hAnsi="Arial" w:eastAsia="Arial" w:cs="Arial"/>
        </w:rPr>
        <w:t>Стих първи</w:t>
      </w:r>
    </w:p>
    <w:p>
      <w:pPr>
        <w:pStyle w:val="ArticleBody"/>
        <w:jc w:val="left"/>
      </w:pPr>
      <w:r>
        <w:rPr>
          <w:rFonts w:ascii="Times New Roman" w:hAnsi="Times New Roman" w:eastAsia="Times New Roman" w:cs="Times New Roman"/>
        </w:rPr>
        <w:t>Стихове първи до четвърти посочват „времето на края“ през 1989 г., както и осемте президенти на Съединените щати от тази отправна точка, завършвайки с последния и далеч по-богат осми президент. В стих четвърти този цар става цар на света, както е представен от Александър Велики, цар Ахав, десетте царе от Откровение 17, десетте племена от Псалм 83 и десетте народа, изложени като символ на света още в самата първа стъпка от Божия завет с Аврам в Битие 15:18–21.</w:t>
      </w:r>
    </w:p>
    <w:p>
      <w:pPr>
        <w:pStyle w:val="ArticleBody"/>
        <w:jc w:val="left"/>
      </w:pPr>
      <w:r>
        <w:rPr>
          <w:rFonts w:ascii="Times New Roman" w:hAnsi="Times New Roman" w:eastAsia="Times New Roman" w:cs="Times New Roman"/>
        </w:rPr>
        <w:t>Стихове първи до четвърти представят историята от 1989 година до тройния съюз при неделния закон в стих четиридесет и първи; следователно те съответстват на четиримата римски владетели, на линията на Макавеите и на трите битки от стихове десети до петнадесети, които заедно съставляват скритата история на стих четиридесети.</w:t>
      </w:r>
    </w:p>
    <w:p>
      <w:pPr>
        <w:pStyle w:val="ArticleBody"/>
        <w:jc w:val="left"/>
      </w:pPr>
      <w:r>
        <w:rPr>
          <w:rFonts w:ascii="Times New Roman" w:hAnsi="Times New Roman" w:eastAsia="Times New Roman" w:cs="Times New Roman"/>
        </w:rPr>
        <w:t>Стихове от пети до девети излагат една пророческа линия, която съвършено представя историята от 538 до 1798 година и предоставя историческата и пророческата логика, чрез която да се разбере значението на времето на края в четиридесети стих. Тази логика обяснява десети стих като възмездие за историята на стихове от пети до девети и, като прави това, определя логиката на 1989 година. Това означава, че стихове от първи до двадесет и трети на Даниил единадесета глава представят пет пророчески линии, които са съгласувани със скритата история на четиридесети стих. Първите четири стиха са за Тръмп, осмия президент, който е от седемте, който е предназначен да бъде царят на десет царе в седмото царство на Откровение седемнадесета глава.</w:t>
      </w:r>
    </w:p>
    <w:p>
      <w:pPr>
        <w:pStyle w:val="ArticleBody"/>
        <w:jc w:val="left"/>
      </w:pPr>
      <w:r>
        <w:rPr>
          <w:rFonts w:ascii="Times New Roman" w:hAnsi="Times New Roman" w:eastAsia="Times New Roman" w:cs="Times New Roman"/>
        </w:rPr>
        <w:t>Стихове пети до десети определят историята, водеща до 1798 г. и нататък до 1989 г., която е историята на четиридесети стих. Стихове десети до петнадесети определят история на три прокси войни, започваща през 1989 г., като втората започва през 2014 г., след което през 2015 г. се надигна най-богатият президент. Този най-богат президент бе поразен през 2020 г., а през 2022 г. войната при Рафия се изостри, и след това най-богатият президент се завърна през 2024 г., а през 2025 г. и главата на звяра, и главата на образа на звяра бяха и двете въведени в длъжност.</w:t>
      </w:r>
    </w:p>
    <w:p>
      <w:pPr>
        <w:pStyle w:val="ArticleBody"/>
        <w:jc w:val="left"/>
      </w:pPr>
      <w:r>
        <w:rPr>
          <w:rFonts w:ascii="Times New Roman" w:hAnsi="Times New Roman" w:eastAsia="Times New Roman" w:cs="Times New Roman"/>
        </w:rPr>
        <w:t>Ще продължим с тези неща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Число двадесет и едно</dc:title>
  <dc:subject>Движението към неделния закон в славната земя</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