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Откровението на Исус Христос – Число единадесет</w:t>
      </w:r>
    </w:p>
    <w:p>
      <w:pPr>
        <w:pStyle w:val="ArticleSubtitle"/>
        <w:jc w:val="left"/>
      </w:pPr>
      <w:r>
        <w:rPr>
          <w:rFonts w:ascii="Arial" w:hAnsi="Arial" w:eastAsia="Arial" w:cs="Arial"/>
        </w:rPr>
        <w:t>Образът на звяра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И яви се друго знамение на небето; и ето, голям червен змей, който имаше седем глави и десет рога, и на главите си седем корони. И опашката му повлече третата част от небесните звезди и ги хвърли на земята; и змеят застана пред жената, която щеше да роди, за да погълне детето ѝ веднага щом се роди. И тя роди мъжко дете, което щеше да управлява всички народи с железен жезъл; и детето ѝ бе грабнато при Бога и при Неговия престол. А жената побягна в пустинята, където има място, приготвено от Бога, за да я хранят там хиляда двеста и шестдесет дни. И настана война на небето: Михаил и неговите ангели воюваха против змея; и змеят воюва, и неговите ангели, но не надделяха; нито се намери вече място за тях на небето. И големият змей бе изхвърлен вън, оная древна змия, наречена дявол и сатана, която мами цялата вселена; той бе хвърлен на земята, и заедно с него бяха хвърлени и ангелите му. И чух силен глас на небето да казва: Сега дойде спасението и силата, и царството на нашия Бог, и властта на Неговия Христос; защото бе свален клеветникът на нашите братя, който ги клеветеше пред нашия Бог денем и нощем. А те го победиха чрез кръвта на Агнето и чрез словото на своето свидетелство; и не възлюбиха живота си дотам, щото да се побоят от смърт. Затова веселете се, небеса, и вие, които живеете в тях. Горко на земните и морските обитатели! защото дяволът слезе при вас с голям гняв, понеже знае, че му остава малко време. И когато змеят видя, че бе хвърлен на земята, той подгони жената, която бе родила мъжкото дете. И на жената бяха дадени двете крила на голям орел, за да отлети в пустинята, на своето място, където се храни за време, времена и половин време, далеч от лицето на змията. И змията изпусна от устата си след жената вода като река, за да я повлече реката. Но земята помогна на жената; и земята отвори устата си и погълна реката, която змеят бе изпуснал от устата си. И змеят се разгневи на жената и отиде да воюва против останалите от нейното потомство, които пазят Божиите заповеди и имат свидетелството на Исус Христос. Откровение 12:1–17.</w:t>
      </w:r>
    </w:p>
    <w:p>
      <w:pPr>
        <w:pStyle w:val="ArticleBody"/>
        <w:jc w:val="left"/>
      </w:pPr>
      <w:r>
        <w:rPr>
          <w:rFonts w:ascii="Times New Roman" w:hAnsi="Times New Roman" w:eastAsia="Times New Roman" w:cs="Times New Roman"/>
        </w:rPr>
        <w:t>Първата битка във великата борба между Христос и Сатана започна в третото небе с бунта на Луцифер и тази първа битка е образ на последната битка в първото небе. Има и по-нататъшна война, защото в края на хилядолетното царуване Сатана бива пуснат за кратко време и предприема нападение срещу Ерусалим, но в тази битка няма никаква възможност за победа. Битката в третото небе в началото, която представлява битката в първото небе в края, се водеше, докато благодатното време все още беше отворено.</w:t>
      </w:r>
    </w:p>
    <w:p>
      <w:pPr>
        <w:pStyle w:val="ArticleBody"/>
        <w:jc w:val="left"/>
      </w:pPr>
      <w:r>
        <w:rPr>
          <w:rFonts w:ascii="Times New Roman" w:hAnsi="Times New Roman" w:eastAsia="Times New Roman" w:cs="Times New Roman"/>
        </w:rPr>
        <w:t>„Жената“, която е бременна, представлява Божията църква през цялата история, а в историята на Христос тя щеше да роди Младенеца от мъжки пол, Исус. В последните дни тя ражда близнаци. Непосредствено преди неделния закон тя ражда сто четиридесет и четирите хиляди от Откровение 7, а при неделния закон започва родилните мъки по раждането на голямото множество от Откровение 7. Нейните близнаци не са еднояйчни, но са близнаци, и първородният е Илия, а по-младият син е Моисей.</w:t>
      </w:r>
    </w:p>
    <w:p>
      <w:pPr>
        <w:pStyle w:val="ArticleBody"/>
        <w:jc w:val="left"/>
      </w:pPr>
      <w:r>
        <w:rPr>
          <w:rFonts w:ascii="Times New Roman" w:hAnsi="Times New Roman" w:eastAsia="Times New Roman" w:cs="Times New Roman"/>
        </w:rPr>
        <w:t>В началото на духовния Израил змеят на езическия Рим чакаше да погълне Младенеца от мъжки пол — Исус, а змеят на съвременния Рим сега чака да погълне мъжкото дете на сто четиридесет и четирите хиляди. Както езическият Рим преследваше ранната християнска църква, така и съвременният Рим ще повтори преследването по време на кризата на неделния закон. В ранната християнска църква жената побягна в пустинята за хиляда двеста и шестдесет буквални години, а преследването по време на кризата на неделния закон е символизирано чрез четиридесет и двата месеца от Откровение, глава тринадесета, стих пети. В пустинята Божият народ има приготвено за него място, където бива хранен и поддържан.</w:t>
      </w:r>
    </w:p>
    <w:p>
      <w:pPr>
        <w:pStyle w:val="ArticleBody"/>
        <w:jc w:val="left"/>
      </w:pPr>
      <w:r>
        <w:rPr>
          <w:rFonts w:ascii="Times New Roman" w:hAnsi="Times New Roman" w:eastAsia="Times New Roman" w:cs="Times New Roman"/>
        </w:rPr>
        <w:t>В Откровение, глава осма, стих тринадесети, последните три тръби са обозначени като три горко. Горките в Откровение представляват тръбните съдби на исляма срещу силите, които прокарват неделни закони. Във войната, която е илюстрирана в глава дванадесета, ролята на исляма е посочена, когато се казва: „Горко на живеещите по земята и по морето! защото дяволът слезе при вас с голям гняв, понеже знае, че му остава малко време.“ Гонението, което Езавел извършва чрез своя отстъпил съпруг Ахав, е насочено към звяра от „земята“ и звяра от „морето“.</w:t>
      </w:r>
    </w:p>
    <w:p>
      <w:pPr>
        <w:pStyle w:val="ArticleBody"/>
        <w:jc w:val="left"/>
      </w:pPr>
      <w:r>
        <w:rPr>
          <w:rFonts w:ascii="Times New Roman" w:hAnsi="Times New Roman" w:eastAsia="Times New Roman" w:cs="Times New Roman"/>
        </w:rPr>
        <w:t>Движението на могъщия ангел от Откровение осемнадесета глава, както и всяко реформаторско движение, има четири първостепенни ориентири, които водят към съда и го включват. За движението на първия ангел тези четири ориентира бяха 11 август 1840 г., първото разочарование през пролетта на 1843 г., идването на вестта на Среднощния вик от 12 до 17 август 1844 г. и откриването на съда на 22 октомври 1844 г. Всеки от тези четири ориентира притежаваше една и съща всеобхватна тема — „време“. 11 август 1840 г. беше изпълнение на времевото пророчество от Откровение, глава девета, стих петнадесети. Първото разочарование от 1843 г. представляваше неуспешно предсказание за време. Вестта на Среднощния вик беше поправянето на предишното неуспешно предсказание за време, а 22 октомври 1844 г. беше изпълнението на предсказаното време на вестта на Среднощния вик.</w:t>
      </w:r>
    </w:p>
    <w:p>
      <w:pPr>
        <w:pStyle w:val="ArticleBody"/>
        <w:jc w:val="left"/>
      </w:pPr>
      <w:r>
        <w:rPr>
          <w:rFonts w:ascii="Times New Roman" w:hAnsi="Times New Roman" w:eastAsia="Times New Roman" w:cs="Times New Roman"/>
        </w:rPr>
        <w:t>Движението на третия ангел има същите четири ориентири, защото те съществуват във всяка реформена линия; и както при всички тези четири ориентири на всяка реформена линия, всеки ориентир притежава същата пророческа тема. Ислямът на третото горко е темата на четирите ориентира в движението на сто четиридесет и четирите хиляди. На 11 септември 2001 г. ислямът на третото горко бе пуснат, а след това възпрян. Неуспешното предсказание от 18 юли 2020 г. посочи ислямска атака срещу Нашвил, Тенеси, и представляваше исляма на третото горко. Вестта, която събужда мъртвите сухи кости, които са на улицата в Откровение единадесета глава, е съвършеното и окончателно изпълнение на вестта на Среднощния вик и представлява поправка на предсказанието за Нашвил (без елемента време). Тя ще се изпълни при четвъртия ориентир, който е неделният закон, където ислямът на третото горко ще порази Съединените щати поради налагането от тяхна страна на скоро идващия неделен закон.</w:t>
      </w:r>
    </w:p>
    <w:p>
      <w:pPr>
        <w:pStyle w:val="ArticleBody"/>
        <w:jc w:val="left"/>
      </w:pPr>
      <w:r>
        <w:rPr>
          <w:rFonts w:ascii="Times New Roman" w:hAnsi="Times New Roman" w:eastAsia="Times New Roman" w:cs="Times New Roman"/>
        </w:rPr>
        <w:t>Когато тази истина бъде осъзната, във връзка с факта, че мощното движение на третия ангел е предупреждение за предстоящ съд, ислямският съд, представен от третото „горко“, може лесно да бъде разбран като „горкото“, което се стоварва върху „земята“ и „морето“.</w:t>
      </w:r>
    </w:p>
    <w:p>
      <w:pPr>
        <w:pStyle w:val="ArticleBody"/>
        <w:jc w:val="left"/>
      </w:pPr>
      <w:r>
        <w:rPr>
          <w:rFonts w:ascii="Times New Roman" w:hAnsi="Times New Roman" w:eastAsia="Times New Roman" w:cs="Times New Roman"/>
        </w:rPr>
        <w:t>Съдът над живите започна на 11 септември 2001 г. и от този момент до скоро идващия неделен закон в Съединените щати се извършва изпитът за формирането на образа на звяра. От неделния закон, докато Михаил не се надигне и времето на благодатта за човечеството не приключи, тогава останалата част от света ще бъде изпитвана чрез формирането на образа на звяра. Независимо дали се изпитват адвентистите от седмия ден в Съединените щати, или след неделния закон се изпитва целият свят, изпитът е определен като изпитът, при който ще бъде решена нашата вечна съдба. Това е също и изпитът, който трябва да издържим, преди времето на благодатта да приключи при неделния закон. Пророческото явление на изпит относно образа на звяра първо в Съединените щати, а след това отново в света, е съществено да бъде разбрано правилно.</w:t>
      </w:r>
    </w:p>
    <w:p>
      <w:pPr>
        <w:pStyle w:val="ArticleScripture"/>
        <w:jc w:val="left"/>
      </w:pPr>
      <w:r>
        <w:rPr>
          <w:rFonts w:ascii="Times New Roman" w:hAnsi="Times New Roman" w:eastAsia="Times New Roman" w:cs="Times New Roman"/>
        </w:rPr>
        <w:t>„Когато Америка, страната на религиозната свобода, се съедини с папството в насилването на съвестта и в принуждаването на хората да почитат фалшивата събота, народите на всички страни по земното кълбо ще бъдат подтикнати да последват нейния пример.“ Свидетелства, том 6, с. 18.</w:t>
      </w:r>
    </w:p>
    <w:p>
      <w:pPr>
        <w:pStyle w:val="ArticleBody"/>
        <w:jc w:val="left"/>
      </w:pPr>
      <w:r>
        <w:rPr>
          <w:rFonts w:ascii="Times New Roman" w:hAnsi="Times New Roman" w:eastAsia="Times New Roman" w:cs="Times New Roman"/>
        </w:rPr>
        <w:t>Когато символите бъдат разбрани, тогава пасажът в Откровение тринадесета глава, който разглежда тези две последователни, но тъждествени изпитания на образа на звяра, може лесно да бъде разпознат. Това е важно поради различни причини. Една от причините е, че покварените средства за общуване, които Луцифер използва в първата война в третото небе, илюстрират как покварените средства за общуване на Сатана ще се проявят отново в последната война в първото небе.</w:t>
      </w:r>
    </w:p>
    <w:p>
      <w:pPr>
        <w:pStyle w:val="ArticleBody"/>
        <w:jc w:val="left"/>
      </w:pPr>
      <w:r>
        <w:rPr>
          <w:rFonts w:ascii="Times New Roman" w:hAnsi="Times New Roman" w:eastAsia="Times New Roman" w:cs="Times New Roman"/>
        </w:rPr>
        <w:t>Войната на първото небе, която започва при неделния закон, се осъществява по време на изпитателния период на образа на звяра за целия свят. От 11 септември 2001 г. насам в Съединените щати протича изпитателният период на образа на звяра. Когато разпознаем тези два изпитателни периода като последователни, започващи със Съединените щати, а след това и със света, тогава можем да включим истини, представени във войната от Откровение, глава дванадесета, обратно в историята от 2001 г., чак до неделния закон. Като пример, покварените съобщения на Луцифер, които се определят като хипноза, ще бъдат използвани в съвременно приложение от силата на змея по време на битката на първото небе от Откровение, глава дванадесета. Хипнозата, която змеят използва в тази история, е с цел да бъдат убити онези, които Йезавел е определила като еретици.</w:t>
      </w:r>
    </w:p>
    <w:p>
      <w:pPr>
        <w:pStyle w:val="ArticleBody"/>
        <w:jc w:val="left"/>
      </w:pPr>
      <w:r>
        <w:rPr>
          <w:rFonts w:ascii="Times New Roman" w:hAnsi="Times New Roman" w:eastAsia="Times New Roman" w:cs="Times New Roman"/>
        </w:rPr>
        <w:t>В историята на 2001 година, до неделния закон, двамата свидетели бяха убити на улицата на Содом и Египет. В първото изпълнение на Откровение единадесета глава народът, представен чрез Содом и Египет, беше Франция. Франция е пророчески народ, който се състои от две власти, както беше Мидо-Персийската империя, както беше древният Израил в своите разделени царства и както бяха двете племена на Юда, представени от Юда и Вениамин. Всички двуроги народи символично представят двурогия народ на Съединените щати.</w:t>
      </w:r>
    </w:p>
    <w:p>
      <w:pPr>
        <w:pStyle w:val="ArticleBody"/>
        <w:jc w:val="left"/>
      </w:pPr>
      <w:r>
        <w:rPr>
          <w:rFonts w:ascii="Times New Roman" w:hAnsi="Times New Roman" w:eastAsia="Times New Roman" w:cs="Times New Roman"/>
        </w:rPr>
        <w:t>Градът Содом и народът Египет представляват двата рога на републиканизма (Египет) и протестантизма (Содом). Двата рога бяха поразени през 2020 година — рогът на републиканизма и рогът на протестантизма. Тогава бе употребен хипнотизмът, прилаган от глобалистките драконови сили чрез средството на световната мрежа, по същия начин, по който ще бъде употребен в предстоящата война на първото небе. Чрез контролиране на посланието, което световната мрежа произвеждаше, изборите през 2020 година бяха научно манипулирани, за да произведат резултат, съгласуващ се с философията на глобализма. Това е просто пример за необходимостта да се разбира, че изпитът на образа на звяра се осъществява първо в Съединените щати, а след това в света.</w:t>
      </w:r>
    </w:p>
    <w:p>
      <w:pPr>
        <w:pStyle w:val="ArticleScripture"/>
        <w:jc w:val="left"/>
      </w:pPr>
      <w:r>
        <w:rPr>
          <w:rFonts w:ascii="Times New Roman" w:hAnsi="Times New Roman" w:eastAsia="Times New Roman" w:cs="Times New Roman"/>
        </w:rPr>
        <w:t>„Господ ми е показал ясно, че образът на звяра ще бъде изграден, преди да се затвори времето на благодатта; защото това ще бъде великото изпитание за Божия народ, чрез което ще се реши вечната му съдба. Вашето становище е такава смесица от несъответствия, че само малцина ще бъдат измамени.</w:t>
      </w:r>
    </w:p>
    <w:p>
      <w:pPr>
        <w:pStyle w:val="ArticleScripture"/>
        <w:jc w:val="left"/>
      </w:pPr>
      <w:r>
        <w:rPr>
          <w:rFonts w:ascii="Times New Roman" w:hAnsi="Times New Roman" w:eastAsia="Times New Roman" w:cs="Times New Roman"/>
        </w:rPr>
        <w:t>„В Откровение 13 този въпрос е ясно представен; [Откровение 13:11–17, цитирано].“</w:t>
      </w:r>
    </w:p>
    <w:p>
      <w:pPr>
        <w:pStyle w:val="ArticleScripture"/>
        <w:jc w:val="left"/>
      </w:pPr>
      <w:r>
        <w:rPr>
          <w:rFonts w:ascii="Times New Roman" w:hAnsi="Times New Roman" w:eastAsia="Times New Roman" w:cs="Times New Roman"/>
        </w:rPr>
        <w:t>„Това е изпитът, който Божият народ трябва да премине, преди да бъде запечатан. Всички, които доказаха верността си към Бога, като спазват Неговия закон и отказват да приемат един подправен съботен ден, ще застанат под знамето на Господа Бога Йехова и ще получат печата на живия Бог. А онези, които отстъпват истината от небесен произход и приемат неделната събота, ще получат белега на звяра.“ Manuscript Releases, volume 15, 15.</w:t>
      </w:r>
    </w:p>
    <w:p>
      <w:pPr>
        <w:pStyle w:val="ArticleBody"/>
        <w:jc w:val="left"/>
      </w:pPr>
      <w:r>
        <w:rPr>
          <w:rFonts w:ascii="Times New Roman" w:hAnsi="Times New Roman" w:eastAsia="Times New Roman" w:cs="Times New Roman"/>
        </w:rPr>
        <w:t>Благодатното време за адвентистите от седмия ден приключва с налагането на неделния закон. Онези страни, които следват примера на Съединените щати, ще приключат своето благодатно време, както сториха и Съединените щати.</w:t>
      </w:r>
    </w:p>
    <w:p>
      <w:pPr>
        <w:pStyle w:val="ArticleScripture"/>
        <w:jc w:val="left"/>
      </w:pPr>
      <w:r>
        <w:rPr>
          <w:rFonts w:ascii="Times New Roman" w:hAnsi="Times New Roman" w:eastAsia="Times New Roman" w:cs="Times New Roman"/>
        </w:rPr>
        <w:t>„Чуждите народи ще последват примера на Съединените щати. Макар че тя повежда, все пак същата криза ще дойде върху нашия народ във всички части на света.“ Свидетелства, том 6, 395.</w:t>
      </w:r>
    </w:p>
    <w:p>
      <w:pPr>
        <w:pStyle w:val="ArticleBody"/>
        <w:jc w:val="left"/>
      </w:pPr>
      <w:r>
        <w:rPr>
          <w:rFonts w:ascii="Times New Roman" w:hAnsi="Times New Roman" w:eastAsia="Times New Roman" w:cs="Times New Roman"/>
        </w:rPr>
        <w:t>Последните движения са бързи.</w:t>
      </w:r>
    </w:p>
    <w:p>
      <w:pPr>
        <w:pStyle w:val="ArticleScripture"/>
        <w:jc w:val="left"/>
      </w:pPr>
      <w:r>
        <w:rPr>
          <w:rFonts w:ascii="Times New Roman" w:hAnsi="Times New Roman" w:eastAsia="Times New Roman" w:cs="Times New Roman"/>
        </w:rPr>
        <w:t>„Силите на злото обединяват своите сили и се консолидират. Те се укрепват за последната велика криза. Скоро ще настъпят големи промени в нашия свят и последните движения ще бъдат бързи.“ Свидетелства, том 9, 11.</w:t>
      </w:r>
    </w:p>
    <w:p>
      <w:pPr>
        <w:pStyle w:val="ArticleBody"/>
        <w:jc w:val="left"/>
      </w:pPr>
      <w:r>
        <w:rPr>
          <w:rFonts w:ascii="Times New Roman" w:hAnsi="Times New Roman" w:eastAsia="Times New Roman" w:cs="Times New Roman"/>
        </w:rPr>
        <w:t>За да се разбере изпитанието, свързано с образа на звяра, е необходимо известно равнище на техническо пророческо приложение. Като начало, белегът на звяра и образът на звяра са два различни символа.</w:t>
      </w:r>
    </w:p>
    <w:p>
      <w:pPr>
        <w:pStyle w:val="ArticleScripture"/>
        <w:jc w:val="left"/>
      </w:pPr>
      <w:r>
        <w:rPr>
          <w:rFonts w:ascii="Times New Roman" w:hAnsi="Times New Roman" w:eastAsia="Times New Roman" w:cs="Times New Roman"/>
        </w:rPr>
        <w:t>„„Образът на звяра“ представлява онази форма на отстъпнически протестантизъм, която ще се развие, когато протестантските църкви потърсят помощта на гражданската власт за налагането на своите догми. „Белегът на звяра“ все още остава да бъде определен.“ Великата борба, 445.</w:t>
      </w:r>
    </w:p>
    <w:p>
      <w:pPr>
        <w:pStyle w:val="ArticleBody"/>
        <w:jc w:val="left"/>
      </w:pPr>
      <w:r>
        <w:rPr>
          <w:rFonts w:ascii="Times New Roman" w:hAnsi="Times New Roman" w:eastAsia="Times New Roman" w:cs="Times New Roman"/>
        </w:rPr>
        <w:t>Белегът на звяра е спазването на неделята, а образът на звяра е църква, която използва гражданската власт, за да наложи своите религиозни учения.</w:t>
      </w:r>
    </w:p>
    <w:p>
      <w:pPr>
        <w:pStyle w:val="ArticleScripture"/>
        <w:jc w:val="left"/>
      </w:pPr>
      <w:r>
        <w:rPr>
          <w:rFonts w:ascii="Times New Roman" w:hAnsi="Times New Roman" w:eastAsia="Times New Roman" w:cs="Times New Roman"/>
        </w:rPr>
        <w:t>„Налагането на неделното съблюдаване от страна на протестантските църкви е налагане на поклонение пред папството — пред звяра. Онези, които, разбирайки изискванията на четвъртата заповед, избират да съблюдават фалшивата вместо истинската събота, с това отдават почит на онази власт, единствено от която то е заповядано. Но в самия акт на налагане на религиозно задължение чрез светска власт църквите сами биха образували образ на звяра; следователно налагането на неделното съблюдаване в Съединените щати би било налагане на поклонение пред звяра и неговия образ.“ The Great Controversy, 448, 449.</w:t>
      </w:r>
    </w:p>
    <w:p>
      <w:pPr>
        <w:pStyle w:val="ArticleBody"/>
        <w:jc w:val="left"/>
      </w:pPr>
      <w:r>
        <w:rPr>
          <w:rFonts w:ascii="Times New Roman" w:hAnsi="Times New Roman" w:eastAsia="Times New Roman" w:cs="Times New Roman"/>
        </w:rPr>
        <w:t>Образът на звяра представлява съчетаването на църква и държава, при което църквата упражнява контрол над това взаимоотношение. Езавел властваше над Ахав, както Иродиада властваше над Ирод. Белегът на звяра е спазването на неделята. Образът на звяра се развива в течение на определен период от време. Белегът на звяра обозначава определен момент във времето. Образът на звяра се развива постепенно, но достига пълната си зрялост едва когато има властта да принуди държавата да узакони неговите религиозни догми. Изпитът е свързан с „формирането“ на образа.</w:t>
      </w:r>
    </w:p>
    <w:p>
      <w:pPr>
        <w:pStyle w:val="ArticleScripture"/>
        <w:jc w:val="left"/>
      </w:pPr>
      <w:r>
        <w:rPr>
          <w:rFonts w:ascii="Times New Roman" w:hAnsi="Times New Roman" w:eastAsia="Times New Roman" w:cs="Times New Roman"/>
        </w:rPr>
        <w:t>„Но какво е „образът на звяра“? И как трябва да бъде създаден? Образът е направен от двурогия звяр и е образ на звяра. Той се нарича също и образ на звяра. Следователно, за да узнаем какъв е образът и как трябва да бъде създаден, трябва да изследваме характеристиките на самия звяр — папството.</w:t>
      </w:r>
    </w:p>
    <w:p>
      <w:pPr>
        <w:pStyle w:val="ArticleScripture"/>
        <w:jc w:val="left"/>
      </w:pPr>
      <w:r>
        <w:rPr>
          <w:rFonts w:ascii="Times New Roman" w:hAnsi="Times New Roman" w:eastAsia="Times New Roman" w:cs="Times New Roman"/>
        </w:rPr>
        <w:t>„Когато ранната църква се поквари, като отстъпи от простотата на евангелието и прие езически обреди и обичаи, тя изгуби Духа и силата на Бога; и за да владее над съвестта на народа, потърси подкрепата на светската власт. Резултатът беше папството — църква, която контролираше държавната власт и я използваше, за да прокарва собствените си цели, особено за наказването на „ерес“. За да създадат Съединените щати образ на звяра, религиозната власт трябва дотолкова да овладее гражданското управление, че държавната власт също да бъде използвана от църквата за осъществяването на нейните собствени цели.“ Великата борба, 443.</w:t>
      </w:r>
    </w:p>
    <w:p>
      <w:pPr>
        <w:pStyle w:val="ArticleBody"/>
        <w:jc w:val="left"/>
      </w:pPr>
      <w:r>
        <w:rPr>
          <w:rFonts w:ascii="Times New Roman" w:hAnsi="Times New Roman" w:eastAsia="Times New Roman" w:cs="Times New Roman"/>
        </w:rPr>
        <w:t>Разграничението между образа на звяра и белега на звяра е сравнително традиционно адвентно разбиране. Там, където адвентизмът обикновено се отклонява по този въпрос, е в тринадесета глава на Откровение. По някакъв начин той смесва дейността на Съединените щати след неделния закон, когато те принуждават света да издигне образ на звяра, с издигането на образа на звяра в Съединените щати. Това са два различни пророчески периода.</w:t>
      </w:r>
    </w:p>
    <w:p>
      <w:pPr>
        <w:pStyle w:val="ArticleBody"/>
        <w:jc w:val="left"/>
      </w:pPr>
      <w:r>
        <w:rPr>
          <w:rFonts w:ascii="Times New Roman" w:hAnsi="Times New Roman" w:eastAsia="Times New Roman" w:cs="Times New Roman"/>
        </w:rPr>
        <w:t>Христос дойде, за да потвърди завета с мнозина за една седмица, и в средата на седмицата Той бе разпнат. Така тази седмица е предобраз на двата времеви периода, когато се образува образът на звяра. Седмицата на Христос бе разделена на два еднакви периода, представляващи образа на Христос. Двата изпитни времеви периода в последните дни представляват образа на антихриста.</w:t>
      </w:r>
    </w:p>
    <w:p>
      <w:pPr>
        <w:pStyle w:val="ArticleBody"/>
        <w:jc w:val="left"/>
      </w:pPr>
      <w:r>
        <w:rPr>
          <w:rFonts w:ascii="Times New Roman" w:hAnsi="Times New Roman" w:eastAsia="Times New Roman" w:cs="Times New Roman"/>
        </w:rPr>
        <w:t>В първия период от хиляда двеста и шестдесет дни Христос носеше Своето собствено свидетелство, а след това умря на кръста. След това имаше още един тъждествен период от хиляда двеста и шестдесет дни, през който учениците свидетелстваха, докато Михаил се надигна при убиването с камъни на Стефан. Кръстът е предобраз на неделния закон. Двата периода на изпитване, свързани с образуването на образа на звяра, определят първия период във връзка със сто четиридесет и четирите хиляди, които са предобразени от Христос, и този период завършва при неделния закон, който е предобразен от кръста. Последният тъждествен период на изпитване, който беше представен чрез делото на учениците по времето на Христос, е съсредоточен върху голямото множество и завършва, когато Михаил се надигне — не при убиването с камъни на Стефан, а при края на благодатното време за човечеството в Даниил 12:1.</w:t>
      </w:r>
    </w:p>
    <w:p>
      <w:pPr>
        <w:pStyle w:val="ArticleBody"/>
        <w:jc w:val="left"/>
      </w:pPr>
      <w:r>
        <w:rPr>
          <w:rFonts w:ascii="Times New Roman" w:hAnsi="Times New Roman" w:eastAsia="Times New Roman" w:cs="Times New Roman"/>
        </w:rPr>
        <w:t>Някои не успяват да видят действителната последователност на събитията в Откровение тринадесета глава, от единадесети стих нататък, поради онова, което често изглежда като преднамерено нежелание да се признае, че когато Съединените щати говорят като змей, това представлява пълното формиране на образа на звяра в Съединените щати. За да могат Съединените щати да приемат закон за неделята, образът на звяра в Съединените щати трябва да бъде формиран преди закона за неделята. Прочетете отново няколкото предходни пасажа, току-що цитирани от „Великата борба“, ако не разбирате тази мисъл.</w:t>
      </w:r>
    </w:p>
    <w:p>
      <w:pPr>
        <w:pStyle w:val="ArticleBody"/>
        <w:jc w:val="left"/>
      </w:pPr>
      <w:r>
        <w:rPr>
          <w:rFonts w:ascii="Times New Roman" w:hAnsi="Times New Roman" w:eastAsia="Times New Roman" w:cs="Times New Roman"/>
        </w:rPr>
        <w:t>Когато в единадесетия стих на тринадесета глава Съединените щати говорят като змей, това представлява действието на законодателните и съдебните власти, които приемат закон за неделята по указание на отстъпилите църкви в Съединените щати. Указът за закона за неделята излиза от устата на Съединените щати.</w:t>
      </w:r>
    </w:p>
    <w:p>
      <w:pPr>
        <w:pStyle w:val="ArticleScripture"/>
        <w:jc w:val="left"/>
      </w:pPr>
      <w:r>
        <w:rPr>
          <w:rFonts w:ascii="Times New Roman" w:hAnsi="Times New Roman" w:eastAsia="Times New Roman" w:cs="Times New Roman"/>
        </w:rPr>
        <w:t>„Видях, че звярът с двата рога имаше устата на змей и че силата му беше в главата му, и че указът щеше да излезе от устата му.“ Spalding and Magan, 1.</w:t>
      </w:r>
    </w:p>
    <w:p>
      <w:pPr>
        <w:pStyle w:val="ArticleBody"/>
        <w:jc w:val="left"/>
      </w:pPr>
      <w:r>
        <w:rPr>
          <w:rFonts w:ascii="Times New Roman" w:hAnsi="Times New Roman" w:eastAsia="Times New Roman" w:cs="Times New Roman"/>
        </w:rPr>
        <w:t>Винаги ме е удивлявало, че адвентизмът трудно разпознава, че когато земният звяр с двата рога проговаря като змей, това не просто бележи неделния закон в Съединените щати, но също така бележи, че образът на папския морски звяр е напълно развит. За да могат Съединените щати да приемат неделния закон, съчетанието между църква и държава трябва преди това да е било напълно развито. Отстъпилите църкви на Съединените щати не просто се събират в понеделник, после отиват в Конгреса във вторник и казват на Конгреса, че искат до сряда да бъде прието неделно законодателство. Процесът на съчетаване, който протича между църква и държава, е представен като „формирането“ на образа на звяра, подобно на „формирането“ на златния образ в Даниил, 3 глава; изграждането му ще отнеме известно време. Образът на звяра е системата, която папството използва, за да убие милионите мъченици през Тъмните векове, и са необходими обществени, политически, религиозни и икономически развития, за да се създадат обществената среда и необходимият правен прецедент, за да бъде наложен неделният закон. Тези развития представляват изпитанието на образа на звяра, чрез „което нашата вечна съдба ще бъде решена“, и представляват изпитанието, което трябва да издържим „преди да бъдем запечатани“.</w:t>
      </w:r>
    </w:p>
    <w:p>
      <w:pPr>
        <w:pStyle w:val="ArticleScripture"/>
        <w:jc w:val="left"/>
      </w:pPr>
      <w:r>
        <w:rPr>
          <w:rFonts w:ascii="Times New Roman" w:hAnsi="Times New Roman" w:eastAsia="Times New Roman" w:cs="Times New Roman"/>
        </w:rPr>
        <w:t>„Господ ми е показал ясно, че образът на звяра ще бъде издигнат преди да приключи изпитателното време; защото именно той ще бъде великото изпитание за Божия народ, чрез което ще се реши вечната му участ.... Това е изпитанието, което Божият народ трябва да премине, преди да бъде запечатан.“ Manuscript Releases, том 15, 15.</w:t>
      </w:r>
    </w:p>
    <w:p>
      <w:pPr>
        <w:pStyle w:val="ArticleBody"/>
        <w:jc w:val="left"/>
      </w:pPr>
      <w:r>
        <w:rPr>
          <w:rFonts w:ascii="Times New Roman" w:hAnsi="Times New Roman" w:eastAsia="Times New Roman" w:cs="Times New Roman"/>
        </w:rPr>
        <w:t>Неделният закон е кризата в полунощ, която намира своето окончателно съвършено изпълнение в притчата за десетте девици. В тази среднощна криза ще се прояви дали сме мъдри филаделфийски или неразумни лаодикийски девици. Неразумните приемат белега на звяра, а мъдрите приемат Божия печат. Всеки, който някога се е присъединил към Църквата на адвентистите от седмия ден, се е съгласил със списъка на доктриналните истини преди да стане член, и следователно на всеки адвентист от седмия ден е била представена светлината на истината за съботата.</w:t>
      </w:r>
    </w:p>
    <w:p>
      <w:pPr>
        <w:pStyle w:val="ArticleScripture"/>
        <w:jc w:val="left"/>
      </w:pPr>
      <w:r>
        <w:rPr>
          <w:rFonts w:ascii="Times New Roman" w:hAnsi="Times New Roman" w:eastAsia="Times New Roman" w:cs="Times New Roman"/>
        </w:rPr>
        <w:t>„Ако светлината на истината ви е била представена, разкривайки съботата на четвъртата заповед и показвайки, че в Божието Слово няма никакво основание за спазването на неделята, и въпреки това вие все още се държите за фалшивата събота, отказвайки да пазите свята съботата, която Бог нарича „Моя свят ден“, вие приемате белега на звяра. Кога става това? — Когато се подчинявате на постановлението, което ви заповядва да престанете от труд в неделя и да се покланяте на Бога, докато знаете, че в Библията няма нито дума, която да показва, че неделята е нещо друго освен обикновен работен ден, вие се съгласявате да приемете белега на звяра и отказвате печата на Бога. Ако приемем този белег на челата си или на ръцете си, присъдите, произнесени срещу непокорните, трябва да паднат върху нас. Но печатът на живия Бог се полага върху онези, които съвестно пазят съботата на Господа.“ Review and Herald, 27 април 1911 г.</w:t>
      </w:r>
    </w:p>
    <w:p>
      <w:pPr>
        <w:pStyle w:val="ArticleBody"/>
        <w:jc w:val="left"/>
      </w:pPr>
      <w:r>
        <w:rPr>
          <w:rFonts w:ascii="Times New Roman" w:hAnsi="Times New Roman" w:eastAsia="Times New Roman" w:cs="Times New Roman"/>
        </w:rPr>
        <w:t>Формирането на образа на звяра в Съединените щати започна пророчески на 11 септември 2001 година. Има няколко пророчески свидетелства, които потвърждават този факт. От този момент до скоро идващия неделен закон адвентистите от седмия ден определят вечната си участ въз основа на това дали издържат изпита на образа на звяра или се провалят на изпита на образа на звяра. Бих твърдял, че твърде малко адвентисти от седмия ден изобщо знаят, че образът на звяра е изпитание. Малцина, ако изобщо има такива, знаят как той може да бъде изпитание и, което е по-важно, не знаят какво се изисква, за да издържат изпита. Ние сме съдени не само според светлината, която притежаваме, но и според светлината, която бихме могли да притежаваме, ако бихме се посветили на разбирането на увеличението на знанието. Следователно лаодикийската слепота е най-голямата слепота в шест хиляди години грях.</w:t>
      </w:r>
    </w:p>
    <w:p>
      <w:pPr>
        <w:pStyle w:val="ArticleScripture"/>
        <w:jc w:val="left"/>
      </w:pPr>
      <w:r>
        <w:rPr>
          <w:rFonts w:ascii="Times New Roman" w:hAnsi="Times New Roman" w:eastAsia="Times New Roman" w:cs="Times New Roman"/>
        </w:rPr>
        <w:t>Народът Ми загива поради липса на знание; понеже ти отхвърли знанието, и Аз ще те отхвърля, за да не Ми бъдеш свещеник; тъй като си забравил закона на своя Бог, и Аз ще забравя твоите деца. Осия 4:6.</w:t>
      </w:r>
    </w:p>
    <w:p>
      <w:pPr>
        <w:pStyle w:val="ArticleBody"/>
        <w:jc w:val="left"/>
      </w:pPr>
      <w:r>
        <w:rPr>
          <w:rFonts w:ascii="Times New Roman" w:hAnsi="Times New Roman" w:eastAsia="Times New Roman" w:cs="Times New Roman"/>
        </w:rPr>
        <w:t>Изпитанието на образуването на образа на звяра завършва с скоро предстоящия неделен закон, и ако не сме издържали това изпитание, ще приемем белега на звяра заедно с всички други неразумни лаодикийски девици, които отказаха да се снабдят с масло. Тук не защитавам защо разбирам, че изпитанието относно образа на звяра е започнало на 11 септември 2001 г. и завършва при неделния закон. Аз просто посочвам пророческата логика, необходима, за да се разбере ролята на Съединените щати, както е посочена в Откровение тринадесета глава, след като те приемат неделния закон. В единадесети стих се казва, че говори като змей, и от този момент нататък е важно да се следи думата „той“. Образът на звяра, който Съединените щати тогава принуждават света да издигне, не е образът на звяра в Съединените щати, защото това вече принадлежи на миналото.</w:t>
      </w:r>
    </w:p>
    <w:p>
      <w:pPr>
        <w:pStyle w:val="ArticleScripture"/>
        <w:jc w:val="left"/>
      </w:pPr>
      <w:r>
        <w:rPr>
          <w:rFonts w:ascii="Times New Roman" w:hAnsi="Times New Roman" w:eastAsia="Times New Roman" w:cs="Times New Roman"/>
        </w:rPr>
        <w:t>И видях друг звяр да възлиза от земята; и имаше два рога, подобни на агнешки, а говореше като змей. И упражнява цялата власт на първия звяр пред него и прави така, че земята и онези, които живеят на нея, да се поклонят на първия звяр, чиято смъртоносна рана бе изцелена. И върши големи знамения, дотолкова че сваля и огън от небето на земята пред очите на човеците, и мами живеещите на земята чрез знаменията, които му бе дадено да върши пред звяра; като казва на живеещите на земята да направят образ на звяра, който имаше раната от меч и оживя. И му бе дадено да вдъхне живот на образа на звяра, така че образът на звяра и да проговори, и да направи така, че всички, които не биха се поклонили на образа на звяра, да бъдат убити. И прави така, че всички — малки и големи, богати и сиромаси, свободни и роби — да получат белег на дясната си ръка или на челата си; и никой да не може нито да купува, нито да продава, освен онзи, който има белега, или името на звяра, или числото на името му. Откровение 13:11–17.</w:t>
      </w:r>
    </w:p>
    <w:p>
      <w:pPr>
        <w:pStyle w:val="ArticleBody"/>
        <w:jc w:val="left"/>
      </w:pPr>
      <w:r>
        <w:rPr>
          <w:rFonts w:ascii="Times New Roman" w:hAnsi="Times New Roman" w:eastAsia="Times New Roman" w:cs="Times New Roman"/>
        </w:rPr>
        <w:t>В тези седем стиха думата „той“ се среща осем пъти. Всеки път, когато се употребява думата „той“, тя се отнася обратно към първоначалния „той“, „който говореше като змей“, при неделния закон в Съединените щати. Изпитът относно образа на звяра, който адвентистите в Съединените щати или издържаха, или не издържаха, когато Съединените щати говореха като змей, след това се повтаря за адвентистите в другите народи по света, а също и за другите Божии деца, които все още са във Вавилон. В следващата статия ще продължим нашето разглеждане на Съединените щати в Откровение тринадесета глава, но нека ви напомня защо разглеждаме тази истина точно в това време.</w:t>
      </w:r>
    </w:p>
    <w:p>
      <w:pPr>
        <w:pStyle w:val="ArticleBody"/>
        <w:jc w:val="left"/>
      </w:pPr>
      <w:r>
        <w:rPr>
          <w:rFonts w:ascii="Times New Roman" w:hAnsi="Times New Roman" w:eastAsia="Times New Roman" w:cs="Times New Roman"/>
        </w:rPr>
        <w:t>Войната, която започна с Луцифер в третото небе, е прообраз на войната, която започва в първото небе при неделния закон. Покварените съобщения на змея са представени и в двете битки. Съвременното проявление на покварените съобщения на Сатана представлява хипнотичния транс, на който планетата Земя се поддава в историята след скоро предстоящия неделен закон. Тази заблуда се осъществява чрез контрола на световната мрежа върху онова, което се нарича „информационната супермагистрала“. Тези различни направления на „информационната супермагистрала“ са социалната, икономическата, религиозната, тъй наречената наука, развлечението и, което е по-важно, направлението на новинарските медии.</w:t>
      </w:r>
    </w:p>
    <w:p>
      <w:pPr>
        <w:pStyle w:val="ArticleBody"/>
        <w:jc w:val="left"/>
      </w:pPr>
      <w:r>
        <w:rPr>
          <w:rFonts w:ascii="Times New Roman" w:hAnsi="Times New Roman" w:eastAsia="Times New Roman" w:cs="Times New Roman"/>
        </w:rPr>
        <w:t>Щом бъде призната истината, че „информационната супермагистрала“ е съвременното проявление на сатанинските хипнотични съобщения, а също и на онази фина хипноза, която Сатана употреби в битката на ангелите в третото небе, можем да установим, че „информационната супермагистрала“ е елемент от „последното“ изпитание на образа на звяра за света, което се извършва след неделния закон. Тогава лесно ще бъде разпознато, че „първото“ изпитание на образа на звяра за Съединените щати трябва да притежава същите покварени сатанински съобщения като последното. Свидетелството за делото на Сатана по покваряването на „информационната супермагистрала“ от неделния закон до края на благодатното време предоставя доказателството за това как убийството на двата рога на републиканизма и на остатъка от истинския протестантизъм върху земния звяр беше осъществено през 2020 година. То бе осъществено чрез „информационната супермагистрала“, която Йоан нарича „улица“ в Откровение 11.</w:t>
      </w:r>
    </w:p>
    <w:p>
      <w:pPr>
        <w:pStyle w:val="ArticleBody"/>
        <w:jc w:val="left"/>
      </w:pPr>
      <w:r>
        <w:rPr>
          <w:rFonts w:ascii="Times New Roman" w:hAnsi="Times New Roman" w:eastAsia="Times New Roman" w:cs="Times New Roman"/>
        </w:rPr>
        <w:t>Разпечатването на тези пророчески факти е част от онова, което трябва да бъде разбрано от онези, които възнамеряват да издържат изпита на образа на звяра, за който пророчицата ясно видя, че ще бъде създаден преди края на изпитателното време и преди сто четиридесет и четирите хиляди да бъдат запечатани.</w:t>
      </w:r>
    </w:p>
    <w:p>
      <w:pPr>
        <w:pStyle w:val="ArticleScripture"/>
        <w:jc w:val="left"/>
      </w:pPr>
      <w:r>
        <w:rPr>
          <w:rFonts w:ascii="Times New Roman" w:hAnsi="Times New Roman" w:eastAsia="Times New Roman" w:cs="Times New Roman"/>
        </w:rPr>
        <w:t>„Когато указът бъде издаден и печатът бъде наложен, техният характер ще остане чист и непорочен за вечността.“ Свидетелства, том 5, с.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Откровението на Исус Христос – Число единадесет</dc:title>
  <dc:subject>Образът на звяра</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