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চল্লিশতম পদ্যের গোপন ইতিহাস - একত্রিশ নম্বর</w:t>
      </w:r>
    </w:p>
    <w:p>
      <w:pPr>
        <w:pStyle w:val="ArticleSubtitle"/>
        <w:jc w:val="left"/>
      </w:pPr>
      <w:r>
        <w:rPr>
          <w:rFonts w:ascii="Nirmala UI" w:hAnsi="Nirmala UI" w:eastAsia="Nirmala UI" w:cs="Nirmala UI"/>
        </w:rPr>
        <w:t>ইয়েজকিয়েল সংখ্যা বারো</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2026-09-20</w:t>
      </w:r>
    </w:p>
    <w:p>
      <w:pPr>
        <w:pStyle w:val="ArticleBody"/>
        <w:jc w:val="left"/>
      </w:pPr>
      <w:r>
        <w:rPr>
          <w:rFonts w:ascii="Nirmala UI" w:hAnsi="Nirmala UI" w:eastAsia="Nirmala UI" w:cs="Nirmala UI"/>
        </w:rPr>
        <w:t>পূর্ববর্তী প্রবন্ধটি যে অনুচ্ছেদে সমাপ্ত হয়েছিল, তা ছিল: “৩১৩ সালের চুক্তিভিত্তিক বিবাহ যুক্তরাষ্ট্রের সঙ্গে পাপাল শক্তির চূড়ান্ত চুক্তিভিত্তিক বিবাহকে নির্দেশ করে—প্রকাশিতবাক্য সতেরো অধ্যায়ের দশ রাজাদের মধ্যে প্রধান রাজা; এমন এক দ্বিশৃঙ্গ শক্তি, যা ফ্রান্সের দ্বিশৃঙ্গ শক্তির দ্বারা প্রতিরূপিত। ৪৯৬ সালে ক্লোভিসের মাধ্যমে যে ইতিহাসের সূচনা হয়েছিল এবং যা পরিণামে ৫৩৩ সালে জাস্টিনিয়ানের ফরমান ও ৫৩৮ সালে পাপাসির সিংহাসনারোহণে উপনীত হয়েছিল, তা ১৯৮৯ সাল থেকে রবিবার-আইন পর্যন্ত ইতিহাসকে প্রতিনিধিত্ব করে।”</w:t>
      </w:r>
    </w:p>
    <w:p>
      <w:pPr>
        <w:pStyle w:val="ArticleBody"/>
        <w:jc w:val="left"/>
      </w:pPr>
      <w:r>
        <w:rPr>
          <w:rFonts w:ascii="Nirmala UI" w:hAnsi="Nirmala UI" w:eastAsia="Nirmala UI" w:cs="Nirmala UI"/>
        </w:rPr>
        <w:t>রোনাল্ড রিগানকে ৪৯৬ সালে ক্লোভিসের দ্বারা প্রতিরূপিত করা হয়েছিল এবং ডোনাল্ড ট্রাম্পকে ৫৩৩ সালে জাস্টিনিয়ানের দ্বারা প্রতিরূপিত করা হয়। জাস্টিনিয়ানের ফরমান ৫৩৮ সালে পাপাসি সিংহাসনে আরোহণ করার পাঁচ বছর আগে এসেছিল, এবং মিলানের ফরমান ৩২১ সালের প্রথম রবিবার-আইনের আট বছর আগে এসেছিল। উভয়ই—ফরমান ও অধ্যাদেশ—সেই পথচিহ্নের সঙ্গে সঙ্গতিপূর্ণ, যা রবিবার-আইনের পূর্বে আসে।</w:t>
      </w:r>
    </w:p>
    <w:p>
      <w:pPr>
        <w:pStyle w:val="ArticleHeading"/>
        <w:jc w:val="left"/>
      </w:pPr>
      <w:r>
        <w:rPr>
          <w:rFonts w:ascii="Nirmala UI" w:hAnsi="Nirmala UI" w:eastAsia="Nirmala UI" w:cs="Nirmala UI"/>
        </w:rPr>
        <w:t>রেগান</w:t>
      </w:r>
    </w:p>
    <w:p>
      <w:pPr>
        <w:pStyle w:val="ArticleBody"/>
        <w:jc w:val="left"/>
      </w:pPr>
      <w:r>
        <w:rPr>
          <w:rFonts w:ascii="Nirmala UI" w:hAnsi="Nirmala UI" w:eastAsia="Nirmala UI" w:cs="Nirmala UI"/>
        </w:rPr>
        <w:t>১৮৭০ সালে ইতালীয় সৈন্যবাহিনী রোম দখল করে (২০ সেপ্টেম্বর ১৮৭০)। পোপীয় রাষ্ট্রসমূহ একটি ভৌগোলিক রাষ্ট্ররূপে অস্তিত্বহীন হয়ে যায়, এবং পোপ পায়াস নবম “ভ্যাটিকানের বন্দী” হয়ে পড়েন। সার্বভৌম রাষ্ট্র হিসেবে স্বীকৃত কোনো অবশিষ্ট পোপীয় ভূখণ্ড না থাকায়, যুক্তরাষ্ট্র (অন্যান্য বহু দেশের মতো) আর পোপের সঙ্গে একজন পার্থিব শাসক হিসেবে আনুষ্ঠানিক কূটনৈতিক সম্পর্ক বজায় রাখেনি। ১৯৫১ সালের অক্টোবর মাসে, প্রেসিডেন্ট হ্যারি এস. ট্রুম্যান জেনারেল মার্ক ডব্লিউ. ক্লার্ককে ভ্যাটিকানে যুক্তরাষ্ট্রের রাষ্ট্রদূত হিসেবে মনোনীত করেন। বহু প্রোটেস্ট্যান্ট গির্জা ও সংগঠনের পক্ষ থেকে দ্রুত প্রবল বিরোধিতা দেখা দেয়; তারা যুক্তি দেয় যে এই নিয়োগ গির্জা ও রাষ্ট্রের পৃথকীকরণের নীতি লঙ্ঘন করে। ১৯৫২ সালের জানুয়ারি মাসে জেনারেল ক্লার্ক তাঁর নাম প্রত্যাহার করেন।</w:t>
      </w:r>
    </w:p>
    <w:p>
      <w:pPr>
        <w:pStyle w:val="ArticleBody"/>
        <w:jc w:val="left"/>
      </w:pPr>
      <w:r>
        <w:rPr>
          <w:rFonts w:ascii="Nirmala UI" w:hAnsi="Nirmala UI" w:eastAsia="Nirmala UI" w:cs="Nirmala UI"/>
        </w:rPr>
        <w:t>১০ জানুয়ারি, ১৯৮৪ তারিখে প্রেসিডেন্ট রোনাল্ড রেগান এবং পোপ জন পল দ্বিতীয় আনুষ্ঠানিকভাবে সম্মত হন যে, যুক্তরাষ্ট্র ও হোলি সি-এর মধ্যে পূর্ণাঙ্গ কূটনৈতিক সম্পর্ক স্থাপন করা হবে। ৯ এপ্রিল, ১৯৮৪ তারিখে উইলিয়াম এ. উইলসন (যিনি ইতিমধ্যেই রেগানের ব্যক্তিগত প্রতিনিধি হিসেবে দায়িত্ব পালন করছিলেন) তাঁর পরিচয়পত্র পেশ করেন এবং হোলি সি-এ যুক্তরাষ্ট্রের প্রথম রাষ্ট্রদূত হন।</w:t>
      </w:r>
    </w:p>
    <w:p>
      <w:pPr>
        <w:pStyle w:val="ArticleBody"/>
        <w:jc w:val="left"/>
      </w:pPr>
      <w:r>
        <w:rPr>
          <w:rFonts w:ascii="Nirmala UI" w:hAnsi="Nirmala UI" w:eastAsia="Nirmala UI" w:cs="Nirmala UI"/>
        </w:rPr>
        <w:t>১৯৫১ সাল থেকে ১৯৮৪ সাল পর্যন্ত তেত্রিশ বছরের মধ্যে ক্যাথলিকবাদের বিরুদ্ধে প্রোটেস্ট্যান্টবাদের প্রতিরোধ বিলুপ্ত হয়ে গেল। ৪৯৬ সালে ক্লোভিসের মাধ্যমে যে “বাহুসমূহ” পাপাসির পক্ষে দাঁড়িয়েছিল, সেগুলি ১৯৮৪ থেকে ১৯৮৯ পর্যন্ত রেগানকে প্রতিরূপায়িত করে। ক্লোভিস সেই ধর্মের (পৌত্তলিকতার) অপসারণকে প্রতিনিধিত্ব করেছিলেন, যা পাপাসিকে পুনরায় ক্ষমতায় আরোহণ করা থেকে বিরত রেখেছিল; এবং ১৯৮৪ সালের মধ্যে পাপাসির উত্থানের বিরুদ্ধে প্রোটেস্ট্যান্টবাদের প্রতিরোধ দূর হয়ে গিয়েছিল। “প্রতিদিনের” (পৌত্তলিকতা) অপসারণ করা হয়েছিল, এবং পল পাপাসির বিরুদ্ধে পৌত্তলিকতার প্রতিরোধ অপসারণকে একটি “পতন” বলে বর্ণনা করেন।</w:t>
      </w:r>
    </w:p>
    <w:p>
      <w:pPr>
        <w:pStyle w:val="ArticleBody"/>
        <w:jc w:val="left"/>
      </w:pPr>
      <w:r>
        <w:rPr>
          <w:rFonts w:ascii="Nirmala UI" w:hAnsi="Nirmala UI" w:eastAsia="Nirmala UI" w:cs="Nirmala UI"/>
        </w:rPr>
        <w:t>কনস্টান্টাইন দ্য গ্রেট দ্বারা উপস্থাপিত আপসকারী প্রতীকী মণ্ডলী এবং ৩১৩ থেকে ৫৩৮-এর ইতিহাস এমন এক সময়পর্বকে নির্দেশ করেছিল, যখন একটি মণ্ডলী নিজেকে আপসের পথে সমর্পণ করেছিল এবং সত্য থেকে বিচ্যুত হয়েছিল। ‘৫০৮’ দ্বারা উপস্থাপিত সেই ধর্ম, যা পূর্বে পাপাল ক্ষমতার অগ্রযাত্রাকে সংযত রেখেছিল, তা যুক্তরাষ্ট্রের প্রোটেস্টান্টদের বিচ্যুত হওয়ার প্রতিরূপ ছিল। রেগ্যানকে ক্লোভিস দ্বারা উপস্থাপন করা হয়েছিল। ৪৯৬ সালে ক্লোভিস তার “ক্ষমতা” পাপাসির হাতে সমর্পণ করেছিল, এভাবে সে রেগ্যানের বছরগুলোতে সম্পন্ন হওয়া “অপবিত্র জোট”-এর প্রতিরূপ হয়েছিল। ক্লোভিস ৫০৮ সালে “নিত্য” অপসারিত হওয়ারও প্রতিরূপ ছিল। ৫০৮, ১৯৮৪ সালের প্রতিরূপ ছিল।</w:t>
      </w:r>
    </w:p>
    <w:p>
      <w:pPr>
        <w:pStyle w:val="ArticleScripture"/>
        <w:jc w:val="left"/>
      </w:pPr>
      <w:r>
        <w:rPr>
          <w:rFonts w:ascii="Nirmala UI" w:hAnsi="Nirmala UI" w:eastAsia="Nirmala UI" w:cs="Nirmala UI"/>
        </w:rPr>
        <w:t>“পৌত্তলিকতা ও খ্রিস্টধর্মের মধ্যকার এই আপস ভবিষ্যদ্বাণীতে পূর্ববর্ণিত ‘পাপের মানুষ’-এর বিকাশ ঘটায়, যে ঈশ্বরের বিরুদ্ধে অবস্থান করে এবং নিজেকে ঈশ্বরের ঊর্ধ্বে উন্নীত করে। মিথ্যা ধর্মের সেই বিশাল ব্যবস্থা শয়তানের শক্তির এক অনন্য কীর্তি—নিজ ইচ্ছানুসারে পৃথিবী শাসন করার জন্য সিংহাসনে নিজেকে প্রতিষ্ঠিত করার তার প্রচেষ্টার এক স্মৃতিস্তম্ভ।” The Great Controversy, 50.</w:t>
      </w:r>
    </w:p>
    <w:p>
      <w:pPr>
        <w:pStyle w:val="ArticleBody"/>
        <w:jc w:val="left"/>
      </w:pPr>
      <w:r>
        <w:rPr>
          <w:rFonts w:ascii="Nirmala UI" w:hAnsi="Nirmala UI" w:eastAsia="Nirmala UI" w:cs="Nirmala UI"/>
        </w:rPr>
        <w:t>রেগান ১৯৮৩ সালের এক ভাষণে সোভিয়েত ইউনিয়নকে বিখ্যাতভাবে একটি “অশুভ সাম্রাজ্য” বলে অভিহিত করেছিলেন এবং নাস্তিক্যবাদী সাম্যবাদকে গভীর নৈতিক ও আধ্যাত্মিক হুমকি বলে বিবেচনা করতেন। তিনি এবং জন পল দ্বিতীয় সোভিয়েত সাম্যবাদের বিরুদ্ধে ঘনিষ্ঠ ব্যক্তিগত ও রাজনৈতিক অংশীদারিত্ব গড়ে তুলেছিলেন। উভয় ব্যক্তিই এই সংগ্রামকে নৈতিক, এমনকি ঈশ্বরীয় অভিপ্রায়-নির্ধারিত পরিভাষায় দেখতেন; রেগান ব্যক্তিগতভাবে সাম্যবাদের পতন ঘটানোর জন্য একটি “ঈশ্বরপ্রদত্ত পরিকল্পনা”-র কথা বলতেন। ফাতিমার আবির্ভাবসমূহের প্রতি রেগানের আগ্রহ ছিল (সেই সতর্কবাণী যে “রাশিয়া তার ভ্রান্তিগুলি ছড়িয়ে দেবে”), এবং এই দুই নেতা তাঁদের অভিন্ন এই বিশ্বাস নিয়ে আলোচনা করেছিলেন যে ঈশ্বর একটি উদ্দেশ্যে তাঁদের প্রাণ রক্ষা করেছিলেন—যেহেতু উভয়েই ১৯৮১ সালে হত্যাচেষ্টা থেকে বেঁচে গিয়েছিলেন—এবং সেই উদ্দেশ্য সাম্যবাদকে পরাস্ত করার সঙ্গে সম্পর্কিত ছিল।</w:t>
      </w:r>
    </w:p>
    <w:p>
      <w:pPr>
        <w:pStyle w:val="ArticleHeading"/>
        <w:jc w:val="left"/>
      </w:pPr>
      <w:r>
        <w:rPr>
          <w:rFonts w:ascii="Nirmala UI" w:hAnsi="Nirmala UI" w:eastAsia="Nirmala UI" w:cs="Nirmala UI"/>
        </w:rPr>
        <w:t>খ্রিষ্টের শিষ্যগণ</w:t>
      </w:r>
    </w:p>
    <w:p>
      <w:pPr>
        <w:pStyle w:val="ArticleBody"/>
        <w:jc w:val="left"/>
      </w:pPr>
      <w:r>
        <w:rPr>
          <w:rFonts w:ascii="Nirmala UI" w:hAnsi="Nirmala UI" w:eastAsia="Nirmala UI" w:cs="Nirmala UI"/>
        </w:rPr>
        <w:t>রেগান এমন এক Disciples of Christ সম্প্রদায়ে লালিত-পালিত হয়েছিলেন, যার প্রতিষ্ঠাতা পিতৃবর্গ সরাসরি শিক্ষা দিতেন যে ক্যাথলিক ধর্মের পোপই প্রতিখ্রিষ্ট। Disciples of Christ গির্জার সবচেয়ে বিশিষ্ট প্রারম্ভিক নেতা আলেকজান্ডার ক্যাম্পবেল বারবার পাপাসিকে প্রতিখ্রিষ্ট হিসেবে চিহ্নিত করেছিলেন। বিতর্ক ও লেখনীতে তিনি যুক্তি দিয়েছিলেন যে দানিয়েল ৭-এর ছোট শিং, প্রকাশিত বাক্য ১৩-এর পশু, এবং ২ থিষলনীকীয় ২-এর পাপের মানুষ—এসবই রোমের পোপদের প্রতি নির্দেশ করে। তিনি প্রকাশ্য বিতর্কসমূহে এই সনাক্তকরণগুলো ব্যবহার করেছিলেন (যার মধ্যে ১৮৩৭ সালে ক্যাথলিক বিশপ জন বি. পার্সেলের সঙ্গে বিতর্কও অন্তর্ভুক্ত ছিল)। বার্টন ডব্লিউ. স্টোন পোপের শাসনব্যবস্থাকে প্রকৃত প্রতিখ্রিষ্ট এবং “পাপের মানুষ” বলে অভিহিত করেছিলেন। ওয়াল্টার স্কট (আন্দোলনের আরেকজন প্রারম্ভিক সুসমাচার-প্রচারক) লিখেছিলেন যে পাপের মানুষ, অর্থাৎ রোমের পোপ, খ্রিষ্টীয় গির্জার মধ্যে উত্থিত হবে এবং নিজেকে ঈশ্বরের ঊর্ধ্বে উন্নীত করবে।</w:t>
      </w:r>
    </w:p>
    <w:p>
      <w:pPr>
        <w:pStyle w:val="ArticleBody"/>
        <w:jc w:val="left"/>
      </w:pPr>
      <w:r>
        <w:rPr>
          <w:rFonts w:ascii="Nirmala UI" w:hAnsi="Nirmala UI" w:eastAsia="Nirmala UI" w:cs="Nirmala UI"/>
        </w:rPr>
        <w:t>রেগানের মাতা নেল ডিসাইপ্‌ল্‌স অব ক্রাইস্ট সম্প্রদায়ের একনিষ্ঠ সদস্য ছিলেন এবং তাঁর শৈশবে তিনিই ছিলেন প্রধান ধর্মীয় প্রভাব। রেগান ১১ বছর বয়সে ইলিনয় অঙ্গরাজ্যের ডিক্সন-এ অবস্থিত ডিসাইপ্‌ল্‌স অব ক্রাইস্ট গির্জায় বাপ্তিস্ম গ্রহণ করেন এবং কৈশোরে সেখানে সক্রিয় ছিলেন (রবিবারের পাঠশালায় শিক্ষাদানসহ)। তিনি ইউরেকা কলেজে অধ্যয়ন করেন, যা ডিসাইপ্‌ল্‌স অব ক্রাইস্ট-এর সঙ্গে সম্পর্কিত ছিল।</w:t>
      </w:r>
    </w:p>
    <w:p>
      <w:pPr>
        <w:pStyle w:val="ArticleScripture"/>
        <w:jc w:val="left"/>
      </w:pPr>
      <w:r>
        <w:rPr>
          <w:rFonts w:ascii="Nirmala UI" w:hAnsi="Nirmala UI" w:eastAsia="Nirmala UI" w:cs="Nirmala UI"/>
        </w:rPr>
        <w:t>“যারা বাক্য সম্বন্ধে তাদের উপলব্ধিতে বিভ্রান্ত হয়ে পড়ে, যারা খ্রিষ্টবিরোধীর অর্থ বুঝতে ব্যর্থ হয়, তারা নিশ্চিতভাবেই নিজেদের খ্রিষ্টবিরোধীর পক্ষে স্থাপন করবে। এখন আমাদের পক্ষে জগতের সঙ্গে একাত্ম হওয়ার কোনো সময় নেই।” Kress Collection, 105.</w:t>
      </w:r>
    </w:p>
    <w:p>
      <w:pPr>
        <w:pStyle w:val="ArticleBody"/>
        <w:jc w:val="left"/>
      </w:pPr>
      <w:r>
        <w:rPr>
          <w:rFonts w:ascii="Nirmala UI" w:hAnsi="Nirmala UI" w:eastAsia="Nirmala UI" w:cs="Nirmala UI"/>
        </w:rPr>
        <w:t>রেগানকে ক্লোভিস এবং সেইসঙ্গে মহান কনস্টান্টাইনের আপসের দ্বারা প্রতিরূপিত করা হয়েছিল। ১৯৮৯ সালে শেষকালের সূচনার পর থেকে তিনি শেষ আটজন রাষ্ট্রপতির মধ্যে প্রথমও ছিলেন। শেষ আটজন রাষ্ট্রপতির মধ্যে প্রথম ব্যক্তি হিসেবে তিনি ডোনাল্ড ট্রাম্পের প্রতিরূপ, যিনি রেগানের ন্যায় পোপতন্ত্রের প্রকৃত উদ্দেশ্যসমূহ এবং পোপতন্ত্র কে—এই বিষয় সম্বন্ধে গভীরভাবে বিভ্রান্ত।</w:t>
      </w:r>
    </w:p>
    <w:p>
      <w:pPr>
        <w:pStyle w:val="ArticleScripture"/>
        <w:jc w:val="left"/>
      </w:pPr>
      <w:r>
        <w:rPr>
          <w:rFonts w:ascii="Nirmala UI" w:hAnsi="Nirmala UI" w:eastAsia="Nirmala UI" w:cs="Nirmala UI"/>
        </w:rPr>
        <w:t>দুই জন কি একমত না হয়ে একসঙ্গে চলতে পারে? আমোস 3:3।</w:t>
      </w:r>
    </w:p>
    <w:p>
      <w:pPr>
        <w:pStyle w:val="ArticleBody"/>
        <w:jc w:val="left"/>
      </w:pPr>
      <w:r>
        <w:rPr>
          <w:rFonts w:ascii="Nirmala UI" w:hAnsi="Nirmala UI" w:eastAsia="Nirmala UI" w:cs="Nirmala UI"/>
        </w:rPr>
        <w:t>দানিয়েল অধ্যায় এগারোতে ষষ্ঠ ও চূড়ান্ত চুক্তিভিত্তিক বিবাহটি সেই ইতিহাসে সংঘটিত হয়, যা ১৯৮৯ সালে শেষকালের সময়ে শুরু হয় এবং ডোনাল্ড ট্রাম্পের ইতিহাসে সমাপ্ত হয়।</w:t>
      </w:r>
    </w:p>
    <w:p>
      <w:pPr>
        <w:pStyle w:val="ArticleScripture"/>
        <w:jc w:val="left"/>
      </w:pPr>
      <w:r>
        <w:rPr>
          <w:rFonts w:ascii="Nirmala UI" w:hAnsi="Nirmala UI" w:eastAsia="Nirmala UI" w:cs="Nirmala UI"/>
        </w:rPr>
        <w:t>“বর্তমানে যুক্তরাষ্ট্রে গির্জার প্রতিষ্ঠানসমূহ ও আচার-অনুশীলনের জন্য রাষ্ট্রের সমর্থন নিশ্চিত করার উদ্দেশ্যে যে আন্দোলনসমূহ চলমান আছে, তাতে প্রোটেস্ট্যান্টরা পাপিস্টদের পদাঙ্ক অনুসরণ করছে। তার চেয়েও বেশি, তারা পাপাসির জন্য সেই দ্বার উন্মুক্ত করছে, যাতে সে প্রোটেস্ট্যান্ট আমেরিকায় সেই আধিপত্য পুনরুদ্ধার করতে পারে, যা সে প্রাচীন বিশ্বে হারিয়েছে।” The Great Controversy, 573.</w:t>
      </w:r>
    </w:p>
    <w:p>
      <w:pPr>
        <w:pStyle w:val="ArticleBody"/>
        <w:jc w:val="left"/>
      </w:pPr>
      <w:r>
        <w:rPr>
          <w:rFonts w:ascii="Nirmala UI" w:hAnsi="Nirmala UI" w:eastAsia="Nirmala UI" w:cs="Nirmala UI"/>
        </w:rPr>
        <w:t>৩১৩ সালের বিবাহ-চুক্তি এবং মিলানের ফরমান ৫৩৩ সালের ইতিহাসের সঙ্গে সামঞ্জস্যপূর্ণ, এবং ৫৩৩ সালে জাস্টিনিয়ানের ফরমান আবারও এমন এক নামেমাত্র খ্রিস্টীয় প্রশাসনের দ্বারা কার্যকর করা হবে, যা আর বুঝতে পারে না যে পাপীয় ক্ষমতাকে একটি খ্রিস্টীয় প্রতিষ্ঠান হিসেবে চিহ্নিত করা, সর্বোত্তম অবস্থায়, একটি স্ববিরোধী উক্তি, আর নিকৃষ্টতম অবস্থায়, একটি প্রাণঘাতী বিভ্রম।</w:t>
      </w:r>
    </w:p>
    <w:p>
      <w:pPr>
        <w:pStyle w:val="ArticleHeading"/>
        <w:jc w:val="left"/>
      </w:pPr>
      <w:r>
        <w:rPr>
          <w:rFonts w:ascii="Nirmala UI" w:hAnsi="Nirmala UI" w:eastAsia="Nirmala UI" w:cs="Nirmala UI"/>
        </w:rPr>
        <w:t>গির্জা ও রাষ্ট্র</w:t>
      </w:r>
    </w:p>
    <w:p>
      <w:pPr>
        <w:pStyle w:val="ArticleBody"/>
        <w:jc w:val="left"/>
      </w:pPr>
      <w:r>
        <w:rPr>
          <w:rFonts w:ascii="Nirmala UI" w:hAnsi="Nirmala UI" w:eastAsia="Nirmala UI" w:cs="Nirmala UI"/>
        </w:rPr>
        <w:t>খ্রিস্টপূর্ব ৪৫৭ সালে, আর্তাক্ষস্তের তৃতীয় ফরমান রাজনৈতিক ও ধর্মীয় উভয় কর্তৃত্বের জন্য জাতীয় সার্বভৌমত্ব পুনঃপ্রতিষ্ঠা করেছিল।</w:t>
      </w:r>
    </w:p>
    <w:p>
      <w:pPr>
        <w:pStyle w:val="ArticleScripture"/>
        <w:jc w:val="left"/>
      </w:pPr>
      <w:r>
        <w:rPr>
          <w:rFonts w:ascii="Nirmala UI" w:hAnsi="Nirmala UI" w:eastAsia="Nirmala UI" w:cs="Nirmala UI"/>
        </w:rPr>
        <w:t>আর তুমি, এজরা, তোমার ঈশ্বরের যে প্রজ্ঞা তোমার হাতে আছে, তার অনুসারে বিচারকর্তা ও বিচারক নিয়োগ কর, যেন তারা নদীর ওপারের সমস্ত লোকের বিচার করতে পারে, অর্থাৎ তোমার ঈশ্বরের ব্যবস্থা যারা জানে, তাদের সকলের; আর যারা তা জানে না, তোমরা তাদের শিক্ষা দাও। আর যে কেউ তোমার ঈশ্বরের ব্যবস্থা ও রাজার ব্যবস্থা পালন করবে না, তার বিরুদ্ধে যেন অবিলম্বে বিচার কার্যকর করা হয়—তা মৃত্যু হোক, অথবা নির্বাসন, অথবা সম্পত্তি বাজেয়াপ্তকরণ, অথবা কারাবাস। এজরা ৭:২৫, ২৬।</w:t>
      </w:r>
    </w:p>
    <w:p>
      <w:pPr>
        <w:pStyle w:val="ArticleBody"/>
        <w:jc w:val="left"/>
      </w:pPr>
      <w:r>
        <w:rPr>
          <w:rFonts w:ascii="Nirmala UI" w:hAnsi="Nirmala UI" w:eastAsia="Nirmala UI" w:cs="Nirmala UI"/>
        </w:rPr>
        <w:t>তৃতীয় ফরমানটি ঈশ্বরের বিধানসমূহ এবং রাজার বিধানসমূহ—উভয়ের ক্ষেত্রেই বিচার ও শাস্তি কার্যকর করার কর্তৃত্ব প্রদান করেছিল। সেই ফরমানটি দুই হাজার তিনশত বছরের সেই ভবিষ্যদ্বাণীর সূচনাকে চিহ্নিত করেছিল, যা 1844 সালের 22 অক্টোবর সমাপ্ত হয়, যখন খ্রিস্ট হঠাৎ তাঁর মন্দিরে আগমন করেন। একই সঙ্গে এটি দুই শত পঞ্চাশ বছরের একটি ভবিষ্যদ্বাণীরও সূচনা চিহ্নিত করেছিল, যা 207 BC-এ সমাপ্ত হয়, 217 BC-এ রাফিয়ার যুদ্ধ এবং 200 BC-এ পানিয়ামের যুদ্ধের মধ্যবর্তী ইতিহাসে। 457 BC-এ নাগরিক ও ধর্মীয়—উভয় সার্বভৌমত্বের পুনঃস্থাপন একটি দ্বৈত আলফাকে শনাক্ত করে, যা দুইটি ওমেগা-পরিপূর্তি লাভ করে। উভয় ওমেগা-পরিপূর্তিই একটি রুদ্ধ দ্বারের প্রতিনিধিত্ব করে; একটি প্রোটেস্ট্যান্ট শৃঙ্গের জন্য এবং অন্যটি রিপাবলিকান শৃঙ্গের জন্য।</w:t>
      </w:r>
    </w:p>
    <w:p>
      <w:pPr>
        <w:pStyle w:val="ArticleBody"/>
        <w:jc w:val="left"/>
      </w:pPr>
      <w:r>
        <w:rPr>
          <w:rFonts w:ascii="Nirmala UI" w:hAnsi="Nirmala UI" w:eastAsia="Nirmala UI" w:cs="Nirmala UI"/>
        </w:rPr>
        <w:t>তেইশ শত বৎসরের প্রথম ভবিষ্যদ্বাণী ঈশ্বরের ব্যবস্থাসমূহকে প্রতিনিধিত্ব করেছিল, এবং দুইশত পঞ্চাশ বৎসরের ভবিষ্যদ্বাণী রাজার ব্যবস্থাসমূহকে প্রতিনিধিত্ব করেছিল। এই দুই ভবিষ্যদ্বাণী প্রকাশিতবাক্য তেরোর পৃথিবী-জন্তুটির উপরে প্রোটেস্ট্যান্টবাদের শিং এবং রিপাবলিকানবাদের শিংকে শনাক্ত করে। পৃথিবী-জন্তুটির রিপাবলিকান শিং দানিয়েল এগারোর এগারো থেকে ষোলো পদসমূহের মধ্যভাগে স্থাপন করা হয়েছে। খ্রিস্টপূর্ব ৪৫৭ সালে তৃতীয় ফরমানের দ্বৈত ভবিষ্যদ্বাণী থেকে একটি শিং রাফিয়া ও প্যানিয়মের মধ্যবর্তী সতেরো বৎসরের সময়কালকে ছেদ করে। এই দ্বিবিধ ভবিষ্যদ্বাণী উভয়ই চূড়ান্ত নিয়মের জনগণের বিচারকে এবং সেই সঙ্গে সেই জাতির বিচারকেও শনাক্ত করে, যেখানে ঐ নিয়মের জনগণ তাদের শিকড় খুঁজে পায়।</w:t>
      </w:r>
    </w:p>
    <w:p>
      <w:pPr>
        <w:pStyle w:val="ArticleScripture"/>
        <w:jc w:val="left"/>
      </w:pPr>
      <w:r>
        <w:rPr>
          <w:rFonts w:ascii="Nirmala UI" w:hAnsi="Nirmala UI" w:eastAsia="Nirmala UI" w:cs="Nirmala UI"/>
        </w:rPr>
        <w:t>আর তিনি অব্রামকে বললেন, নিশ্চয়ই জেনে রেখো যে তোমার বংশধরেরা এমন এক দেশে পরবাসী হবে, যা তাদের নয়; এবং তারা তাদের দাসত্ব করবে; আর তারা চারশো বছর তাদের প্রতি অত্যাচার করবে। আর যে জাতির দাসত্ব তারা করবে, সেই জাতিকেও আমি বিচার করব; এবং পরে তারা মহাসম্পদসহ বেরিয়ে আসবে। আদিপুস্তক ১৫:১৩, ১৪।</w:t>
      </w:r>
    </w:p>
    <w:p>
      <w:pPr>
        <w:pStyle w:val="ArticleBody"/>
        <w:jc w:val="left"/>
      </w:pPr>
      <w:r>
        <w:rPr>
          <w:rFonts w:ascii="Nirmala UI" w:hAnsi="Nirmala UI" w:eastAsia="Nirmala UI" w:cs="Nirmala UI"/>
        </w:rPr>
        <w:t>যিহিষ্কেলের গ্রন্থে, ২২ অক্টোবর, ১৮৪৪—এর প্রতিরূপ হিসেবে ২২ অক্টোবর, ৫৭৩ খ্রিস্টপূর্ব চিত্রিত হয়েছে। একটি তারিখ অনুসন্ধানমূলক বিচারকার্যের সূচনাকে নির্দেশ করে, এবং অন্যটি বিচারপ্রক্রিয়ার সূচনা ও উপসংহার—উভয় পর্যায়েই যোবেল-তূর্যের ধ্বনিকে নির্দেশ করে। উভয় তারিখ পরস্পরের সঙ্গে সামঞ্জস্যপূর্ণ, এবং উভয়ই একটি রুদ্ধ দ্বারকে নির্দেশ করে। ১৮৪৪ পবিত্র স্থানের দ্বার বন্ধ হওয়াকে প্রতিনিধিত্ব করে, যখন খ্রিস্ট অতি পবিত্র স্থানে প্রবেশ করেন। ৫৭৩ খ্রিস্টপূর্ব মানবীয় অনুগ্রহকালের সমাপ্তিকে নির্দেশ করে, যখন পাপের দাস, যারা মুক্তিপ্রাপ্ত হয়েছে, তারা তাদের স্বাধীনতা লাভ করে, এবং বাস করার জন্য একটি নতুন পৃথিবী পায়।</w:t>
      </w:r>
    </w:p>
    <w:p>
      <w:pPr>
        <w:pStyle w:val="ArticleScripture"/>
        <w:jc w:val="left"/>
      </w:pPr>
      <w:r>
        <w:rPr>
          <w:rFonts w:ascii="Nirmala UI" w:hAnsi="Nirmala UI" w:eastAsia="Nirmala UI" w:cs="Nirmala UI"/>
        </w:rPr>
        <w:t>আর যদি এই বছরগুলোর মধ্যে সে মুক্তিপ্রাপ্ত না হয়, তবে যোবিলবর্ষে সে বের হয়ে যাবে—সে নিজে এবং তার সঙ্গে তার সন্তানরাও। কারণ ইস্রায়েল-সন্তানগণ আমার দাস; তারা আমারই দাস, যাদের আমি মিসরদেশ থেকে বের করে এনেছি: আমি তোমাদের ঈশ্বর সদাপ্রভু। লেবীয় পুস্তক ২৫:৫৪, ৫৫।</w:t>
      </w:r>
    </w:p>
    <w:p>
      <w:pPr>
        <w:pStyle w:val="ArticleBody"/>
        <w:jc w:val="left"/>
      </w:pPr>
      <w:r>
        <w:rPr>
          <w:rFonts w:ascii="Nirmala UI" w:hAnsi="Nirmala UI" w:eastAsia="Nirmala UI" w:cs="Nirmala UI"/>
        </w:rPr>
        <w:t>উভয় ২২ অক্টোবরই আসন্ন রবিবার-আইনের বন্ধ দ্বারের প্রতিনিধিত্ব করে। অ্যাডভেন্টবাদের জন্য নির্ধারিত অনুগ্রহকালের সময়কাল ১৮৪৪ সালে শুরু হয় এবং আসন্ন রবিবার-আইনে সমাপ্ত হয়; আর যুক্তরাষ্ট্রের জন্য নির্ধারিত অনুগ্রহকালের সময়কালও আসন্ন রবিবার-আইনেই সমাপ্ত হয়। উভয় সমাপ্তিই ২,৩০০ বছর এবং দুই শত পঞ্চাশ বছরের দুই সাক্ষী—এই ২২ অক্টোবরগুলোর সঙ্গে সামঞ্জস্যপূর্ণ।</w:t>
      </w:r>
    </w:p>
    <w:p>
      <w:pPr>
        <w:pStyle w:val="ArticleBody"/>
        <w:jc w:val="left"/>
      </w:pPr>
      <w:r>
        <w:rPr>
          <w:rFonts w:ascii="Nirmala UI" w:hAnsi="Nirmala UI" w:eastAsia="Nirmala UI" w:cs="Nirmala UI"/>
        </w:rPr>
        <w:t>রাফিয়া ও পানিয়ুমের মধ্যবর্তী ইতিহাসে যে দুইশত পঞ্চাশ বছর সমাপ্ত হয়, তা এই দুই যুদ্ধের সময়কালকে দুইটি প্রতীকী সংখ্যায় বিভক্ত করে, যেগুলি একত্রে তাদের নিজস্ব স্বতন্ত্র অর্থ বহন করে। রাফিয়ার দশ বছর পরে—যার অর্থ সীমান্তভূমি—এবং পানিয়ুমের সাত বছর আগে, যা ছিল এক সমতলে সংঘটিত যুদ্ধ এবং যার পরিণতি হয়েছিল এক অবরোধে। দশ ও সাত, প্রতীকরূপে, বহু সাক্ষ্যের ভিত্তিতে ড্রাগনের শক্তিকে চিহ্নিত করে। খ্রিষ্টপূর্ব ২০৭ সাল পৃথিবীর পশুর প্রতীক ট্রাম্পকে দানিয়েল ১১-এর একাদশ ও পঞ্চদশ পদের মধ্যবর্তী স্থানে অবস্থান করায়, ভবিষ্যদ্বাণীমূলকভাবে তাকে ড্রাগনের ন্যায় কথা বলার জন্য প্রস্তুত করে, যেমনটি দশ সংখ্যা ও সাত সংখ্যার সংযুক্তির দ্বারা উপস্থাপিত হয়েছে।</w:t>
      </w:r>
    </w:p>
    <w:p>
      <w:pPr>
        <w:pStyle w:val="ArticleBody"/>
        <w:jc w:val="left"/>
      </w:pPr>
      <w:r>
        <w:rPr>
          <w:rFonts w:ascii="Nirmala UI" w:hAnsi="Nirmala UI" w:eastAsia="Nirmala UI" w:cs="Nirmala UI"/>
        </w:rPr>
        <w:t>সতেরোও প্রতীকধর্মী, এবং এটি রাফিয়ার ইতিহাসকে প্যানিয়ুম পর্যন্তই নয়, প্যানিয়ুমের পরেও এবং রাফিয়ার পূর্বকালেও বিস্তৃত করে। টলেমি চতুর্থ ফিলোপাতোর খ্রিষ্টপূর্ব ২২১ সাল থেকে খ্রিষ্টপূর্ব ২০৪ সাল পর্যন্ত টলেমীয় মিশরের রাজা হিসেবে রাজত্ব করেন, এবং তিনি খ্রিষ্টপূর্ব ২১৭ সালে রাফিয়ায় অ্যান্টিয়োকাস ম্যাগনাসকে পরাজিত করেন। টলেমি রাফিয়ার পূর্বেই রাজত্ব শুরু করেছিলেন, এবং তিনি ‘সতেরো’ বছর রাজত্ব করেছিলেন। সতেরো সংখ্যা এমন একটি ঐতিহাসিক সময়পর্বকে নির্দেশ করে, যা রাফিয়ার পূর্বে শুরু হয়, এবং যা প্যানিয়ুমের যুদ্ধ ও সিদোন অবরোধ অতিক্রম করে ৩৩০ সালের দ্বারা প্রতিনিধিত্বকৃত মানবীয় অনুগ্রহপর্বের সমাপ্তি পর্যন্ত প্রসারিত হয়। স্মুর্না মণ্ডলীর সময়পর্বের জন্য দুই শত পঞ্চাশ বছরের ভবিষ্যদ্বাণী ৬৪ সালে শুরু হয়েছিল এবং ৩১৩ সালের মিলানের ফরমান ও বিবাহ-সন্ধিতে সমাপ্ত হয়েছিল।</w:t>
      </w:r>
    </w:p>
    <w:p>
      <w:pPr>
        <w:pStyle w:val="ArticleBody"/>
        <w:jc w:val="left"/>
      </w:pPr>
      <w:r>
        <w:rPr>
          <w:rFonts w:ascii="Nirmala UI" w:hAnsi="Nirmala UI" w:eastAsia="Nirmala UI" w:cs="Nirmala UI"/>
        </w:rPr>
        <w:t>কনস্টান্টাইন দ্য গ্রেট পেরগামোস মণ্ডলীর ইতিহাসকে উপস্থাপন করেন, এবং সেই ইতিহাস ৩১৩ সালে শুরু হয়ে ৫৩৮ সালে সমাপ্ত হয়। ৩১৩ সালে দুই-শত-পঞ্চাশ-বছরের ভবিষ্যদ্বাণীর সমাপ্তির পর প্রথম ‘সতেরো’ বছরে তিনটি চিহ্নচূড়া রয়েছে। ৩১৩ ছিল মিলানের ফরমান, ৩২১ ছিল প্রথম রবিবার-ব্যবস্থা, এবং ৩৩০ সালে সাম্রাজ্যের বিভাজন চিহ্নিত হয়। ৩৩০ চূড়ান্ত রবিবার-ব্যবস্থাকে উপস্থাপন করে, যা মানবীয় পরীক্ষাকালের সমাপ্তিকে চিহ্নিত করে। অতএব, সতেরো সংখ্যাটি রাফিয়ার পূর্বে শুরু হয় এবং পানিয়ুম ও সিদোনের সামরিক অভিযানসমূহের অনেক পরে শেষ হয়। দানিয়েল এগারোর ষোড়শ পদ যুক্তরাষ্ট্রে রবিবার-ব্যবস্থাকে উপস্থাপন করে।</w:t>
      </w:r>
    </w:p>
    <w:p>
      <w:pPr>
        <w:pStyle w:val="ArticleBody"/>
        <w:jc w:val="left"/>
      </w:pPr>
      <w:r>
        <w:rPr>
          <w:rFonts w:ascii="Nirmala UI" w:hAnsi="Nirmala UI" w:eastAsia="Nirmala UI" w:cs="Nirmala UI"/>
        </w:rPr>
        <w:t>স্মুর্নার ভবিষ্যদ্বাণী অবরোধের সেই চিহ্নকে শনাক্ত করে, যা ইযিকেলের সতর্কবাণীর একেবারে কেন্দ্রস্থল। যিরূশালেমের ধ্বংসের দুইটি চিত্রের দ্বারা যেমন উপস্থাপিত হয়েছে, রবিবারের আইনকে পূর্বে নির্দেশকারী সেই পথচিহ্ন হলো অবরোধ; তবে সেটি মিলানের ফরমানও বটে, যা জন্তুর প্রতিমূর্তির গঠনের সূচনা করে।</w:t>
      </w:r>
    </w:p>
    <w:p>
      <w:pPr>
        <w:pStyle w:val="ArticleBody"/>
        <w:jc w:val="left"/>
      </w:pPr>
      <w:r>
        <w:rPr>
          <w:rFonts w:ascii="Nirmala UI" w:hAnsi="Nirmala UI" w:eastAsia="Nirmala UI" w:cs="Nirmala UI"/>
        </w:rPr>
        <w:t>অবরোধের সময় একটি চুক্তিভিত্তিক বিবাহ-শোভাযাত্রা সংঘটিত হবে। এটি সেই বিবাহ-শোভাযাত্রার একটি ফ্র্যাক্টাল, যা রেগানের মাধ্যমে শুরু হয়েছিল, যেমন ৪৯৬ সালে ক্লোভিস দ্বারা প্রতিরূপিত হয়; কিন্তু বিবাহের উদ্দেশ্যে চূড়ান্ত শোভাযাত্রা অবরোধের সময় শুরু হয়, যা ৫৩৩ সালে জাস্টিনিয়ানের ফরমানের সঙ্গে এবং ৩১৩ সালে মিলানের ফরমানের সঙ্গে সামঞ্জস্যপূর্ণ। উভয় পথচিহ্নই রবিবার-আইনের পূর্ববর্তী। ৩১৩ সাল ৩২১ সালের প্রথম রবিবার-আইনের পূর্বে ছিল, এবং ৫৩৩ সালের ফরমান ৫৩৮ সালে অরলিয়ঁ-এ তৃতীয় কাউন্সিলে গৃহীত রবিবার-আইনের পূর্বে ছিল। কোনো এক ধরনের আইন প্রণয়ন জাস্টিনিয়ানের ফরমান ও মিলানের ফরমান—উভয়েরই ভবিষ্যদ্বাণীমূলক বৈশিষ্ট্য পূর্ণ করবে, আর কোনো এক ধরনের প্রতীকী চুক্তিভিত্তিক বিবাহ প্রতিষ্ঠিত করা হবে।</w:t>
      </w:r>
    </w:p>
    <w:p>
      <w:pPr>
        <w:pStyle w:val="ArticleBody"/>
        <w:jc w:val="left"/>
      </w:pPr>
      <w:r>
        <w:rPr>
          <w:rFonts w:ascii="Nirmala UI" w:hAnsi="Nirmala UI" w:eastAsia="Nirmala UI" w:cs="Nirmala UI"/>
        </w:rPr>
        <w:t>যখন সেই ফরমান জারি করা হবে, তখন প্রস্তুত হওয়ার জন্য আর অত্যন্ত দেরি হয়ে যাবে; কারণ যেমন মিশরের প্রথম পাসওভারে পরীক্ষাকালের দ্বার বন্ধ হয়ে গিয়েছিল, তেমনি নিশ্চিতভাবেই তা প্রোটেস্ট্যান্ট শিঙের উপরও বন্ধ হয়ে যাবে। এর পর রবিবারের আইন—পরবর্তী পথচিহ্ন—শুধু এইটিই নির্দেশ করে না যে পশুর প্রতিমূর্তি সম্পূর্ণরূপে গঠিত হয়েছে, বরং পশুর চিহ্নের বলবৎকরণকেও নির্দেশ করে। রবিবারের আইন রিপাবলিকান শিঙের, অর্থাৎ প্রকাশিত বাক্য তেরোর ভূ-পশুর, পরীক্ষাকালের সমাপ্তি চিহ্নিত করে, যেমন নিশ্চিতভাবে পাসওভারের পরে ফারাও ও তার সৈন্যবাহিনী লোহিত সাগরে বিনষ্ট হয়েছিল।</w:t>
      </w:r>
    </w:p>
    <w:p>
      <w:pPr>
        <w:pStyle w:val="ArticleBody"/>
        <w:jc w:val="left"/>
      </w:pPr>
      <w:r>
        <w:rPr>
          <w:rFonts w:ascii="Nirmala UI" w:hAnsi="Nirmala UI" w:eastAsia="Nirmala UI" w:cs="Nirmala UI"/>
        </w:rPr>
        <w:t>খ্রিষ্টপূর্ব ২০৭ সালে সমাপ্ত সেই দুই শত পঞ্চাশ বছর ডোনাল্ড ট্রাম্পকে শনাক্ত করে, যিনি পানিয়মের সমভূমিতে শুরু হয়ে সিদোন অবরোধে সমাপ্ত হতে চলা আসন্ন অভিযানের জন্য প্রস্তুতরত অ্যান্টিওকাস ম্যাগনাসের দ্বারা উপস্থাপিত। পানিয়মের যুদ্ধের পর, এইটোলিয়ার টলেমীয় সেনাপতি স্কোপাস প্রায় ১০,০০০ জীবিত সৈন্যসহ সিদোন নগরে পালিয়ে যায়। অ্যান্টিওকাস তার পশ্চাদ্ধাবন করে এবং সিদোন অবরোধ করে। আলেক্সান্দ্রিয়ার টলেমীয় সরকার একটি ত্রাণবাহিনী প্রেরণ করে, কিন্তু তা ব্যর্থ হয়। অনাহারের মুখোমুখি হয়ে স্কোপাস নগরটি সমর্পণ করে। অ্যান্টিওকাস স্কোপাসকে চলে যেতে অনুমতি দেয়; পরে স্কোপাস মিশরে ফিরে যায়, যেখানে শেষপর্যন্ত রাষ্ট্রদ্রোহ ও অর্থ আত্মসাতের অভিযোগে তাকে মৃত্যুদণ্ড দেওয়া হয়। সিদোন অবরোধ পানিয়মের পর কোইলে-সিরিয়ায় অ্যান্টিওকাসের বিজয় সম্পূর্ণ করে।</w:t>
      </w:r>
    </w:p>
    <w:p>
      <w:pPr>
        <w:pStyle w:val="ArticleBody"/>
        <w:jc w:val="left"/>
      </w:pPr>
      <w:r>
        <w:rPr>
          <w:rFonts w:ascii="Nirmala UI" w:hAnsi="Nirmala UI" w:eastAsia="Nirmala UI" w:cs="Nirmala UI"/>
        </w:rPr>
        <w:t>সিস্টার হোয়াইট উরিয়াহ স্মিথের গ্রন্থ, *Daniel and the Revelation*-কে “ঈশ্বরের সহায়ক হাত” বলে চিহ্নিত করেছেন। দানিয়েল এগারোর চৌদ্দ ও পনেরো পদ সম্পর্কে তাঁর ভাষ্যে স্মিথ আন্টিয়োকাসের দ্বি-পর্যায়ের অভিযানকে চিহ্নিত করেছেন।</w:t>
      </w:r>
    </w:p>
    <w:p>
      <w:pPr>
        <w:pStyle w:val="ArticleScripture"/>
        <w:jc w:val="left"/>
      </w:pPr>
      <w:r>
        <w:rPr>
          <w:rFonts w:ascii="Nirmala UI" w:hAnsi="Nirmala UI" w:eastAsia="Nirmala UI" w:cs="Nirmala UI"/>
        </w:rPr>
        <w:t>মিশরের তরুণ রাজার শিক্ষাদীক্ষার দায়িত্ব রোমীয় সেনেট মি. এমিলিয়ুস লেপিদুসের ওপর ন্যস্ত করেছিল; আর তিনি সেই রাজদরবারের এক প্রবীণ ও অভিজ্ঞ মন্ত্রী অ্যারিস্টোমেনেসকে তার অভিভাবক নিযুক্ত করেছিলেন। তাঁর প্রথম কার্য ছিল পরস্পর-সংঘবদ্ধ দুই রাজা, ফিলিপ ও অ্যান্টিয়োকাসের হুমকিস্বরূপ আক্রমণের বিরুদ্ধে প্রতিরোধের ব্যবস্থা করা।</w:t>
      </w:r>
    </w:p>
    <w:p>
      <w:pPr>
        <w:pStyle w:val="ArticleScripture"/>
        <w:jc w:val="left"/>
      </w:pPr>
      <w:r>
        <w:rPr>
          <w:rFonts w:ascii="Nirmala UI" w:hAnsi="Nirmala UI" w:eastAsia="Nirmala UI" w:cs="Nirmala UI"/>
        </w:rPr>
        <w:t>“এই উদ্দেশ্যে তিনি মিশরীয়দের অধীনে তৎকালীন কর্মরত এইটোলিয়ার খ্যাতিমান সেনাপতি স্কোপাসকে তার নিজ দেশে সৈন্যবৃদ্ধির জন্য প্রেরণ করলেন। একদল সেনাবাহিনী সজ্জিত করে তিনি প্যালেস্টাইন ও কইলে-সিরিয়ায় অগ্রসর হলেন (এদিকে অ্যান্টিয়োকাস লেসার এশিয়ায় অ্যাটালাসের সঙ্গে যুদ্ধে লিপ্ত ছিলেন), এবং সমগ্র যিহূদিয়াকে মিশরের কর্তৃত্বের অধীনস্থ করলেন।”</w:t>
      </w:r>
    </w:p>
    <w:p>
      <w:pPr>
        <w:pStyle w:val="ArticleScripture"/>
        <w:jc w:val="left"/>
      </w:pPr>
      <w:r>
        <w:rPr>
          <w:rFonts w:ascii="Nirmala UI" w:hAnsi="Nirmala UI" w:eastAsia="Nirmala UI" w:cs="Nirmala UI"/>
        </w:rPr>
        <w:t>“এইভাবে আমাদের সম্মুখস্থ পদটির পরিপূর্ণতার জন্য ঘটনাবলি এমন এক অবস্থায় উপনীত হলো। কারণ অ্যান্টিওকাস, রোমীয়দের নির্দেশে অ্যাটালাসের বিরুদ্ধে তার যুদ্ধ থেকে বিরত হয়ে, দ্রুত পদক্ষেপ গ্রহণ করল মিশরীয়দের হাত থেকে প্যালেস্টাইন ও কোইলে-সিরিয়া পুনরুদ্ধার করার জন্য। তাকে প্রতিহত করতে স্কোপাসকে প্রেরণ করা হয়। যর্দনের উৎসসমূহের নিকটে, দুই বাহিনী সম্মুখসমরে অবতীর্ণ হলো। [Panium] স্কোপাস পরাজিত হলো, সীদোন পর্যন্ত তাড়িত হলো, এবং সেখানে তাকে কঠোর অবরোধে আবদ্ধ করা হলো। অবরোধ প্রত্যাহার করার জন্য মিশরের তিনজন সর্বাপেক্ষা দক্ষ সেনাপতি, তাদের শ্রেষ্ঠ বাহিনীসহ, প্রেরিত হয়েছিল, কিন্তু সফলতা লাভ করতে পারেনি। অবশেষে স্কোপাস, দুর্ভিক্ষের কৃশ ও অস্পর্শনীয় প্রেতচ্ছায়ারূপে এমন এক শত্রুর সম্মুখীন হয়ে, যার সঙ্গে সে মোকাবিলা করতে অসমর্থ ছিল, কেবল প্রাণরক্ষার অপমানজনক শর্তে আত্মসমর্পণ করতে বাধ্য হলো; অতঃপর তাকে ও তার দশ হাজার সৈন্যকে সর্বস্বচ্যুত ও নগ্ন অবস্থায় প্রস্থান করার অনুমতি দেওয়া হলো। এখানেই উত্তর দেশের রাজা সর্বাপেক্ষা সুরক্ষিত নগরসমূহ অধিকার করেছিল; কারণ সীদোন, তার অবস্থান ও প্রতিরক্ষা—উভয় দিক থেকেই, সে সময়ের সর্বাপেক্ষা শক্তিশালী নগরগুলোর একটি ছিল। এখানেই দক্ষিণের বাহুর প্রতিরোধ ব্যর্থ হয়েছিল, এবং দক্ষিণ দেশের রাজা যাদের মনোনীত করেছিলেন সেই লোকদেরও ব্যর্থতা প্রকাশ পেয়েছিল; অর্থাৎ, স্কোপাস ও তার এইটোলীয় বাহিনী।” Daniel and the Revelation, 257, 258.</w:t>
      </w:r>
    </w:p>
    <w:p>
      <w:pPr>
        <w:pStyle w:val="ArticleBody"/>
        <w:jc w:val="left"/>
      </w:pPr>
      <w:r>
        <w:rPr>
          <w:rFonts w:ascii="Nirmala UI" w:hAnsi="Nirmala UI" w:eastAsia="Nirmala UI" w:cs="Nirmala UI"/>
        </w:rPr>
        <w:t>খ্রিস্টপূর্ব ২০৭ সালে সমাপ্ত হওয়া দুইশত পঞ্চাশ বছর ডোনাল্ড ট্রাম্পকে শনাক্ত করে। পূর্ব ও পশ্চিমের চুক্তিভিত্তিক বিবাহ এবং মিলানের ফরমানসহ ৩১৩ সালে সমাপ্ত হওয়া দুইশত পঞ্চাশ বছরের ভবিষ্যদ্বাণীটি যুক্তরাষ্ট্রে পশুর প্রতিমূর্তির গঠনের পরিচয় দিচ্ছে। ৩১৩ সালে শুরু হওয়া পার্গামোস মণ্ডলী সেই ইতিহাসকে উপস্থাপন করে, যেখানে খ্রিস্টধর্ম পৌত্তলিকতার ধর্মের সঙ্গে আপসের মাধ্যমে পতিত হয়েছিল, পাপাল শক্তি সিংহাসনে আরোহণ করার পূর্বে। পার্গামোস এবং ৩১৩ সাল সেই আপসের প্রতিরূপ, যা যুক্তরাষ্ট্রে পশুর প্রতিমূর্তি গঠনের মাধ্যমে উপস্থাপিত হয়েছে। এটি খ্রিস্টধর্ম ও পাপাল রোমের আপসকে নির্দেশ করে, কারণ ক্যাথলিক ধর্ম খ্রিস্টীয় প্রতিষ্ঠানরূপে ছদ্মবেশী পৌত্তলিকতা ছাড়া আর কিছুই নয়। ১৭৭৬ সালে শুরু হয়ে এ বছর সমাপ্ত হওয়া দুইশত পঞ্চাশ বছরের ভবিষ্যদ্বাণীটিও যুক্তরাষ্ট্রকে লক্ষ্য করে। অতএব, তিনটি দুইশত পঞ্চাশ বছরের ভবিষ্যদ্বাণীই প্রকাশিতবাক্য ত্রয়োদশ অধ্যায়ের পৃথিবীর পশুর কোনো না কোনো ভবিষ্যদ্বাণীমূলক দিককে সম্বোধন করে, এবং তিনটিই সতেরো সংখ্যার দ্বারা উপস্থাপিত ভবিষ্যদ্বাণীমূলক রেখাসমূহের মধ্যে সমাপ্ত হয়।</w:t>
      </w:r>
    </w:p>
    <w:p>
      <w:pPr>
        <w:pStyle w:val="ArticleBody"/>
        <w:jc w:val="left"/>
      </w:pPr>
      <w:r>
        <w:rPr>
          <w:rFonts w:ascii="Nirmala UI" w:hAnsi="Nirmala UI" w:eastAsia="Nirmala UI" w:cs="Nirmala UI"/>
        </w:rPr>
        <w:t>রবিবার আইনই সেই সময়, যখন যুক্তরাষ্ট্র ড্রাগনের ন্যায় কথা বলে; আর কোনো জাতির কথন বলতে তার আইনপ্রণয়নকারী ও বিচারিক কর্তৃপক্ষের কার্যকলাপকেই বোঝায়।</w:t>
      </w:r>
    </w:p>
    <w:p>
      <w:pPr>
        <w:pStyle w:val="ArticleScripture"/>
        <w:jc w:val="left"/>
      </w:pPr>
      <w:r>
        <w:rPr>
          <w:rFonts w:ascii="Nirmala UI" w:hAnsi="Nirmala UI" w:eastAsia="Nirmala UI" w:cs="Nirmala UI"/>
        </w:rPr>
        <w:t>“জাতির ‘বক্তব্য প্রদান’ হলো তার আইনপ্রণেতা ও বিচারবিভাগীয় কর্তৃপক্ষসমূহের কার্যকলাপ।” The Great Controversy, 442.</w:t>
      </w:r>
    </w:p>
    <w:p>
      <w:pPr>
        <w:pStyle w:val="ArticleBody"/>
        <w:jc w:val="left"/>
      </w:pPr>
      <w:r>
        <w:rPr>
          <w:rFonts w:ascii="Nirmala UI" w:hAnsi="Nirmala UI" w:eastAsia="Nirmala UI" w:cs="Nirmala UI"/>
        </w:rPr>
        <w:t>ট্রাম্প বিচারিক বা আইনপ্রণয়নকারী কোনো কর্তৃপক্ষ নন; অতএব অতি শীঘ্র আগত রবিবার-আইন কংগ্রেসের দ্বারাই কার্যকর হয়। তথাপি, যেকোনো পদক্ষেপ যা পাপীয় ক্ষমতাকে সমর্থন জোগায়, তা রবিবার-আইনের প্রতিরূপ নির্দেশ করে। ৫৩৩ সালের ফরমান এবং ৩১৩ সালের আজ্ঞাপত্র সেই সময়পর্বের সূচনাকে চিহ্নিত করে, যখন পশুর প্রতিমূর্তি গঠিত হয়। এর পরিসমাপ্তি হল অতি শীঘ্র আগত রবিবার-আইন; এবং যীশু সর্বদা শেষকে শুরু দ্বারা চিত্রিত করেন, সুতরাং ট্রাম্পের এমন কোনো নির্বাহী আদেশের মাধ্যমে গৃহীত পদক্ষেপ, যা বাইবেলীয় ভবিষ্যদ্বাণীর খ্রিষ্টবিরোধী শক্তিকে কোনো “ছাড়” প্রদান করবে, সেই আন্দোলনের আলফাকে প্রতিনিধিত্ব করবে, যার সমাপ্তি কেবল ওমেগায়, যখন যুক্তরাষ্ট্র “তার সরকারের নীতিসমূহকে এমনভাবে পরিত্যাগ করবে যে একটি রবিবার-আইন প্রণয়ন করবে।”</w:t>
      </w:r>
    </w:p>
    <w:p>
      <w:pPr>
        <w:pStyle w:val="ArticleScripture"/>
        <w:jc w:val="left"/>
      </w:pPr>
      <w:r>
        <w:rPr>
          <w:rFonts w:ascii="Nirmala UI" w:hAnsi="Nirmala UI" w:eastAsia="Nirmala UI" w:cs="Nirmala UI"/>
        </w:rPr>
        <w:t>“অনেকেই আছেন, এমনকি যাঁরা রবিবার-প্রবর্তনমূলক এই আন্দোলনে নিয়োজিত, তাঁদের মধ্যেও অনেকে এই পদক্ষেপের ফলে যে পরিণাম অনুসরণ করবে, সে বিষয়ে অন্ধ হয়ে আছেন। তাঁরা দেখেন না যে, তাঁরা প্রত্যক্ষভাবে ধর্মীয় স্বাধীনতার বিরুদ্ধে আঘাত হানছেন। অনেকেই আছেন, যারা কখনও বাইবেলের বিশ্রামবারের দাবিসমূহ এবং যে মিথ্যা ভিত্তির উপর রবিবার-প্রথা প্রতিষ্ঠিত, তা বুঝে ওঠেননি। ধর্মীয় আইনপ্রণয়নের পক্ষে যে-কোনো আন্দোলনই প্রকৃতপক্ষে পাপাসির প্রতি একটি ছাড়দান, যে বহু যুগ ধরে বিবেকের স্বাধীনতার বিরুদ্ধে অবিরাম যুদ্ধ করে এসেছে। তথাকথিত খ্রিষ্টীয় প্রতিষ্ঠান হিসেবে রবিবার-পালন তার অস্তিত্ব ঋণী ‘অধর্মের নিগূঢ় তত্ত্ব’-এর নিকট; এবং এর বলবৎকরণ হবে সেই নীতিসমূহের এক বাস্তব স্বীকৃতি, যেগুলো রোমানবাদের একেবারে ভিত্তিপ্রস্তর। যখন আমাদের জাতি তার সরকারের নীতিসমূহকে এমনভাবে পরিত্যাগ করবে যে, একটি রবিবার-আইন প্রণয়ন করবে, তখন এই কার্য দ্বারা প্রোটেস্টান্টবাদ পোপতন্ত্রের সঙ্গে হাত মিলাবে; এটি আর কিছুই হবে না, বরং সেই অত্যাচারশাসনকে জীবনদান করা হবে, যা দীর্ঘকাল ধরে পুনরায় সক্রিয় স্বৈরতন্ত্রে ঝাঁপিয়ে পড়ার সুযোগের জন্য উদ্‌গ্রীব হয়ে অপেক্ষা করে এসেছে।” Testimonies, volume 5, 711.</w:t>
      </w:r>
    </w:p>
    <w:p>
      <w:pPr>
        <w:pStyle w:val="ArticleBody"/>
        <w:jc w:val="left"/>
      </w:pPr>
      <w:r>
        <w:rPr>
          <w:rFonts w:ascii="Nirmala UI" w:hAnsi="Nirmala UI" w:eastAsia="Nirmala UI" w:cs="Nirmala UI"/>
        </w:rPr>
        <w:t>ধর্মীয় আইন প্রণয়নের পক্ষে যেকোনো “আন্দোলন প্রকৃতপক্ষে পোপতন্ত্রের প্রতি একপ্রকার ছাড় প্রদান,” এবং সেইসব আন্দোলন অতি শীঘ্রই আসন্ন রবিবার-আইনের পূর্বেই সংঘটিত হয়।</w:t>
      </w:r>
    </w:p>
    <w:p>
      <w:pPr>
        <w:pStyle w:val="ArticleScripture"/>
        <w:jc w:val="left"/>
      </w:pPr>
      <w:r>
        <w:rPr>
          <w:rFonts w:ascii="Nirmala UI" w:hAnsi="Nirmala UI" w:eastAsia="Nirmala UI" w:cs="Nirmala UI"/>
        </w:rPr>
        <w:t>“এই দিনের উপাসনা বলবৎ করার ফরমান সমগ্র বিশ্বের প্রতি জারি করা হইবে। সীমিত মাত্রায়, ইহা ইতিমধ্যেই জারি হইয়াছে। কয়েক স্থানে নাগরিক ক্ষমতা সেইরূপে এক ড্রাগনের কণ্ঠস্বরের সহিত কথা বলিতেছে, যেমন পৌত্তলিক রাজা হিব্রু বন্দীদের প্রতি কথা বলিয়াছিল।” Signs of the Times, May 6, 1897.</w:t>
      </w:r>
    </w:p>
    <w:p>
      <w:pPr>
        <w:pStyle w:val="ArticleBody"/>
        <w:jc w:val="left"/>
      </w:pPr>
      <w:r>
        <w:rPr>
          <w:rFonts w:ascii="Nirmala UI" w:hAnsi="Nirmala UI" w:eastAsia="Nirmala UI" w:cs="Nirmala UI"/>
        </w:rPr>
        <w:t>আমরা পরবর্তী প্রবন্ধে এই বিষয়গুলো অব্যাহত রাখব।</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চল্লিশতম পদ্যের গোপন ইতিহাস - একত্রিশ নম্বর</dc:title>
  <dc:subject>ইয়েজকিয়েল সংখ্যা বারো</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