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চল্লিশতম পদের গোপন ইতিহাস - তেত্রিশ নম্বর</w:t>
      </w:r>
    </w:p>
    <w:p>
      <w:pPr>
        <w:pStyle w:val="ArticleSubtitle"/>
        <w:jc w:val="left"/>
      </w:pPr>
      <w:r>
        <w:rPr>
          <w:rFonts w:ascii="Nirmala UI" w:hAnsi="Nirmala UI" w:eastAsia="Nirmala UI" w:cs="Nirmala UI"/>
        </w:rPr>
        <w:t>যিহিষ্কেল—চৌদ্দ নম্বর</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2026-10-27</w:t>
      </w:r>
    </w:p>
    <w:p>
      <w:pPr>
        <w:pStyle w:val="ArticleBody"/>
        <w:jc w:val="left"/>
      </w:pPr>
      <w:r>
        <w:rPr>
          <w:rFonts w:ascii="Nirmala UI" w:hAnsi="Nirmala UI" w:eastAsia="Nirmala UI" w:cs="Nirmala UI"/>
        </w:rPr>
        <w:t>আদিপুস্তকের চতুর্থ ও পঞ্চম অধ্যায়ে কয়িনের বংশতালিকা ও শেথের বংশতালিকার মধ্যকার বৈপরীত্য তুলে ধরা হয়েছে।</w:t>
      </w:r>
    </w:p>
    <w:p>
      <w:pPr>
        <w:pStyle w:val="ArticleHeading"/>
        <w:jc w:val="left"/>
      </w:pPr>
      <w:r>
        <w:rPr>
          <w:rFonts w:ascii="Nirmala UI" w:hAnsi="Nirmala UI" w:eastAsia="Nirmala UI" w:cs="Nirmala UI"/>
        </w:rPr>
        <w:t>সৎ লেমক ও অসৎ লেমক</w:t>
      </w:r>
    </w:p>
    <w:p>
      <w:pPr>
        <w:pStyle w:val="ArticleBody"/>
        <w:jc w:val="left"/>
      </w:pPr>
      <w:r>
        <w:rPr>
          <w:rFonts w:ascii="Nirmala UI" w:hAnsi="Nirmala UI" w:eastAsia="Nirmala UI" w:cs="Nirmala UI"/>
        </w:rPr>
        <w:t>বংশধারা দুটি পরিত্রাণহীন ও পরিত্রাণপ্রাপ্তদের মধ্যকার বৈপরীত্যকে তুলে ধরে, এবং এই দুই বংশধারার কয়েকজন বংশধর পরস্পরবিপরীত বংশধারা দুটির সমান্তরাল ‘বংশধর-প্রতীক’ হিসেবে কাজ করে। কয়িন এমন এক শ্রেণির প্রতিনিধিত্ব করে, যাদের পাপের জন্য কোনো অনুতাপ নেই এবং যারা কেবল নিজেদের অবস্থার জন্যই শোক করে।</w:t>
      </w:r>
    </w:p>
    <w:p>
      <w:pPr>
        <w:pStyle w:val="ArticleScripture"/>
        <w:jc w:val="left"/>
      </w:pPr>
      <w:r>
        <w:rPr>
          <w:rFonts w:ascii="Nirmala UI" w:hAnsi="Nirmala UI" w:eastAsia="Nirmala UI" w:cs="Nirmala UI"/>
        </w:rPr>
        <w:t>আর তিনি বললেন, তুমি কী করেছ? তোমার ভাইয়ের রক্তের কণ্ঠস্বর ভূমি থেকে আমার কাছে আর্তনাদ করছে। আর এখন তুমি সেই ভূমি থেকে অভিশপ্ত হলে, যে ভূমি তোমার হাত থেকে তোমার ভাইয়ের রক্ত গ্রহণ করার জন্য নিজের মুখ খুলেছে; তুমি ভূমি চাষ করলে, তা এখন থেকে আর তোমাকে তার শক্তি দেবে না; পৃথিবীতে তুমি পলাতক ও ভবঘুরে হয়ে থাকবে। তখন কয়িন সদাপ্রভুকে বলল, আমার শাস্তি আমার সহ্যশক্তির অতীত। দেখো, আজ তুমি আমাকে ভূমির পৃষ্ঠ থেকে বিতাড়িত করলে; আর তোমার সম্মুখ থেকে আমি আড়াল হয়ে যাব; পৃথিবীতে আমি পলাতক ও ভবঘুরে হয়ে থাকব; আর এমন হবে যে, যে-ই আমাকে পাবে, সে-ই আমাকে হত্যা করবে। তখন সদাপ্রভু তাকে বললেন, অতএব যে কেউ কয়িনকে হত্যা করবে, তার ওপর সাত গুণ প্রতিশোধ নেওয়া হবে। আর সদাপ্রভু কয়িনের ওপর একটি চিহ্ন দিলেন, যাতে কেউ তাকে পেয়ে হত্যা না করে। আর কয়িন সদাপ্রভুর উপস্থিতি থেকে চলে গিয়ে এদনের পূর্বদিকে নোদ দেশে বাস করতে লাগল। আদিপুস্তক ৪:১০–১৬।</w:t>
      </w:r>
    </w:p>
    <w:p>
      <w:pPr>
        <w:pStyle w:val="ArticleBody"/>
        <w:jc w:val="left"/>
      </w:pPr>
      <w:r>
        <w:rPr>
          <w:rFonts w:ascii="Nirmala UI" w:hAnsi="Nirmala UI" w:eastAsia="Nirmala UI" w:cs="Nirmala UI"/>
        </w:rPr>
        <w:t>কয়িন এমন এক শ্রেণির অনুতাপহীন মানুষের প্রতিনিধিত্ব করে, যারা কেবল নিজেদের শোচনীয় অবস্থার প্রতিই মনোযোগ দেয়—যে অবস্থা তারা সৎকর্মে সচেষ্ট হতে অস্বীকার করে নিজেরাই নিজেদের ওপর ডেকে এনেছে।</w:t>
      </w:r>
    </w:p>
    <w:p>
      <w:pPr>
        <w:pStyle w:val="ArticleScripture"/>
        <w:jc w:val="left"/>
      </w:pPr>
      <w:r>
        <w:rPr>
          <w:rFonts w:ascii="Nirmala UI" w:hAnsi="Nirmala UI" w:eastAsia="Nirmala UI" w:cs="Nirmala UI"/>
        </w:rPr>
        <w:t>কিন্তু কয়িন ও তার উপহারের প্রতি তিনি অনুগ্রহের দৃষ্টিতে তাকালেন না। তখন কয়িন অত্যন্ত ক্রুদ্ধ হলো, এবং তার মুখ মলিন হয়ে গেল। আর সদাপ্রভু কয়িনকে বললেন, তুমি কেন ক্রুদ্ধ হয়েছ? আর তোমার মুখ কেন মলিন হয়ে গেছে? তুমি সৎকর্ম করলে কি গৃহীত হবে না? আর যদি সৎকর্ম না কর, তবে পাপ দ্বারে ওত পেতে আছে। আর তোমার প্রতি তার বাসনা থাকবে, এবং তুমি তার উপর কর্তৃত্ব করবে। আদিপুস্তক ৪:৫–৭।</w:t>
      </w:r>
    </w:p>
    <w:p>
      <w:pPr>
        <w:pStyle w:val="ArticleHeading"/>
        <w:jc w:val="left"/>
      </w:pPr>
      <w:r>
        <w:rPr>
          <w:rFonts w:ascii="Nirmala UI" w:hAnsi="Nirmala UI" w:eastAsia="Nirmala UI" w:cs="Nirmala UI"/>
        </w:rPr>
        <w:t>ছয়টি মৃত্যু—তিনটি আলফা ও তিনটি ওমেগা</w:t>
      </w:r>
    </w:p>
    <w:p>
      <w:pPr>
        <w:pStyle w:val="ArticleBody"/>
        <w:jc w:val="left"/>
      </w:pPr>
      <w:r>
        <w:rPr>
          <w:rFonts w:ascii="Nirmala UI" w:hAnsi="Nirmala UI" w:eastAsia="Nirmala UI" w:cs="Nirmala UI"/>
        </w:rPr>
        <w:t>বিগত প্রবন্ধগুলিতে আমরা হনোককে প্রথম স্বর্গদূতের প্রতীক, লেমককে দ্বিতীয় স্বর্গদূতের প্রতীক, মথূশেলহকে মধ্যরাত্রির উচ্চরব এবং নোহকে তৃতীয় স্বর্গদূত হিসেবে চিহ্নিত করেছি। শেথের বংশধারার লেমক সাতশো সাতাত্তর বছর বয়সে মৃত্যুবরণ করেন, জলপ্লাবনের পাঁচ বছর আগে; সেই জলপ্লাবনের সময় মথূশেলহ মৃত্যুবরণ করেন। লেমকের মৃত্যুর পাঁচ বছর পরে মথূশেলহের মৃত্যু ঘটে, আর তাই তাঁদের এই দুই মৃত্যু যিহিষ্কেলের স্ত্রীর মৃত্যুর প্রতিরূপ, যার এক দশমিক পাঁচ বছর (১.৫) পরে মেষশাবকের স্ত্রী যিরূশালেমের মৃত্যু ঘটে।</w:t>
      </w:r>
    </w:p>
    <w:p>
      <w:pPr>
        <w:pStyle w:val="ArticleScripture"/>
        <w:jc w:val="left"/>
      </w:pPr>
      <w:r>
        <w:rPr>
          <w:rFonts w:ascii="Nirmala UI" w:hAnsi="Nirmala UI" w:eastAsia="Nirmala UI" w:cs="Nirmala UI"/>
        </w:rPr>
        <w:t>আর আমি, যোহন, পবিত্র নগরী, নতুন যিরূশালেমকে স্বর্গ থেকে, ঈশ্বরের কাছ থেকে নেমে আসতে দেখলাম; সে তার স্বামীর জন্য সুসজ্জিতা বধূর মতো প্রস্তুত ছিল। প্রকাশিত বাক্য ২১:২।</w:t>
      </w:r>
    </w:p>
    <w:p>
      <w:pPr>
        <w:pStyle w:val="ArticleBody"/>
        <w:jc w:val="left"/>
      </w:pPr>
      <w:r>
        <w:rPr>
          <w:rFonts w:ascii="Nirmala UI" w:hAnsi="Nirmala UI" w:eastAsia="Nirmala UI" w:cs="Nirmala UI"/>
        </w:rPr>
        <w:t>যিরূশালেম ও মথূশেলহের ওমেগা-মৃত্যুর সঙ্গে সংযুক্ত যিহিষ্কেলের স্ত্রী ও লেমকের আলফা-মৃত্যু ছিল জন পালাইওলোগোসের মৃত্যুর পূর্বপ্রতিরূপ, যার পাঁচ বছর পরে কনস্টান্টিনোপলের প্রাচীরের ওপর একাদশ কনস্টান্টিনের মৃত্যু ঘটে। লেমকের সময়রেখা পাঁচ বছরের একটি সময়কাল চিহ্নিত করে, যার শেষে প্রাণীদের পরিযানের সাত দিনের একটি সময়পর্ব রয়েছে। পূর্ব রোমের সময়রেখা পাঁচ বছর এবং সেই মোট পাঁচ বছরের অন্তর্গত চার বছরের একটি সময়কালও নির্দেশ করে। যিহিষ্কেলের সময়রেখা দুই বছর এবং এক দশমিক পাঁচ বছর (১.৫)—উভয় সময়কালই নির্দেশ করে। বাবিল কর্তৃক যিরূশালেমের ধ্বংসসংক্রান্ত যিহিষ্কেলের সময়রেখা ৬৬ থেকে ৭০ সাল পর্যন্ত রোম কর্তৃক যিরূশালেমের দ্বিতীয় ধ্বংসের সঙ্গে মিলে যায়। যিরূশালেমের ধ্বংসসংক্রান্ত রোমীয় সময়রেখা থেকে চার বছরের একটি সময়কাল এবং সাড়ে তিন বছরের একটি সময়কাল—উভয়ই পাওয়া যায়। ওই চারটি প্রতীকী সময়রেখার প্রত্যেকটি নিজ নিজ ভাববাণীমূলক সাক্ষ্যে একটি নয়, বরং দুটি প্রতীকী সময়কাল উপস্থাপন করেছে।</w:t>
      </w:r>
    </w:p>
    <w:p>
      <w:pPr>
        <w:pStyle w:val="ArticleBody"/>
        <w:jc w:val="left"/>
      </w:pPr>
      <w:r>
        <w:rPr>
          <w:rFonts w:ascii="Nirmala UI" w:hAnsi="Nirmala UI" w:eastAsia="Nirmala UI" w:cs="Nirmala UI"/>
        </w:rPr>
        <w:t>লেমক, জন পালাইওলোগোস এবং যিহিষ্কেলের স্ত্রী এমন এক সময়কালের আলফা পথচিহ্নের প্রতিনিধিত্ব করেন, যার সমাপ্তি ঘটে একটি ওমেগা মৃত্যুর মধ্য দিয়ে। তিনটি ধারার মধ্যে দুটি এমন এক অবরোধকে নির্দেশ করে, যার সমাপ্তি ঘটে তাদের নিজ নিজ প্রতিরূপের মৃত্যুর মধ্য দিয়ে। অপর ধারাটির সমাপ্তি ঘটে প্রাণীদের জাহাজে ওঠার মধ্য দিয়ে। ওমেগা প্রতিরূপটি নোহের জলপ্লাবনকে যিরূশালেমের ধ্বংস এবং কনস্টান্টিনোপলের প্রাচীরগুলির ধ্বংসের সঙ্গে সমরেখায় স্থাপন করে। তিনটি ওমেগা প্রতীকই শীঘ্রই আসন্ন রবিবারের আইনের সময় পরীক্ষাকালের সমাপ্তিকে নির্দেশ করে।</w:t>
      </w:r>
    </w:p>
    <w:p>
      <w:pPr>
        <w:pStyle w:val="ArticleBody"/>
        <w:jc w:val="left"/>
      </w:pPr>
      <w:r>
        <w:rPr>
          <w:rFonts w:ascii="Nirmala UI" w:hAnsi="Nirmala UI" w:eastAsia="Nirmala UI" w:cs="Nirmala UI"/>
        </w:rPr>
        <w:t>অবশ্যই, নোহের জাহাজের সাক্ষ্যে কোনো অবরোধ ছিল না, কিন্তু জাহাজে প্রবেশের জন্য একটি ঢালু পথ থাকতেই হতো। যদি মাল বোঝাইয়ের সেই ঢালু পথটিকে অবরোধের ঢালু পথের প্রতীকরূপে বিবেচনা করা হয়, তবে মৃত্যুর তিনটি সাক্ষ্যই একটি অবরোধকে চিহ্নিত করে। ৬৬ থেকে ৭০ সাল পর্যন্ত যিরূশালেমের ধ্বংসের রোমীয় ঘটনাধারায়, ৬৬ সালে সেস্টিয়াসের নেতৃত্বে একটি অবরোধ এবং ৭০ সালে তীতুসের নেতৃত্বে দ্বিতীয় একটি অবরোধ সংঘটিত হয়েছিল।</w:t>
      </w:r>
    </w:p>
    <w:p>
      <w:pPr>
        <w:pStyle w:val="ArticleHeading"/>
        <w:jc w:val="left"/>
      </w:pPr>
      <w:r>
        <w:rPr>
          <w:rFonts w:ascii="Nirmala UI" w:hAnsi="Nirmala UI" w:eastAsia="Nirmala UI" w:cs="Nirmala UI"/>
        </w:rPr>
        <w:t>চার বছর</w:t>
      </w:r>
    </w:p>
    <w:p>
      <w:pPr>
        <w:pStyle w:val="ArticleBody"/>
        <w:jc w:val="left"/>
      </w:pPr>
      <w:r>
        <w:rPr>
          <w:rFonts w:ascii="Nirmala UI" w:hAnsi="Nirmala UI" w:eastAsia="Nirmala UI" w:cs="Nirmala UI"/>
        </w:rPr>
        <w:t>১৪৫৩ সালে কনস্টান্টিনোপলের অবরোধের মধ্য দিয়ে সমাপ্ত চার বছর প্রকাশিত বাক্য গ্রন্থের নবম অধ্যায়ে “পাঁচ মাস”-এর ইসলাম-সংক্রান্ত ভাববাণীর দ্বিতীয় চার বছরব্যাপী সময়পর্বকে নির্দেশ করে। “পাঁচ মাস”-এর ভাববাণীতে প্রথম চার বছরব্যাপী সময়পর্বটি ছিল নিকোমিডিয়ার অবরোধকালে ১৩৩৩ থেকে ১৩৩৭ সাল পর্যন্ত। সেই অবরোধ ১২৯৯ সালের ২৭ জুলাই থেকে শুরু হওয়া আটত্রিশ বছরের সমাপ্তিকেও নির্দেশ করেছিল। জেরুজালেমের দুবার ধ্বংস, কনস্টান্টিনোপলের একবার ধ্বংস, মহাপ্লাবন এবং নিকোমিডিয়ার অবরোধ—এই পাঁচটি হলো খ্রিস্টপূর্ব ২০০ থেকে খ্রিস্টপূর্ব ১৯৮ সাল পর্যন্ত পানিয়াম অভিযানের পাঁচ সাক্ষী; সেই অভিযান হবে ষষ্ঠ সাক্ষী, এবং আরও কয়েকটি সাক্ষীও রয়েছে।</w:t>
      </w:r>
    </w:p>
    <w:p>
      <w:pPr>
        <w:pStyle w:val="ArticleBody"/>
        <w:jc w:val="left"/>
      </w:pPr>
      <w:r>
        <w:rPr>
          <w:rFonts w:ascii="Nirmala UI" w:hAnsi="Nirmala UI" w:eastAsia="Nirmala UI" w:cs="Nirmala UI"/>
        </w:rPr>
        <w:t>যিরূশালেমের ধ্বংসের দুটি ঘটনাকে সহজেই “রেখার উপর রেখা” বিন্যাসে মেলানো যায়। উভয়ের অভিন্ন আলফা ও ওমেগা মৃত্যুঘটনার ভিত্তিতে জলপ্লাবন ও পূর্ব রোমের রেখাকে পরস্পরের সঙ্গে মেলানো হয়। প্যানিয়ামের অভিযানকে বিশেষভাবে খ্রিষ্টপূর্ব ৫৮৭ সালের যিহিষ্কেলের রেখার সঙ্গে মেলানো হয়েছে, কারণ উভয় অবরোধের সময়কালই দুই বছরের প্রতিনিধিত্ব করে। প্যানিয়ামকে দানিয়েলের একাদশ অধ্যায়ের পঞ্চদশ পদে উপস্থাপন করা হয়েছে, যা ষোড়শ পদের আগে রয়েছে; ষোড়শ পদ আসন্ন রবিবারের আইনের প্রতিনিধিত্ব করে, ঠিক যেমন করেছিল খ্রিষ্টপূর্ব ৫৮৬ ও ৭০ খ্রিষ্টাব্দে যিরূশালেমের ধ্বংসের ঘটনাদুটিও। প্যানিয়ামের যুদ্ধ ও সীদোনের অবরোধের দুই বছরের সময়কাল এই রেখাগুলির প্রতিটিকে দানিয়েলের একাদশ অধ্যায়ের চল্লিশ পদের প্রচ্ছন্ন ইতিহাসের অন্তর্ভুক্ত করে।</w:t>
      </w:r>
    </w:p>
    <w:p>
      <w:pPr>
        <w:pStyle w:val="ArticleHeading"/>
        <w:jc w:val="left"/>
      </w:pPr>
      <w:r>
        <w:rPr>
          <w:rFonts w:ascii="Nirmala UI" w:hAnsi="Nirmala UI" w:eastAsia="Nirmala UI" w:cs="Nirmala UI"/>
        </w:rPr>
        <w:t>একটি চিহ্ন</w:t>
      </w:r>
    </w:p>
    <w:p>
      <w:pPr>
        <w:pStyle w:val="ArticleBody"/>
        <w:jc w:val="left"/>
      </w:pPr>
      <w:r>
        <w:rPr>
          <w:rFonts w:ascii="Nirmala UI" w:hAnsi="Nirmala UI" w:eastAsia="Nirmala UI" w:cs="Nirmala UI"/>
        </w:rPr>
        <w:t>যিরূশালেমের উভয় ধ্বংসের সঙ্গে সংশ্লিষ্ট অবরোধগুলির প্রথম ভাববাণীমূলক পথচিহ্নটি একটি চিহ্নের প্রতিনিধিত্ব করে; ৬৬ সালে সেস্টিয়াস এবং যিহিষ্কেলের স্ত্রীর মৃত্যু—উভয়ই ছিল আলফা-চিহ্ন। লেমকও প্রথম পথচিহ্ন, এবং সেইজন্য দুই সাক্ষীর সাক্ষ্যের ভিত্তিতে লেমকও একটি চিহ্ন। তাঁর ৭৭৭ বছর বয়স বিজয়ী মণ্ডলীর চিহ্নের প্রতিনিধিত্ব করে, যে মণ্ডলী তিনটি উপাদান নিয়ে গঠিত: একজন ভাববাদী, একজন যাজক ও একজন রাজা।</w:t>
      </w:r>
    </w:p>
    <w:p>
      <w:pPr>
        <w:pStyle w:val="ArticleScripture"/>
        <w:jc w:val="left"/>
      </w:pPr>
      <w:r>
        <w:rPr>
          <w:rFonts w:ascii="Nirmala UI" w:hAnsi="Nirmala UI" w:eastAsia="Nirmala UI" w:cs="Nirmala UI"/>
        </w:rPr>
        <w:t>তদুপরি, আমি তাদের আমার বিশ্রামবারগুলি দিয়েছিলাম, যেন সেগুলি আমার ও তাদের মধ্যে চিহ্নস্বরূপ হয়, যাতে তারা জানতে পারে যে আমিই সদাপ্রভু, যিনি তাদের পবিত্র করেন। যিহিষ্কেল ২০:১২।</w:t>
      </w:r>
    </w:p>
    <w:p>
      <w:pPr>
        <w:pStyle w:val="ArticleHeading"/>
        <w:jc w:val="left"/>
      </w:pPr>
      <w:r>
        <w:rPr>
          <w:rFonts w:ascii="Nirmala UI" w:hAnsi="Nirmala UI" w:eastAsia="Nirmala UI" w:cs="Nirmala UI"/>
        </w:rPr>
        <w:t>৩০০ বছর</w:t>
      </w:r>
    </w:p>
    <w:p>
      <w:pPr>
        <w:pStyle w:val="ArticleBody"/>
        <w:jc w:val="left"/>
      </w:pPr>
      <w:r>
        <w:rPr>
          <w:rFonts w:ascii="Nirmala UI" w:hAnsi="Nirmala UI" w:eastAsia="Nirmala UI" w:cs="Nirmala UI"/>
        </w:rPr>
        <w:t>হনোক, যিনি শেথের বংশধারায় আদম থেকে সপ্তম পুরুষ ছিলেন, ৩০০ বছর ঈশ্বরের সঙ্গে চলেছিলেন এবং তাঁকে স্বর্গে তুলে নেওয়া হয়েছিল। ‘৩০০’ সংখ্যাটি অগ্রদূতদের ১৮৪৩ সালের তিনশত চার্ট, সেগুলোর সঙ্গে সংশ্লিষ্ট তিনশত মিলারপন্থী প্রচারক এবং গিদিয়োনের তিনশত সৈন্যের বাহিনীরও প্রতীক। হনোক, মিলারপন্থী প্রচারকেরা এবং গিদিয়োনের তিনশত সৈন্য এক লক্ষ চুয়াল্লিশ হাজার জনের প্রতিনিধিত্ব করেন। শিমশোন ৩০০টি শিয়াল নিয়ে সেগুলোকে জোড়ায় জোড়ায় বেঁধেছিলেন, এভাবে ১৫০ সংখ্যাটি এবং একত্রে বাঁধা এমন একটি প্রতীক চিহ্নিত করেছিলেন, যার মোট সংখ্যা তিনশত।</w:t>
      </w:r>
    </w:p>
    <w:p>
      <w:pPr>
        <w:pStyle w:val="ArticleScripture"/>
        <w:jc w:val="left"/>
      </w:pPr>
      <w:r>
        <w:rPr>
          <w:rFonts w:ascii="Nirmala UI" w:hAnsi="Nirmala UI" w:eastAsia="Nirmala UI" w:cs="Nirmala UI"/>
        </w:rPr>
        <w:t>আর শিম্‌শোন গিয়ে তিনশত শিয়াল ধরলেন এবং মশাল নিয়ে শিয়ালগুলিকে লেজে লেজে জুড়ে দিলেন ও প্রতি জোড়া লেজের মাঝখানে একটি করে মশাল রাখলেন। তারপর তিনি মশালগুলি জ্বালিয়ে শিয়ালগুলিকে পলেষ্টীয়দের খেতে দাঁড়ানো শস্যের মধ্যে ছেড়ে দিলেন এবং শস্যের আঁটির স্তূপ ও খেতে দাঁড়ানো শস্য, সেইসঙ্গে দ্রাক্ষাক্ষেত্র ও জলপাইগাছগুলি পুড়িয়ে দিলেন। বিচারকর্তৃগণ ১৫:৪, ৫।</w:t>
      </w:r>
    </w:p>
    <w:p>
      <w:pPr>
        <w:pStyle w:val="ArticleBody"/>
        <w:jc w:val="left"/>
      </w:pPr>
      <w:r>
        <w:rPr>
          <w:rFonts w:ascii="Nirmala UI" w:hAnsi="Nirmala UI" w:eastAsia="Nirmala UI" w:cs="Nirmala UI"/>
        </w:rPr>
        <w:t>প্রকাশিত বাক্য পুস্তকের নবম অধ্যায়ে ইসলাম-সংক্রান্ত পাঁচ মাসের দুটি ভবিষ্যদ্বাণীতে “আগুন” ও “লেজসমূহ”কে ইসলামের বৈশিষ্ট্য হিসেবে চিহ্নিত করা হয়েছে।</w:t>
      </w:r>
    </w:p>
    <w:p>
      <w:pPr>
        <w:pStyle w:val="ArticleScripture"/>
        <w:jc w:val="left"/>
      </w:pPr>
      <w:r>
        <w:rPr>
          <w:rFonts w:ascii="Nirmala UI" w:hAnsi="Nirmala UI" w:eastAsia="Nirmala UI" w:cs="Nirmala UI"/>
        </w:rPr>
        <w:t>আর এইভাবে আমি দর্শনে অশ্বগুলিকে ও তাদের উপরে উপবিষ্ট আরোহীদের দেখলাম; তাদের বক্ষবর্ম ছিল অগ্নিবর্ণ, নীলকান্তমণিবর্ণ ও গন্ধকবর্ণ। অশ্বগুলির মস্তক ছিল সিংহের মস্তকের মতো; আর তাদের মুখ থেকে অগ্নি, ধোঁয়া ও গন্ধক নির্গত হচ্ছিল। এই তিনটির দ্বারা মানুষের এক-তৃতীয়াংশ নিহত হল—তাদের মুখ থেকে নির্গত অগ্নির দ্বারা, ধোঁয়ার দ্বারা ও গন্ধকের দ্বারা। কারণ তাদের শক্তি তাদের মুখে ও লেজে নিহিত; কেননা তাদের লেজগুলি ছিল সর্পের মতো, সেগুলির মাথাও ছিল, আর সেগুলির দ্বারা তারা ক্ষতিসাধন করে। প্রকাশিত বাক্য ৯:১৭–১৯।</w:t>
      </w:r>
    </w:p>
    <w:p>
      <w:pPr>
        <w:pStyle w:val="ArticleBody"/>
        <w:jc w:val="left"/>
      </w:pPr>
      <w:r>
        <w:rPr>
          <w:rFonts w:ascii="Nirmala UI" w:hAnsi="Nirmala UI" w:eastAsia="Nirmala UI" w:cs="Nirmala UI"/>
        </w:rPr>
        <w:t>ইসলামের শক্তি তাদের মুখ ও লেজ উভয়ের মধ্যেই নিহিত।</w:t>
      </w:r>
    </w:p>
    <w:p>
      <w:pPr>
        <w:pStyle w:val="ArticleScripture"/>
        <w:jc w:val="left"/>
      </w:pPr>
      <w:r>
        <w:rPr>
          <w:rFonts w:ascii="Nirmala UI" w:hAnsi="Nirmala UI" w:eastAsia="Nirmala UI" w:cs="Nirmala UI"/>
        </w:rPr>
        <w:t>আর তাদের লেজ ছিল বৃশ্চিকের লেজের মতো, এবং তাদের লেজে হুল ছিল; আর পাঁচ মাস ধরে মানুষকে যন্ত্রণা দেওয়ার ক্ষমতা তাদের ছিল। আর তাদের উপরে এক রাজা ছিল, সে অতল গহ্বরের দূত; হিব্রু ভাষায় তার নাম অবদ্দোন, কিন্তু গ্রিক ভাষায় তার নাম আপল্লুয়োন। প্রকাশিত বাক্য ৯:১০, ১১।</w:t>
      </w:r>
    </w:p>
    <w:p>
      <w:pPr>
        <w:pStyle w:val="ArticleBody"/>
        <w:jc w:val="left"/>
      </w:pPr>
      <w:r>
        <w:rPr>
          <w:rFonts w:ascii="Nirmala UI" w:hAnsi="Nirmala UI" w:eastAsia="Nirmala UI" w:cs="Nirmala UI"/>
        </w:rPr>
        <w:t>ইসলামের যন্ত্রণা দেওয়ার ও হত্যা করার শক্তি তাদের মুখ ও লেজ উভয়ের মধ্যেই নিহিত, যা তাদের মুখ ও লেজ থেকে নির্গত হয়।</w:t>
      </w:r>
    </w:p>
    <w:p>
      <w:pPr>
        <w:pStyle w:val="ArticleScripture"/>
        <w:jc w:val="left"/>
      </w:pPr>
      <w:r>
        <w:rPr>
          <w:rFonts w:ascii="Nirmala UI" w:hAnsi="Nirmala UI" w:eastAsia="Nirmala UI" w:cs="Nirmala UI"/>
        </w:rPr>
        <w:t>অতএব প্রভু এক দিনেই ইস্রায়েল থেকে মস্তক ও পুচ্ছ, শাখা ও নলখাগড়া ছেদন করবেন। যে ব্যক্তি প্রবীণ ও সম্মানিত, সে-ই মস্তক; আর যে ভাববাদী মিথ্যা শিক্ষা দেয়, সে-ই পুচ্ছ। কারণ এই জাতির নেতারা তাদের বিপথে চালিত করে; আর যারা তাদের দ্বারা পরিচালিত হয়, তারা বিনষ্ট হয়। যিশাইয় ৯:১৪–১৬।</w:t>
      </w:r>
    </w:p>
    <w:p>
      <w:pPr>
        <w:pStyle w:val="ArticleBody"/>
        <w:jc w:val="left"/>
      </w:pPr>
      <w:r>
        <w:rPr>
          <w:rFonts w:ascii="Nirmala UI" w:hAnsi="Nirmala UI" w:eastAsia="Nirmala UI" w:cs="Nirmala UI"/>
        </w:rPr>
        <w:t>ইসলাম ও ইস্রায়েল ভাববাণীর বিচারে পরস্পর সম্পর্কিত, কারণ উভয়েই অব্রাহামের সন্তান, এবং উভয় বংশধারায় “মস্তক” হলো “প্রবীণ ও সম্মানিত ব্যক্তি” এবং “লাঙ্গুল” হলো “সেই ভাববাদী, যে মিথ্যা শিক্ষা দেয়।” ইসলামের ক্ষেত্রে মিথ্যা শিক্ষাদানকারী সেই প্রাচীন ভাববাদী হলেন মুহাম্মদ। কোরআন সেই মিথ্যাগুলির প্রতিনিধিত্ব করে, যা ইসলামের পঙ্গপালদের প্রণোদিত করে, আর প্রবীণ ও সম্মানিত ব্যক্তি বলতে তাদের রাজনৈতিক নেতৃত্বকে বোঝানো হয়েছে। ইসলাম রাষ্ট্রপরিচালনার এক কলাকৌশল (মুখ) দ্বারা পরিচালিত হয়, যা কোরআনের মিথ্যাগুলি (লাঙ্গুল) দ্বারা প্রণোদিত হয়। শিম্শোনের তিনশো শিয়ালকে পাঁচ মাসের দুটি দলে বিভক্ত করা হয়েছিল, যারা আগুন, ধোঁয়া ও গন্ধকের মাধ্যমে যন্ত্রণা দেবে এবং হত্যা করবে।</w:t>
      </w:r>
    </w:p>
    <w:p>
      <w:pPr>
        <w:pStyle w:val="ArticleHeading"/>
        <w:jc w:val="left"/>
      </w:pPr>
      <w:r>
        <w:rPr>
          <w:rFonts w:ascii="Nirmala UI" w:hAnsi="Nirmala UI" w:eastAsia="Nirmala UI" w:cs="Nirmala UI"/>
        </w:rPr>
        <w:t>আগুন, ধোঁয়া ও গন্ধক</w:t>
      </w:r>
    </w:p>
    <w:p>
      <w:pPr>
        <w:pStyle w:val="ArticleBody"/>
        <w:jc w:val="left"/>
      </w:pPr>
      <w:r>
        <w:rPr>
          <w:rFonts w:ascii="Nirmala UI" w:hAnsi="Nirmala UI" w:eastAsia="Nirmala UI" w:cs="Nirmala UI"/>
        </w:rPr>
        <w:t>অগ্নি, ধোঁয়া ও গন্ধক তিন দূতের ভাববাণীমূলক বৈশিষ্ট্য বহন করে। প্রথমটি ও শেষটি অগ্নির রূপবিশেষ। “গন্ধক” শব্দের মূল একটি ঐশ্বরিক স্ফুরণকে নির্দেশ করে। অগ্নি একটি বার্তার প্রতীক; ধোঁয়া সেই বার্তার প্রভাব, আর গন্ধক একটি ধর্মীয় বার্তাকে চিহ্নিত করে। এই তিনটিই প্রকাশিত বাক্যের চতুর্দশ অধ্যায়ের তিন দূতের প্রকৃত বার্তার নকলরূপ। লৌহবক্ষপটকে অগ্নি, জ্যাসিন্থ ও গন্ধকরূপে উপস্থাপন করা হয়েছে। এটি মহাযাজকের বক্ষপটের নকলরূপ। মহাযাজকের বক্ষপট এক লক্ষ চুয়াল্লিশ হাজার জনকে বারোটি মানব-রত্নরূপে উপস্থাপন করে, যেগুলি ঊরীম ও তুম্মীমের দ্বারা প্রতীকায়িত ঈশ্বরত্বের সঙ্গে সংযুক্ত। প্রাচীনকালে জ্যাসিন্থ ছিল গাঢ় নীলচে-কালো অথবা অনুজ্জ্বল বেগুনি রঙের। ইসলামের বক্ষপটের জ্যাসিন্থ ইসলামের মুখগুলি (রাষ্ট্র) ও লেজগুলি (মণ্ডলী) থেকে নির্গত ধোঁয়ার অনুরূপ।</w:t>
      </w:r>
    </w:p>
    <w:p>
      <w:pPr>
        <w:pStyle w:val="ArticleBody"/>
        <w:jc w:val="left"/>
      </w:pPr>
      <w:r>
        <w:rPr>
          <w:rFonts w:ascii="Nirmala UI" w:hAnsi="Nirmala UI" w:eastAsia="Nirmala UI" w:cs="Nirmala UI"/>
        </w:rPr>
        <w:t>ঈশ্বরের সঙ্গে ৩০০ বছর পথ চলার পর হনোককে স্বর্গে তুলে নেওয়ার ঘটনা ৩০০ সংখ্যাটিকে ১৭৯৮ সালে আগত প্রথম দূতের বার্তার সঙ্গে যুক্ত করে। প্রকাশিত বাক্যের নবম অধ্যায়ে উল্লিখিত পাঁচ মাসের ভাববাণী পূর্ণ হওয়ার মধ্য দিয়ে ১৮৪০ সালের ১১ আগস্ট প্রথম দূতের সেই বার্তা শক্তিলাভ করে। এই অধ্যায়ের পাঁচ মাসের দুটি সময়কাল পঙ্‌ক্তির সঙ্গে পঙ্‌ক্তি মিলিয়ে একত্রে যুক্ত করা হয়েছে। পঞ্চম ও দশম পদে উল্লিখিত পাঁচ মাস যে একশো পঞ্চাশ বছরব্যাপী দুটি স্বতন্ত্র সময়কাল, তা মাত্র সম্প্রতি উপলব্ধি করা হয়েছে। সেই সত্যটি উপলব্ধি করা হলে শিম্‌শোন শিয়ালগুলোকে জোড়ায় জোড়ায় বেঁধে একশো পঞ্চাশ জোড়া তৈরি করেন।</w:t>
      </w:r>
    </w:p>
    <w:p>
      <w:pPr>
        <w:pStyle w:val="ArticleBody"/>
        <w:jc w:val="left"/>
      </w:pPr>
      <w:r>
        <w:rPr>
          <w:rFonts w:ascii="Nirmala UI" w:hAnsi="Nirmala UI" w:eastAsia="Nirmala UI" w:cs="Nirmala UI"/>
        </w:rPr>
        <w:t>শিম্শোনের ভাববাণীমূলক ইতিহাসে (যে নামের অর্থ “সূর্য”), নীনবীর যুদ্ধ দ্বারা প্রতীকায়িত চাবিটি ব্যবহৃত হলে গহ্বর থেকে যে “ধোঁয়া” বেরিয়ে এসেছিল, তা অন্ধকারে সূর্যকে আচ্ছন্ন করেছিল। মিলারপন্থীরা ইসলামি গহ্বরের ধোঁয়ায় সূর্য আচ্ছন্ন হওয়াকে সূর্য (শিম্শোন) দ্বারা প্রতীকায়িত খ্রিষ্টের সুসমাচার আচ্ছন্ন হওয়া হিসেবে সঠিকভাবে চিহ্নিত করেছিলেন। শিম্শোনের সাক্ষ্য এবং প্রকাশিত বাক্যের নবম থেকে একাদশ অধ্যায়ে বর্ণিত ইসলামের মধ্যে আরও কয়েকটি যোগসূত্র রয়েছে।</w:t>
      </w:r>
    </w:p>
    <w:p>
      <w:pPr>
        <w:pStyle w:val="ArticleBody"/>
        <w:jc w:val="left"/>
      </w:pPr>
      <w:r>
        <w:rPr>
          <w:rFonts w:ascii="Nirmala UI" w:hAnsi="Nirmala UI" w:eastAsia="Nirmala UI" w:cs="Nirmala UI"/>
        </w:rPr>
        <w:t>শিম্শোনের ইতিহাসে তিন সংখ্যাটির উপস্থিতি দেখা যায় বিবাহের অতিথিদের ধাঁধাটি সমাধান করার জন্য নির্ধারিত তিন দিনের সময়সীমায়। শিম্শোন তিনজন নারীর সংস্পর্শে আসেন: তাঁর তিম্না-নিবাসী স্ত্রী, সেই বেশ্যা এবং দলীলা। প্রভুর আত্মা তিনবার শিম্শোনের ওপর নেমে আসেন: সিংহের মুখোমুখি হওয়ার সময়, অস্কিলোনে এবং লেহীতে। শিম্শোন সত্য বলার আগে দলীলাকে তিনবার মিথ্যা উত্তর দেন। তিন সংখ্যাটি ঈশ্বরসত্তার প্রতীক; সেই সঙ্গে নাগ, পশু ও ভণ্ড ভাববাদীকে নিয়ে গঠিত নকল ঈশ্বরসত্তা এবং বিজয়ী মণ্ডলীর ত্রিবিধ গঠনেরও প্রতীক।</w:t>
      </w:r>
    </w:p>
    <w:p>
      <w:pPr>
        <w:pStyle w:val="ArticleBody"/>
        <w:jc w:val="left"/>
      </w:pPr>
      <w:r>
        <w:rPr>
          <w:rFonts w:ascii="Nirmala UI" w:hAnsi="Nirmala UI" w:eastAsia="Nirmala UI" w:cs="Nirmala UI"/>
        </w:rPr>
        <w:t>ত্রিশ হলো যাজকের সংখ্যা, আর শিম্‌শোনের বিবাহভোজে ত্রিশজন সঙ্গীকে নিয়ে আসা হয়েছিল। এরপর অতিথিরা ধাঁধাটির সমাধান করতে পারলে তাঁদের ত্রিশখানি চাদর ও ত্রিশটি পোশাক দেবেন বলে শিম্‌শোন বাজি ধরেছিলেন। বিশ্বাসঘাতকতার মাধ্যমে তাঁর ধাঁধার উত্তর ফাঁস হয়ে গেলে, বাজির দেনা মেটাতে শিম্‌শোন অস্কিলোনের ত্রিশজন পুরুষকে হত্যা করেছিলেন। ত্রিশ সংখ্যাটি ৩০০-এর একটি ভাববাণীমূলক দশমাংশ, এবং হনোকের তিনশত বছর ঈশ্বরের সঙ্গে চলার সমান্তরালে, শিম্‌শোন যে তিনশত শিয়াল ধরে একশত পঞ্চাশ জোড়ায় একসঙ্গে বেঁধেছিলেন, সেগুলি প্রকাশিত বাক্যের নবম অধ্যায়ের পাঁচ মাসের দুটি ভাববাণীর সঙ্গে সংযুক্ত; এই ভাববাণী দুটি সূত্রের উপর সূত্র পদ্ধতির মাধ্যমে পরস্পরের সঙ্গে যুক্ত। তিনশত হলো তিন হাজারের একটি ভাববাণীমূলক দশমাংশ, আর তিন হাজার একটি অবশিষ্ট জনগোষ্ঠীকে নির্দেশ করে—তা পঞ্চাশত্তমীর দিনে বিশ্বাসে আসা ব্যক্তিদের দ্বারা প্রতিরূপিত ধার্মিক অবশিষ্ট জনগোষ্ঠীই হোক, কিংবা সোনার বাছুরকে ঘিরে বিদ্রোহের সময় লেবীয়দের হাতে নিহত ব্যক্তিদের দ্বারা প্রতিরূপিত অধার্মিক অবশিষ্ট জনগোষ্ঠীই হোক।</w:t>
      </w:r>
    </w:p>
    <w:p>
      <w:pPr>
        <w:pStyle w:val="ArticleBody"/>
        <w:jc w:val="left"/>
      </w:pPr>
      <w:r>
        <w:rPr>
          <w:rFonts w:ascii="Nirmala UI" w:hAnsi="Nirmala UI" w:eastAsia="Nirmala UI" w:cs="Nirmala UI"/>
        </w:rPr>
        <w:t>স্বর্ণবাছুরকে কেন্দ্র করে সংঘটিত বিদ্রোহ এবং পঞ্চাশত্তমীর দিনে ধর্মান্তরিত ব্যক্তিরা উভয়ই ভাববাণীগতভাবে আসন্ন রবিবারের আইনের সময়ে একই বিন্দুতে মিলে যায়। একটি অবশিষ্ট জনগোষ্ঠী ঈশ্বরের সঙ্গে নিয়মে আবদ্ধ প্রজাদের মধ্যকার এক অবশিষ্ট জনগোষ্ঠীর এবং ঈশ্বরের সঙ্গে নিয়মে আবদ্ধ প্রজাদের পালের বাইরে থাকা লোকদের মধ্যকার এক অবশিষ্ট জনগোষ্ঠীর প্রতিনিধিত্ব করে। শিমশোনের সাক্ষ্যে প্রথমবার উল্লিখিত তিন হাজার হলো সেই ইহুদিরা, যারা পলেষ্টীয়দের তুষ্ট করার জন্য শিমশোনকে বন্দি করেছিল; আর দ্বিতীয়বার উল্লিখিত তিন হাজার হলো পলেষ্টীয়রা। বিচার শুরু হয় ঈশ্বরের গৃহ থেকে, আর তার পরে সেই একাদশ ঘটিকার শ্রমিকদের বিচার হয়, যারা এখনও বাবিলে রয়েছে। শিমশোনের সাক্ষ্য তিন হাজারকে অবশিষ্ট জনগোষ্ঠীর প্রতীক হিসেবে প্রতিষ্ঠিত করে এবং সেই সঙ্গে বিচারপ্রক্রিয়ার ক্রমধারাকেও প্রতিষ্ঠিত করে। হনোক তিনশো বছর ঈশ্বরের সঙ্গে চলেছিলেন; এভাবে তিনি ঈশ্বরের সঙ্গে নিয়মে আবদ্ধ প্রজাদের সেই অবশিষ্ট জনগোষ্ঠীর প্রতিনিধিত্ব করেন, যারা মৃত্যুর স্বাদ গ্রহণ করে না। সেই অবশিষ্ট জনগোষ্ঠী হলো এক লক্ষ চুয়াল্লিশ হাজার, যাদের প্রকাশিত বাক্যের সপ্তম অধ্যায়ে মহাজনতার বিপরীতে উপস্থাপন করা হয়েছে।</w:t>
      </w:r>
    </w:p>
    <w:p>
      <w:pPr>
        <w:pStyle w:val="ArticleBody"/>
        <w:jc w:val="left"/>
      </w:pPr>
      <w:r>
        <w:rPr>
          <w:rFonts w:ascii="Nirmala UI" w:hAnsi="Nirmala UI" w:eastAsia="Nirmala UI" w:cs="Nirmala UI"/>
        </w:rPr>
        <w:t>৩০০-এর দশমাংশ হলো ৩০, যা একজন যাজকের প্রতীক; আর ত্রিশের দশমাংশ হিসেবে তিন সংখ্যাটি ঈশ্বরত্বের পাশাপাশি নাগ, পশু ও ভণ্ড ভাববাদীর নকল ঈশ্বরত্বেরও প্রতিনিধিত্ব করে। তিন সংখ্যাটি বিজয়ী মণ্ডলীর ত্রিধাবিভাগেরও প্রতিনিধিত্ব করে, যার প্রতিনিধিত্ব করেন রাজা দায়ূদ, যিনি ত্রিশ বছর বয়সে রাজত্ব করতে শুরু করেছিলেন, যাজক যোষেফ, যিনি ত্রিশ বছর বয়সে সেবাকাজ শুরু করেছিলেন, এবং ভাববাদী ও যাজক যিহিষ্কেল, যিনি সপ্তদশ যোবেল-চক্রের ত্রিশতম বছরে তাঁর বাইশ বছরব্যাপী পরিচর্যা শুরু করেছিলেন। যাজক হিসেবে তাঁর বয়স তখন ত্রিশ বছর হওয়ার কথা।</w:t>
      </w:r>
    </w:p>
    <w:p>
      <w:pPr>
        <w:pStyle w:val="ArticleBody"/>
        <w:jc w:val="left"/>
      </w:pPr>
      <w:r>
        <w:rPr>
          <w:rFonts w:ascii="Nirmala UI" w:hAnsi="Nirmala UI" w:eastAsia="Nirmala UI" w:cs="Nirmala UI"/>
        </w:rPr>
        <w:t>ভাববাদী, যাজক ও রাজা হিসেবে উপস্থাপিত তিনটি প্রতীকী সত্তার প্রত্যেকটি অবরোধের সূচনা নির্দেশকারী পথচিহ্নে ঈশ্বরের সপ্তম দিনের বিশ্রামবারের সিলমোহর লাভ করে। মৃত্যুর দুটি সাক্ষ্য এবং ৬৬ সালে যিরূশালেমের ধ্বংসের গৌণ সাক্ষ্য একত্রে এই মর্মে তিনটি সাক্ষ্য প্রদান করে যে অবরোধের পথচিহ্নটি একটি ‘নিদর্শন’।</w:t>
      </w:r>
    </w:p>
    <w:p>
      <w:pPr>
        <w:pStyle w:val="ArticleHeading"/>
        <w:jc w:val="left"/>
      </w:pPr>
      <w:r>
        <w:rPr>
          <w:rFonts w:ascii="Nirmala UI" w:hAnsi="Nirmala UI" w:eastAsia="Nirmala UI" w:cs="Nirmala UI"/>
        </w:rPr>
        <w:t>পরিবর্তনের পথচিহ্ন</w:t>
      </w:r>
    </w:p>
    <w:p>
      <w:pPr>
        <w:pStyle w:val="ArticleBody"/>
        <w:jc w:val="left"/>
      </w:pPr>
      <w:r>
        <w:rPr>
          <w:rFonts w:ascii="Nirmala UI" w:hAnsi="Nirmala UI" w:eastAsia="Nirmala UI" w:cs="Nirmala UI"/>
        </w:rPr>
        <w:t>অবরোধ শুরু হলে, লেমকের মাধ্যমে প্রতিরূপিত ঈশ্বরের ত্রিবিধ বিজয়ী মণ্ডলী সিলমোহরাঙ্কিত হয়। যিহিষ্কেলের স্ত্রীর মৃত্যু নির্দেশ করে যে, ঠিক সেই একই পথচিহ্নে পূর্বতন নিয়মভুক্ত জনগোষ্ঠীকে সম্পূর্ণরূপে পাশ কাটিয়ে যাওয়া হয়। এই পথচিহ্ন লায়দিকেয়া থেকে ফিলাদিলফিয়ায় উত্তরণকে নির্দেশ করে, যাকে সংগ্রামরত মণ্ডলী থেকে বিজয়ী মণ্ডলীতে উত্তরণ হিসেবেও চিত্রিত করা হয়েছে; এভাবে তা অষ্টম মণ্ডলীতে পরিণত হয়, যা সেই সাতটিরই অন্তর্ভুক্ত। ১৮৪৪ সালের ২২ অক্টোবর থেকে ১৮৬৩ সালের বিদ্রোহ পর্যন্ত বিস্তৃত তৃতীয় স্বর্গদূতের মিলারপন্থী ইতিহাসে সেই পথচিহ্নটি ১৮৫৬ সালের সময়পর্বকে নির্দেশ করেছিল, যখন জেমস ও এলেন হোয়াইট উভয়েই আন্দোলনটিকে লায়দিকেয়ীয় বলে চিহ্নিত করতে শুরু করেন। ১৮৫৬ সালে ফিলাদিলফীয় মিলারপন্থী আন্দোলন লায়দিকেয়ীয় মিলারপন্থী আন্দোলনে রূপান্তরিত হয়। সাত বছর পরে, আন্দোলনটি লায়দিকেয়ীয় সেভেন্থ-ডে অ্যাডভেন্টিস্ট মণ্ডলীতে পরিণত হওয়ার মধ্য দিয়ে লায়দিকেয়ীয় মিলারপন্থী আন্দোলনের অবসান ঘটে।</w:t>
      </w:r>
    </w:p>
    <w:p>
      <w:pPr>
        <w:pStyle w:val="ArticleBody"/>
        <w:jc w:val="left"/>
      </w:pPr>
      <w:r>
        <w:rPr>
          <w:rFonts w:ascii="Nirmala UI" w:hAnsi="Nirmala UI" w:eastAsia="Nirmala UI" w:cs="Nirmala UI"/>
        </w:rPr>
        <w:t>সেই পথচিহ্নের প্রতিরূপ ৩১৩ সালেও দেখা যায়, যখন স্মুর্ণা মণ্ডলীর অবসান ঘটে এবং পর্গাম মণ্ডলীর সূচনা হয়। সব মিলিয়ে, ১৮৫৬ সালে ধার্মিক ফিলাদিলফিয়া থেকে অধার্মিক লায়দিকেয়ায় রূপান্তরটি ৩১৩ সালে ধার্মিক স্মুর্ণা থেকে অধার্মিক পর্গামে রূপান্তরের সঙ্গে সঙ্গতিপূর্ণ, আর রূপান্তরের সেই সন্ধিক্ষণ পথচিহ্নটিকে একটি নিদর্শন হিসেবেও চিহ্নিত করে। একাধিক সাক্ষীর সাক্ষ্য অনুসারে, অবরোধের সূচনা হয় একটি নিদর্শনের মধ্য দিয়ে। এক লক্ষ চুয়াল্লিশ হাজার জনকে নিয়ে গঠিত তৃতীয় দূতের আন্দোলন যখন লেমকের মৃত্যুর সময় মুদ্রাঙ্কিত হয়, তখন তাদের পতাকাস্বরূপ ঊর্ধ্বে তুলে ধরার সঙ্গে সঙ্গে তারা মুদ্রাঙ্কিত ও সম্পূর্ণরূপে ঐক্যবদ্ধ হয়; কারণ অবরোধের ভাববাণীমূলক কাঠামোর প্রথম পথচিহ্নটি একটি নিদর্শন।</w:t>
      </w:r>
    </w:p>
    <w:p>
      <w:pPr>
        <w:pStyle w:val="ArticleBody"/>
        <w:jc w:val="left"/>
      </w:pPr>
      <w:r>
        <w:rPr>
          <w:rFonts w:ascii="Nirmala UI" w:hAnsi="Nirmala UI" w:eastAsia="Nirmala UI" w:cs="Nirmala UI"/>
        </w:rPr>
        <w:t>জন পালাইওলোগোসের মৃত্যু ইসলামের পথচিহ্ন নির্দেশ করে, যখন পূর্ব রোম ইসলাম কর্তৃক বশ্যতা স্বীকারে বাধ্য হয়। যিরূশালেমের অবরোধ ও ধ্বংস বাবিল ও রোমের দুই সাক্ষী হিসেবে কাজ করে। যিহিষ্কেলের দেড় বছরের সময়কাল সেই লায়দিকেয়ীয়দের প্রতিনিধিত্ব করে, যারা উত্তর দেশের রাজার অধীনে বন্দিত্বে নীত হওয়ার সতর্কবার্তা দেখতে ও শুনতে অস্বীকার করেছিল। সেস্টিয়াসের চিহ্ন সেই ফিলাদেলফীয়দের প্রতিনিধিত্ব করে, যারা উত্তর দেশের রাজার কবল থেকে পালিয়ে রক্ষা পায়। ওই দুটি চিহ্ন অভ্যন্তরীণ ভাববাণীমূলক বার্তাকে নির্দেশ করে, যেমনটি লেমকের ৭৭৭-ও করে। রেখার পর রেখায়, অবরোধের সময় এক শ্রেণিকে বন্দিত্বে নিয়ে যাওয়া হয় এবং অন্য শ্রেণি উত্তর দেশের রাজার হাত থেকে রক্ষা পায়।</w:t>
      </w:r>
    </w:p>
    <w:p>
      <w:pPr>
        <w:pStyle w:val="ArticleBody"/>
        <w:jc w:val="left"/>
      </w:pPr>
      <w:r>
        <w:rPr>
          <w:rFonts w:ascii="Nirmala UI" w:hAnsi="Nirmala UI" w:eastAsia="Nirmala UI" w:cs="Nirmala UI"/>
        </w:rPr>
        <w:t>যে পথচিহ্নে লেমকের দ্বারা প্রতিনিধিত্বকৃত ব্যক্তিদের মুদ্রাঙ্কিত করা হয়, সেখানে ইসলামের ভূমিকা চিহ্নিত করার মাধ্যমে জন পালাইওলোগোসের মৃত্যু বাহ্যিক ভাববাণীমূলক বার্তাটির প্রতিনিধিত্ব করে। যিরূশালেমের অবরোধ ও ধ্বংসের সময় যারা পালিয়ে যায় এবং যারা বন্দি হয়, তারা এই বিষয়টিকে জোরালোভাবে তুলে ধরে যে অবরোধের ভাববাণীমূলক সময়কালের আলফা পথচিহ্নেই চরিত্র প্রকাশিত হয়। এই দুই শ্রেণির প্রতিনিধিত্ব করেন দুই লেমক। এক শ্রেণি ন্যাশভিলকে সতর্কবার্তা দেয়, আর অন্য শ্রেণি তা দিতে অস্বীকার করে।</w:t>
      </w:r>
    </w:p>
    <w:p>
      <w:pPr>
        <w:pStyle w:val="ArticleScripture"/>
        <w:jc w:val="left"/>
      </w:pPr>
      <w:r>
        <w:rPr>
          <w:rFonts w:ascii="Nirmala UI" w:hAnsi="Nirmala UI" w:eastAsia="Nirmala UI" w:cs="Nirmala UI"/>
        </w:rPr>
        <w:t>আর প্রভু তাকে বললেন, অতএব যে কেউ কয়িনকে হত্যা করবে, তার ওপর সাতগুণ প্রতিশোধ নেওয়া হবে। আর প্রভু কয়িনের ওপর একটি চিহ্ন দিলেন, যাতে কেউ তাকে পেয়ে হত্যা না করে। আদিপুস্তক ৪:১৫।</w:t>
      </w:r>
    </w:p>
    <w:p>
      <w:pPr>
        <w:pStyle w:val="ArticleHeading"/>
        <w:jc w:val="left"/>
      </w:pPr>
      <w:r>
        <w:rPr>
          <w:rFonts w:ascii="Nirmala UI" w:hAnsi="Nirmala UI" w:eastAsia="Nirmala UI" w:cs="Nirmala UI"/>
        </w:rPr>
        <w:t>বিদ্রোহের চিহ্ন</w:t>
      </w:r>
    </w:p>
    <w:p>
      <w:pPr>
        <w:pStyle w:val="ArticleBody"/>
        <w:jc w:val="left"/>
      </w:pPr>
      <w:r>
        <w:rPr>
          <w:rFonts w:ascii="Nirmala UI" w:hAnsi="Nirmala UI" w:eastAsia="Nirmala UI" w:cs="Nirmala UI"/>
        </w:rPr>
        <w:t>কয়িন তার বিদ্রোহের চিহ্ন লাভ করেছিল। তার বিদ্রোহের চিহ্নটিকে মানবজাতির প্রতি এই সতর্কবার্তা হিসেবে বোঝা হয়েছিল যে, তারা যদি কয়িনকে হত্যা করে, তবে তারা ঈশ্বরের সপ্তগুণ বিচারদণ্ড ভোগ করবে। এক অর্থে চিহ্নটিকে কয়িনের জন্য ঈশ্বরের সুরক্ষার ব্যবস্থা হিসেবে বোঝা যেতে পারে, কিন্তু ভাববাণীগতভাবে তা বাইবেলের শেষ পুস্তকে বর্ণিত বিদ্রোহের সতর্কতামূলক চিহ্নটির সঙ্গে সঙ্গতিপূর্ণ। ওমেগা-পুস্তক প্রকাশিত বাক্যে বর্ণিত পশুর চিহ্নের পূর্বপ্রতীক ছিল আলফা-পুস্তক আদিপুস্তকে কয়িনের বিদ্রোহের চিহ্ন। কয়িনের চিহ্নে নিহিত সতর্কবার্তা হলো, যারা কয়িনের মতো একই চরিত্র প্রকাশ করবে, তারাও ঈশ্বরের দ্বারা প্রত্যাখ্যাত ও দণ্ডিত হবে। কয়িনের ওপর অঙ্কিত চিহ্নটি পশুর চিহ্নের সঙ্গে সঙ্গতিপূর্ণ, আর এই সতর্কবার্তা নিজের ভাইকে হত্যা করার মাধ্যমে কয়িন যে বিদ্রোহ করেছিল, তার অনুকরণ না করার আদেশের ওপর জোর দেয়—প্রকাশিত বাক্যে যা পশুর প্রতিমূর্তি হিসেবে উপস্থাপিত হয়েছে। কয়িনের কাজের অনুকরণ করা মানেই কয়িনের একটি প্রতিমূর্তি গড়ে তোলা। কয়িনকে সপ্তগুণ নির্বাহী বিচারদণ্ড দেওয়া হয়েছিল, আর কয়িন থেকে ষষ্ঠ প্রজন্মে লেমক উপলব্ধি করেছিল যে সে তার পিতার পাপের পুনরাবৃত্তি করেছে, কিন্তু তার বিচারদণ্ড হবে সত্তরের সাত গুণ।</w:t>
      </w:r>
    </w:p>
    <w:p>
      <w:pPr>
        <w:pStyle w:val="ArticleScripture"/>
        <w:jc w:val="left"/>
      </w:pPr>
      <w:r>
        <w:rPr>
          <w:rFonts w:ascii="Nirmala UI" w:hAnsi="Nirmala UI" w:eastAsia="Nirmala UI" w:cs="Nirmala UI"/>
        </w:rPr>
        <w:t>আর লেমক তাঁর স্ত্রী আদা ও সিল্লাকে বললেন, আমার কণ্ঠস্বর শোনো; হে লেমকের স্ত্রীরা, আমার কথায় কর্ণপাত করো: কারণ আমাকে আহত করায় আমি এক পুরুষকে, আর আমাকে আঘাত করায় এক যুবককে হত্যা করেছি। কয়িনের জন্য যদি সাত গুণ প্রতিশোধ নেওয়া হয়, তবে লেমকের জন্য নিশ্চয়ই সাতাত্তর গুণ নেওয়া হবে। আদিপুস্তক ৪:২৩, ২৪।</w:t>
      </w:r>
    </w:p>
    <w:p>
      <w:pPr>
        <w:pStyle w:val="ArticleBody"/>
        <w:jc w:val="left"/>
      </w:pPr>
      <w:r>
        <w:rPr>
          <w:rFonts w:ascii="Nirmala UI" w:hAnsi="Nirmala UI" w:eastAsia="Nirmala UI" w:cs="Nirmala UI"/>
        </w:rPr>
        <w:t>ঈশ্বরের বাক্যে মাত্র তিনটি ক্ষেত্রে সংখ্যা গুণের আকারে প্রকাশ করা হয়েছে, যার প্রথম দৃষ্টান্তটি রয়েছে পূর্ববর্তী পদে। শেষটিও প্রথমটির মতোই।</w:t>
      </w:r>
    </w:p>
    <w:p>
      <w:pPr>
        <w:pStyle w:val="ArticleScripture"/>
        <w:jc w:val="left"/>
      </w:pPr>
      <w:r>
        <w:rPr>
          <w:rFonts w:ascii="Nirmala UI" w:hAnsi="Nirmala UI" w:eastAsia="Nirmala UI" w:cs="Nirmala UI"/>
        </w:rPr>
        <w:t>তখন পিতর তাঁর কাছে এসে বললেন, প্রভু, আমার ভাই আমার বিরুদ্ধে পাপ করলে আমি তাকে কতবার ক্ষমা করব? সাতবার পর্যন্ত? যীশু তাঁকে বললেন, আমি তোমাকে বলছি, সাতবার পর্যন্ত নয়, বরং সত্তর গুণ সাতবার পর্যন্ত। মথি ১৮:২১, ২২।</w:t>
      </w:r>
    </w:p>
    <w:p>
      <w:pPr>
        <w:pStyle w:val="ArticleBody"/>
        <w:jc w:val="left"/>
      </w:pPr>
      <w:r>
        <w:rPr>
          <w:rFonts w:ascii="Nirmala UI" w:hAnsi="Nirmala UI" w:eastAsia="Nirmala UI" w:cs="Nirmala UI"/>
        </w:rPr>
        <w:t>সত্তর গুণ সাত হলো চারশো নব্বই, এবং পবিত্র ইতিহাসে চারশো নব্বই বছরের তিনটি সময়পর্ব রয়েছে, যার প্রতিটিই একেকটি পরীক্ষাকালকে নির্দেশ করে। পবিত্রস্থানের জন্য, রাজাদের জন্য এবং বাহিনীর জন্য চারশো নব্বই বছর করে নির্দেশিত হয়েছে। রাজাদের সময়পর্ব শুরু হয়েছিল খ্রিষ্টপূর্ব ১০৯৭ সালে শৌলের অভিষেকের মধ্য দিয়ে এবং চলেছিল খ্রিষ্টপূর্ব ৬০৭ সালে নবূখদ্‌নিৎসরের প্রথম অবরোধ পর্যন্ত, যখন দানিয়েলকে বন্দি করে নিয়ে যাওয়া হয়েছিল।</w:t>
      </w:r>
    </w:p>
    <w:p>
      <w:pPr>
        <w:pStyle w:val="ArticleBody"/>
        <w:jc w:val="left"/>
      </w:pPr>
      <w:r>
        <w:rPr>
          <w:rFonts w:ascii="Nirmala UI" w:hAnsi="Nirmala UI" w:eastAsia="Nirmala UI" w:cs="Nirmala UI"/>
        </w:rPr>
        <w:t>পবিত্রস্থানের জন্য নির্ধারিত চারশো নব্বই বছরের পরীক্ষাকাল খ্রিস্টপূর্ব ১০০৬ সালে শলোমনের মন্দিরের উৎসর্গীকরণের মধ্য দিয়ে শুরু হয়েছিল এবং খ্রিস্টপূর্ব ৫১৬ সালে নির্বাসনোত্তর মন্দিরের উৎসর্গীকরণ পর্যন্ত অব্যাহত ছিল। বাহিনীর জন্য এই চারশো নব্বই বছরের সময়কাল ছিল খ্রিস্টপূর্ব ৪৫৭ সাল থেকে খ্রিস্টাব্দ ৩৪ সাল পর্যন্ত।</w:t>
      </w:r>
    </w:p>
    <w:p>
      <w:pPr>
        <w:pStyle w:val="ArticleBody"/>
        <w:jc w:val="left"/>
      </w:pPr>
      <w:r>
        <w:rPr>
          <w:rFonts w:ascii="Nirmala UI" w:hAnsi="Nirmala UI" w:eastAsia="Nirmala UI" w:cs="Nirmala UI"/>
        </w:rPr>
        <w:t>কয়িনের সাতগুণ বিচারের সতর্কবার্তা ও চিহ্ন থেকে শুরু করে লেমকের সত্তর বার সাতগুণ পর্যন্ত ধারাটি চারশো নব্বই বছরের এক প্রতীকী পরীক্ষাকালকে নির্দেশ করে। কয়িনের চিহ্ন দ্বারা প্রতীকায়িত বিদ্রোহকে ক্রমশ তীব্রতর হতে দেখানো হয়েছে, যা জলপ্লাবন পাঠানোর পেছনে ঈশ্বরের উদ্দেশ্যের সঙ্গে সামঞ্জস্যপূর্ণ।</w:t>
      </w:r>
    </w:p>
    <w:p>
      <w:pPr>
        <w:pStyle w:val="ArticleScripture"/>
        <w:jc w:val="left"/>
      </w:pPr>
      <w:r>
        <w:rPr>
          <w:rFonts w:ascii="Nirmala UI" w:hAnsi="Nirmala UI" w:eastAsia="Nirmala UI" w:cs="Nirmala UI"/>
        </w:rPr>
        <w:t>আর ঈশ্বর দেখলেন যে পৃথিবীতে মানুষের দুষ্টতা অত্যন্ত ব্যাপক, এবং তার হৃদয়ের চিন্তার প্রতিটি কল্পনাই নিরন্তর কেবল মন্দ। আর পৃথিবীতে মানুষকে সৃষ্টি করেছিলেন বলে সদাপ্রভু অনুতপ্ত হলেন, এবং তাঁর অন্তর ব্যথিত হলো। আর সদাপ্রভু বললেন, আমি যাকে সৃষ্টি করেছি, সেই মানুষকে পৃথিবীর বুক থেকে নিশ্চিহ্ন করব; মানুষ, পশু, সরীসৃপ ও আকাশের পাখি সকলকেই; কারণ তাদের সৃষ্টি করেছি বলে আমি অনুতপ্ত। আদিপুস্তক ৬:৫–৭।</w:t>
      </w:r>
    </w:p>
    <w:p>
      <w:pPr>
        <w:pStyle w:val="ArticleBody"/>
        <w:jc w:val="left"/>
      </w:pPr>
      <w:r>
        <w:rPr>
          <w:rFonts w:ascii="Nirmala UI" w:hAnsi="Nirmala UI" w:eastAsia="Nirmala UI" w:cs="Nirmala UI"/>
        </w:rPr>
        <w:t>কয়িনের ষষ্ঠ প্রজন্মের লেমককে শেথের বংশধারার লেমকের বিপরীতে বিদ্রোহীদের এক চিহ্নিত শ্রেণি হিসেবে উপস্থাপন করা হয়েছে। উভয় লেমকের সাক্ষ্যই পরীক্ষাকালের সমাপ্তি নির্দেশ করে: একজনের ক্ষেত্রে ৪৯০ সংখ্যার প্রকাশের মাধ্যমে, আর অন্যজনের ক্ষেত্রে তাঁর মৃত্যুর মাধ্যমে। উভয়ের মধ্যেই এমন সংখ্যাগত প্রতীকী তাৎপর্য রয়েছে, যা বিজয়ী মণ্ডলীর ত্রিবিধ গঠনের সঙ্গে সরাসরি সম্পর্কিত। কয়িনের বংশের লেমক রাজাদের, পবিত্রস্থান ও বাহিনীর জন্য নির্ধারিত ৪৯০ বছরব্যাপী তিনটি কালপর্বের সঙ্গে সামঞ্জস্যপূর্ণ, আর শেথের বংশের লেমকের মধ্যে ভাববাদী, যাজক ও রাজার জন্য সাত সংখ্যার সিলমোহর রয়েছে। শেথের বংশের লেমক হলেন প্রকাশিত বাক্যের চৌদ্দ অধ্যায়ের তিন দূতের দ্বিতীয় দূত, আর কয়িনের বংশের লেমক হলেন সেই তৃতীয় দূত, যিনি পশু, তার প্রতিমূর্তি, ছাপ এবং তার নামের সংখ্যা সম্পর্কে সতর্কবাণী উপস্থাপন করেন। প্রকাশিত বাক্যের চৌদ্দ অধ্যায়ের ৯/১১ পদ সেই ব্যক্তিদের চিহ্নিত করে, যারা কয়িনের অভিশাপ গ্রহণ করে।</w:t>
      </w:r>
    </w:p>
    <w:p>
      <w:pPr>
        <w:pStyle w:val="ArticleScripture"/>
        <w:jc w:val="left"/>
      </w:pPr>
      <w:r>
        <w:rPr>
          <w:rFonts w:ascii="Nirmala UI" w:hAnsi="Nirmala UI" w:eastAsia="Nirmala UI" w:cs="Nirmala UI"/>
        </w:rPr>
        <w:t>আর তৃতীয় স্বর্গদূত তাঁদের অনুসরণ করে উচ্চস্বরে বললেন, যদি কেউ সেই পশু ও তার প্রতিমার উপাসনা করে এবং নিজের কপালে অথবা হাতে তার চিহ্ন গ্রহণ করে, তবে সেই ব্যক্তি ঈশ্বরের ক্রোধের দ্রাক্ষারস পান করবে, যা তাঁর রোষের পানপাত্রে অমিশ্রিত অবস্থায় ঢালা হয়েছে; আর পবিত্র স্বর্গদূতদের উপস্থিতিতে এবং মেষশাবকের উপস্থিতিতে তাকে অগ্নি ও গন্ধক দিয়ে যন্ত্রণা দেওয়া হবে। আর তাদের যন্ত্রণার ধোঁয়া যুগে যুগে অনন্তকাল ধরে ঊর্ধ্বে উঠতে থাকবে; আর যারা সেই পশু ও তার প্রতিমার উপাসনা করে এবং যে কেউ তার নামের চিহ্ন গ্রহণ করে, তাদের দিনে বা রাতে কোনো বিশ্রাম নেই। প্রকাশিত বাক্য ১৪:৯–১১।</w:t>
      </w:r>
    </w:p>
    <w:p>
      <w:pPr>
        <w:pStyle w:val="ArticleBody"/>
        <w:jc w:val="left"/>
      </w:pPr>
      <w:r>
        <w:rPr>
          <w:rFonts w:ascii="Nirmala UI" w:hAnsi="Nirmala UI" w:eastAsia="Nirmala UI" w:cs="Nirmala UI"/>
        </w:rPr>
        <w:t>প্রকাশিত বাক্য ১৫:২ পদে তাঁদের পরিচয় দেওয়া হয়েছে, যাঁদের প্রতিনিধিত্ব করেন শেথের বংশধর লেমক:</w:t>
      </w:r>
    </w:p>
    <w:p>
      <w:pPr>
        <w:pStyle w:val="ArticleScripture"/>
        <w:jc w:val="left"/>
      </w:pPr>
      <w:r>
        <w:rPr>
          <w:rFonts w:ascii="Nirmala UI" w:hAnsi="Nirmala UI" w:eastAsia="Nirmala UI" w:cs="Nirmala UI"/>
        </w:rPr>
        <w:t>আর আমি দেখলাম, যেন অগ্নিমিশ্রিত এক কাচময় সমুদ্র: আর যারা সেই পশুর উপরে, তার প্রতিমার উপরে, তার ছাপের উপরে এবং তার নামের সংখ্যার উপরে বিজয়ী হয়েছে, তারা ঈশ্বরের বীণা হাতে নিয়ে সেই কাচময় সমুদ্রের উপরে দাঁড়িয়ে আছে। প্রকাশিত বাক্য ১৫:২।</w:t>
      </w:r>
    </w:p>
    <w:p>
      <w:pPr>
        <w:pStyle w:val="ArticleBody"/>
        <w:jc w:val="left"/>
      </w:pPr>
      <w:r>
        <w:rPr>
          <w:rFonts w:ascii="Nirmala UI" w:hAnsi="Nirmala UI" w:eastAsia="Nirmala UI" w:cs="Nirmala UI"/>
        </w:rPr>
        <w:t>শেথের বংশধর লেমক তাঁর মৃত্যুর মাধ্যমে রুদ্ধ দ্বারকে সূচিত করেন। কয়িনের বংশধর লেমক চারশো নব্বই বছরের পরীক্ষাকালের রুদ্ধ দ্বারকে সূচিত করেন। কয়িনের চিহ্নটিকে এমন এক চরিত্রের বিরুদ্ধে সতর্কসংকেত হিসেবে দেখার কথা ছিল, যার মধ্যে তিনটি প্রধান ভাববাণীমূলক বৈশিষ্ট্য প্রকাশ পেয়েছিল। সে ঈশ্বরের নির্দেশ অনুসারে ঈশ্বরের উপাসনায় অংশ নিতে অস্বীকার করেছিল; সে ঈর্ষাজনিত প্রচণ্ড ক্রোধ প্রকাশ করেছিল এবং নিজের ছোট ভাইকে হত্যা করেছিল আর তৃতীয়ত, সে অনুতাপ করতে অস্বীকার করেছিল।</w:t>
      </w:r>
    </w:p>
    <w:p>
      <w:pPr>
        <w:pStyle w:val="ArticleBody"/>
        <w:jc w:val="left"/>
      </w:pPr>
      <w:r>
        <w:rPr>
          <w:rFonts w:ascii="Nirmala UI" w:hAnsi="Nirmala UI" w:eastAsia="Nirmala UI" w:cs="Nirmala UI"/>
        </w:rPr>
        <w:t>কয়িন দশ আজ্ঞার প্রথম ফলকে লিপিবদ্ধ আজ্ঞাগুলি লঙ্ঘন করেছিলেন; এই ফলক ঈশ্বরের সঙ্গে মানবজাতির সম্পর্ক নির্দেশ করে, আর দ্বিতীয় ফলক মানবজাতির পারস্পরিক সম্পর্ক নির্দেশ করে। তাঁর বিদ্রোহের চিহ্ন তাঁকে অনুতাপহীন এক ব্যবস্থালঙ্ঘনকারী হিসেবে চিহ্নিত করেছিল। কয়িন ও লেমক শীঘ্রই প্রবর্তিতব্য রবিবারের আইনের সময় তৃতীয় স্বর্গদূতের রুদ্ধ দ্বারকে নির্দেশ করেন। হনোক, মথূশেলহ, লেমক ও নোহ সেই ইতিহাসের প্রতিনিধিত্ব করেন, যার সূচনা হয় হনোকের দ্বারা প্রতীকায়িত প্রথম স্বর্গদূতের আগমনের মধ্য দিয়ে; এরপর দ্বিতীয় স্বর্গদূতরূপে লেমকের আগমন ঘটে এবং মধ্যরাত্রির উচ্চরবরূপে মথূশেলহের আগমন ঘটে, যে উচ্চরব লেমকের দ্বিতীয় স্বর্গদূতের বার্তাকে শক্তি প্রদান করে, এবং তারপর তৃতীয় স্বর্গদূতরূপে নোহ জলপ্লাবনের রুদ্ধ দ্বারকে নির্দেশ করেন।</w:t>
      </w:r>
    </w:p>
    <w:p>
      <w:pPr>
        <w:pStyle w:val="ArticleBody"/>
        <w:jc w:val="left"/>
      </w:pPr>
      <w:r>
        <w:rPr>
          <w:rFonts w:ascii="Nirmala UI" w:hAnsi="Nirmala UI" w:eastAsia="Nirmala UI" w:cs="Nirmala UI"/>
        </w:rPr>
        <w:t>লেমক মহাপ্লাবনের পাঁচ বছর আগে মৃত্যুবরণ করেন, আর তাঁর এই মৃত্যু আসন্ন রবিবার-পালন আইনের সময় দ্বার রুদ্ধ হওয়ার পাঁচ প্রতীকী বছর পূর্বের সময়টিকে চিহ্নিত করে। ৭৭৭ বছর বয়সে লেমকের মৃত্যুর সময়ই বিজয়ী মণ্ডলীর মুদ্রাঙ্কন সম্পন্ন হয়। এরপর জাহাজের দ্বার অলৌকিকভাবে রুদ্ধ হওয়ার সাত দিন আগে প্রাণীরা জাহাজে প্রবেশ করতে শুরু করে।</w:t>
      </w:r>
    </w:p>
    <w:p>
      <w:pPr>
        <w:pStyle w:val="ArticleBody"/>
        <w:jc w:val="left"/>
      </w:pPr>
      <w:r>
        <w:rPr>
          <w:rFonts w:ascii="Nirmala UI" w:hAnsi="Nirmala UI" w:eastAsia="Nirmala UI" w:cs="Nirmala UI"/>
        </w:rPr>
        <w:t>মথূশেলহের মৃত্যুর দিনটি ছিল সেই সাত দিনের প্রথম দিন। দরজা বন্ধ হওয়ার আগে শেষ সতর্কবাণীটি ছিল এক দ্বিবিধ বার্তা—প্রাণীদের এক চাক্ষুষ উপস্থাপনা এবং তার সঙ্গে এমন এক ভবিষ্যদ্বাণীর পূর্ণতা, যা মৃত্যুবরণকারী মানুষদের মধ্যে সর্বাধিক দীর্ঘজীবী ব্যক্তিটির সমগ্র জীবনকাল ধরে ঘোষিত হয়ে এসেছিল। সেই ভবিষ্যদ্বাণী মথূশেলহের নামের মধ্যেই নিহিত ছিল, যার অর্থ ‘তিনি মারা গেলে, তা আসবে’।</w:t>
      </w:r>
    </w:p>
    <w:p>
      <w:pPr>
        <w:pStyle w:val="ArticleBody"/>
        <w:jc w:val="left"/>
      </w:pPr>
      <w:r>
        <w:rPr>
          <w:rFonts w:ascii="Nirmala UI" w:hAnsi="Nirmala UI" w:eastAsia="Nirmala UI" w:cs="Nirmala UI"/>
        </w:rPr>
        <w:t>ভবিষ্যদ্বাণীর অনিবার্য দাবি অনুসারে মানবজাতির জন্য চূড়ান্ত সতর্কবার্তা অবশ্যই দ্বিবিধ হতে হবে, যার প্রতিরূপ দেখা যায় প্রাণীদের সাত দিনব্যাপী স্থানান্তরে; এই স্থানান্তর শুরু হয়েছিল মথূশেলহের মৃত্যুর সঙ্গে সঙ্গে, হনোকের সেই ভবিষ্যদ্বাণীর পরিপূর্ণতায়, যা তাঁর পুত্রের নামের মাধ্যমে ঘোষণা করা হয়েছিল। প্রাণীদের স্থানান্তরের এই সাত দিন মথূশেলহের মৃত্যু ও স্থানান্তররত প্রাণীদের মাধ্যমে প্রকাশিত দ্বিবিধ বার্তাকে তৃতীয় দূতের সিলমোহরদানের বার্তা হিসেবে চিহ্নিত করে। যীশু সর্বদা সূচনার মাধ্যমে সমাপ্তিকে চিত্রিত করেন, আর প্রকাশিত বাক্য পুস্তকে দেখা যায়, প্রকাশিত বাক্যের আঠারো অধ্যায়ের তৃতীয় দূতের সঙ্গে চতুর্থ পদের দ্বিতীয় কণ্ঠস্বর যুক্ত হয়, ঠিক যেমন মধ্যরাত্রির রব দ্বিতীয় দূতের বার্তার সঙ্গে যুক্ত হয়েছিল। চূড়ান্ত সতর্কবার্তা সর্বদাই একটি অভ্যন্তরীণ ও একটি বাহ্যিক বার্তা হিসেবে উপস্থাপিত হয়, যার প্রতিরূপ দেখা যায় প্রকাশিত বাক্য পুস্তকে মণ্ডলীসমূহ ও সিলমোহরসমূহের মধ্যকার ভবিষ্যদ্বাণীমূলক সম্পর্কে। দানিয়েল পুস্তকের এগারো অধ্যায়ের চূড়ান্ত সতর্কবার্তা হলো উত্তর ও পূর্ব দিকের বার্তা। নোহের সময়ে মথূশেলহ ও স্থানান্তররত প্রাণীরা ছিল দ্বিবিধ চূড়ান্ত সতর্কবার্তা।</w:t>
      </w:r>
    </w:p>
    <w:p>
      <w:pPr>
        <w:pStyle w:val="ArticleBody"/>
        <w:jc w:val="left"/>
      </w:pPr>
      <w:r>
        <w:rPr>
          <w:rFonts w:ascii="Nirmala UI" w:hAnsi="Nirmala UI" w:eastAsia="Nirmala UI" w:cs="Nirmala UI"/>
        </w:rPr>
        <w:t>৭৭৭-এর চিহ্নযুক্ত লেমকের মৃত্যু অবরোধের সূচনার সঙ্গে মিলে যায়, যখন যিহিষ্কেলের স্ত্রী মারা গিয়েছিলেন। সেখানেই শেথের বংশধারা দ্বারা প্রতীকায়িত বিশ্বস্তজনদের সিলমোহরাঙ্কিত করা হয়, এবং সেখানেই কয়িনের বংশধারা দ্বারা প্রতীকায়িত ব্যক্তিরা চিহ্ন গ্রহণ করে। হনোক ছিলেন আদম থেকে সপ্তম পুরুষ, এবং তিনি এমন এক সময়পর্বের আলফা পথচিহ্নের প্রতিনিধিত্ব করেন, যার সমাপ্তিতে শেষ ও প্রথম উভয় প্রজন্মই আট সংখ্যা দ্বারা প্রতীকায়িত হয়। উভয় লেমকই পরীক্ষাকালের সমাপ্তি নির্দেশ করেন, আর লেমকের মৃত্যু অবরোধের সূচনায় পরীক্ষাকালের রুদ্ধ দ্বারের প্রতীক।</w:t>
      </w:r>
    </w:p>
    <w:p>
      <w:pPr>
        <w:pStyle w:val="ArticleBody"/>
        <w:jc w:val="left"/>
      </w:pPr>
      <w:r>
        <w:rPr>
          <w:rFonts w:ascii="Nirmala UI" w:hAnsi="Nirmala UI" w:eastAsia="Nirmala UI" w:cs="Nirmala UI"/>
        </w:rPr>
        <w:t>হনোক ছিলেন ভাববাণীর ইতিহাসের আলফা, এবং ভাববাণীর অনিবার্য দাবি অনুসারে তাঁকে অবশ্যই ভাববাণীর ইতিহাসের এক ওমেগাকে চিহ্নিত করতে হবে। সেই ওমেগার প্রতিনিধিত্ব করে সেই আটটি প্রাণ, যারা মৃত্যুর আস্বাদ গ্রহণ না করেই পুরোনো জগৎ থেকে নতুন জগতে গিয়েছিল। হনোক ও সেই আটটি প্রাণ নতুন পৃথিবীতে পৌঁছানোর আগে মৃত্যু দেখেননি। প্রাণীদের স্থানান্তরের সাত দিনে পুরোনো জগতের অবসান ঘটেছিল, আর বৃষ্টিহীন সাত দিন দিয়ে নতুন জগতের সূচনা হয়েছিল। এরপর ১৭তম দিন থেকে শুরু করে পাঁচ মাস ধরে কেবল বৃষ্টিই হতে থাকে, যতক্ষণ না পাঁচ মাসের শেষে ১৭তম দিনে ঈশ্বর বৃষ্টি থামিয়ে দেন।</w:t>
      </w:r>
    </w:p>
    <w:p>
      <w:pPr>
        <w:pStyle w:val="ArticleHeading"/>
        <w:jc w:val="left"/>
      </w:pPr>
      <w:r>
        <w:rPr>
          <w:rFonts w:ascii="Nirmala UI" w:hAnsi="Nirmala UI" w:eastAsia="Nirmala UI" w:cs="Nirmala UI"/>
        </w:rPr>
        <w:t>পাঁচ মাস</w:t>
      </w:r>
    </w:p>
    <w:p>
      <w:pPr>
        <w:pStyle w:val="ArticleBody"/>
        <w:jc w:val="left"/>
      </w:pPr>
      <w:r>
        <w:rPr>
          <w:rFonts w:ascii="Nirmala UI" w:hAnsi="Nirmala UI" w:eastAsia="Nirmala UI" w:cs="Nirmala UI"/>
        </w:rPr>
        <w:t>প্রকাশিত বাক্যের নবম অধ্যায়ে পাঁচ মাসের বিষয়ে দুটি সাক্ষ্য রয়েছে এবং অধ্যায়টিতে তিনটি স্বতন্ত্র সময়সংক্রান্ত ভবিষ্যদ্বাণী রয়েছে। প্রথম পাঁচ মাসের উল্লেখ রয়েছে পঞ্চম পদে; দ্বিতীয় পাঁচ মাসের উল্লেখ রয়েছে দশম পদে এবং তিনশত একানব্বই বছর ও পনেরো দিনের উল্লেখ রয়েছে পঞ্চদশ পদে। ৫, ১০ ও ১৫ পদ ভাববাণীতে নির্দেশিত সময়কালের শুরুতে পাঁচ মাসের দুটি সাক্ষ্যের মাধ্যমে ইসলামের সময়সংক্রান্ত ভবিষ্যদ্বাণীকে চিহ্নিত করে। ৫ ও ১০ পদ উভয়ই পাঁচ মাসের একটি সময়কাল নির্দেশ করে; তাই পঙ্‌ক্তির সঙ্গে পঙ্‌ক্তি মিলিয়ে পঞ্চম পদ ও দশম পদের যোগফল হয় পনেরো। সুতরাং, প্রথম পাঁচ মাস হলো ১৫ এবং তিনশত একানব্বই বছর ও পনেরো দিনের উল্লেখ রয়েছে ১৫ পদে। ৫, ১০ ও ১৫ পদের অনুক্রম ও বিন্যাস দুটি পনেরোকে চিহ্নিত করে, আর প্রথম যে দুটি পদের সংখ্যা যোগ করলে পনেরো হয়, সেই পদ দুটিতে একশত পঞ্চাশ বছরব্যাপী দুটি সময়সংক্রান্ত ভবিষ্যদ্বাণী রয়েছে।</w:t>
      </w:r>
    </w:p>
    <w:p>
      <w:pPr>
        <w:pStyle w:val="ArticleBody"/>
        <w:jc w:val="left"/>
      </w:pPr>
      <w:r>
        <w:rPr>
          <w:rFonts w:ascii="Nirmala UI" w:hAnsi="Nirmala UI" w:eastAsia="Nirmala UI" w:cs="Nirmala UI"/>
        </w:rPr>
        <w:t>পনেরো নম্বর পদে তিনশো একানব্বই বছর ও পনেরো দিনের সময়সংক্রান্ত ভাববাণী দেওয়া হয়েছে। খ্রিষ্ট তিনটি পদের মধ্যে পনেরো সংখ্যাটিকে বুনে দিয়েছেন এবং ঠিক সেই পদগুলিতে উল্লিখিত ভাববাণীমূলক সময় ব্যবহার করে, পাঁচ ও দশ নম্বর পদ যোগ করার মাধ্যমে উপস্থাপিত ১৫ সংখ্যাটিকে তিনি পৃথকভাবে চিহ্নিত করেছেন, যাতে পনেরো নম্বর পদের সঙ্গে মেলালে পনেরোর দ্বিত্ব সৃষ্টি হয়। এরপর খ্রিষ্ট পরস্পরসংযুক্ত তিনটি ভাববাণীরই সমাপ্তি টেনেছেন পনেরো দিন দিয়ে।</w:t>
      </w:r>
    </w:p>
    <w:p>
      <w:pPr>
        <w:pStyle w:val="ArticleBody"/>
        <w:jc w:val="left"/>
      </w:pPr>
      <w:r>
        <w:rPr>
          <w:rFonts w:ascii="Nirmala UI" w:hAnsi="Nirmala UI" w:eastAsia="Nirmala UI" w:cs="Nirmala UI"/>
        </w:rPr>
        <w:t>অধ্যায়টির চাবিকাঠি হলো ৬২৭ সালের নীনবীর যুদ্ধ এবং তার পাঁচ বছর পরে, ৬৩২ সালে, মুহাম্মদের মৃত্যু, যার মধ্য দিয়ে প্রথম পাঁচ মাসব্যাপী ভবিষ্যদ্বাণীর সূচনা হয়। মুহাম্মদের মৃত্যুর দশ বছর পরে পারস্যের সেনাবাহিনীগুলি ধ্বংস হয়, যা পারস্য ও রোম—এই দুই শক্তিই পরাজিত হবে বলে মুহাম্মদের করা ভবিষ্যদ্বাণীর সঙ্গে সঙ্গতিপূর্ণ ছিল। সুতরাং প্রকাশিত বাক্যের নবম অধ্যায়ের ঐতিহাসিক ধারাবাহিকতা শুরু হয় পারস্য ও রোমের মধ্যকার নীনবীর যুদ্ধ দিয়ে। এর পাঁচ বছর পরে মুহাম্মদের মৃত্যু হয়, আর এভাবেই পঞ্চম পদে উল্লিখিত একশ পঞ্চাশ বছরের সূচনা হয়। দশ বছর পরে, ৬৪২ সালে, নাহাভান্দের যুদ্ধে পারস্য পরাজিত হয়। ইসলাম নাহাভান্দের যুদ্ধকে “বিজয়ের বিজয়” বলে অভিহিত করেছিল। প্রকাশিত বাক্যের নবম অধ্যায়ের প্রথম পনেরো বছর পাঁচ বছরের একটি সময়কাল এবং তার পরবর্তী দশ বছরের একটি সময়কালকে নির্দেশ করে। সর্বশেষ সময়সংক্রান্ত ভবিষ্যদ্বাণীটির পরিসমাপ্তি ঘটে ১৮৪০ সালের ১১ আগস্ট। ঘটনাটির দশ দিন আগে জোসাইয়া লিচ উসমানীয় আধিপত্যের অবসান সম্পর্কে তাঁর হালনাগাদ পূর্বাভাস প্রকাশ করেন। প্রকাশিত বাক্যের নবম অধ্যায়ে বর্ণিত ইসলামের শেষ পনেরো দিন জোসাইয়া লিচের কাজের দ্বারা পাঁচ দিন ও তার পরবর্তী দশ দিনে বিভক্ত হয়, কারণ যীশু সর্বদাই সূচনার মাধ্যমে শেষকে চিত্রিত করেন।</w:t>
      </w:r>
    </w:p>
    <w:p>
      <w:pPr>
        <w:pStyle w:val="ArticleBody"/>
        <w:jc w:val="left"/>
      </w:pPr>
      <w:r>
        <w:rPr>
          <w:rFonts w:ascii="Nirmala UI" w:hAnsi="Nirmala UI" w:eastAsia="Nirmala UI" w:cs="Nirmala UI"/>
        </w:rPr>
        <w:t>পরবর্তী প্রবন্ধে আমরা এই বিষয়গুলির আলোচনা অব্যাহত রাখব।</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চল্লিশতম পদের গোপন ইতিহাস - তেত্রিশ নম্বর</dc:title>
  <dc:subject>যিহিষ্কেল—চৌদ্দ নম্বর</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