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চল্লিশতম পদের গোপন ইতিহাস - চৌত্রিশ নম্বর</w:t>
      </w:r>
    </w:p>
    <w:p>
      <w:pPr>
        <w:pStyle w:val="ArticleSubtitle"/>
        <w:jc w:val="left"/>
      </w:pPr>
      <w:r>
        <w:rPr>
          <w:rFonts w:ascii="Nirmala UI" w:hAnsi="Nirmala UI" w:eastAsia="Nirmala UI" w:cs="Nirmala UI"/>
        </w:rPr>
        <w:t>যিহিষ্কেল পনেরো নম্বর</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2026-10-28</w:t>
      </w:r>
    </w:p>
    <w:p>
      <w:pPr>
        <w:pStyle w:val="ArticleHeading"/>
        <w:jc w:val="left"/>
      </w:pPr>
      <w:r>
        <w:rPr>
          <w:rFonts w:ascii="Nirmala UI" w:hAnsi="Nirmala UI" w:eastAsia="Nirmala UI" w:cs="Nirmala UI"/>
        </w:rPr>
        <w:t>পাঁচটি গুপ্ত মাস</w:t>
      </w:r>
    </w:p>
    <w:p>
      <w:pPr>
        <w:pStyle w:val="ArticleBody"/>
        <w:jc w:val="left"/>
      </w:pPr>
      <w:r>
        <w:rPr>
          <w:rFonts w:ascii="Nirmala UI" w:hAnsi="Nirmala UI" w:eastAsia="Nirmala UI" w:cs="Nirmala UI"/>
        </w:rPr>
        <w:t>দশম পদে উপস্থাপিত ইসলামের বার্তাকে জোসাইয়া লিচ ১৮৩৮ সালে পঞ্চদশ পদে উল্লিখিত সময়ের সঙ্গে সম্পর্কিত করে উপস্থাপন করেছিলেন। সেই সময়ে ভাববাণীর কিছু বিষয় লিচের দৃষ্টির আড়ালে ছিল। ১৮৪০ সালের ১ আগস্টের মধ্যে লিচ আরও বিশদ একটি ব্যাখ্যা প্রকাশ করেন, যার ভিত্তি ছিল “পাঁচ মাস”-এর বার্তা থেকে ১৮৩৮ সালের পর তাঁর কাছে যা প্রকাশিত হয়েছিল। ১৮৩৮ সালে প্রকাশিত বাক্যের নবম অধ্যায়ের “পাঁচ মাস”-এর বার্তার একটি অংশ লিচের দৃষ্টির আড়ালে ছিল। পাঁচ মাসের ভাববাণীর সেই গোপন অংশটির মোহর ১৮৪০ সালের আগেই লিচের কাছে উন্মোচিত হয়েছিল, এবং সেই মোহর উন্মোচনের ফলে ১৮৪০ থেকে ১৮৪৪ সাল পর্যন্ত ঈশ্বরের শক্তির প্রকাশ ঘটেছিল।</w:t>
      </w:r>
    </w:p>
    <w:p>
      <w:pPr>
        <w:pStyle w:val="ArticleBody"/>
        <w:jc w:val="left"/>
      </w:pPr>
      <w:r>
        <w:rPr>
          <w:rFonts w:ascii="Nirmala UI" w:hAnsi="Nirmala UI" w:eastAsia="Nirmala UI" w:cs="Nirmala UI"/>
        </w:rPr>
        <w:t>পঞ্চম পদে উল্লিখিত পাঁচ মাসের বিষয়টি ২০২৬ সাল পর্যন্ত গুপ্ত ছিল। ইলীশাবেৎ পাঁচ মাসের আত্মগোপন থেকে বেরিয়ে এলে মরিয়ম তাঁর সঙ্গে যোগ দেন। মরিয়ম পাঁচ মাসের আত্মগোপনকে দশ কুমারীর দৃষ্টান্তের সঙ্গে যুক্ত করেন, কারণ ইলীশাবেতের বিপরীতে মরিয়ম ছিলেন একজন গর্ভবতী কুমারী, আর ইলীশাবেৎ ছিলেন সন্তানধারণের বয়স পেরিয়ে যাওয়া একজন গর্ভবতী নারী। উভয় জন্মই নিজ নিজ ক্ষেত্রে অলৌকিক ছিল, কিন্তু মরিয়ম ছিলেন কুমারী। সকল ভাববাদীই জগতের পরিসমাপ্তির কথা বলেন, আর শেষকালে মরিয়ম যে কুমারীদের প্রতিনিধিত্ব করেন, তাঁরা হলেন সেই পাঁচজন বুদ্ধিমতী কুমারী, যাঁদের নিয়ে তৃতীয় স্বর্গদূতের ফিলাদেলফীয় আন্দোলন গঠিত এবং যাঁদের সংখ্যা এক লক্ষ চুয়াল্লিশ হাজার। ইলীশাবেতের পাঁচ মাসের আত্মগোপনের পর ষষ্ঠ মাসে ইলীশাবেৎ ও মরিয়মের সাক্ষাৎ হয়। পঞ্চম পদে উল্লিখিত পাঁচ মাসের বিষয়টি ২০২৬ সাল পর্যন্ত গুপ্ত ছিল।</w:t>
      </w:r>
    </w:p>
    <w:p>
      <w:pPr>
        <w:pStyle w:val="ArticleBody"/>
        <w:jc w:val="left"/>
      </w:pPr>
      <w:r>
        <w:rPr>
          <w:rFonts w:ascii="Nirmala UI" w:hAnsi="Nirmala UI" w:eastAsia="Nirmala UI" w:cs="Nirmala UI"/>
        </w:rPr>
        <w:t>যোহনের জন্ম হলে মরিয়ম নাসরতে ফিরে যান, আর সখরিয় তখন আর বাক্‌রুদ্ধ ছিলেন না। রবিবারের আইনের সময় দ্বার রুদ্ধ হওয়া পর্যন্ত মরিয়ম ইলীশাবেতের সঙ্গে ছিলেন; তখন ভাববাণী কথা বলে। সখরিয় হলেন সেই আলফা পথচিহ্ন, যাঁকে বাক্‌রুদ্ধ করা হয়, এবং সেই ওমেগা পথচিহ্নও, যিনি তাঁর পুত্রের জন্মের সময় কথা বলেন। সখরিয় আদি ও অন্তে রয়েছেন এবং প্রথম ও তৃতীয় উভয় দূতের প্রতিনিধিত্ব করেন। ইলীশাবেৎ হলেন দ্বিতীয় দূতের বার্তা, আর মরিয়ম হলেন মধ্যরাত্রির উচ্চরবের বার্তা, যা পাঁচ মাসের আত্মগোপনকালের শেষে ইলীশাবেতের সঙ্গে যুক্ত হয়।</w:t>
      </w:r>
    </w:p>
    <w:p>
      <w:pPr>
        <w:pStyle w:val="ArticleBody"/>
        <w:jc w:val="left"/>
      </w:pPr>
      <w:r>
        <w:rPr>
          <w:rFonts w:ascii="Nirmala UI" w:hAnsi="Nirmala UI" w:eastAsia="Nirmala UI" w:cs="Nirmala UI"/>
        </w:rPr>
        <w:t>নোহের আট সদস্যের পরিবার পাঁচ মাস ধরে জাহাজের মধ্যে লুক্কায়িত ছিল, তারপর জাহাজটি আরারাত পর্বতের ওপর এসে স্থির হয়েছিল। মধ্যরাত্রির রব এক্সেটারে দ্বিতীয় স্বর্গদূতের সঙ্গে যুক্ত হয়েছিল এবং দশ কুমারীর দৃষ্টান্তের পরিপূর্তিস্বরূপ ১৮৪৪ সালের ২২ অক্টোবর দরজা বন্ধ হওয়া পর্যন্ত অব্যাহত ছিল। মরিয়ম এক্সেটারে ইলীশাবেতের সঙ্গে যোগ দিয়েছিলেন এবং যোহনের জন্ম পর্যন্ত তাঁর সঙ্গেই ছিলেন।</w:t>
      </w:r>
    </w:p>
    <w:p>
      <w:pPr>
        <w:pStyle w:val="ArticleBody"/>
        <w:jc w:val="left"/>
      </w:pPr>
      <w:r>
        <w:rPr>
          <w:rFonts w:ascii="Nirmala UI" w:hAnsi="Nirmala UI" w:eastAsia="Nirmala UI" w:cs="Nirmala UI"/>
        </w:rPr>
        <w:t>১৮৩৮ সালে লিচের কাছ থেকে যে বার্তাটি গোপন রাখা হয়েছিল, সেটি ছিল “পাঁচ মাস”-এর বার্তা। পাঁচ মাস গোপন রাখার বিষয়টি জাহাজে থাকা আটজন মানুষের দ্বারা প্রতীকায়িত হয়েছে; এটি হলো গর্ভাবস্থার প্রথম পাঁচ মাস ইলীশাবেতের আত্মগোপন করে থাকা। ১৮৩৮ সালে প্রভুই পাঁচ মাসের ওপর তাঁর হাত রেখে তা আড়াল করে রেখেছিলেন, যতক্ষণ না তিনি পাঁচ মাসের ওপর থেকে তাঁর হাত সরিয়ে নিয়ে লিচকে তারিখটি তার পূর্ণতা লাভের দশ দিন আগে প্রকাশ করতে দিয়েছিলেন। শেষকালে যখন পাঁচ মাসের বার্তার সিলমোহর খোলা হয়, যেমনটি এখন তুলে ধরা হচ্ছে, তখন আপনি ১৮৪৪ সালের ১২ থেকে ১৭ আগস্ট পর্যন্ত এক্সেটার শিবির-সমাবেশের ছয় দিনের পর্যায়ে রয়েছেন, যার পরে ১৮৪৪ সালের ২২ অক্টোবরের রুদ্ধ দ্বার পর্যন্ত ছিল ছেষট্টি দিন। মোট বাহাত্তর দিন ছিল, কিন্তু সেগুলিকে একটি ভাববাণীমূলক রেখায় স্থাপন করে তারপর পথচিহ্নগুলিকে পৃথক করা হলে দেখা যায় যে, এক্সেটার শিবির-সমাবেশের দ্বারা প্রতীকায়িত অবরোধের চিহ্নটি ছিল ছয় দিনব্যাপী, যার পরে রুদ্ধ দ্বার পর্যন্ত ছিল ছেষট্টি দিন। ভাববাণীমূলকভাবে এই সময়কালকে ৬ ৬ ৬ হিসেবে উপস্থাপন করা হয়েছে।</w:t>
      </w:r>
    </w:p>
    <w:p>
      <w:pPr>
        <w:pStyle w:val="ArticleBody"/>
        <w:jc w:val="left"/>
      </w:pPr>
      <w:r>
        <w:rPr>
          <w:rFonts w:ascii="Nirmala UI" w:hAnsi="Nirmala UI" w:eastAsia="Nirmala UI" w:cs="Nirmala UI"/>
        </w:rPr>
        <w:t>এক্সেটার থেকে ২২ অক্টোবর পর্যন্ত সময়কালের মাধ্যমে চিত্রিত অবরোধের ইতিহাস কয়িনের ষষ্ঠ প্রজন্মের লেমকের মাধ্যমে প্রতীকায়িত হয়। পাঁচ মাসের ভাববাণীর মোহর উন্মোচিত হওয়ার অব্যবহিত পরেই দ্বারটি বন্ধ হয়ে যায়। এটি পর্যায়ক্রমে বন্ধ হয়, তবে অ্যাডভেন্টবাদের ক্ষেত্রে এই প্রক্রিয়া ৯/১১-তে শুরু হয়েছিল, আর অবরোধের সময় এর সমাপ্তি ঘটে। অবরোধ এলে আপনি হয় কয়িনের বংশের লেমকের, নয়তো শেথের বংশের লেমকের চরিত্র প্রকাশ করবেন। কয়িনের বংশের লেমকের ক্ষেত্রে সেই ইতিহাসের সংখ্যা হলো ৬ ৬ ৬, আর শেথের বংশের লেমক ও বিজয়ী মণ্ডলীর ক্ষেত্রে সংখ্যাটি হলো ৭ ৭ ৭।</w:t>
      </w:r>
    </w:p>
    <w:p>
      <w:pPr>
        <w:pStyle w:val="ArticleBody"/>
        <w:jc w:val="left"/>
      </w:pPr>
      <w:r>
        <w:rPr>
          <w:rFonts w:ascii="Nirmala UI" w:hAnsi="Nirmala UI" w:eastAsia="Nirmala UI" w:cs="Nirmala UI"/>
        </w:rPr>
        <w:t>দুই লেমক এবং ৬৬৬ বা ৭৭৭ দ্বারা প্রতীকায়িত দুই চরিত্রের বহিঃপ্রকাশ সেই ঘটনাগুলির মধ্য দিয়ে শুরু হয়, যেগুলি অ্যাডভেন্টবাদকে জনসাধারণের মনোযোগের কেন্দ্রে নিয়ে আসে, যখন প্রশ্ন ওঠে, ন্যাশভিলের অগ্নিগোলকগুলির সতর্কবার্তা সম্পর্কে অ্যাডভেন্টিস্টরা কেন নীরব ছিলেন। ক্রমশ তীব্রতর হয়ে ওঠা এই বিতর্ক অচিরেই আসন্ন রবিবারের আইনে দ্বার রুদ্ধ হওয়ার আগে এক দৃশ্যমান প্রদর্শনে পরিণত হয়, যার প্রতিরূপ ছিল ঢালু পথ বেয়ে পশুদের জাহাজে আরোহণ। ক্রমশ তীব্রতর হয়ে ওঠা এই দৃশ্যমান সতর্কবার্তার প্রতিরূপও দেখা গিয়েছিল কর্মিল পর্বতে এলিয়ের অভিজ্ঞতায় এবং ১৮৪৪ সালের মিলারাইট আন্দোলনে।</w:t>
      </w:r>
    </w:p>
    <w:p>
      <w:pPr>
        <w:pStyle w:val="ArticleHeading"/>
        <w:jc w:val="left"/>
      </w:pPr>
      <w:r>
        <w:rPr>
          <w:rFonts w:ascii="Nirmala UI" w:hAnsi="Nirmala UI" w:eastAsia="Nirmala UI" w:cs="Nirmala UI"/>
        </w:rPr>
        <w:t>অবরোধের ভবিষ্যদ্বাণীমূলক কাঠামো</w:t>
      </w:r>
    </w:p>
    <w:p>
      <w:pPr>
        <w:pStyle w:val="ArticleBody"/>
        <w:jc w:val="left"/>
      </w:pPr>
      <w:r>
        <w:rPr>
          <w:rFonts w:ascii="Nirmala UI" w:hAnsi="Nirmala UI" w:eastAsia="Nirmala UI" w:cs="Nirmala UI"/>
        </w:rPr>
        <w:t>নগরটির ধ্বংসের সঙ্গে যে অবরোধের সমাপ্তি ঘটে, তার ভবিষ্যদ্বাণীমূলক কাঠামো এমন এক সময়কালকে নির্দেশ করে, যা একটি চিহ্ন দিয়ে শুরু হয় এবং একটি চিহ্ন দিয়ে শেষ হয়। এটি একটি সময়কাল এবং একটি নির্দিষ্ট সময়বিন্দুকে নির্দেশ করে। প্রতিমূর্তি গঠনের সময়কালকে বিভিন্নভাবে উপস্থাপন করা হয়েছে। ঈশ্বরপ্রেরিত সাক্ষ্যে এ ধরনের প্রতিটি ভবিষ্যদ্বাণীমূলক কাঠামো পশুর প্রতিমূর্তি-সংক্রান্ত সেই পরীক্ষাকালকে প্রতীকীভাবে উপস্থাপন করে, যার চূড়ান্ত পরিণতি ঘটে পশুর ছাপের মধ্য দিয়ে।</w:t>
      </w:r>
    </w:p>
    <w:p>
      <w:pPr>
        <w:pStyle w:val="ArticleScripture"/>
        <w:jc w:val="left"/>
      </w:pPr>
      <w:r>
        <w:rPr>
          <w:rFonts w:ascii="Nirmala UI" w:hAnsi="Nirmala UI" w:eastAsia="Nirmala UI" w:cs="Nirmala UI"/>
        </w:rPr>
        <w:t>“‘পশুর প্রতিমূর্তি’ ধর্মভ্রষ্ট প্রোটেস্ট্যান্টবাদের সেই রূপের প্রতীক, যা তখন গড়ে উঠবে যখন প্রোটেস্ট্যান্ট মণ্ডলীগুলি তাদের ধর্মীয় মতবাদসমূহ বলবৎ করার জন্য রাষ্ট্রশক্তির সহায়তা চাইবে। ‘পশুর ছাপ’-এর সংজ্ঞা নির্ধারণ করা এখনও বাকি রয়েছে।” মহাসংঘর্ষ, ৪৪৫।</w:t>
      </w:r>
    </w:p>
    <w:p>
      <w:pPr>
        <w:pStyle w:val="ArticleBody"/>
        <w:jc w:val="left"/>
      </w:pPr>
      <w:r>
        <w:rPr>
          <w:rFonts w:ascii="Nirmala UI" w:hAnsi="Nirmala UI" w:eastAsia="Nirmala UI" w:cs="Nirmala UI"/>
        </w:rPr>
        <w:t>এই সময়কাল পশুর উদ্দেশে ও পশুর আদলে প্রতিমূর্তি গড়ে ওঠাকে নির্দেশ করে; গড়ে উঠতে থাকা সেই প্রতিমূর্তি যখন তার কথার দ্বারা রবিবার-পালনের একটি আইন প্রবর্তন করতে সক্ষম হয়, তখন পশুর ছাপ আরোপ করা হয়। যিরূশালেম ধ্বংসের সময় নবূখদ্‌নিৎসরের মাধ্যমে রোমের কর্তৃত্বের ছাপ প্রতীকায়িত হয়েছিল। বাবিল হোক বা রোম, অবরোধের কাঠামো শেষকালে উত্তর দেশের রাজার ওপরই গুরুত্ব আরোপ করছে। ১৩৩৩ থেকে ১৩৩৭ সাল পর্যন্ত ওরহানের অবরোধ এবং ১৪৪৯ সালের ২৭ জুলাই থেকে ১৪৫৩ সালে কনস্টান্টিনোপলের অবরোধ পর্যন্ত চার বছর কেবল ১৮৪০ সালের ১১ আগস্ট থেকে ১৮৪৪ সালের ২২ অক্টোবর পর্যন্ত সময়কালের প্রতীকই নয়, এই অবরোধগুলি বাইবেলের ভাববাণীতে পূর্বীয় বায়ুর সন্তানরূপে ইসলামের ভূমিকার ওপরও গুরুত্ব আরোপ করে। উত্তর দেশের রাজা (বাবিল বা রোম) ও পূর্বীয় বায়ুর বিষয়টিই দানিয়েল ১১:৪৫ পদে “পূর্ব দিক থেকে ও উত্তর দিক থেকে সংবাদ” হিসেবে উল্লিখিত হয়েছে।</w:t>
      </w:r>
    </w:p>
    <w:p>
      <w:pPr>
        <w:pStyle w:val="ArticleScripture"/>
        <w:jc w:val="left"/>
      </w:pPr>
      <w:r>
        <w:rPr>
          <w:rFonts w:ascii="Nirmala UI" w:hAnsi="Nirmala UI" w:eastAsia="Nirmala UI" w:cs="Nirmala UI"/>
        </w:rPr>
        <w:t>কিন্তু পূর্ব ও উত্তর দিক থেকে আসা সংবাদ তাকে বিচলিত করবে; অতএব সে প্রচণ্ড ক্রোধে বহু লোককে ধ্বংস ও সম্পূর্ণরূপে নিশ্চিহ্ন করতে বেরিয়ে পড়বে। দানিয়েল ১১:৪৪।</w:t>
      </w:r>
    </w:p>
    <w:p>
      <w:pPr>
        <w:pStyle w:val="ArticleBody"/>
        <w:jc w:val="left"/>
      </w:pPr>
      <w:r>
        <w:rPr>
          <w:rFonts w:ascii="Nirmala UI" w:hAnsi="Nirmala UI" w:eastAsia="Nirmala UI" w:cs="Nirmala UI"/>
        </w:rPr>
        <w:t>১৪৪৯ সালের ২৭ জুলাই থেকে ১৪৫৩ সালে কনস্টান্টিনোপল অবরোধ পর্যন্ত চার বছর কেবল চার বছরের একটি সময়কালকেই নির্দেশ করে না, বরং ১৪৪৮ সালে জন পালাইওলোগোসের মৃত্যুর ঘটনাটিকে এর সঙ্গে যুক্ত করলে এই সময়কাল পাঁচ বছর হিসেবেও উপস্থাপিত হয়।</w:t>
      </w:r>
    </w:p>
    <w:p>
      <w:pPr>
        <w:pStyle w:val="ArticleBody"/>
        <w:jc w:val="left"/>
      </w:pPr>
      <w:r>
        <w:rPr>
          <w:rFonts w:ascii="Nirmala UI" w:hAnsi="Nirmala UI" w:eastAsia="Nirmala UI" w:cs="Nirmala UI"/>
        </w:rPr>
        <w:t>যিরূশালেম ধ্বংসের উভয় ঘটনায় এবং নোহের সময়কার মহাপ্লাবনে এই কাঠামোটি প্রতিফলিত হয়েছে। মিশরে প্রথম নিস্তারপর্বেও এটি রয়েছে, যখন বিনাশকারী স্বর্গদূতকে দরজার ওপর রক্তের চিহ্ন দেখতে হতো—যে দরজা ফরৌণ ও তাঁর সৈন্যবাহিনীকে সমুদ্রে নিয়ে গিয়েছিল, যতক্ষণ না পূর্বদিকের বায়ুপ্রবাহকে মুক্ত করে দেওয়া হয়েছিল এবং জলরাশি প্রতিজ্ঞাত দেশে প্রবেশের দরজা বন্ধ করে দিয়েছিল। পর্গাম মণ্ডলীর আলফা ইতিহাসে, ৩১৩ সাল থেকে ৩২১ সালের প্রথম রবিবারের আইন পর্যন্ত, এই কাঠামোটি রয়েছে; এবং পর্গামের ওমেগা ইতিহাসেও, ৫৩৩ সালে জাস্টিনিয়ানের ফরমান থেকে ৫৩৮ সালের রবিবারের আইন পর্যন্ত, এটি রয়েছে। পর্গামের ক্ষেত্রে চিহ্নটি হয় একটি রাজাদেশ, নয়তো একটি ফরমান; তবে উভয়ই এমন একটি সময়কালের সূচনা করে, যা রবিবারের আইনে এসে চূড়ান্ত পরিণতি লাভ করে।</w:t>
      </w:r>
    </w:p>
    <w:p>
      <w:pPr>
        <w:pStyle w:val="ArticleBody"/>
        <w:jc w:val="left"/>
      </w:pPr>
      <w:r>
        <w:rPr>
          <w:rFonts w:ascii="Nirmala UI" w:hAnsi="Nirmala UI" w:eastAsia="Nirmala UI" w:cs="Nirmala UI"/>
        </w:rPr>
        <w:t>যিহিষ্কেলের যিরূশালেম অবরোধ ও ধ্বংসের কাঠামোটি খ্রিস্টপূর্ব ৫৮৭ সাল থেকে খ্রিস্টপূর্ব ৫৮৬ সাল পর্যন্ত বিস্তৃত ছিল: অন্তর্ভুক্তিমূলকভাবে সময় গণনা করলে দুই বছর এবং বর্জনমূলকভাবে গণনা করলে ১.৫ বছর। ভবিষ্যদ্বাণীতে অবরোধের আরেকটি কাঠামোও প্যানিয়ামের অভিযানের দুই বছরের মধ্য দিয়ে প্রতিফলিত হয়েছে, যার অন্তর্ভুক্ত ছিল খ্রিস্টপূর্ব ২০০ সালের প্যানিয়ামের যুদ্ধ এবং খ্রিস্টপূর্ব ১৯৮ সালের সীদোনের অবরোধ। যিহিষ্কেলের স্ত্রীর মৃত্যু লেমকের মৃত্যু, জন পালাইওলোগোসের মৃত্যু এবং প্যানিয়ামের যুদ্ধের সঙ্গে সাযুজ্যপূর্ণ।</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চল্লিশতম পদের গোপন ইতিহাস - চৌত্রিশ নম্বর</dc:title>
  <dc:subject>যিহিষ্কেল পনেরো নম্বর</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