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Napulo</w:t>
      </w:r>
    </w:p>
    <w:p>
      <w:pPr>
        <w:pStyle w:val="ArticleSubtitle"/>
        <w:jc w:val="left"/>
      </w:pPr>
      <w:r>
        <w:rPr>
          <w:rFonts w:ascii="Arial" w:hAnsi="Arial" w:eastAsia="Arial" w:cs="Arial"/>
        </w:rPr>
        <w:t>Ang Proseso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2023-12-05</w:t>
      </w:r>
    </w:p>
    <w:p>
      <w:pPr>
        <w:pStyle w:val="ArticleBody"/>
        <w:jc w:val="left"/>
      </w:pPr>
      <w:r>
        <w:rPr>
          <w:rFonts w:ascii="Times New Roman" w:hAnsi="Times New Roman" w:eastAsia="Times New Roman" w:cs="Times New Roman"/>
        </w:rPr>
        <w:t>Sa Daniel kapitulo uno, si Daniel gidala ngadto sa pagkabinihag sa kapitoan ka tuig nga gitagna ni Jeremias, ug mipadayon hangtod sa unang tuig ni Ciro.</w:t>
      </w:r>
    </w:p>
    <w:p>
      <w:pPr>
        <w:pStyle w:val="ArticleScripture"/>
        <w:jc w:val="left"/>
      </w:pPr>
      <w:r>
        <w:rPr>
          <w:rFonts w:ascii="Times New Roman" w:hAnsi="Times New Roman" w:eastAsia="Times New Roman" w:cs="Times New Roman"/>
        </w:rPr>
        <w:t>Ug si Daniel nagpadayon hangtod sa unang tuig ni hari Ciro. Daniel 1:21.</w:t>
      </w:r>
    </w:p>
    <w:p>
      <w:pPr>
        <w:pStyle w:val="ArticleBody"/>
        <w:jc w:val="left"/>
      </w:pPr>
      <w:r>
        <w:rPr>
          <w:rFonts w:ascii="Times New Roman" w:hAnsi="Times New Roman" w:eastAsia="Times New Roman" w:cs="Times New Roman"/>
        </w:rPr>
        <w:t>Busa si Daniel nabuhi sa tibuok kasaysayan sa kapitoan ka tuig nga pagkabihag, hangtod sa sugo nga mitugot sa pagbalik sa karaang Israel aron tukoron pag-usab ug ipahiuli ang Jerusalem.</w:t>
      </w:r>
    </w:p>
    <w:p>
      <w:pPr>
        <w:pStyle w:val="ArticleScripture"/>
        <w:jc w:val="left"/>
      </w:pPr>
      <w:r>
        <w:rPr>
          <w:rFonts w:ascii="Times New Roman" w:hAnsi="Times New Roman" w:eastAsia="Times New Roman" w:cs="Times New Roman"/>
        </w:rPr>
        <w:t>Karon sa nahaunang tuig ni Ciro nga hari sa Persia, aron matuman ang pulong ni Jehova pinaagi sa baba ni Jeremias, gipukaw ni Jehova ang espiritu ni Ciro nga hari sa Persia, mao nga nagpahibalo siya sa tibuok niyang gingharian, ug gisulat usab kini, nga nagaingon. Ezra 1:1.</w:t>
      </w:r>
    </w:p>
    <w:p>
      <w:pPr>
        <w:pStyle w:val="ArticleBody"/>
        <w:jc w:val="left"/>
      </w:pPr>
      <w:r>
        <w:rPr>
          <w:rFonts w:ascii="Times New Roman" w:hAnsi="Times New Roman" w:eastAsia="Times New Roman" w:cs="Times New Roman"/>
        </w:rPr>
        <w:t>Busa si Daniel mao ang simbolo sa proseso sa pagsulay sa usa ka gatus kap-atan ug upat ka libo nga nagsugod niadtong Septiyembre 11, 2001, ug nagapadayon hangtod sa “decree,” nga nagtimaan sa pagtawag paggawas gikan sa Babilonya.</w:t>
      </w:r>
    </w:p>
    <w:p>
      <w:pPr>
        <w:pStyle w:val="ArticleScripture"/>
        <w:jc w:val="left"/>
      </w:pPr>
      <w:r>
        <w:rPr>
          <w:rFonts w:ascii="Times New Roman" w:hAnsi="Times New Roman" w:eastAsia="Times New Roman" w:cs="Times New Roman"/>
        </w:rPr>
        <w:t>Ug nakadungog ako ug laing tingog gikan sa langit, nga nagaingon, Gumula kamo gikan kaniya, akong katawhan, aron dili kamo makaambit sa iyang mga sala, ug aron dili kamo makadawat sa iyang mga hampak. Kay ang iyang mga sala miabut hangtod sa langit, ug nahinumduman sa Dios ang iyang mga kasal-anan. Pinadayag 18:4, 5.</w:t>
      </w:r>
    </w:p>
    <w:p>
      <w:pPr>
        <w:pStyle w:val="ArticleBody"/>
        <w:jc w:val="left"/>
      </w:pPr>
      <w:r>
        <w:rPr>
          <w:rFonts w:ascii="Times New Roman" w:hAnsi="Times New Roman" w:eastAsia="Times New Roman" w:cs="Times New Roman"/>
        </w:rPr>
        <w:t>Ang kapitoan ka tuig sa pagkabinihag mao ang yugto sa pagsulay ug paghinlo sa usa ka gatus ug kap-atan ug upat ka libo. Niadtong Septyembre 11, 2001 miabut ang ikatulong Kaalaotan sa Islam. Kini maila lamang niadtong modawat sa mga pundasyonal nga kamatuoran sa Adventismo. Ang nahaunang Kaalaotan ug ang ikaduhang Kaalaotan parehong husto nga giila sa mga payunir ingon nga Islam. Sa kapuwa sa 1843 ug sa 1850 nga mga tsart sa mga payunir, nga gisuportahan ni Ellen White, ug nga giila ingon nga katumanan sa Habakkuk kapitulo dos, ang Islam giila ingon nga ikalima ug ikaunom nga mga Trumpeta. Ang kataposang tulo ka mga Trumpeta mao ang mga Trumpeta sa Kaalaotan.</w:t>
      </w:r>
    </w:p>
    <w:p>
      <w:pPr>
        <w:pStyle w:val="ArticleScripture"/>
        <w:jc w:val="left"/>
      </w:pPr>
      <w:r>
        <w:rPr>
          <w:rFonts w:ascii="Times New Roman" w:hAnsi="Times New Roman" w:eastAsia="Times New Roman" w:cs="Times New Roman"/>
        </w:rPr>
        <w:t>Ug nakita ko ug nadungog ang usa ka manulonda nga naglupad sa taliwala sa langit, nga nagaingon sa makusog nga tingog, Alaot, alaot, alaot, sa mga pumoluyo sa yuta tungod sa uban pang mga tingog sa trompeta sa tulo ka mga manulonda, nga mangatulog pa! Pinadayag 8:13.</w:t>
      </w:r>
    </w:p>
    <w:p>
      <w:pPr>
        <w:pStyle w:val="ArticleBody"/>
        <w:jc w:val="left"/>
      </w:pPr>
      <w:r>
        <w:rPr>
          <w:rFonts w:ascii="Times New Roman" w:hAnsi="Times New Roman" w:eastAsia="Times New Roman" w:cs="Times New Roman"/>
        </w:rPr>
        <w:t>Kon adunay tulo ka mga Trumpeta sa Kaalaotan, ug ang nahauna ug ikaduhang mga Trumpeta sa Kaalaotan mao ang Islam, yano ra kaayo ang pag-ila nga ang ikatulong Trumpeta sa Kaalaotan mao usab ang Islam. Usa ka elemento sa simbolo sa Islam ingon nga mga Trumpeta sa Kaalaotan mao ang ilang pagpugong, ug unya ang higayon nga sila pagabuhian. Giila ni Sister White ang upat ka hangin sa Pinadayag siete ingon nga usa ka “masuk-anong kabayo,” nga nagatinguha sa “pagbuak sa pagpugong” ug “pagdala ug kamatayon ug kalaglagan” diha sa agi niini.</w:t>
      </w:r>
    </w:p>
    <w:p>
      <w:pPr>
        <w:pStyle w:val="ArticleScripture"/>
        <w:jc w:val="left"/>
      </w:pPr>
      <w:r>
        <w:rPr>
          <w:rFonts w:ascii="Times New Roman" w:hAnsi="Times New Roman" w:eastAsia="Times New Roman" w:cs="Times New Roman"/>
        </w:rPr>
        <w:t>“Ang mga manulonda nagapugong sa upat ka mga hangin, nga gihulagway ingon sa usa ka masuko nga kabayo nga naninguha sa pagbuak sa iyang pagkapugong ug modasmag ibabaw sa nawong sa tibook nga yuta, nga nagadala ug kalaglagan ug kamatayon diha sa agianan niini.</w:t>
      </w:r>
    </w:p>
    <w:p>
      <w:pPr>
        <w:pStyle w:val="ArticleScripture"/>
        <w:jc w:val="left"/>
      </w:pPr>
      <w:r>
        <w:rPr>
          <w:rFonts w:ascii="Times New Roman" w:hAnsi="Times New Roman" w:eastAsia="Times New Roman" w:cs="Times New Roman"/>
        </w:rPr>
        <w:t>“Matulog ba kita sa mismong tumoy sa dayon nga kalibotan? Magmagahi ba kita ug mahimong mabugnaw ug patay? O, hinaut unta nga maangkon nato diha sa atong mga iglesia ang Espiritu ug gininhawa sa Dios nga ihuyop ngadto sa Iyang katawhan, aron sila makatindog sa ilang mga tiil ug mabuhi. Kinahanglan natong makita nga ang dalan hiktin, ug ang pultahan masigpit. Apan sa atong pag-agi pinaagi sa masigpit nga pultahan, ang gilapdon niini walay utlanan.” Manuscript Releases, tomo 20, 217.</w:t>
      </w:r>
    </w:p>
    <w:p>
      <w:pPr>
        <w:pStyle w:val="ArticleBody"/>
        <w:jc w:val="left"/>
      </w:pPr>
      <w:r>
        <w:rPr>
          <w:rFonts w:ascii="Times New Roman" w:hAnsi="Times New Roman" w:eastAsia="Times New Roman" w:cs="Times New Roman"/>
        </w:rPr>
        <w:t>Ang upat ka manulonda nga nagapugong sa upat ka hangin mao ang nagapugong sa “masuk-anong kabayo” sa tagna sa Biblia nga nagadala ug kamatayon ug kalaglagan. Diha sa kapitulo nuwebe sa Pinadayag, diin ang nahauna ug ikaduhang Paghuyop sa Trumpeta sa Kaalaotan giila, adunay usa ka hari nga giila. Giila siya diha sa Pinadayag “nuebe-onse”.</w:t>
      </w:r>
    </w:p>
    <w:p>
      <w:pPr>
        <w:pStyle w:val="ArticleScripture"/>
        <w:jc w:val="left"/>
      </w:pPr>
      <w:r>
        <w:rPr>
          <w:rFonts w:ascii="Times New Roman" w:hAnsi="Times New Roman" w:eastAsia="Times New Roman" w:cs="Times New Roman"/>
        </w:rPr>
        <w:t>Ug sila may usa ka hari nga nagmando kanila, nga mao ang manulonda sa kahiladman nga walay kinutoban, kansang ngalan sa pinulongang Hebreohanon mao si Abaddon, apan sa pinulongang Griyego ang iyang ngalan mao si Apollyon, ingon nga nagmando kanila. Pinadayag 9:11.</w:t>
      </w:r>
    </w:p>
    <w:p>
      <w:pPr>
        <w:pStyle w:val="ArticleBody"/>
        <w:jc w:val="left"/>
      </w:pPr>
      <w:r>
        <w:rPr>
          <w:rFonts w:ascii="Times New Roman" w:hAnsi="Times New Roman" w:eastAsia="Times New Roman" w:cs="Times New Roman"/>
        </w:rPr>
        <w:t>Ang ngalan, ug busa ang kinaiya sa hari sa Islam mao si Abaddon sa Hebreohanon ug si Apollyon sa Grego. Sa daan ug sa bag-ong mga tugon, nga girepresentahan sa Hebreohanon ug sa Grego, ang kinaiya sa Islam makita diha sa kahulogan sa maong duha ka mga ngalan. Sa duha ka mga pulong ang kahulogan mao ang “kamatayon ug kalaglagan.” Si Sister White nagaingon nga ang “masuk-anong kabayo” nga gipugngan sa upat ka mga manulonda samtang ang usa ka gatus ug kap-atan ug upat ka libo ginatatakan, nagatinguha sa pagbuhi ug magdala og “kamatayon ug kalaglagan” diha sa iyang agianan.</w:t>
      </w:r>
    </w:p>
    <w:p>
      <w:pPr>
        <w:pStyle w:val="ArticleBody"/>
        <w:jc w:val="left"/>
      </w:pPr>
      <w:r>
        <w:rPr>
          <w:rFonts w:ascii="Times New Roman" w:hAnsi="Times New Roman" w:eastAsia="Times New Roman" w:cs="Times New Roman"/>
        </w:rPr>
        <w:t>Ang unang paghisgot sa Kasulatan mahitungod sa Islam mao si Ismael, ang amahan niadtong nagkupot sa relihiyon sa Islam. Niadtong unang paghisgot siya giila ingon nga usa ka ihalas nga tawo, ug ang pulong nga gihubad nga “ihalas” nagkahulogan og “ang ihalas nga asno sa Arabia.” Ang unang profetikong paghisgot sa Islam usa ka simbolo sa kaliwat sa kabayo, ug ang kabayo mao ang paagi sa paghulagway sa mga payunir sa Islam sa nahauna ug ikaduhang Kaalaotan diha sa duha ka sagradong tsart. Ang upat ka hangin sa Pinadayag kapitulo siyete ginapugngan, o “ginababagan,” hangtod nga timrihan sa Dios ang Iyang katawohan. Ang proseso sa pagtimbre sa usa ka gatus ug kap-atan ug upat ka libo mao usab ang proseso sa pagsulay ug proseso sa paghinlo.</w:t>
      </w:r>
    </w:p>
    <w:p>
      <w:pPr>
        <w:pStyle w:val="ArticleBody"/>
        <w:jc w:val="left"/>
      </w:pPr>
      <w:r>
        <w:rPr>
          <w:rFonts w:ascii="Times New Roman" w:hAnsi="Times New Roman" w:eastAsia="Times New Roman" w:cs="Times New Roman"/>
        </w:rPr>
        <w:t>Kining tanan nga mga mahulagwayong ilustrasyon sa tagna girepresentar sa pagkabihag ni Daniel sulod sa kapitoan ka tuig, nga nagsugod kang Jehoiakim, ang simbolo sa paghatag og gahum sa nahaunang mensahe, hangtod sa “dekreto” nga nagtawag sa mga lalaki ug mga babaye sa paggawas gikan sa Babilonia. Ang pagpugong ug unya ang pagbuhi sa Islam usa ka mahulagwayong kinaiya sa Islam ingon nga simbolo sa biblikanhong tagna.</w:t>
      </w:r>
    </w:p>
    <w:p>
      <w:pPr>
        <w:pStyle w:val="ArticleBody"/>
        <w:jc w:val="left"/>
      </w:pPr>
      <w:r>
        <w:rPr>
          <w:rFonts w:ascii="Times New Roman" w:hAnsi="Times New Roman" w:eastAsia="Times New Roman" w:cs="Times New Roman"/>
        </w:rPr>
        <w:t>Sa dihang gihisgutan sila ingon nga ang “upat ka mga hangin,” ginapugngan sila samtang ginatatakan ang mga alagad sa Dios. Sa sinugdanan sa ikaduhang Pagkaalaot, diha sa tagna sa panahon nga tulo ka gatus ug kasiyaman ug usa ka tuig ug napulo ug lima ka adlaw nga natuman niadtong Agosto 11, 1840, upat ka mga manulonda, nga nagrepresentar sa Islam sa ikaduhang Pagkaalaot, “gibad-an.” Sa katapusan sa tagna, sila “napugngan.”</w:t>
      </w:r>
    </w:p>
    <w:p>
      <w:pPr>
        <w:pStyle w:val="ArticleScripture"/>
        <w:jc w:val="left"/>
      </w:pPr>
      <w:r>
        <w:rPr>
          <w:rFonts w:ascii="Times New Roman" w:hAnsi="Times New Roman" w:eastAsia="Times New Roman" w:cs="Times New Roman"/>
        </w:rPr>
        <w:t>Nga nagaingon sa ikaunom nga manulonda nga may trumpeta: Buhii ang upat ka manulonda nga ginagapos didto sa dakong suba sa Eufrates. Ug gibuhian ang upat ka manulonda, nga giandam alang sa usa ka takna, ug usa ka adlaw, ug usa ka bulan, ug usa ka tuig, aron sa pagpatay sa ikatulong bahin sa mga tawo. Pinadayag 9:14, 15.</w:t>
      </w:r>
    </w:p>
    <w:p>
      <w:pPr>
        <w:pStyle w:val="ArticleBody"/>
        <w:jc w:val="left"/>
      </w:pPr>
      <w:r>
        <w:rPr>
          <w:rFonts w:ascii="Times New Roman" w:hAnsi="Times New Roman" w:eastAsia="Times New Roman" w:cs="Times New Roman"/>
        </w:rPr>
        <w:t>Niadtong Septiyembre 11, 2001, ang unang mensahe sa kasaysayan sa usa ka gatus ug kap-atan ug upat ka libo gihatagan ug gahum, sa dihang ang Islam sa ikatulong Kaalaotan “gibuhian.” Apan dihadiha kini “gipugngan.” Gipatin-aw ni Sister White nganong nahitabo kini, apan una kinahanglan natong hinumdoman nga ang katuyoan sa Islam sa iyang unang biblikanhong paghisgot mao ang pagpasuko sa mga nasod, kay ang kamot ni Ismael batok man sa matag tawo, ug ang kamot sa matag tawo batok sa Islam.</w:t>
      </w:r>
    </w:p>
    <w:p>
      <w:pPr>
        <w:pStyle w:val="ArticleScripture"/>
        <w:jc w:val="left"/>
      </w:pPr>
      <w:r>
        <w:rPr>
          <w:rFonts w:ascii="Times New Roman" w:hAnsi="Times New Roman" w:eastAsia="Times New Roman" w:cs="Times New Roman"/>
        </w:rPr>
        <w:t>Ug ang manolunda ni Jehova miingon kaniya, Tan-awa, ikaw nagmabdos, ug manganak ka ug usa ka anak nga lalake, ug pagatawgon mo ang iyang ngalan nga Ismael; kay si Jehova nakadungog sa imong kagul-anan. Ug siya mahimong usa ka ihalas nga tawo; ang iyang kamot batok sa matag tawo, ug ang kamot sa matag tawo batok kaniya; ug siya magapuyo sa atubangan sa tanan niyang mga igsoon. Genesis 16:11, 12.</w:t>
      </w:r>
    </w:p>
    <w:p>
      <w:pPr>
        <w:pStyle w:val="ArticleBody"/>
        <w:jc w:val="left"/>
      </w:pPr>
      <w:r>
        <w:rPr>
          <w:rFonts w:ascii="Times New Roman" w:hAnsi="Times New Roman" w:eastAsia="Times New Roman" w:cs="Times New Roman"/>
        </w:rPr>
        <w:t>Ang katuyoan sa Islam diha sa tagna sa Biblia mao ang paghiusa sa tanang mga nasod batok sa Islam, sa wala pa ibubo sa United Nations ang ilang kapungot ibabaw sa mga magbalantay sa Igpapahulay. Niadtong Setyembre 11, 2001, ang matag-usa nga nakasabot sa 9/11 ingon nga timaan sa sinugdanan sa pagsubli sa han-ay sa mga hitabo sa mga Millerite nahimong sama kang “Daniel” sa dihang gidala siya ngadto sa Babilonia sulod sa kapitoan ka tuig. Si Jehoiakim nagtimaan sa pagsugod nianang proseso sa pagsulay, ug ang Islam sa ikatulong Kaalaotan gibuhian dayon, apan dihadiha gipugngan, aron ang Dios makatatak sa Iyang katawhan.</w:t>
      </w:r>
    </w:p>
    <w:p>
      <w:pPr>
        <w:pStyle w:val="ArticleScripture"/>
        <w:jc w:val="left"/>
      </w:pPr>
      <w:r>
        <w:rPr>
          <w:rFonts w:ascii="Times New Roman" w:hAnsi="Times New Roman" w:eastAsia="Times New Roman" w:cs="Times New Roman"/>
        </w:rPr>
        <w:t>“Kining panglantaw gihatag niadtong 1847 sa dihang diyutay pa kaayo ang Adventistang mga igsoon nga nagtuman sa Igpapahulay, ug gikan niini diyutay lamang ang naghunahuna nga ang pagsaulog niini igo kaimportante aron mopahimutang ug utlanan tali sa katawhan sa Dios ug sa mga dili magtutuo. Karon ang katumanan nianang panglantaw nagsugod na sa makita. ‘Ang pagsugod nianang panahona sa kasamok,’ nga gihisgotan dinhi, wala magtumong sa panahon nga ang mga hampak magsugod na sa pag-ula, kondili sa usa ka mubo nga yugto sa dili pa kini igabubo, samtang si Cristo anaa pa sa santuwaryo. Niadtong panahona, samtang ang buluhaton sa kaluwasan nagakahuman na, ang kasamok moabot sa kalibotan, ug ang mga nasod mangasuko, apan pugngan aron dili mapugngan ang buluhaton sa ikatulong manulonda. Niadtong panahona ang ‘ulahing ulan,’ o pagpabag-o gikan sa presensya sa Ginoo, moabot aron sa paghatag ug gahum sa makusog nga tingog sa ikatulong manulonda, ug sa pag-andam sa mga balaan sa pagbarog sa panahon nga ang pito ka ulahing mga hampak igabubo na.” Early Writings, 85.</w:t>
      </w:r>
    </w:p>
    <w:p>
      <w:pPr>
        <w:pStyle w:val="ArticleBody"/>
        <w:jc w:val="left"/>
      </w:pPr>
      <w:r>
        <w:rPr>
          <w:rFonts w:ascii="Times New Roman" w:hAnsi="Times New Roman" w:eastAsia="Times New Roman" w:cs="Times New Roman"/>
        </w:rPr>
        <w:t>Ang kapitoan ka tuig ni Daniel nagsugod niadtong Septiyembre 11, 2001 sa dihang ang Islam gibuhian ug nakapasuko sa mga nasod pinaagi sa kalit ug wala damhang pag-atake niini batok sa mapintas nga mananap sa yuta sa Pinadayag trese. Ang Islam dayon gipugngan, aron ang buluhaton sa ikatulong manulonda mahimo nang matapos. Ang buluhaton sa ikatulong manulonda mao ang pagpatik sa katawohan sa Dios, ug sa dihang kana nga buluhaton nagsugod niadtong Septiyembre 11, 2001, ang Ulahing Ulan misugod sa “pagwisik.” Ang Daniel kapitulo uno naghulagway sa proseso sa pagsulay sa usa ka gatus ug kap-atan ug upat ka libo, nga nagsugod niadtong Septiyembre 11, 2001, ug nagapadayon hangtod nga ang ikaduhang “tingog” sa Pinadayag disiotso motawag sa laing panon sa Dios paggawas gikan sa Babilonia. Busa, si Daniel nagrepresentar sa usa ka katawohan nga anaa karon sa espirituwal nga pagkabinihag, hangtod sa pinakatapusang konklusyon sa proseso sa pagsulay. Ang kataposan sa panahon sa pagsulay sa Daniel kapitulo uno gipaila ingon nga ang “katapusan sa mga adlaw.”</w:t>
      </w:r>
    </w:p>
    <w:p>
      <w:pPr>
        <w:pStyle w:val="ArticleScripture"/>
        <w:jc w:val="left"/>
      </w:pPr>
      <w:r>
        <w:rPr>
          <w:rFonts w:ascii="Times New Roman" w:hAnsi="Times New Roman" w:eastAsia="Times New Roman" w:cs="Times New Roman"/>
        </w:rPr>
        <w:t>Ug sa katapusan sa mga adlaw nga giingon sa hari nga dad-on sila ngadto kaniya, gidala sila sa punoan sa mga eunuco ngadto sa atubangan ni Nabucodonosor. Ug nakigsulti ang hari kanila; ug sa ilang tanan walay hingkaplagan nga sama nila Daniel, Hananias, Misael, ug Azarias; busa mitindog sila sa atubangan sa hari. Ug sa tanang butang mahitungod sa kaalam ug salabutan nga gipangutana sa hari kanila, hingkaplagan niya sila nga napulo ka pilo nga labi ka maayo kay sa tanang mga salamangkero ug mga astrologo nga diha sa tibuok niyang gingharian. Daniel 1:18–20.</w:t>
      </w:r>
    </w:p>
    <w:p>
      <w:pPr>
        <w:pStyle w:val="ArticleBody"/>
        <w:jc w:val="left"/>
      </w:pPr>
      <w:r>
        <w:rPr>
          <w:rFonts w:ascii="Times New Roman" w:hAnsi="Times New Roman" w:eastAsia="Times New Roman" w:cs="Times New Roman"/>
        </w:rPr>
        <w:t>Ang ikatulong pagsulay, nga nagrepresentar sa usa ka propetikong litmus test alang kang Daniel ug sa tulo ka matarong, mao kadtong gihukman sila ni Nabucodonosor, ug hingkaplagan nga “napulo ka pilo nga labi pang maayo kay sa tanang mga salamangkero ug mga astrologo nga diha sa tibuok niyang gingharian.” Ang ikatulong pagsulay girepresentahan sa paghukom, ug ang paghukom nahitabo sa “kataposan sa mga adlaw.” Sa basahon ni Daniel, ang “kataposan sa mga adlaw” mao ang dapit diin si Daniel motindog sa iyang bahin.</w:t>
      </w:r>
    </w:p>
    <w:p>
      <w:pPr>
        <w:pStyle w:val="ArticleScripture"/>
        <w:jc w:val="left"/>
      </w:pPr>
      <w:r>
        <w:rPr>
          <w:rFonts w:ascii="Times New Roman" w:hAnsi="Times New Roman" w:eastAsia="Times New Roman" w:cs="Times New Roman"/>
        </w:rPr>
        <w:t>“‘Daghan ang pagaputlion, ug pagapaputihon, ug pagasulayan; apan ang mga daotan magabuhat sa pagkadaotan: ug walay bisan kinsa sa mga daotan nga makasabut; apan ang mga manggialamon makasabut.... Bulahan siya nga nagapaabot, ug makaabot sa usa ka libo tulo ka gatus ug katloan ug lima ka adlaw. Apan lumakaw ka (Daniel) sa imong dalan hangtud sa katapusan maabut: kay ikaw mopahulay, ug motindog sa imong bahin sa katapusan sa mga adlaw.’”</w:t>
      </w:r>
    </w:p>
    <w:p>
      <w:pPr>
        <w:pStyle w:val="ArticleScripture"/>
        <w:jc w:val="left"/>
      </w:pPr>
      <w:r>
        <w:rPr>
          <w:rFonts w:ascii="Times New Roman" w:hAnsi="Times New Roman" w:eastAsia="Times New Roman" w:cs="Times New Roman"/>
        </w:rPr>
        <w:t>“Miabot na ang panahon nga si Daniel motindog diha sa iyang bahin. Miabot na ang panahon nga ang kahayag nga gihatag kaniya moadto sa kalibutan sa paagi nga wala pa sukad kaniadto. Kon kadtong gibuhatan sa Ginoo ug daghan kaayo molakaw diha sa kahayag, ang ilang kahibalo bahin kang Cristo ug sa mga tagna nga may kalabutan Kaniya madugangan pag-ayo samtang sila nagkaduol sa katapusan sa kasaysayan niining yutaa.” The Seventh-day Adventist Bible Commentary, volume 4, 1174.</w:t>
      </w:r>
    </w:p>
    <w:p>
      <w:pPr>
        <w:pStyle w:val="ArticleBody"/>
        <w:jc w:val="left"/>
      </w:pPr>
      <w:r>
        <w:rPr>
          <w:rFonts w:ascii="Times New Roman" w:hAnsi="Times New Roman" w:eastAsia="Times New Roman" w:cs="Times New Roman"/>
        </w:rPr>
        <w:t>Gipaila ni Sister White ang “katapusan sa mga adlaw” nga may kalabutan sa proseso sa paghinlo sa bersikulo napulo sa Daniel kapitulo dose. Kanunay niyang gigamit ang bersikulo napulo, uban sa “katapusan sa mga adlaw” sa bersikulo trese.</w:t>
      </w:r>
    </w:p>
    <w:p>
      <w:pPr>
        <w:pStyle w:val="ArticleScripture"/>
        <w:jc w:val="left"/>
      </w:pPr>
      <w:r>
        <w:rPr>
          <w:rFonts w:ascii="Times New Roman" w:hAnsi="Times New Roman" w:eastAsia="Times New Roman" w:cs="Times New Roman"/>
        </w:rPr>
        <w:t>“‘Daghan ang pagahinloan, ug pagapapution, ug pagasulayan; apan ang mga daotan magapadayon sa pagkadaotan: ug walay bisan usa sa mga daotan nga makasabut; apan ang mga manggialamon makasabut…. Bulahan siya nga magahulat, ug makaabut sa usa ka libo tulo ka gatus ug lima ka katloan ka adlaw. Apan umadto ikaw (Daniel) sa imong dalan hangtud sa katapusan: kay ikaw mopahulay, ug motindog sa imong bahin sa katapusan sa mga adlaw.’”</w:t>
      </w:r>
    </w:p>
    <w:p>
      <w:pPr>
        <w:pStyle w:val="ArticleScripture"/>
        <w:jc w:val="left"/>
      </w:pPr>
      <w:r>
        <w:rPr>
          <w:rFonts w:ascii="Times New Roman" w:hAnsi="Times New Roman" w:eastAsia="Times New Roman" w:cs="Times New Roman"/>
        </w:rPr>
        <w:t>“Si Daniel karon nagatindog na sa iyang bahin, ug kinahanglan hatagan nato siya ug luna aron mosulti sa katawhan. Ang atong mensahe kinahanglan mopadayon ingon sa usa ka suga nga nagadilaab. ‘Ug niadtong panahona motindog si Miguel, ang dakong prinsipe nga nagabarug alang sa mga anak sa imong katawhan: ug adunay panahon sa kasamok, nga sama niana wala gayud sukad nga adunay nasod hangtod niadtong maong panahona: ug niadtong panahona maluwas ang imong katawhan, ang tagsatagsa nga hikaplagan nga nahisulat sa basahon. Ug daghan kanila nga nangatulog sa abog sa yuta mamata, ang uban ngadto sa kinabuhing dayon, ug ang uban ngadto sa kaulaw ug dayong pagtamay. Ug sila nga mga manggialamon mosidlak ingon sa kahayag sa hawan sa langit; ug sila nga nagdala sa daghan ngadto sa pagkamatarong sama sa mga bitoon sa walay kataposan ug sa gihapon.’”</w:t>
      </w:r>
    </w:p>
    <w:p>
      <w:pPr>
        <w:pStyle w:val="ArticleScripture"/>
        <w:jc w:val="left"/>
      </w:pPr>
      <w:r>
        <w:rPr>
          <w:rFonts w:ascii="Times New Roman" w:hAnsi="Times New Roman" w:eastAsia="Times New Roman" w:cs="Times New Roman"/>
        </w:rPr>
        <w:t>“Kining mga pulonga nagapakita sa buluhaton nga atong pagabuhaton niining kataposang mga adlaw. Dili kita bisan tunga pa nga nahigmata. Wala kita sa gahum nga mahinungdanon alang sa pagbuhat sa buluhaton nga kinahanglan pagabuhaton. Kinahanglan kita mosulod ngadto sa kinabuhi, mosulod ngadto sa panaghiusa. Karon, niining gayud nga higayona, kinahanglan kita motindog nianang kahimtanga diin ang paghinulsol ug kapasayloan mao ang labing dayag nga mga kinaiya sa atong buluhaton. Dili kinahanglan nga adunay mga pagpakiglalis. Ulahi na kaayo ang pag-apil kang Satanas sa iyang buluhaton sa pagbuta sa mga mata. Ulahi na kaayo ang pagpatalinghug sa malimbongong mga espiritu ug sa mga pagtulon-an sa mga yawa.”</w:t>
      </w:r>
    </w:p>
    <w:p>
      <w:pPr>
        <w:pStyle w:val="ArticleScripture"/>
        <w:jc w:val="left"/>
      </w:pPr>
      <w:r>
        <w:rPr>
          <w:rFonts w:ascii="Times New Roman" w:hAnsi="Times New Roman" w:eastAsia="Times New Roman" w:cs="Times New Roman"/>
        </w:rPr>
        <w:t>“Gitudloan ako sa pag-ingon nga sa diha nga ang Espiritu Santo mohatag ug dila ug pagpamulong, makita nato ang usa ka buhat nga susama niadtong nahimo sa adlaw sa Pentecostes. Ang mga representante ni Cristo magabuhat uban sa salabutan. Wala’y makaplagang usa ka tawo dinhi ug lain didto nga maningkamot sa pagguba ug paglaglag.</w:t>
      </w:r>
    </w:p>
    <w:p>
      <w:pPr>
        <w:pStyle w:val="ArticleScripture"/>
        <w:jc w:val="left"/>
      </w:pPr>
      <w:r>
        <w:rPr>
          <w:rFonts w:ascii="Times New Roman" w:hAnsi="Times New Roman" w:eastAsia="Times New Roman" w:cs="Times New Roman"/>
        </w:rPr>
        <w:t>“‘Sa dili pa mamunga ang sugo, sa dili pa molabay ang adlaw sama sa tahop, sa dili pa moabot kaninyo ang mabangis nga kasuko sa Ginoo, sa dili pa moabot kaninyo ang adlaw sa kasuko sa Ginoo, pangitaa ninyo ang Ginoo, kamong tanan nga maaghop sa yuta, nga nagbuhat sa Iyang hukom; pangitaa ang pagkamatarong, pangitaa ang kaaghopan: tingali pagatagoon kamo sa adlaw sa kasuko sa Ginoo.’” Australian Union Conference Record, Marso 11, 1907.</w:t>
      </w:r>
    </w:p>
    <w:p>
      <w:pPr>
        <w:pStyle w:val="ArticleBody"/>
        <w:jc w:val="left"/>
      </w:pPr>
      <w:r>
        <w:rPr>
          <w:rFonts w:ascii="Times New Roman" w:hAnsi="Times New Roman" w:eastAsia="Times New Roman" w:cs="Times New Roman"/>
        </w:rPr>
        <w:t>Ang pagtimri sa usa ka gatus ug kap-atan ug upat ka libo nga girepresentahan sa kapitoan ka tuig sa pagkabinihag ni Daniel sa Babilonia, girepresentahan sa Daniel kapitulo dose, ug bersikulo napulo. Ang maong bersikulo nagkupot sa timaan sa “kamatuoran” kay kini nag-ila sa tulo ka lakang nga mao ang mga kinaiya sa Hebreohanong pulong nga “kamatuoran.” Daghan ang pagaputlihon, pagapapution ug unya pagasulayan. Si Daniel ug ang tulo ka bililhon nga mga kauban naputli pinaagi sa kahadlok sa Dios diha sa kapitulo usa, kay ilang gituyo nga dili mokaon sa pagkaon sa Babilonia. Unya ilang gipadayag ang usa ka dagway nga nahimong labi pang maanyag ug mas malamboon kay sa mga mikaon sa pagkaon sa Babilonia. Ang ilang dagway mao ang pagkamatarong ni Cristo nga mao ang maputing mga bisti. Unya sila gisulayan sa dihang misulod sila sa paghukom ni Nabucodonosor, sa katapusan sa mga adlaw.</w:t>
      </w:r>
    </w:p>
    <w:p>
      <w:pPr>
        <w:pStyle w:val="ArticleBody"/>
        <w:jc w:val="left"/>
      </w:pPr>
      <w:r>
        <w:rPr>
          <w:rFonts w:ascii="Times New Roman" w:hAnsi="Times New Roman" w:eastAsia="Times New Roman" w:cs="Times New Roman"/>
        </w:rPr>
        <w:t>Sa “kataposan sa mga adlaw,” sa dihang si Daniel motindog “diha sa iyang bahin,” ang “kahibalo mahitungod kang Cristo ug sa mga tagna nga may kalabotan Kaniya pagadak-on pag-ayo” alang sa katawohan sa Dios. Namatikdan ni Nabucodonosor nga sa “tanang butang sa kaalam ug salabutan,” si Daniel ug ang tulo ka mga takus “nakaplagan” nga “napulo ka pilo nga labaw pa kaysa tanang mga salamangkero ug mga astrologo nga didto sa tibuok niyang gingharian.”</w:t>
      </w:r>
    </w:p>
    <w:p>
      <w:pPr>
        <w:pStyle w:val="ArticleBody"/>
        <w:jc w:val="left"/>
      </w:pPr>
      <w:r>
        <w:rPr>
          <w:rFonts w:ascii="Times New Roman" w:hAnsi="Times New Roman" w:eastAsia="Times New Roman" w:cs="Times New Roman"/>
        </w:rPr>
        <w:t>Ang unang kapitulo sa Daniel naghulagway sa kasinatian sa usa ka gatus ug kap-atan ug upat ka libo, nga moagi sa usa ka tulo-ka-lakang proseso sa pagsulay. Sa pagkomento bahin niana nga proseso, si Sister White nagaingon, “Kining mga pulonga nagapakita sa buhat nga kinahanglan natong buhaton niining katapusang mga adlaw. Dili pa kita bisan sa tunga pa mahigmata. Wala kita sa gahum nga maoy gikinahanglan sa pagbuhat sa buluhaton nga kinahanglan pagabuhaton. Kinahanglan nga mosulod kita ngadto sa kinabuhi, mosulod ngadto sa panaghiusa. Karon, karon gayud, kinahanglan nga motindog kita nianang kahimtanga diin ang paghinulsol ug kapasayloan mao ang mahimong labing dayag nga mga kinaiya sa atong buluhaton. Kinahanglan nga walay panagbingkil.”</w:t>
      </w:r>
    </w:p>
    <w:p>
      <w:pPr>
        <w:pStyle w:val="ArticleBody"/>
        <w:jc w:val="left"/>
      </w:pPr>
      <w:r>
        <w:rPr>
          <w:rFonts w:ascii="Times New Roman" w:hAnsi="Times New Roman" w:eastAsia="Times New Roman" w:cs="Times New Roman"/>
        </w:rPr>
        <w:t>Ang proseso sa pagsulay nga nagadala ngadto sa “kataposan sa mga adlaw,” nagadala ngadto sa pagkabanhaw sa duha ka mga saksi diha sa Kapadayagan kapitulo onse. Ang buluhaton nga angay natong buhaton karon mao ang pagdawat sa mensahe sa Septiyembre 11, 2001 ug ang pagpukaw, sumala sa gilarawan sa patay ug uga nga mga bukog. “Kinahanglan kita mabuhi, mahiusa.” Sa diha nga buhaton nato kini, ang labing namatikdan nga mga kinaiya sa atong buluhaton mao ang atong “paghinulsol ug kapasayloan.” Ang labing namatikdan nga kinaiya sa atong buluhaton gilarawan ni Daniel diha sa kapitulo nuwebe, sa diha nga siya nagaampo sa pag-ampo sa Levitico baynte-sais, nga nagapangayo og kapasayloan sa iyang mga sala, ug sa mga sala sa iyang mga amahan, samtang nagaila usab nga siya nagalakaw nga supak sa Dios sukad pa sa kapakyasan nga nagtimaan sa sinugdanan sa panahon sa paglangan niadtong Hulyo 18, 2020. Kinahanglan usab niyang ilhon nga ang Dios nagalakaw nga supak kaniya sulod nianang maong yugto sa panahon. Si Daniel nagrepresentar niadtong mga nakaagi sa usa ka pagkabinihag nga “kapitoan ka tuig”, sukad pa niadtong Hulyo 18, 2020.</w:t>
      </w:r>
    </w:p>
    <w:p>
      <w:pPr>
        <w:pStyle w:val="ArticleBody"/>
        <w:jc w:val="left"/>
      </w:pPr>
      <w:r>
        <w:rPr>
          <w:rFonts w:ascii="Times New Roman" w:hAnsi="Times New Roman" w:eastAsia="Times New Roman" w:cs="Times New Roman"/>
        </w:rPr>
        <w:t>Ang kapitoan ka tuig usa ka simbolo sa “pito ka panahon” sa Levitico 26. Gipahibalo kanato sa basahon sa Cronicas nga ang kapitoan ka tuig mao ang yugto nga ang yuta “makapahimulos” sa mga igpapahulay nga wala niya matamasa tungod sa pagsukol sa karaang Israel batok sa tugon sa Levitico 25.</w:t>
      </w:r>
    </w:p>
    <w:p>
      <w:pPr>
        <w:pStyle w:val="ArticleScripture"/>
        <w:jc w:val="left"/>
      </w:pPr>
      <w:r>
        <w:rPr>
          <w:rFonts w:ascii="Times New Roman" w:hAnsi="Times New Roman" w:eastAsia="Times New Roman" w:cs="Times New Roman"/>
        </w:rPr>
        <w:t>Aron matuman ang pulong ni Jehova pinaagi sa baba ni Jeremias, hangtod nga ang yuta nakapahimulos sa iyang mga Igpapahulay; kay samtang kini biniyaan, nagbantay kini sa Igpapahulay, aron matuman ang kapitoan ka tuig. 2 Cronicas 36:21.</w:t>
      </w:r>
    </w:p>
    <w:p>
      <w:pPr>
        <w:pStyle w:val="ArticleBody"/>
        <w:jc w:val="left"/>
      </w:pPr>
      <w:r>
        <w:rPr>
          <w:rFonts w:ascii="Times New Roman" w:hAnsi="Times New Roman" w:eastAsia="Times New Roman" w:cs="Times New Roman"/>
        </w:rPr>
        <w:t>Ingon nga simbolo sa usa ka profetikanhong “kamingawan,” ang “tulo ug tunga ka adlaw” diin ang duha ka mga saksi sa Pinadayag onse nangamatay ug naghigda sa dalan human sa Hulyo 18, 2020 usa ka simbolo sa “kapitoan ka tuig,” ug usab usa ka simbolo sa “pito ka mga panahon.” Sa “katapusan sa mga adlaw,” usa kini ka simbolo sa katapusan sa mga profetikanhong adlaw nga gisilyohan sulod sa basahon ni Daniel.</w:t>
      </w:r>
    </w:p>
    <w:p>
      <w:pPr>
        <w:pStyle w:val="ArticleBody"/>
        <w:jc w:val="left"/>
      </w:pPr>
      <w:r>
        <w:rPr>
          <w:rFonts w:ascii="Times New Roman" w:hAnsi="Times New Roman" w:eastAsia="Times New Roman" w:cs="Times New Roman"/>
        </w:rPr>
        <w:t>Sa 1798, ang basahon ni Daniel gibuksan, ug si Daniel mitindog sa iyang bahin, andam sa pagtuman sa iyang katuyoan.</w:t>
      </w:r>
    </w:p>
    <w:p>
      <w:pPr>
        <w:pStyle w:val="ArticleScripture"/>
        <w:jc w:val="left"/>
      </w:pPr>
      <w:r>
        <w:rPr>
          <w:rFonts w:ascii="Times New Roman" w:hAnsi="Times New Roman" w:eastAsia="Times New Roman" w:cs="Times New Roman"/>
        </w:rPr>
        <w:t>“Sa diha nga ang Dios mohatag sa usa ka tawo ug pinasahi nga buluhaton nga pagabuhaton, kinahanglan nga motindog siya diha sa iyang bahin ug dapit maingon kang Daniel, andam sa pagtubag sa tawag sa Dios, andam sa pagtuman sa Iyang katuyoan.” Manuscript Releases, volume 6, 108.</w:t>
      </w:r>
    </w:p>
    <w:p>
      <w:pPr>
        <w:pStyle w:val="ArticleBody"/>
        <w:jc w:val="left"/>
      </w:pPr>
      <w:r>
        <w:rPr>
          <w:rFonts w:ascii="Times New Roman" w:hAnsi="Times New Roman" w:eastAsia="Times New Roman" w:cs="Times New Roman"/>
        </w:rPr>
        <w:t>Niadtong Oktubre 22, 1844, sa katumanan sa Daniel kapitulo 8, bersikulo 14, ang basahon ni Daniel sa makausa pa mitindog diha sa iyang bahin. Ang 1798 ug 1844 mao ang katapusan sa nahaunang ug ikaduhang mga kasuko, ug busa nagtimaan sa katapusan sa “pito ka mga panahon.” Ang “katapusan sa mga adlaw” diha sa basahon ni Daniel usa ka simbolo sa katapusan sa usa ka pagkabihag nga girepresentahan sa “pito ka mga panahon.” Sa Daniel kapitulo 4, si Nabucodonosor nagpuyo ingon nga usa ka mapintas nga mananap samtang ang “pito ka mga panahon” miagi ibabaw kaniya. Sa “katapusan sa mga adlaw,” ang iyang gingharian ug pangatarungan gipahiuli kaniya.</w:t>
      </w:r>
    </w:p>
    <w:p>
      <w:pPr>
        <w:pStyle w:val="ArticleScripture"/>
        <w:jc w:val="left"/>
      </w:pPr>
      <w:r>
        <w:rPr>
          <w:rFonts w:ascii="Times New Roman" w:hAnsi="Times New Roman" w:eastAsia="Times New Roman" w:cs="Times New Roman"/>
        </w:rPr>
        <w:t>Ug sa katapusan sa mga adlaw ako, si Nabucodonosor, mipataas sa akong mga mata ngadto sa langit, ug ang akong salabutan mibalik kanako, ug akong gipanalanginan ang Labing Hataas, ug akong gidayeg ug gipasidunggan siya nga buhi sa walay katapusan, kansang gingharian maoy gingharian nga walay katapusan, ug ang iyang paghari gikan sa kaliwatan ngadto sa kaliwatan: Ug ang tanang mga pumoluyo sa yuta giisip ingon nga walay kapuslanan; ug siya nagabuhat sumala sa iyang kabubut-on sa panon sa langit, ug sa taliwala sa mga pumoluyo sa yuta: ug walay bisan kinsa nga makapugong sa iyang kamot, o makaingon kaniya, Unsay imong gibuhat? Niadtong panahona ang akong pangatarungan mibalik kanako; ug alang sa himaya sa akong gingharian, ang akong kadungganan ug kahayag mibalik kanako; ug ang akong mga magtatambag ug ang akong mga kadagkuan nangita kanako; ug ako natukod sa akong gingharian, ug ang labing halangdong pagkaharianon gidugang kanako. Daniel 4:34–36.</w:t>
      </w:r>
    </w:p>
    <w:p>
      <w:pPr>
        <w:pStyle w:val="ArticleBody"/>
        <w:jc w:val="left"/>
      </w:pPr>
      <w:r>
        <w:rPr>
          <w:rFonts w:ascii="Times New Roman" w:hAnsi="Times New Roman" w:eastAsia="Times New Roman" w:cs="Times New Roman"/>
        </w:rPr>
        <w:t>Ang katapusan sa panahon sa pagselyo sa usa ka gatus ug kap-atan ug upat ka libo gihulagway ingon nga ang “katapusan sa mga adlaw,” ug busa naghulagway sa simbolikong panapos sa “kapitoan ka tuig” ug usab sa “pito ka panahon.” Nianang panahona, ang “paghinulsol ug kapasayloan” mao ang mga ilhanan nga magrepresentar sa buluhaton niadtong kaniadto mga patay diha sa dalan nga moagi sa walog sa mga patay ug uga nga mga bukog.</w:t>
      </w:r>
    </w:p>
    <w:p>
      <w:pPr>
        <w:pStyle w:val="ArticleBody"/>
        <w:jc w:val="left"/>
      </w:pPr>
      <w:r>
        <w:rPr>
          <w:rFonts w:ascii="Times New Roman" w:hAnsi="Times New Roman" w:eastAsia="Times New Roman" w:cs="Times New Roman"/>
        </w:rPr>
        <w:t>Ang makita nga kinaiya sa buhat sa paghinulsol sa usa ka gatos ug kap-atan ug upat ka libo gilarawan sa Ezekiel kapitulo nueve, ingon nga “nanghupaw ug nagtiyabaw.” Sa dihang ang katawohan sa Dios mosugid ug mobiya sa ilang kaugalingong mga sala, sa dihang ila nga ilhon nga gisubli nila ang mao rang mga sala sa ilang mga amahan, sa dihang ilang isalikway ang ilang garbo sa kaugalingong hunahuna ug moangkon nga sila naglakaw nga supak sa Dios, ug usab nga Siya naglakaw nga supak kanila sukad miabut ang panahon sa paglangan niadtong Hulyo 18, 2020, nan makaplagan sila nga adunay “napulo ka pilo” nga labaw pa nga gahum sa pagpanagna kay sa tanang uban pang nag-angkon nga manggialamon nga mga tawo sa gingharian.</w:t>
      </w:r>
    </w:p>
    <w:p>
      <w:pPr>
        <w:pStyle w:val="ArticleBody"/>
        <w:jc w:val="left"/>
      </w:pPr>
      <w:r>
        <w:rPr>
          <w:rFonts w:ascii="Times New Roman" w:hAnsi="Times New Roman" w:eastAsia="Times New Roman" w:cs="Times New Roman"/>
        </w:rPr>
        <w:t>Ang proseso sa pagtimri nagsugod pinaagi sa pagpaluag ug dayon sa pagpugong sa Islam. Kana nga proseso matapos ingon sa pagsugod niini, sa dihang ang Islam pagapagawason na usab. Kini pagapagawason sa katapusan sa mga adlaw sa panahon sa pagtimri, nga alang kang Daniel mao ang sugo ni Ciro nga nagtawag sa mga tawo sa paggawas gikan sa Babilonia. Didto, sa katapusan sa mga adlaw sa paghinlo, sa paghukom sa “sugo” sa balaod sa Domingo sa Tinipong Bansa, ang mga matinumanon hikaplagan nga nanag-iya ug “napulo ka pilo pa” nga gahum sa pagpanagna.</w:t>
      </w:r>
    </w:p>
    <w:p>
      <w:pPr>
        <w:pStyle w:val="ArticleScripture"/>
        <w:jc w:val="left"/>
      </w:pPr>
      <w:r>
        <w:rPr>
          <w:rFonts w:ascii="Times New Roman" w:hAnsi="Times New Roman" w:eastAsia="Times New Roman" w:cs="Times New Roman"/>
        </w:rPr>
        <w:t>“Gipalayo ra kaayo ninyo ang pag-abot sa Ginoo. Akong nakita nga ang ulahing ulan moabot ingon ka [kalit] sa singgit sa tungang gabii, ug may napulo ka pilo nga gahum.” Spalding and Magan, 5.</w:t>
      </w:r>
    </w:p>
    <w:p>
      <w:pPr>
        <w:pStyle w:val="ArticleBody"/>
        <w:jc w:val="left"/>
      </w:pPr>
      <w:r>
        <w:rPr>
          <w:rFonts w:ascii="Times New Roman" w:hAnsi="Times New Roman" w:eastAsia="Times New Roman" w:cs="Times New Roman"/>
        </w:rPr>
        <w:t>Sugdan nato ang paghisgot sa ikaduhang kapitulo sa Daniel sa sunod nga artikulo.</w:t>
      </w:r>
    </w:p>
    <w:p>
      <w:pPr>
        <w:pStyle w:val="ArticleScripture"/>
        <w:jc w:val="left"/>
      </w:pPr>
      <w:r>
        <w:rPr>
          <w:rFonts w:ascii="Times New Roman" w:hAnsi="Times New Roman" w:eastAsia="Times New Roman" w:cs="Times New Roman"/>
        </w:rPr>
        <w:t>“Mao kini ang singgit sa tungang gabii, nga maoy magahatag ug gahum sa mensahe sa ikaduhang manulonda. Ang mga manulonda gipadala gikan sa langit aron pukawon ang mga santos nga naluya ug andamon sila alang sa dakong buluhaton nga anaa sa ilang atubangan. Ang labing may talanto nga mga tawo dili mao ang unang midawat niining mensaheha. Ang mga manulonda gipadala ngadto sa mapaubsanon, masinugtanon nga mga tawo, ug ilang giduso sila sa pagpataas sa singgit, ‘Ania karon, nagaabot ang Pamanhonon; gumula kamo aron sa pagtagbo Kaniya!’ Kadtong gisaligan sa maong singgit midali, ug sa gahum sa Balaang Espiritu ilang gipalanog ang mensahe, ug gipukaw ang ilang mga igsoon nga naluya. Kining buluhatona wala magatindog diha sa kaalam ug pagkat-on sa mga tawo, kondili diha sa gahum sa Dios, ug ang Iyang mga santos nga nakadungog sa singgit dili makahimo sa pagsukol niini. Ang labing espirituhanon maoy unang midawat niining mensaheha, ug kadtong kaniadto nangulo sa buluhaton mao ang ulahi sa pagdawat ug sa pagtabang sa pagpadako sa singgit, ‘Ania karon, nagaabot ang Pamanhonon; gumula kamo aron sa pagtagbo Kaniya!’” Early Writings, 238.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Napulo</dc:title>
  <dc:subject>Ang Proseso</dc:subject>
  <dc:creator>Jeff Pippenger</dc:creator>
  <cp:keywords/>
  <dc:description>Generated by ArticleDigger from daniel\10_daniel.json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