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Kaluhaan ug Upat</w:t>
      </w:r>
    </w:p>
    <w:p>
      <w:pPr>
        <w:pStyle w:val="ArticleSubtitle"/>
        <w:jc w:val="left"/>
      </w:pPr>
      <w:r>
        <w:rPr>
          <w:rFonts w:ascii="Arial" w:hAnsi="Arial" w:eastAsia="Arial" w:cs="Arial"/>
        </w:rPr>
        <w:t>Pagbutyag sa Daniel 11:40 – Usa ka Propetikanhong Pagsusi sa Makasaysayanong mga Pagkapareho ug sa Umaabot nga mga Hitabo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Nagahin kami ug panahon sa paglatid sa estruktura sa Daniel kapitulo onse, samtang atong hisgutan ang bersikulo kuwarenta. Ang bersikulo kuwarenta mao ang kaparis sa bersikulo katorse sa Daniel kapitulo otso, sa propetikong diwa nga ang kahayag, nga si Cristo, ingon nga Leon sa banay ni Juda, nagbukas sa selyo niadtong 1798, gibase sa Daniel kapitulo otso bersikulo katorse; maingon man usab, ang kahayag nga Iyang gibuksan sa 1989 gibase sa bersikulo kuwarenta.</w:t>
      </w:r>
    </w:p>
    <w:p>
      <w:pPr>
        <w:pStyle w:val="ArticleBody"/>
        <w:jc w:val="left"/>
      </w:pPr>
      <w:r>
        <w:rPr>
          <w:rFonts w:ascii="Times New Roman" w:hAnsi="Times New Roman" w:eastAsia="Times New Roman" w:cs="Times New Roman"/>
        </w:rPr>
        <w:t>Sumala sa among nahisgotan na, apan wala gayud natong direktang gitagad sa usa ka miaging artikulo, sa paggamit sa pamaagi sa ulahing ulan nga “linya ibabaw sa linya,” ang bersikulo kuwarenta naglatid ug duha ka managlahing mga linya, kay kini naglangkob sa panahon sa katapusan alang sa duha—sa kalihokan sa nahaunang manulonda ug sa kalihokan sa ikatulong manulonda.</w:t>
      </w:r>
    </w:p>
    <w:p>
      <w:pPr>
        <w:pStyle w:val="ArticleBody"/>
        <w:jc w:val="left"/>
      </w:pPr>
      <w:r>
        <w:rPr>
          <w:rFonts w:ascii="Times New Roman" w:hAnsi="Times New Roman" w:eastAsia="Times New Roman" w:cs="Times New Roman"/>
        </w:rPr>
        <w:t>Sa dihang atong ipahiusa ang panahon sa katapusan sa bersikulo kuwarenta sa 1798, ug ang panahon sa katapusan niini sa 1989, atong makita nga ang Daniel kapitulo otso, bersikulo katorse, nahiuyon sa Daniel kapitulo onse, bersikulo kuwarenta, kay silang duha nagrepresentar sa kahibalo nga gibuksan sa propetikong kasaysayan sa tulo ka manulonda sa Pinadayag katorse. Nalambigit usab sila pinaagi sa kamatuoran nga ang bersikulo katorse mao ang panan-awon nga “mareh” sa kalit nga “pagpakita” ni Cristo ngadto sa templo, ug ang bersikulo kuwarenta mao ang panan-awon nga “chazon” sa duha ka libo lima ka gatus ug baynte ka tuig sa propetikong kasaysayan. Ang usa usa ka punto sa panahon, ang usa usa ka yugto sa panahon.</w:t>
      </w:r>
    </w:p>
    <w:p>
      <w:pPr>
        <w:pStyle w:val="ArticleBody"/>
        <w:jc w:val="left"/>
      </w:pPr>
      <w:r>
        <w:rPr>
          <w:rFonts w:ascii="Times New Roman" w:hAnsi="Times New Roman" w:eastAsia="Times New Roman" w:cs="Times New Roman"/>
        </w:rPr>
        <w:t>Ang usa nagrepresentar sa pagpahiuli ug paghinlo sa templo, ang usa sa kalaglagan ug pagtamakan sa templo. Ang usa nagrepresentar sa duha ka libo ug tulo ka gatus ka tuig, ug ang usa sa duha ka libo ug lima ka gatus ug kaluhaan ka tuig. Ang usa gihulagway pinaagi sa suba nga Ulai, ang usa pinaagi sa suba nga Hiddekel. Ang usa nagrepresentar sa pagkatawo, ang usa nagrepresentar sa pagka-Dios. Kung husto nga masabtan, ang bersikulo kwarenta diha sa kalambigitan sa bersikulo katorse hilabihan ka lalom. Ang 1798 nagrepresentar sa buhat sa pagka-Dios, ug ang 1989 nagrepresentar sa pagsukol sa pagkatawo.</w:t>
      </w:r>
    </w:p>
    <w:p>
      <w:pPr>
        <w:pStyle w:val="ArticleBody"/>
        <w:jc w:val="left"/>
      </w:pPr>
      <w:r>
        <w:rPr>
          <w:rFonts w:ascii="Times New Roman" w:hAnsi="Times New Roman" w:eastAsia="Times New Roman" w:cs="Times New Roman"/>
        </w:rPr>
        <w:t>Atong nailhan sa miaging artikulo nga ang paghulagway sa pagbuntog sa tulo ka mga babag pinaagi sa hari sa amihanan gipakita sa usa ka sunod-sunod nga paagi, apan ang tinuod nga paggamit sa mga hitabo nga gihulagway kinahanglan nga maampingong iaplikar, kay ang mga bersikulo kap-atan ug duha hangtod ug apil ang bersikulo kap-atan ug upat sa pagkatinuod nahimutang subay sa bersikulo kap-atan ug usa, nga mao ang hapit na moabot nga balaod sa Domingo sa Tinipong Bansa sa Amerika. Didto maoy pagatumanon ang tulo ka pilo nga panaghiusa, ug didto usab magsugod ang makusog nga singgit nga mensahe sa “sidlakan” ug “amihanan.”</w:t>
      </w:r>
    </w:p>
    <w:p>
      <w:pPr>
        <w:pStyle w:val="ArticleBody"/>
        <w:jc w:val="left"/>
      </w:pPr>
      <w:r>
        <w:rPr>
          <w:rFonts w:ascii="Times New Roman" w:hAnsi="Times New Roman" w:eastAsia="Times New Roman" w:cs="Times New Roman"/>
        </w:rPr>
        <w:t>Sa Daniel onse, sa paglabay sa mga katuigan giila sa mga estudyante nga Adventista nga si Daniel naggamit ug usa ka piho nga pamaagi sa iyang mga hulagway bahin sa Roma. Si Uriah Smith nakamatikod niini diha sa basahon nga Daniel and Revelation. Una, gipaila ni Daniel kon giunsa sa Roma pagkuha sa pagkontrolar sa kalibotan, ug dayon sa mosunod nga mga bersikulo mobalik siya sa sinugdanan sa maong kasaysayan, nga nagpaila sa politikanhong pagpanakop, ug nagpaila usab kon giunsa sa Roma ang pakig-uban sa katawohan sa Dios sulod niadtong maong kasaysayan. Unya sa katapusan, iyang gipaila kon giunsa pag-abot sa Roma ngadto sa iyang katapusan. Ang prinsipyo nga gigamit ni Daniel gitawag nga, “balika ug palapda.”</w:t>
      </w:r>
    </w:p>
    <w:p>
      <w:pPr>
        <w:pStyle w:val="ArticleBody"/>
        <w:jc w:val="left"/>
      </w:pPr>
      <w:r>
        <w:rPr>
          <w:rFonts w:ascii="Times New Roman" w:hAnsi="Times New Roman" w:eastAsia="Times New Roman" w:cs="Times New Roman"/>
        </w:rPr>
        <w:t>Kining tulo-ka-hakbang nga pamaagi giila diha sa bersikulo kuwarenta hangtod kuwarenta’y singko. Ang mga bersikulo kuwarenta hangtod kuwarenta’y tulo nagaila sa tulo-ka-hakbang nga proseso sa Modernong Roma sa pagsakop sa tibuok kalibotan; dayon diha sa bersikulo kuwarenta’y kuwatro, si Daniel mobalik ngadto sa bersikulo kuwarenta’y uno, sa dihang ang “mga balita” ipahayag na pinaagi sa bandila sa usa ka gatus ug kap-atan ug upat ka libo, ug sa dihang ang kapapahan mopanaw na uban ang dakong kapungot aron sa paglaglag ug sa hingpit nga pagpapas sa daghan. Unya diha sa bersikulo kuwarenta’y singko, ug sa kapitulo dose, bersikulo uno, ang kapapahan moabut sa iyang katapusan nga walay bisan kinsa nga motabang kaniya, tali sa mga dagat ug sa mahimayaong bukid nga balaan, sa dihang ang tawhanong panahon sa pagsulay matapos na.</w:t>
      </w:r>
    </w:p>
    <w:p>
      <w:pPr>
        <w:pStyle w:val="ArticleBody"/>
        <w:jc w:val="left"/>
      </w:pPr>
      <w:r>
        <w:rPr>
          <w:rFonts w:ascii="Times New Roman" w:hAnsi="Times New Roman" w:eastAsia="Times New Roman" w:cs="Times New Roman"/>
        </w:rPr>
        <w:t>Sa bersikulo traynta sa Daniel onse, atong makita ang sinugdanan sa usa ka kasaysayan nga si Sister White mikutlo matag-pulong hangtod sa bersikulo traynta ug sais, ug unya misulat, “mga talan-awon nga susama niadtong gihulagway niining mga bersikuloha mahitabo.” Ang bersikulo traynta ug traynta’y-usa nagtimaan sa makasaysayanong pagbalhin gikan sa paganong Roma ngadto sa papal nga Roma ingon nga ikaupat ug ikalimang mga gingharian sa tagna sa Biblia, matag-usa. Ang bersikulo traynta’y-usa naghulagway sa kasaysayan nga nagrepresentar kon sa unsang paagi ang papal nga Roma gibutang sa trono sa yuta sa tuig 538.</w:t>
      </w:r>
    </w:p>
    <w:p>
      <w:pPr>
        <w:pStyle w:val="ArticleBody"/>
        <w:jc w:val="left"/>
      </w:pPr>
      <w:r>
        <w:rPr>
          <w:rFonts w:ascii="Times New Roman" w:hAnsi="Times New Roman" w:eastAsia="Times New Roman" w:cs="Times New Roman"/>
        </w:rPr>
        <w:t>Sa bersikulo traynta ug usa, ang unang butang nga giila mao ang panahon sa pagtindog ni Clovis, hari sa mga Franko (modernong Pransiya), alang sa kapapahan sa tuig 496. Si Clovis unya nakabig gikan sa dayag nga paganismo ngadto sa tinagong paganismo sa Katolisismo (ang relihiyon sa iyang asawa nga si Clotilda). Dayon iyang gipahinungod ang iyang trono aron ipataas ang kapapahan ngadto sa trono sa yuta. Si Clovis girepresentahan sa “mga bukton” diha sa bersikulo, kay iyang gipahinungod ang iyang bukton sa kusog-militar ug ang iyang bukton sa gahom-pinansyal ngadto sa buluhaton nga iyang gisugdan niadto.</w:t>
      </w:r>
    </w:p>
    <w:p>
      <w:pPr>
        <w:pStyle w:val="ArticleBody"/>
        <w:jc w:val="left"/>
      </w:pPr>
      <w:r>
        <w:rPr>
          <w:rFonts w:ascii="Times New Roman" w:hAnsi="Times New Roman" w:eastAsia="Times New Roman" w:cs="Times New Roman"/>
        </w:rPr>
        <w:t>Ang sinugdanang buluhaton ni Clovis nagrepresentar sa buluhaton sa tanang mga hari sa kanhing pagano nga Uropa nga gitakda sa paghatag ug nagkalainlaing mga suporta ngadto sa bigaon sa Roma samtang nagpadayon ang kasaysayan. Si Clovis, ug human kaniya ang Pransiya, gidihogan sa Simbahang Katolika pinaagi sa titulo nga kamagulangan nga anak sa Simbahang Katolika, ug usab ang kamagulangan nga anak nga babaye sa Simbahang Katolika. Siya mao ang simbolo sa nahauna sa daghang mga hari nga nakighilawas uban sa bigaon sa Tiro.</w:t>
      </w:r>
    </w:p>
    <w:p>
      <w:pPr>
        <w:pStyle w:val="ArticleBody"/>
        <w:jc w:val="left"/>
      </w:pPr>
      <w:r>
        <w:rPr>
          <w:rFonts w:ascii="Times New Roman" w:hAnsi="Times New Roman" w:eastAsia="Times New Roman" w:cs="Times New Roman"/>
        </w:rPr>
        <w:t>Niining mahimatikong diwa, si Clovis gilarawan pinaagi kang Ahab, nga nakighilawas usab kang Jezebel (simbolo sa Simbahang Katoliko diha sa basahon sa Pinadayag), ug nga mao usab ang pangulong hari sa napulo ka mga banay, maingon nga si Clovis nahimong pangulong simbolo sa napulo ka mga sungay (tan-awa ang Daniel kapitulo pito) sa paganong Roma. Ang mga haring kadto sa Uropa sa katapusan magapahimutang sa bigaon sa Babilonia ibabaw sa trono sa yuta. Niining diwa, si Ahab ug si Clovis kapuwa nagarepresentar sa Tinipong Bansa, nga nakighilawas sa pagkapapa sa ulahing mga adlaw.</w:t>
      </w:r>
    </w:p>
    <w:p>
      <w:pPr>
        <w:pStyle w:val="ArticleBody"/>
        <w:jc w:val="left"/>
      </w:pPr>
      <w:r>
        <w:rPr>
          <w:rFonts w:ascii="Times New Roman" w:hAnsi="Times New Roman" w:eastAsia="Times New Roman" w:cs="Times New Roman"/>
        </w:rPr>
        <w:t>Si Ronald Reagan maoy nagsugod sa pakighilawas, ug ang katapusang presidente mao ang mopugos sa laing siyam ka mga hari sa United Nations nga usab mohimo sa maong binuhatan. Si Reagan maoy presidente sa panahon sa katapusan niadtong 1989, ug busa sa matagnaong paagi kinahanglan nga nagrepresentar siya sa katapusang presidente sa kasaysayan diin ang laing siyam ka mga hari motuman sa maong binuhatan, kay si Jesus sa kanunay naghulagway sa katapusan sa usa ka butang pinaagi sa sinugdanan sa usa ka butang. Si Reagan usa ka dato, iladong personalidad sa media, nga inila kaayo tungod sa iyang kaugalingong talagsaong paagi sa pagsulti, nga sa sinugdan iya sa Democratic Party, ug sa ulahi mibalhin ngadto sa Republican Party.</w:t>
      </w:r>
    </w:p>
    <w:p>
      <w:pPr>
        <w:pStyle w:val="ArticleBody"/>
        <w:jc w:val="left"/>
      </w:pPr>
      <w:r>
        <w:rPr>
          <w:rFonts w:ascii="Times New Roman" w:hAnsi="Times New Roman" w:eastAsia="Times New Roman" w:cs="Times New Roman"/>
        </w:rPr>
        <w:t>Sa bersikulo traynta’y-uno, ang mga bukton nga nagrepresentar sa kapapahan magahugaw sa balaang puluy-anan sa kalig-on. Sa propetikanhong diwa, ang balaang puluy-anan sa kalig-on alang sa paganong Roma ug sa papal nga Roma mao ang Siyudad sa Roma. Kini gibase sa kamatuoran nga ang duha ka Roma nagmando sulod sa usa ka piho nga yugto sa panahon gikan sa Siyudad sa Roma, ug sa dihang sila nagmando gikan sa Siyudad sa Roma, sila sa pagkatinuod dili kapildihon.</w:t>
      </w:r>
    </w:p>
    <w:p>
      <w:pPr>
        <w:pStyle w:val="ArticleBody"/>
        <w:jc w:val="left"/>
      </w:pPr>
      <w:r>
        <w:rPr>
          <w:rFonts w:ascii="Times New Roman" w:hAnsi="Times New Roman" w:eastAsia="Times New Roman" w:cs="Times New Roman"/>
        </w:rPr>
        <w:t>Ang Pagano nga Roma nagsugod sa iyang tulo ka gatus ug kan-uman ka tuig nga paghari sa Gubat sa Actium, sa tuig 31 BC. Ang Daniel kapitulo onse, bersikulo baynte-kuwatro nagpaila nga ilang tagnaon ang ilang mga lalang gikan sa ilang salipdanang dapit, nga mao ang Siyudad sa Roma, sulod sa usa ka “panahon.” Ang usa ka profetikanhong “panahon” tulo ka gatus ug kan-uman ka tuig, ug tulo ka gatus ug kan-uman ka tuig human sa Gubat sa Actium, diin napildi si Antony ug Cleopatra, mibalhin si Constantine gikan sa Siyudad sa Roma ngadto sa Siyudad sa Constantinople ug ang panahon sa pagkadili-mapildi sa pagano nga Roma natapos na.</w:t>
      </w:r>
    </w:p>
    <w:p>
      <w:pPr>
        <w:pStyle w:val="ArticleBody"/>
        <w:jc w:val="left"/>
      </w:pPr>
      <w:r>
        <w:rPr>
          <w:rFonts w:ascii="Times New Roman" w:hAnsi="Times New Roman" w:eastAsia="Times New Roman" w:cs="Times New Roman"/>
        </w:rPr>
        <w:t>Sa dihang ang ikatulong heograpikanhong babag alang sa papal nga Roma (ang mga Goth) gipapahawa gikan sa Siyudad sa Roma sa tuig 538, nagsugod ang usa ka libo duha ka gatos ug kan-uman ka tuig nga pagmando sa pagkalabaw sa papal nga Roma ug mipadayon hangtod sa 1798, sa dihang ang papa gipapahawa gikan sa Siyudad sa Roma, sa ingon naghatag sa propetikong makamatay nga samad ngadto sa mapintas nga mananap nga papal, ug sa misunod nga tuig, 1799, kadtong papa (ang babaye nga nagsakay sa mapintas nga mananap) namatay diha sa pagkabinihag.</w:t>
      </w:r>
    </w:p>
    <w:p>
      <w:pPr>
        <w:pStyle w:val="ArticleBody"/>
        <w:jc w:val="left"/>
      </w:pPr>
      <w:r>
        <w:rPr>
          <w:rFonts w:ascii="Times New Roman" w:hAnsi="Times New Roman" w:eastAsia="Times New Roman" w:cs="Times New Roman"/>
        </w:rPr>
        <w:t>Ang mga bukton (Clovis) nga nagrepresentar sa pagka-papa maoy magahugaw sa balaang puluy-anan sa kusog, ug si Constantine nagsugod niana nga buluhaton pinaagi sa pilosopikanhong pag-ila sa siyudad ingon nga usa ka siyudad nga ubos kaysa Constantinople, ug sukad niadtong higayona, ang gubat nianang kasaysayana nga gihimo sa mga kaaway sa Roma kanunay nga nakaangkla sa pag-atake sa Siyudad sa Roma, ug pag-abot sa tuig 476, wala na gayud sukad ug usa ka tinuod nga kaliwat sa Romano nga nagmando sa siyudad, hangtod sa tuig 538, sa dihang ang siyudad nahimong balaang puluy-anan sa kusog alang sa papal nga Roma.</w:t>
      </w:r>
    </w:p>
    <w:p>
      <w:pPr>
        <w:pStyle w:val="ArticleBody"/>
        <w:jc w:val="left"/>
      </w:pPr>
      <w:r>
        <w:rPr>
          <w:rFonts w:ascii="Times New Roman" w:hAnsi="Times New Roman" w:eastAsia="Times New Roman" w:cs="Times New Roman"/>
        </w:rPr>
        <w:t>Si Ahab, si Clovis, ug ang Pransiya mga tipo sa Estados Unidos, ug ang santuwaryo sa kusog sa Estados Unidos mao ang Konstitusyon sa Estados Unidos. Kana nga dokumento usa ka balaang dokumento, ug kini usa ka timailhan sa dalagan sa kasaysayang matagnaon. Sukad nga si Ronald Reagan mitindog alang sa kapapahan diha sa kasaysayan nga nagpadulong ngadto sa 1989, ang Konstitusyon nailalom sa kanunay ug nagkakusog nga pag-atake, maingon usab sa santuwaryo sa kusog diha sa pagkahugno ug kapukan sa paganong Roma. Sa diha nga ang hapit nang moabot nga balaod sa Dominggo sa Estados Unidos ipatuman na, ang Konstitusyon pagapukanon sa hingpit. Gikan sa panahon ni Reagan hangtod niadtong balaod sa Dominggo, ang kasaysayan gikan sa tuig 330 ngadto sa 538 gisubli. Sa tuig 538, ang kapapahan gibutang sa trono, sa ingon nagatipo sa pagkaayo sa iyang makamatay nga samad niadtong balaod sa Dominggo.</w:t>
      </w:r>
    </w:p>
    <w:p>
      <w:pPr>
        <w:pStyle w:val="ArticleBody"/>
        <w:jc w:val="left"/>
      </w:pPr>
      <w:r>
        <w:rPr>
          <w:rFonts w:ascii="Times New Roman" w:hAnsi="Times New Roman" w:eastAsia="Times New Roman" w:cs="Times New Roman"/>
        </w:rPr>
        <w:t>Ang yugto gikan kang Ronald Reagan ngadto sa balaod sa Domingo maoy usa ka manalagnong yugto nga piho gayod nga giila sa manalagnong Pulong sa Dios. Ang “mga bukton,” nga gilarawan ni Clovis, kinahanglan usab nga mopasaylo sa “ang matag-adlaw,” gikan sa kaniadto pagano nga gingharian sa Imperyo sa Roma. Ang relihiyon sa imperyo pagano na sukad pa gayod sa sinugdan, ug si Clovis nagsugod sa buluhaton sa pagpuli sa relihiyon sa dayag nga paganismo pinaagi sa relihiyon sa Katolisismo, nga sa yano pagkatinuod mao lamang ang paganismo nga gitabonan.</w:t>
      </w:r>
    </w:p>
    <w:p>
      <w:pPr>
        <w:pStyle w:val="ArticleBody"/>
        <w:jc w:val="left"/>
      </w:pPr>
      <w:r>
        <w:rPr>
          <w:rFonts w:ascii="Times New Roman" w:hAnsi="Times New Roman" w:eastAsia="Times New Roman" w:cs="Times New Roman"/>
        </w:rPr>
        <w:t>Ang Estados Unidos bug-os nga mopapas sa relihiyon sa Protestantismo sa dihang ipatuman niini ang timaan sa awtoridad sa papa sa haduol nang umabot nga balaod sa Domingo, kay ang bugtong kahulugan sa pulong nga “Protestante” mao ang pagsupak sa Roma. Kon dawaton mo ang timaan sa awtoridad sa Roma, wala ka nagasupak sa Roma. Sa Amos kapitulo tres, bersikulo tres, gipangutana ni Amos ang usa ka retorikal nga pangutana: “Makalakaw ba ang duha nga mag-uban, gawas kon sila magkauyon?”</w:t>
      </w:r>
    </w:p>
    <w:p>
      <w:pPr>
        <w:pStyle w:val="ArticleScripture"/>
        <w:jc w:val="left"/>
      </w:pPr>
      <w:r>
        <w:rPr>
          <w:rFonts w:ascii="Times New Roman" w:hAnsi="Times New Roman" w:eastAsia="Times New Roman" w:cs="Times New Roman"/>
        </w:rPr>
        <w:t>“Sa mga kalihukan nga nagapadayon karon sa Tinipong Bansa aron mahatag ngadto sa mga institusyon ug mga pamaagi sa iglesya ang pagsuporta sa estado, ang mga Protestante nagasunod sa mga tunob sa mga papista. Labaw pa gani, ilang giablihan ang pultahan alang sa Kapapahan aron mabawi pag-usab sa Protestante nga Amerika ang pagkalabaw nga iyang nawala sa Daang Kalibutan.” The Great Controversy, 573.</w:t>
      </w:r>
    </w:p>
    <w:p>
      <w:pPr>
        <w:pStyle w:val="ArticleBody"/>
        <w:jc w:val="left"/>
      </w:pPr>
      <w:r>
        <w:rPr>
          <w:rFonts w:ascii="Times New Roman" w:hAnsi="Times New Roman" w:eastAsia="Times New Roman" w:cs="Times New Roman"/>
        </w:rPr>
        <w:t>Sa dihang ang relihiyon sa pagano gisalikway ingon nga opisyal nga relihiyon sa gingharian sa tuig 508, kini naghulagway nga ang pagpugong, nga gihisgutan ni Pablo sa Ikaduhang Tesalonica kapitulo 2, gikuha na daan una sa pagpadayag sa tawo sa sala sa haduol nang umaabot nga balaod sa Domingo sa Tinipong Bansa. Ang pagpailalom sa dayag nga pagano nga relihiyon, nga mibalhin ngadto sa tinago nga pagano nga relihiyon sa Katolisismo, wala mahitabo dihadiha, ug kini gimarkahan sa kasaysayan nga nagsugod sa pagkakabig ni Clovis ngadto sa Katolisismo sa tuig 496, ug hingpit nga natuman sa tuig 508.</w:t>
      </w:r>
    </w:p>
    <w:p>
      <w:pPr>
        <w:pStyle w:val="ArticleBody"/>
        <w:jc w:val="left"/>
      </w:pPr>
      <w:r>
        <w:rPr>
          <w:rFonts w:ascii="Times New Roman" w:hAnsi="Times New Roman" w:eastAsia="Times New Roman" w:cs="Times New Roman"/>
        </w:rPr>
        <w:t>Busa, sukad sa mga tuig ni Reagan, sugod niadtong 1989, hangtod sa hapit na moabot nga balaod sa Domingo, ang tinuod nga Protestantismo bug-os nga mapugngan sa Estados Unidos. Nianang panahona ang Konstitusyon, ang “santuwaryo sa kusog” alang sa Estados Unidos, pagatumbahon, ug ang ikaupat nga buhat sa mga “bukton” sa bersikulo traynta’y uno matuman, ingon nga ang mga “bukton” unya magapahimutang sa kapapahan ibabaw sa trono sa yuta, maingon sa nahitabo sa tuig 538.</w:t>
      </w:r>
    </w:p>
    <w:p>
      <w:pPr>
        <w:pStyle w:val="ArticleBody"/>
        <w:jc w:val="left"/>
      </w:pPr>
      <w:r>
        <w:rPr>
          <w:rFonts w:ascii="Times New Roman" w:hAnsi="Times New Roman" w:eastAsia="Times New Roman" w:cs="Times New Roman"/>
        </w:rPr>
        <w:t>Sa dihang milingkod ang kapapahan sa trono niadtong tuig 538, ang asoy diha sa Daniel mibalhin gikan sa paghulagway kon giunsa sa kapapahan ang pag-ilog sa kalibotan, ngadto sa hilisgotan kon giunsa sa kapapahan ang paglutos sa katawhan sa Dios niana nga kasaysayan. Sa bersikulo katorse, sa kapitulo napulo sa Daniel, gipahibalo ni Gabriel kang Daniel nga ang katuyoan sa panan-awon nga iyang igapakita mao ang pagpadayag “sa mahitabo sa katawhan sa Dios sa kaulahian nga mga adlaw.”</w:t>
      </w:r>
    </w:p>
    <w:p>
      <w:pPr>
        <w:pStyle w:val="ArticleScripture"/>
        <w:jc w:val="left"/>
      </w:pPr>
      <w:r>
        <w:rPr>
          <w:rFonts w:ascii="Times New Roman" w:hAnsi="Times New Roman" w:eastAsia="Times New Roman" w:cs="Times New Roman"/>
        </w:rPr>
        <w:t>Karon mianhi ako aron pasabton ikaw sa mahitabo sa imong katawhan sa ulahing mga adlaw; kay ang panan-awon alang pa sa daghang mga adlaw. Daniel 10:14.</w:t>
      </w:r>
    </w:p>
    <w:p>
      <w:pPr>
        <w:pStyle w:val="ArticleBody"/>
        <w:jc w:val="left"/>
      </w:pPr>
      <w:r>
        <w:rPr>
          <w:rFonts w:ascii="Times New Roman" w:hAnsi="Times New Roman" w:eastAsia="Times New Roman" w:cs="Times New Roman"/>
        </w:rPr>
        <w:t>Ang bersikulo traynta’y dos hangtod sa bersikulo traynta’y sais mao ang mga bersikulo nga si Sister White direkta nga nagaingon nga pagasublion, ug kadtong mga bersikulo naghulagway sa paglutos sa usa ka libo duha ka gatus ug kan-uman ka tuig nga pagmando sa kapapahan sukad sa panahon nga kini gibutang sa trono niadtong tuig 538, hangtod nga nadawat niini ang makamatay nga samad niini niadtong 1798.</w:t>
      </w:r>
    </w:p>
    <w:p>
      <w:pPr>
        <w:pStyle w:val="ArticleScripture"/>
        <w:jc w:val="left"/>
      </w:pPr>
      <w:r>
        <w:rPr>
          <w:rFonts w:ascii="Times New Roman" w:hAnsi="Times New Roman" w:eastAsia="Times New Roman" w:cs="Times New Roman"/>
        </w:rPr>
        <w:t>Ug ang mga nagabuhat sa kadautan batok sa tugon iyang pagadauton pinaagi sa mga pagdayegdayeg; apan ang katawohan nga nakaila sa ilang Dios mamalig-on, ug magabuhat ug mga kabayanihang buhat. Ug sila nga may pagsabut taliwala sa katawohan manudlo sa daghan; apan mangapukan sila pinaagi sa espada, ug pinaagi sa kalayo, pinaagi sa pagkabinihag, ug pinaagi sa pagpangilog, sa daghang mga adlaw. Karon sa diha nga mangapukan sila, tabangan sila sa diyutay nga tabang; apan daghan ang motapot kanila pinaagi sa mga pagdayegdayeg. Ug ang uban kanila nga may pagsabut mangapukan, aron sulayan sila, ug aron hinloan sila, ug aron papution sila, bisan hangtod sa panahon sa katapusan: kay kini alang pa sa usa ka tinudlong panahon. Ug ang hari magabuhat sumala sa iyang kabubut-on; ug magapataas siya sa iyang kaugalingon, ug magapadaku sa iyang kaugalingon labaw sa matag dios, ug magasulti ug mga katingalahang butang batok sa Dios sa mga dios, ug magmauswagon hangtod nga matuman ang kasuko: kay ang gitagal pagabuhaton gayud. Daniel 11:32–36.</w:t>
      </w:r>
    </w:p>
    <w:p>
      <w:pPr>
        <w:pStyle w:val="ArticleBody"/>
        <w:jc w:val="left"/>
      </w:pPr>
      <w:r>
        <w:rPr>
          <w:rFonts w:ascii="Times New Roman" w:hAnsi="Times New Roman" w:eastAsia="Times New Roman" w:cs="Times New Roman"/>
        </w:rPr>
        <w:t>Ang mga bersikulo naghulagway sa paglutos sa Panahon sa Kangitngit, ug ang bersikulo traynta’y sais dayon nagaila nga ang kapapahan molampos hangtod nga matuman sa 1798 ang unang kapungot sa Dios batok sa amihanang gingharian sa Israel. Una nga giila ni Daniel kon sa unsang paagi gibutang ang kapapahan sa trono sa yuta, dayon kon sa unsang paagi nakig-uban ang kapapahan sa katawhan sa Dios, ug unya ang katapusang pagkapukan sa kapapahan. Ang bersikulo kuwarenta hangtod kuwarenta’y tres sa Daniel onse nagaila kon sa unsang paagi ang kapapahan mokontrolar sa kalibotan, dayon ang bersikulo kuwarenta’y kuwatro nagaila nga siya magalutos sa ulahing-panahon nga katawhan sa Dios, ug unya ang bersikulo kuwarenta’y singko nagaila kon sa unsang paagi siya moabot sa iyang katapusang katapusan, nga walay bisan kinsa nga motabang kaniya.</w:t>
      </w:r>
    </w:p>
    <w:p>
      <w:pPr>
        <w:pStyle w:val="ArticleBody"/>
        <w:jc w:val="left"/>
      </w:pPr>
      <w:r>
        <w:rPr>
          <w:rFonts w:ascii="Times New Roman" w:hAnsi="Times New Roman" w:eastAsia="Times New Roman" w:cs="Times New Roman"/>
        </w:rPr>
        <w:t>Ang Hebreohanong pulong nga “kamatuoran” gihimo sa Kahibulongang Maglalamad sa Pinulongan pinaagi sa paghiusa sa una, ika-trese, ug kataposang letra sa alpabetong Hebreo aron maporma ang pulong nga “kamatuoran.” Ang trese usa ka simbolo sa pagsukol, ug ang una nagrepresentar sa ulahi.</w:t>
      </w:r>
    </w:p>
    <w:p>
      <w:pPr>
        <w:pStyle w:val="ArticleBody"/>
        <w:jc w:val="left"/>
      </w:pPr>
      <w:r>
        <w:rPr>
          <w:rFonts w:ascii="Times New Roman" w:hAnsi="Times New Roman" w:eastAsia="Times New Roman" w:cs="Times New Roman"/>
        </w:rPr>
        <w:t>Ang bersikulo traynta’y-uno naghulagway sa katapusan sa pagano nga Roma ingon nga ikaupat nga gingharian sa tagna sa Biblia, ug ang bersikulo traynta’y-sais nag-ila sa katapusan sa papal nga Roma ingon nga ikalima nga gingharian sa tagna sa Biblia. Tali sa nahaunang paghulagway sa pagkapukan sa Roma ug sa ulahing paghulagway sa pagkapukan sa Roma anaa ang pagrebelde, nga gihulagway pinaagi sa pagpatay sa kapapahan sa minilyon nga katawhan sa Dios sa kasaysayan tali sa sinugdanan ug sa katapusan. Ang pag-aplikar niining mga bersikulo nagdala sa timaan sa “kamatuoran.”</w:t>
      </w:r>
    </w:p>
    <w:p>
      <w:pPr>
        <w:pStyle w:val="ArticleBody"/>
        <w:jc w:val="left"/>
      </w:pPr>
      <w:r>
        <w:rPr>
          <w:rFonts w:ascii="Times New Roman" w:hAnsi="Times New Roman" w:eastAsia="Times New Roman" w:cs="Times New Roman"/>
        </w:rPr>
        <w:t>Ang bersikulo kwarenta hangtod kwarenta’y singko, nga gihulagway pinaagi sa mga bersikulo traynta hangtod traynta’y sais, nagsugod sa pagkapukan sa kapadohan, ug natapos sa pagkapukan sa kapadohan. Sa taliwala sa kasaysayan nga nagsugod niadtong 1798, hangtod sa pagtapos sa panahon sa pagsulay, anaa ang pagsukol sa Modernong Roma, nga sa makausa pa nagpatay sa katawohan sa Dios. Ang paggamit niini nga mga bersikulo nagdala usab sa pirma sa “kamatuoran,” ug nagkauyon sila sa usag usa aron sa paghatag ug duha ka mga saksi nga nagapalig-on sa “kamatuoran,” ug ang duruha ka linya naghulagway sa Roma, nga mao ang simbolo nga “magapalig-on sa panan-awon”.</w:t>
      </w:r>
    </w:p>
    <w:p>
      <w:pPr>
        <w:pStyle w:val="ArticleScripture"/>
        <w:jc w:val="left"/>
      </w:pPr>
      <w:r>
        <w:rPr>
          <w:rFonts w:ascii="Times New Roman" w:hAnsi="Times New Roman" w:eastAsia="Times New Roman" w:cs="Times New Roman"/>
        </w:rPr>
        <w:t>Ug niadtong mga panahona daghan ang motindog batok sa hari sa habagatan; usab ang mga tulisan sa imong katawhan mopatugbaw sa ilang kaugalingon aron pagtukoron ang panan-awon; apan sila mangapukan. Daniel 11:14.</w:t>
      </w:r>
    </w:p>
    <w:p>
      <w:pPr>
        <w:pStyle w:val="ArticleBody"/>
        <w:jc w:val="left"/>
      </w:pPr>
      <w:r>
        <w:rPr>
          <w:rFonts w:ascii="Times New Roman" w:hAnsi="Times New Roman" w:eastAsia="Times New Roman" w:cs="Times New Roman"/>
        </w:rPr>
        <w:t>Ang propetikong panghitabo nga gigamit ni Daniel sa kapitulo onse, gigamit labaw pa kay sa mga bersikulo traynta hangtod traynta’y-sais lamang, ug unya sa kwarenta hangtod kwarenta’y-singko. Ang mga bersikulo katorse hangtod disi-nuwe nagpakita kon sa unsang paagi ang pagano nga Roma miangkon sa pagpugong sa kalibotan, unya ang mga bersikulo baynte hangtod baynte’y-kuwatro nagpakita kon giunsa sa pagano nga Roma ang pakig-atubang sa katawhan sa Dios, ug gikan sa bersikulo baynte’y-kuwatro hangtod sa bersikulo traynta gipadayag ang pagkapukan sa paganong Roma.</w:t>
      </w:r>
    </w:p>
    <w:p>
      <w:pPr>
        <w:pStyle w:val="ArticleBody"/>
        <w:jc w:val="left"/>
      </w:pPr>
      <w:r>
        <w:rPr>
          <w:rFonts w:ascii="Times New Roman" w:hAnsi="Times New Roman" w:eastAsia="Times New Roman" w:cs="Times New Roman"/>
        </w:rPr>
        <w:t>Ang bersikulo katorse mao ang sinugdanan sa pagano nga Roma, ug ang bersikulo traynta mao ang katapusan sa pagano nga Roma. Sa kasaysayan nga gihulagway sa tunga, ang pagano nga Roma giila nga maoy naglansang kang Cristo sa krus; busa, ang pagrebelde sa tunga nagaila niining mga bersikulo ingon nga “kamatuoran.” Ang Alpha ug Omega nagbutang sa Iyang pirma sa tibuok kapitulo onse sa basahon ni Daniel.</w:t>
      </w:r>
    </w:p>
    <w:p>
      <w:pPr>
        <w:pStyle w:val="ArticleBody"/>
        <w:jc w:val="left"/>
      </w:pPr>
      <w:r>
        <w:rPr>
          <w:rFonts w:ascii="Times New Roman" w:hAnsi="Times New Roman" w:eastAsia="Times New Roman" w:cs="Times New Roman"/>
        </w:rPr>
        <w:t>Ang kap-atan nga bersikulo naglangkob sa kasaysayan nga nagsugod sa mga tuig ni Ronald Reagan, ug nga nagpaila sa alyansa nga gihimo tali sa Presidente sa Tinipong Bansa sa Amerika ug sa tawo sa sala. Kini nagtimaan sa usa ka piho nga yugto sa panahon nga matapos sa pagbutang sa pagkapapa ibabaw sa trono sa yuta, maingon nga kini nahimutang kaniadto sa tuig 538. Dili usa ka sulagma nga si Clovis, hari sa mga Franco, nga mao ang modernong-adlaw nga Pransiya, mao ang simbolo sa Tinipong Bansa sa Amerika. Si Clovis usa ka tipo ni Reagan. Si Reagan usa ka simbolo sa Protestanismo, maingon nga si Clovis usa ka simbolo sa paganismo.</w:t>
      </w:r>
    </w:p>
    <w:p>
      <w:pPr>
        <w:pStyle w:val="ArticleBody"/>
        <w:jc w:val="left"/>
      </w:pPr>
      <w:r>
        <w:rPr>
          <w:rFonts w:ascii="Times New Roman" w:hAnsi="Times New Roman" w:eastAsia="Times New Roman" w:cs="Times New Roman"/>
        </w:rPr>
        <w:t>Ang gubat diin si Clovis, Hari sa mga Frank, nakabig ngadto sa Katolisismo mao ang Gubat sa Tolbiac (nga nailhan usab ingong Gubat sa Zülpich o Gubat sa Cologne). Kining gubata nahitabo sa tuig 496. Niadtong panahona, si Clovis usa ka pagano, apan sa panahon sa gubat, sa dihang daw nameligro sa kapildihan ang iyang mga pwersa, nangamuyo siya alang sa tabang ngadto sa Kristohanong Dios sa iyang Katolikong asawa ug naghimo ug panaad nga kon mogula siya nga mananaog, mokabig siya ngadto sa Kristiyanismo. Si Clovis midaog gayod sa gubat, ug tungod niini, siya ug ang mahinungdanong bahin sa iyang mga manggugubat nga Frank nakabig ngadto sa Katolisismo, nga nagtimaan sa usa ka mahinungdanong hitabo sa pagkakristiyanisar sa mga Frank.</w:t>
      </w:r>
    </w:p>
    <w:p>
      <w:pPr>
        <w:pStyle w:val="ArticleBody"/>
        <w:jc w:val="left"/>
      </w:pPr>
      <w:r>
        <w:rPr>
          <w:rFonts w:ascii="Times New Roman" w:hAnsi="Times New Roman" w:eastAsia="Times New Roman" w:cs="Times New Roman"/>
        </w:rPr>
        <w:t>Si Ronald Reagan, nga nagaangkon nga Protestante, nagpaila nga ang iyang kadasig sa paghimo ug usa ka tinagong alyansa uban sa papa sa Roma mao nga siya nakombinsir nga ang Unyong Sobyet mao ang anticristo sa tagna sa Biblia. Sa pakig-away ni Reagan batok sa kanhing Unyong Sobyet, nga wala niya mailhi ang iyang kalibog mahitungod sa kon kinsa ang anticristo, siya nakig-uban sa anticristo.</w:t>
      </w:r>
    </w:p>
    <w:p>
      <w:pPr>
        <w:pStyle w:val="ArticleScripture"/>
        <w:jc w:val="left"/>
      </w:pPr>
      <w:r>
        <w:rPr>
          <w:rFonts w:ascii="Times New Roman" w:hAnsi="Times New Roman" w:eastAsia="Times New Roman" w:cs="Times New Roman"/>
        </w:rPr>
        <w:t>“Kadtong nangalibog sa ilang pagsabot sa pulong, nga napakyas sa pagtan-aw sa kahulogan sa antikristo, sa walay duhaduha ibutang ang ilang kaugalingon sa dapig sa antikristo.” Kress Collection, 105.</w:t>
      </w:r>
    </w:p>
    <w:p>
      <w:pPr>
        <w:pStyle w:val="ArticleBody"/>
        <w:jc w:val="left"/>
      </w:pPr>
      <w:r>
        <w:rPr>
          <w:rFonts w:ascii="Times New Roman" w:hAnsi="Times New Roman" w:eastAsia="Times New Roman" w:cs="Times New Roman"/>
        </w:rPr>
        <w:t>Ang Tinipong Bansa sa Amerika maoy usa ka duruha ka bahin nga simbolo sa tagna, ingon sa gilarawan sa duha ka sungay sa mapintas nga mananap nga migula gikan sa yuta. Ang Pransiya usab maoy usa ka duruha ka bahin nga simbolo sa tagna, ingon sa gilarawan sa Sodoma ug Egipto diha sa Pinadayag kapitulo onse. Ang Pransiya mao ang kamagulangan nga anak sa kapapahan, ug si Reagan, nga nagrepresentar sa Tinipong Bansa sa Amerika, mao ang nahaunang sa napulo ka mga hari sa Pinadayag kapitulo disisiete sa ulahing mga adlaw nga nakighilawas sa bigaon sa Tiro, nga nahikalimtan sukad pa sa 1798. Siya nahikalimtan sa panahon sa katapusan niadtong 1798, apan nagsugod sa paghinumduman pag-usab sa panahon sa katapusan niadtong 1989.</w:t>
      </w:r>
    </w:p>
    <w:p>
      <w:pPr>
        <w:pStyle w:val="ArticleBody"/>
        <w:jc w:val="left"/>
      </w:pPr>
      <w:r>
        <w:rPr>
          <w:rFonts w:ascii="Times New Roman" w:hAnsi="Times New Roman" w:eastAsia="Times New Roman" w:cs="Times New Roman"/>
        </w:rPr>
        <w:t>Si Clovis, ang pangulo sa Pransiya, maoy nagtimaan sa sinugdanan sa usa ka yugto sa panahon nga mitultol sa pagpalingkod sa pagka-papa sa trono niadtong 538, diin ang pagka-papa dayon mipasa ug balaod sa Domingo sa Konseho sa Orleans. Si Reagan, ang pangulo sa Tinipong Bansa sa Amerika, maoy nagtimaan sa sinugdanan sa usa ka yugto sa panahon nga nagatultol sa pagka-papa sa makausa pa nga pagpalingkod sa trono sa kalibotan diha sa haduol nang pag-abot nga balaod sa Domingo.</w:t>
      </w:r>
    </w:p>
    <w:p>
      <w:pPr>
        <w:pStyle w:val="ArticleBody"/>
        <w:jc w:val="left"/>
      </w:pPr>
      <w:r>
        <w:rPr>
          <w:rFonts w:ascii="Times New Roman" w:hAnsi="Times New Roman" w:eastAsia="Times New Roman" w:cs="Times New Roman"/>
        </w:rPr>
        <w:t>Ang Pransiya mao ang duruha ka pilo nga gahum nga mipahimutang sa kapapahan niadtong 538, ug ang Pransiya, pinaagi kang Heneral Berthier ni Napoleon, mipapahawa sa kapapahan gikan sa trono niadtong 1798. Ang Tinipong Bansa sa Amerika magapahimutang sa kapapahan sa trono sa katapusang mga adlaw, ug isip pangulong hari sa napulo ka mga hari, ang Tinipong Bansa sa Amerika sa katapusan “magahimo kaniya nga biniyaan ug hubo, ug magakaon sa iyang unod, ug magasunog kaniya pinaagi sa kalayo.”</w:t>
      </w:r>
    </w:p>
    <w:p>
      <w:pPr>
        <w:pStyle w:val="ArticleBody"/>
        <w:jc w:val="left"/>
      </w:pPr>
      <w:r>
        <w:rPr>
          <w:rFonts w:ascii="Times New Roman" w:hAnsi="Times New Roman" w:eastAsia="Times New Roman" w:cs="Times New Roman"/>
        </w:rPr>
        <w:t>Ang bersikulo kwarenta naglangkob sa kasaysayan sa bersikulo traynta’y uno, ug nagpaila nga ang buluhaton sa pagpahimutang pag-usab sa kapapahan ibabaw sa trono sa yuta girepresentahan sa yugto sa panahon nga nagsugod kang Ronald Reagan, ug nagtapos sa kataposang presidente sa Tinipong Bansa sa Amerika. Kining kataposang presidente matipohan pinaagi kang Reagan, kay si Jesus sa kanunay naghulagway sa katapusan pinaagi sa sinugdanan.</w:t>
      </w:r>
    </w:p>
    <w:p>
      <w:pPr>
        <w:pStyle w:val="ArticleBody"/>
        <w:jc w:val="left"/>
      </w:pPr>
      <w:r>
        <w:rPr>
          <w:rFonts w:ascii="Times New Roman" w:hAnsi="Times New Roman" w:eastAsia="Times New Roman" w:cs="Times New Roman"/>
        </w:rPr>
        <w:t>Sa unang mga bersikulo sa Daniel onse, kana nga propetikong kasaysayan gipahayag (bersikulo dos), atong makita ang kasaysayan nga nag-una sa kasaysayan sa gingharian sa Gresya. Ang Gresya usa ka simbolo sa United Nations, ug sa usa-ka-kalibotang kagamhanan sa napulo ka mga hari sa Pinadayag disiyete. Ang bersikulo tres sa Daniel onse nagpaila kang Alejandro ang Bantugan, ug ang bersikulo dos nagrepresentar sa kasaysayan nga nag-una sa usa-ka-kalibotang kagamhanan sa ulahing mga adlaw.</w:t>
      </w:r>
    </w:p>
    <w:p>
      <w:pPr>
        <w:pStyle w:val="ArticleBody"/>
        <w:jc w:val="left"/>
      </w:pPr>
      <w:r>
        <w:rPr>
          <w:rFonts w:ascii="Times New Roman" w:hAnsi="Times New Roman" w:eastAsia="Times New Roman" w:cs="Times New Roman"/>
        </w:rPr>
        <w:t>Sa bersikulo uno, yano lamang giila ni Gabriel nga iyang gipalig-on si Dario sa sinugdanan sa gingharian sa mga Medo ug mga Persia, apan mianhi si Gabriel kang Daniel sa kapitulo napulo, sa dihang si Ciro nga Persiahanon, dili si Dario nga Medo, maoy naghari niadtong panahona. Human sa hayag nga pagdugtong sa maong gingharian ingon nga usa ka duha-ka-bahin nga propetikong gingharian sa mga Medo ug mga Persia (sama sa Pransiya ug sa Tinipong Bansa), dayon gipaila ni Gabriel ang kasaysayan nga nag-una sa pangkalibotang gingharian ni Alejandro nga Bantogan.</w:t>
      </w:r>
    </w:p>
    <w:p>
      <w:pPr>
        <w:pStyle w:val="ArticleScripture"/>
        <w:jc w:val="left"/>
      </w:pPr>
      <w:r>
        <w:rPr>
          <w:rFonts w:ascii="Times New Roman" w:hAnsi="Times New Roman" w:eastAsia="Times New Roman" w:cs="Times New Roman"/>
        </w:rPr>
        <w:t>Ug karon ipakita ko kanimo ang kamatuoran. Ania karon, motindog pa ang tulo ka hari sa Persia; ug ang ikaupat mahimong labi pang adunahan kay kanilang tanan: ug pinaagi sa iyang kusog tungod sa iyang mga bahandi, iyang pagapukawon ang tanan batok sa gingharian sa Grecia. Daniel 11:2.</w:t>
      </w:r>
    </w:p>
    <w:p>
      <w:pPr>
        <w:pStyle w:val="ArticleBody"/>
        <w:jc w:val="left"/>
      </w:pPr>
      <w:r>
        <w:rPr>
          <w:rFonts w:ascii="Times New Roman" w:hAnsi="Times New Roman" w:eastAsia="Times New Roman" w:cs="Times New Roman"/>
        </w:rPr>
        <w:t>Ang Alpha ug Omega sa kanunay naghulagway sa katapusan sa usa ka butang, uban sa sinugdanan sa usa ka butang, ug ang bersikulo dos naghisgot sa kasaysayan nga nag-una sa pagpatuman sa usa ka-kalibotan nga kagamhanan, ingon sa girepresentahan sa gingharian sa Gresya ni Alexander the Great. Ang bersikulo dos usa ka linya sa tagna mahitungod sa Estados Unidos, nga, ingon nga gahum nga may duha ka sungay sa ulahing mga adlaw, sama sa gipaila pinaagi sa duruha ka matang nga gahum sa mga Medes ug Persians, ug pinaagi sa France. Gipasabot sa maong bersikulo ang mga hari nga mahimong mga tipo sa mga presidente sa Estados Unidos sa ulahing mga adlaw, nga manindog sa dili pa ang tulo ka pilo nga usa ka-kalibotan nga kagamhanan sa dragon, sa mapintas nga mananap, ug sa mini nga propeta. Si Clovis mitakdo kang Reagan ingon nga unang presidente sa sinugdanan sa kasaysayan nga modala ngadto sa pagpalingkod pag-usab sa anticristo sa trono.</w:t>
      </w:r>
    </w:p>
    <w:p>
      <w:pPr>
        <w:pStyle w:val="ArticleBody"/>
        <w:jc w:val="left"/>
      </w:pPr>
      <w:r>
        <w:rPr>
          <w:rFonts w:ascii="Times New Roman" w:hAnsi="Times New Roman" w:eastAsia="Times New Roman" w:cs="Times New Roman"/>
        </w:rPr>
        <w:t>Gikan sa panahon ni Ciro, diha sa Daniel onse, may tulo ka mga hari nga mosunod, nga pagasundan sa ikaupat, nga labi pang adunahan kay kanilang tanan. Si Dario mao ang unang hari sa Emperyo sa Medo-Persia, ug si Ciro, nga nagahari sa dihang nadawat ni Daniel ang kasaysayan gikan kang Gabriel, mao ang ikaduhang hari. Upat ka mga hari ang mosunod kang Ciro, busa ang ikaupat sa mga mosunod nga hari mao ang ikaunom nga hari.</w:t>
      </w:r>
    </w:p>
    <w:p>
      <w:pPr>
        <w:pStyle w:val="ArticleBody"/>
        <w:jc w:val="left"/>
      </w:pPr>
      <w:r>
        <w:rPr>
          <w:rFonts w:ascii="Times New Roman" w:hAnsi="Times New Roman" w:eastAsia="Times New Roman" w:cs="Times New Roman"/>
        </w:rPr>
        <w:t>Ang ikaunom nga hari mao ang labing adunahang hari, ug ang adunahang presidente (hari) magtukaw sa tanan batok sa gingharian sa Gresya. Ang mga presidente sukad kang Reagan mao sila si Bush ang una, Clinton, Bush ang ikaduha, Obama; busa ang ikaunom, ug labing adunahan, nga hari mao si Trump. Kadtong hari (presidente) “magtukaw” sa gingharian sa Gresya (mga globalista). Ang kahulogan sa Hebreohanon nga pulong nga “magtukaw” maoy hilabihan ka mapadayag.</w:t>
      </w:r>
    </w:p>
    <w:p>
      <w:pPr>
        <w:pStyle w:val="ArticleBody"/>
        <w:jc w:val="left"/>
      </w:pPr>
      <w:r>
        <w:rPr>
          <w:rFonts w:ascii="Times New Roman" w:hAnsi="Times New Roman" w:eastAsia="Times New Roman" w:cs="Times New Roman"/>
        </w:rPr>
        <w:t>Ang Hebreohanon nga pulong nga gihubad ingong “pagapukawon,” diha sa bersikulo, maoy usa ka unang-ugat nga nagkahulogan ug “pagmata,” o “pagpukaw.” Sa kasaysayan nga gitipohan pinaagi sa ikaupat nga magmamando sunod kang Ciro, usa ka pangulo nga labi pang adunahan kay sa bisan unsang laing pangulo pagapatindogon, ug pinaagi sa iyang kusog ug gahum usa ka “pagpukaw” mahatabo batok sa Grecia. Ang Grecia, nga usa ka simbolo sa globalismo, progresibismo, ug “woke-ism,” ipahimutang sa hayag nga pagtagad sa kasaysayan sa ikaunom, labing adunahang pangulo. Pagapukawon niya ang tibook nga sakop sa yutang planeta ngadto sa kontrobersiya sa progresibong “woke-ism” ug sa tibuok-kalibotang pagdominar.</w:t>
      </w:r>
    </w:p>
    <w:p>
      <w:pPr>
        <w:pStyle w:val="ArticleBody"/>
        <w:jc w:val="left"/>
      </w:pPr>
      <w:r>
        <w:rPr>
          <w:rFonts w:ascii="Times New Roman" w:hAnsi="Times New Roman" w:eastAsia="Times New Roman" w:cs="Times New Roman"/>
        </w:rPr>
        <w:t>Ang pagmata ngadto sa kalihokan sa progresibong “woke-ism,” nga nagakahitabo ilalom sa pagkapresidente sa labing adunahang presidente, mahitabo pinaagi sa sungay nga Republikano, sa mao gayud nga panahon nga ang pagmata sa napulo ka mga ulay mahitabo sa sungay nga Protestante.</w:t>
      </w:r>
    </w:p>
    <w:p>
      <w:pPr>
        <w:pStyle w:val="ArticleBody"/>
        <w:jc w:val="left"/>
      </w:pPr>
      <w:r>
        <w:rPr>
          <w:rFonts w:ascii="Times New Roman" w:hAnsi="Times New Roman" w:eastAsia="Times New Roman" w:cs="Times New Roman"/>
        </w:rPr>
        <w:t>Padayonon nato ang atong pagtuon sa Daniel onse bersikulo kwarenta sa sunod nga artikulo.</w:t>
      </w:r>
    </w:p>
    <w:p>
      <w:pPr>
        <w:pStyle w:val="ArticleScripture"/>
        <w:jc w:val="left"/>
      </w:pPr>
      <w:r>
        <w:rPr>
          <w:rFonts w:ascii="Times New Roman" w:hAnsi="Times New Roman" w:eastAsia="Times New Roman" w:cs="Times New Roman"/>
        </w:rPr>
        <w:t>“Bisan pa sa kaylap nga pagkunhod sa pagtoo ug pagkadiosnon, adunay tinuod nga mga sumusunod ni Cristo sulod niining mga iglesia. Sa dili pa ang katapusang pagduaw sa mga paghukom sa Dios ibabaw sa yuta, adunay taliwala sa katawhan sa Ginoo nga ingon nianang pagpabuhi pag-usab sa unang pagkadiosnon nga wala pa masaksihi sukad sa panahon sa mga apostol. Ang Espiritu ug gahum sa Dios igabubo ibabaw sa Iyang mga anak. Nianang panahona daghan ang magbulag sa ilang kaugalingon gikan niadtong mga iglesia diin ang gugma alang niining kalibutana mipuli sa gugma alang sa Dios ug sa Iyang pulong. Daghan, mga ministro ug mga lumalabay, malipayong modawat niadtong dagkung mga kamatuoran nga gipamantala sa Dios niining panahona aron sa pag-andam sa usa ka katawhan alang sa ikaduhang pag-anhi sa Ginoo. Ang kaaway sa mga kalag nagtinguha sa pagpugong niining buluhatona; ug sa dili pa moabot ang panahon alang sa maong kalihokan, maninguha siya sa pagpugong niini pinaagi sa pagpaila sa usa ka peke. Niadtong mga iglesia nga iyang mapailalom sa iyang malimbongong gahum, iyang ipakita nga daw ang pinasahi nga panalangin sa Dios gibubo; didto makita ang ginahunahuna nga dakung relihiyosong pagtinguha. Daghang mga panon ang magakalipay nga ang Dios nagabuhat ug kahibulongang mga butang alang kanila, sa dihang ang buluhaton iya sa laing espiritu. Ilalom sa usa ka relihiyosong dagway, si Satanas maninguha sa pagpalapad sa iyang impluwensiya sa tibuok kalibutang Cristiano.” The Great Controversy,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Kaluhaan ug Upat</dc:title>
  <dc:subject>Pagbutyag sa Daniel 11:40 – Usa ka Propetikanhong Pagsusi sa Makasaysayanong mga Pagkapareho ug sa Umaabot nga mga Hitabo</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