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Gatos Ug Kaluhaan Ug Unom</w:t>
      </w:r>
    </w:p>
    <w:p>
      <w:pPr>
        <w:pStyle w:val="ArticleSubtitle"/>
        <w:jc w:val="left"/>
      </w:pPr>
      <w:r>
        <w:rPr>
          <w:rFonts w:ascii="Arial" w:hAnsi="Arial" w:eastAsia="Arial" w:cs="Arial"/>
        </w:rPr>
        <w:t>Pagpadayag sa Propetikong Sugilanon: Usa ka Pagtuon sa Daniel Kapitulo Onse ug sa Kasamtangang mga Hitabo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Ang bersikulo kwarenta sa Daniel kapitulo onse nagahanay sa kasaysayan sa Protestante nga sungay sa mananap sa yuta uban sa Republikano nga sungay sa mananap sa yuta. Ang duha ka sungay nagsugod niadtong 1798, ug ang ilang pagpamatuod nagapadayon hangtod sa haduol na nga balaod sa Domingo sa Tinipong Bansa. Ang duha ka sungay gihatagan ug balaan nga duruha ka bahin nga dokumento nga mao unta ang mosulay sa matag sungay. Ang King James Bible (Daang ug Bag-ong mga Tugon) mao unta ang mosulay sa relihiyosong sungay sa mananap sa yuta, ug ang Declaration of Independence, ug ang Constitution of the United States, mao unta ang mosulay sa politikanhong sungay sa mananap sa yuta. Ang bersikulo kwarenta mao ang kasaysayan sa mananap sa yuta, ug ang iyang historikal nga pagpamatuod nagsugod niadtong 1776, ug sa pagka-1798, nagsugod kini sa pagtuman sa iyang papel isip ikaunom nga gingharian sa tagna sa Biblia.</w:t>
      </w:r>
    </w:p>
    <w:p>
      <w:pPr>
        <w:pStyle w:val="ArticleBody"/>
        <w:jc w:val="left"/>
      </w:pPr>
      <w:r>
        <w:rPr>
          <w:rFonts w:ascii="Times New Roman" w:hAnsi="Times New Roman" w:eastAsia="Times New Roman" w:cs="Times New Roman"/>
        </w:rPr>
        <w:t>Kanunayng gihulagway ni Jesus ang katapusan pinaagi sa sinugdanan, ug ang katapusan sa Tinipong Bansa sa Amerika girepresentahan na sa kasaysayan sa iyang sinugdanan. Ang yugto sa pagkatapus sa Tinipong Bansa sa Amerika girepresentahan diha sa bersikulo dos sa Daniel onse, ingon nga kini nagapadayag ug unom ka mga presidente, sugod kang Ronald Reagan. Si Reagan mao ang unang presidente sa katapusang yugto sa propetikong kasaysayan sa mananap sa yuta. Kana nga yugto nagsugod sa panahon sa katapusan niadtong 1989. Apan ang bersikulo dos naghisgot lamang kang Reagan, Bush ang una, Clinton, Bush ang ikaduha, Obama ug Trump. Gikinahanglan ang ubang mga linya aron mapuno ang kasaysayan nga moabot ngadto sa haduol nang moabot nga balaod sa Domingo. Ang 1989 ngadto sa haduol nang moabot nga balaod sa Domingo maoy usa ka piho nga linya diha sa bersikulo dos sa Daniel onse.</w:t>
      </w:r>
    </w:p>
    <w:p>
      <w:pPr>
        <w:pStyle w:val="ArticleBody"/>
        <w:jc w:val="left"/>
      </w:pPr>
      <w:r>
        <w:rPr>
          <w:rFonts w:ascii="Times New Roman" w:hAnsi="Times New Roman" w:eastAsia="Times New Roman" w:cs="Times New Roman"/>
        </w:rPr>
        <w:t>Ang 1798 nagtimaan sa sinugdanan ug ang balaod sa Dominggo nagtimaan sa katapusan sa mapanagnaong kasaysayan sa mapintas nga mananap sa yuta ingon nga ikaunom nga gingharian sa tagna sa Biblia, ug ang 1798 nagtimaan sa sinugdanan niini. Ang duruha ka gatus ug kaluhaan ka tuig nga nagsugod niadtong 1776 maoy laing mapanagnaong linya sa mapintas nga mananap sa yuta, nga nagtimaan sa usa ka yugto nga nagsugod niadtong 1776, ug natapos niadtong 1996, sa dihang ang mensahe gikan sa wala pa maablihi nga kahibalo niadtong 1989 gipormalisa. Kining yugto nga duruha ka gatus ug kaluhaan ka tuig nagtimaan sa kaugmaon sa Amerika, sa dihang sa sinugdanan ang kagawasan gikan sa pagdumala sa estado sa mga hari sa Europa ug gikan sa pagdumala sa simbahan sa Katolisismo nga gimantala niadtong 1776, pagakuhaon sa haduol nang moabot nga balaod sa Dominggo. Ang 1776 ngadto sa 1989 maoy usa ka piho nga linya sa mapanagnaong kasaysayan sa mapintas nga mananap sa yuta.</w:t>
      </w:r>
    </w:p>
    <w:p>
      <w:pPr>
        <w:pStyle w:val="ArticleBody"/>
        <w:jc w:val="left"/>
      </w:pPr>
      <w:r>
        <w:rPr>
          <w:rFonts w:ascii="Times New Roman" w:hAnsi="Times New Roman" w:eastAsia="Times New Roman" w:cs="Times New Roman"/>
        </w:rPr>
        <w:t>Ang katloan ka tuig gikan sa 508 hangtod sa 538 nagrepresentar sa usa ka mahimatikdang kapanahonan nga nagauna sa pagkatukod sa pagka-papa ingon nga ikalimang gingharian sa tagna sa Biblia niadtong 538. Ang Tinipong Bansa sa Amerika sa hingpit magporma sa usa ka larawan sa mananap diha sa haduol nga balaod sa Domingo. Ang katloan ka tuig nga yugto sa pagpangandam alang sa pagkatukod sa pagka-papa niadtong 538 maoy usa ka bahin sa larawan sa papal nga mananap. Adunay usa ka yugto sa pagpangandam nga mitultol ngadto sa 1798, sa dihang ang mananap sa yuta mitungtong sa trono ingon nga ikaunom nga gingharian sa tagna sa Biblia. Ang yugto gikan sa 1776 hangtod sa 1798 nahiuyon sa yugto sa 508 hangtod sa 538.</w:t>
      </w:r>
    </w:p>
    <w:p>
      <w:pPr>
        <w:pStyle w:val="ArticleBody"/>
        <w:jc w:val="left"/>
      </w:pPr>
      <w:r>
        <w:rPr>
          <w:rFonts w:ascii="Times New Roman" w:hAnsi="Times New Roman" w:eastAsia="Times New Roman" w:cs="Times New Roman"/>
        </w:rPr>
        <w:t>Gihulagway ni Jesus ang katapusan sa usa ka butang pinaagi sa sinugdanan niini, busa ang propetikong yugto nga girepresentahan sa kasaysayan gikan sa 1776 hangtod sa 1798, nga gipanaksihan sa propetikong yugto sa 508 ngadto sa 538, naghatag ug duha ka mga saksi. Kining duha ka mga yugto naghatag ug duha ka mga saksi sa kamatuoran nga adunay usa ka piho nga propetikong yugto nga nag-una sa paglingkod sa trono sa usa ka gingharian sa tagna sa Biblia. Magkauban silang nagapahimutang nga ang yugto gikan sa panahon sa katapusan sa 1989 hangtod sa balaod sa Dominggo nagtukma sa duha ka mga yugto nga nag-una sa 538 ug 1798.</w:t>
      </w:r>
    </w:p>
    <w:p>
      <w:pPr>
        <w:pStyle w:val="ArticleBody"/>
        <w:jc w:val="left"/>
      </w:pPr>
      <w:r>
        <w:rPr>
          <w:rFonts w:ascii="Times New Roman" w:hAnsi="Times New Roman" w:eastAsia="Times New Roman" w:cs="Times New Roman"/>
        </w:rPr>
        <w:t>Ang propetikong kasaysayan gikan sa panahon sa katapusan niadtong 1989, hangtod sa balaod sa Domingo sa bersikulo kwarenta ug usa sa Daniel onse, gitipoan pinaagi sa traynta ka tuig nga yugto gikan sa 508 hangtod sa 538, ug gitipoan usab kini pinaagi sa baynte dos ka tuig gikan sa 1776 hangtod sa 1798.</w:t>
      </w:r>
    </w:p>
    <w:p>
      <w:pPr>
        <w:pStyle w:val="ArticleBody"/>
        <w:jc w:val="left"/>
      </w:pPr>
      <w:r>
        <w:rPr>
          <w:rFonts w:ascii="Times New Roman" w:hAnsi="Times New Roman" w:eastAsia="Times New Roman" w:cs="Times New Roman"/>
        </w:rPr>
        <w:t>Ang bersikulo dos sa Daniel onse nagaila nga sa dihang moabot si Trump, ang labing adunahan sa tanang mga pangulo niining maong tagnaong yugto, siya “magapukaw,” nga nagpasabot “magapamata,” sa tibook kalibotan ngadto sa mga tinguha sa mga globalista, nga niadtong panahona naningkamot sa pag-usab sa estruktura sa kalibotan ngadto sa usa ka duha-ka-hagdanang sistema sa mga elite, nga magahari ibabaw sa ilang mamumuo nga mga drone. Ang “dakong pag-usab” sumala sa ilang tawag niini, ang numero unong prayoridad mao ang pagtangtang sa tunga-tungang hut-ong, aron ang mga elite, nga sa kasaysayan girepresentahan sa mga tawong pangkasaysayan sama ni Marie Antoinette, mamahimong nahimulag ug napanalipdan gikan sa mga ubos nga katawhan nga nagprodyus sa iyang mga pino nga tinapay.</w:t>
      </w:r>
    </w:p>
    <w:p>
      <w:pPr>
        <w:pStyle w:val="ArticleBody"/>
        <w:jc w:val="left"/>
      </w:pPr>
      <w:r>
        <w:rPr>
          <w:rFonts w:ascii="Times New Roman" w:hAnsi="Times New Roman" w:eastAsia="Times New Roman" w:cs="Times New Roman"/>
        </w:rPr>
        <w:t>Ang relihiyon sa globalista mao ang espiritwalismong New Age, ug ang ilang mga pilosopiya sa woke-ism ug sa Diversity, Equity and Inclusion, inubanan sa dunot nga ideolohiya sa Critical Race Theory, sinabayan sa siyensiya nga sa bakak gitawag nga global warming, uban sa ilang tinagong mga paningkamot sa mapintas nga pagkontrol sa populasyon nga mapuo ang kaliwatan, nahimong dayag sa dihang si Trump miabot sa kasaysayan aron “pagukdon” ang tibook nga gingharian batok sa Grecia.</w:t>
      </w:r>
    </w:p>
    <w:p>
      <w:pPr>
        <w:pStyle w:val="ArticleBody"/>
        <w:jc w:val="left"/>
      </w:pPr>
      <w:r>
        <w:rPr>
          <w:rFonts w:ascii="Times New Roman" w:hAnsi="Times New Roman" w:eastAsia="Times New Roman" w:cs="Times New Roman"/>
        </w:rPr>
        <w:t>Ang pag-abot ni Trump niadtong 2016 nagtimaan sa pag-abot sa usa ka mini nga pagpukaw (pagpukaw), usa ka peke nga gilalang ni Satanas, aron daan pa nga pukanon ang pagpukaw sa mga ulay sa Mateo 25. Ang mga globalista, bisan sa entablado sa kalibutan o sulod sa Tinipong Bansa sa Amerika, sa pagtagna gilarawan ingon nga dragon. Sila mao ang napulo ka mga hari, ang mga magbabanker sa kalibutan, ang mga global nga bilyonaryong magpapatigayon, mga Mason nga gawasnon ug ubang mga tago nga katilingban.</w:t>
      </w:r>
    </w:p>
    <w:p>
      <w:pPr>
        <w:pStyle w:val="ArticleBody"/>
        <w:jc w:val="left"/>
      </w:pPr>
      <w:r>
        <w:rPr>
          <w:rFonts w:ascii="Times New Roman" w:hAnsi="Times New Roman" w:eastAsia="Times New Roman" w:cs="Times New Roman"/>
        </w:rPr>
        <w:t>Ang mga gahum sa globalistang dragon mao kadtong nag-espesyalisar sa lawfare (pakiggubat pinaagi sa mga balaod), maingon nga si Satanas sa kasagaran gihulagway diha sa mga legal nga pangatarongan sa Pulong sa Dios. Sa dihang ang Dios daan nang nagpahimangno sa Iyang mga matinumanon mahitungod sa paglutos nga sa kanunay nag-uban sa mga nagkinabuhi nga diosnon, nagsaad Siya nga sila pagadad-on ngadto sa mga hukmanan sa yuta aron maghatag og pagpamatuod. Si Satanas mao ang simbolo sa mga hukom nga dunot, sa mga Attorney General nga dunot nga karon nagkaylap sa yuta nga gipalihok sa Trumpismo, ug kadtong mga hukmanan ug mga abogado nga dunot sa kanunay mosuporta sa mga organisasyon nga nagpalambo ug nagpatungha og rebolusyon ug anarkiya, usa ka pangunang simbolo ni Satanas sa tibuok kasaysayan.</w:t>
      </w:r>
    </w:p>
    <w:p>
      <w:pPr>
        <w:pStyle w:val="ArticleBody"/>
        <w:jc w:val="left"/>
      </w:pPr>
      <w:r>
        <w:rPr>
          <w:rFonts w:ascii="Times New Roman" w:hAnsi="Times New Roman" w:eastAsia="Times New Roman" w:cs="Times New Roman"/>
        </w:rPr>
        <w:t>Ang Unyong Sobyet maoy usa ka mahimatikdanong simbolo sa tagna sa dragon, kay, lakip sa ubang mga butang, ang ateyismo ni Paraon maoy usa sa pangunang kinaiya sa dragon. Ang hari sa habagatan diha sa bersikulo kwarenta mao ang hari sa Hebreohanong pulong nga “negev,” nga nagpasabot ug Ehipto, ug gihubad sa maong bersikulo nga “habagatan.” Si Paraon mao ang biblikanhong simbolo sa ateyismo sa Pransiya, ang hari sa habagatan sa “panahon sa katapusan” niadtong 1798, ug usab sa Unyong Sobyet sa “panahon sa katapusan” niadtong 1989. Silang duruha mga gahom sa dragon, ug silang duruha nanaug gikan sa gingharian sa dragon nga paganong Roma.</w:t>
      </w:r>
    </w:p>
    <w:p>
      <w:pPr>
        <w:pStyle w:val="ArticleBody"/>
        <w:jc w:val="left"/>
      </w:pPr>
      <w:r>
        <w:rPr>
          <w:rFonts w:ascii="Times New Roman" w:hAnsi="Times New Roman" w:eastAsia="Times New Roman" w:cs="Times New Roman"/>
        </w:rPr>
        <w:t>Ang Tinipong Bansa sa Amerika mao ang simbolo sa katapusang mga adlaw sa apostatang Protestantismo, ug gimaniobra sa kapapahan ang usa ka pakigbisog tali sa apostatang Protestantismo ug sa dragon sa Soviet Union aron mabuntog ang nahaunang tulo ka babag nga iyang pildihon samtang siya mobalik ngadto sa trono sa yuta. Ang sunod nga babag mao ang apostatang Protestantismo mismo, nga iyang pagadaugon sa haduol nang umabot nga balaod sa Domingo.</w:t>
      </w:r>
    </w:p>
    <w:p>
      <w:pPr>
        <w:pStyle w:val="ArticleBody"/>
        <w:jc w:val="left"/>
      </w:pPr>
      <w:r>
        <w:rPr>
          <w:rFonts w:ascii="Times New Roman" w:hAnsi="Times New Roman" w:eastAsia="Times New Roman" w:cs="Times New Roman"/>
        </w:rPr>
        <w:t>Ang kusog ug gahum ni Presidente Trump maoy nagsugod sa usa ka pagmata mahitungod sa mga kapeligrohan sa globalismo nga misaka ngadto sa usa ka kalibotanong pakigbisog tali sa dragon ug sa apostatang Protestantismo. Gigamit sa kapapahan ang usa ka pakigbisog tali sa mao gihapong duha ka gahum, ang dragon ug ang apostatang Protestantismo, aron mapamugna ang kahimtang sa pagpukan sa ikaduhang heograpikal nga babag maingon nga iyang gibuhat sa pagpukan sa unang heograpikal nga babag. Dinhi makita ang lohika kon ngano nga ang ikapitong gingharian sa United Nations (nga mao ang gahum sa dragon), sa dili madugay kaayo, motugyan sa iyang gingharian ngadto sa mananap sa haduol nang umalabot nga balaod sa Dominggo. Gibuhat niini kana tungod kay kini usa nang napildi nga kaaway sukad pa sa 1989.</w:t>
      </w:r>
    </w:p>
    <w:p>
      <w:pPr>
        <w:pStyle w:val="ArticleBody"/>
        <w:jc w:val="left"/>
      </w:pPr>
      <w:r>
        <w:rPr>
          <w:rFonts w:ascii="Times New Roman" w:hAnsi="Times New Roman" w:eastAsia="Times New Roman" w:cs="Times New Roman"/>
        </w:rPr>
        <w:t>Sa usa ka lebel, mao kini ang maong pakigbisog nga gigamit sa kapapahan sa paglaglag sa dragon sa Unyong Sobyet niadtong 1989, apan ang kasamtangang pakigbisog sa progresibong woke-ism batok sa MAGA-ism sa apostatang Protestante gidisenyo aron pildihon ang apostatang Protestante, dili ang dragon. Ang pakiggubat sa tinuod gayud gisugdan niadtong 2016, ug unya sa 2020, ang dragon, nga sa Kasulatan mao ang amahan sa mga bakak, nangawat sa eleksiyon, sa ingon sa politika “nagpatay” kang Trump ug sa Republikano nga kalihukang MAGA. Sa Pinadayag kapitulo onse, ang mapintas nga mananap gikan sa kahiladman nga walay kinutoban, nga mao ang mapintas nga mananap sa ateyismo, mipatay sa duha ka mga saksi, ug sila gibiyaan diha sa dalan, hangtod nga sila nabuhi pag-usab. Ang mga lagda ni William Miller nagpunting nga ang mga simbolo sa propesiya adunay labaw pa sa usa ka pagkapadapat.</w:t>
      </w:r>
    </w:p>
    <w:p>
      <w:pPr>
        <w:pStyle w:val="ArticleBody"/>
        <w:jc w:val="left"/>
      </w:pPr>
      <w:r>
        <w:rPr>
          <w:rFonts w:ascii="Times New Roman" w:hAnsi="Times New Roman" w:eastAsia="Times New Roman" w:cs="Times New Roman"/>
        </w:rPr>
        <w:t>Samtang atong karon ginatagad ang pakigbisog sa dragon ug sa apostatang Protestante nga nagdala sa mananap sa yuta ngadto sa iyang katapusan, kadtong duha ka mga saksi mao ang duha ka mga sungay sa mananap sa yuta. Ang Republikano nga sungay gipatay niadtong 2020, pinaagi sa biblikanhong gahum kansang amahan mao ang amahan sa mga bakak. Anaa kita karon sa kinauyokan gayud nianang pakigbisog sulod niining kasamtangang kasaysayan. Sa bersikulo kuwarentay-uno sa Daniel onse, ipatuman ang hapit na moabot nga balaod sa Domingo, ug sumala sa inspirasyon ang apostatang Protestante mao ang magatuman nianang satanikong buluhaton.</w:t>
      </w:r>
    </w:p>
    <w:p>
      <w:pPr>
        <w:pStyle w:val="ArticleScripture"/>
        <w:jc w:val="left"/>
      </w:pPr>
      <w:r>
        <w:rPr>
          <w:rFonts w:ascii="Times New Roman" w:hAnsi="Times New Roman" w:eastAsia="Times New Roman" w:cs="Times New Roman"/>
        </w:rPr>
        <w:t>“Ang mga Protestante sa Tinipong Bansa sa Amerika mao ang mag-una sa pag-abot sa ilang mga kamot tabok sa bung-aw aron kuptan ang kamot sa Espiritwalismo; molabang sila ibabaw sa kahiladman aron makigkamot sa gahum sa Roma; ug ilalom sa impluwensiya niining tulo-ka-pilo nga panaghiusa, kining nasora mosunod sa mga lakang sa Roma sa pagyatak sa mga katungod sa konsensiya.” The Great Controversy, 588.</w:t>
      </w:r>
    </w:p>
    <w:p>
      <w:pPr>
        <w:pStyle w:val="ArticleBody"/>
        <w:jc w:val="left"/>
      </w:pPr>
      <w:r>
        <w:rPr>
          <w:rFonts w:ascii="Times New Roman" w:hAnsi="Times New Roman" w:eastAsia="Times New Roman" w:cs="Times New Roman"/>
        </w:rPr>
        <w:t>Ang masalimuot nga pagtinabangay sa mga panghitabo sa tawo ginarepresentahan diha sa pakigbisog nga nagsugod niadtong 2016. Aron sa husto nga pagtimbang-timbang sa mga gahum sulod nianang pakigbisog, mahinungdanon nga mahimong tin-aw kita mahitungod sa ginarepresentahan sa matag usa sa tulo ka mga gahum nga nagamando sa kalibotan padulong sa Armagedon, kay ang matag usa kanila adunay iyang kaugalingon nga lahi nga mga propetikong kinaiya. Ang basahon sa Pinadayag sa kanunay nagabantay sa han-ay sa dragon, nga pagasundan sa mapintas nga mananap, nga pagasundan usab sa mini nga propeta; busa magsugod kita sa pag-ila sa mga propetikong kinaiya sa dragon, unya sa mapintas nga mananap, ug sa katapusan sa mini nga propeta sa apostatang Protestantismo.</w:t>
      </w:r>
    </w:p>
    <w:p>
      <w:pPr>
        <w:pStyle w:val="ArticleBody"/>
        <w:jc w:val="left"/>
      </w:pPr>
      <w:r>
        <w:rPr>
          <w:rFonts w:ascii="Times New Roman" w:hAnsi="Times New Roman" w:eastAsia="Times New Roman" w:cs="Times New Roman"/>
        </w:rPr>
        <w:t>Ang mga progresibong Demokratas dili ang apostatang mga Protestante sa Estados Unidos; sila mao ang mga propetikong representante sa globalismo ug sa dragon. Sa dili pa moabot ang haduol na kaayong balaod sa Domingo, ang partidong Republikano kinahanglan mobalik sa gahum aron matuman ang propetikong salaysay. Si Paraon, nga usa ka simbolo sa gahum sa dragon, ug ang gahum sa dragon sa pagano nga Roma sa panahon ni Cristo, nagahatag ug duha ka mga saksi nga sa kataposang mga adlaw ang gahum sa dragon mao ang gahum nga nagapalambo sa pagpatay sa mga masuso, ingon sa nahitabo sa panahon ni Moises ug sa panahon ni Cristo.</w:t>
      </w:r>
    </w:p>
    <w:p>
      <w:pPr>
        <w:pStyle w:val="ArticleBody"/>
        <w:jc w:val="left"/>
      </w:pPr>
      <w:r>
        <w:rPr>
          <w:rFonts w:ascii="Times New Roman" w:hAnsi="Times New Roman" w:eastAsia="Times New Roman" w:cs="Times New Roman"/>
        </w:rPr>
        <w:t>Ang kataposang mga adlaw mao ang mga adlaw sa usa ka gatus ug kap-atan ug upat ka libo, nga nagaawit sa awit ni Moises ug sa Cordero; ug sa kasaysayan ni Moises ug sa Cordero, ang gahum sa dragon naninguha sa pagpatay sa mga masuso. Gibuhat nila kini, kay nahibalo si Satanas nga ang Ginoo hapit nang mopatindog sa manluluwas nga si Moises ug sa Manunubos nga si Cristo. Sa kataposang mga adlaw ang dragon mokanaug uban ang dakong kapungot, kay nahibalo siya nga mubo na ang iyang panahon; ug ang gahum sa dragon mao ang nagapalambo sa pagpatay sa mga masuso, sa usa ka pagpaningkamot sa paglaglag niadtong mga kandidato nga maapil taliwala sa usa ka gatus ug kap-atan ug upat ka libo. Ang progresibo, globalista, sosyalistang mga Demokrata DILI mao kadtong “nangulo” sa pagsiguro sa tulo-ka-pilo nga alyansa nga mahitabo sa haduol nang umalabot nga balaod sa Domingo, kay ang mga Demokrata mao ang gahum sa dragon, dili ang mini nga propeta.</w:t>
      </w:r>
    </w:p>
    <w:p>
      <w:pPr>
        <w:pStyle w:val="ArticleScripture"/>
        <w:jc w:val="left"/>
      </w:pPr>
      <w:r>
        <w:rPr>
          <w:rFonts w:ascii="Times New Roman" w:hAnsi="Times New Roman" w:eastAsia="Times New Roman" w:cs="Times New Roman"/>
        </w:rPr>
        <w:t>“Pinaagi sa balaodnon nga nagpatuman sa pagpasadig sa institusyon sa Kapapahan nga naglapas sa balaod sa Dios, ang atong nasod bug-os nga moputol sa iyang kaugalingon gikan sa pagkamatarong. Sa dihang ang Protestante mopatuy-od sa iyang kamot tabok sa bung-aw aron kuptan ang kamot sa gahum sa Roma, sa dihang molabang siya ibabaw sa kahiladman aron makiglamano sa Espiritismo, sa dihang, ubos sa impluwensiya niining tulo ka pilo nga panaghiusa, ang atong nasod mosalikway sa matag prinsipyo sa iyang Konstitusyon ingon nga usa ka Protestante ug republikano nga kagamhanan, ug maghimo ug kahikayan alang sa pagpakaylap sa mga kabakakan ug mga limbong sa kapapahan, nan atong masayran nga miabut na ang panahon alang sa kahibulongang paglihok ni Satanas ug nga haduol na ang katapusan.” Testimonies, tomo 5, 451.</w:t>
      </w:r>
    </w:p>
    <w:p>
      <w:pPr>
        <w:pStyle w:val="ArticleBody"/>
        <w:jc w:val="left"/>
      </w:pPr>
      <w:r>
        <w:rPr>
          <w:rFonts w:ascii="Times New Roman" w:hAnsi="Times New Roman" w:eastAsia="Times New Roman" w:cs="Times New Roman"/>
        </w:rPr>
        <w:t>Ang mga mapanagnaong kinaiya sa matag usa sa tulo ka mga gahum nga nagamando sa kalibotan ngadto sa Armageddon tukma gayud nga gimarkahan diha sa Pulong sa Dios. Ang gahum sa dragon nagapalambo ug mga balaod nga nagadasig sa pagpatay sa mga masuso sa panahon nga gituyo sa Dios nga magpatindog ug usa ka katawhan nga gilantawan daan pinaagi ni Moises ug ni Cristo. Ang Liberal Democrats mao ang gahum sa dragon diha sa pakigbisog sulod sa Tinipong Bansa nga nag-una ug nagalarawan daan sa mao rang pakigbisog sa entablado sa kalibotan human sa haduol nang balaod sa Domingo sa Tinipong Bansa. Ang dragon mao ang amahan sa mga bakak, ug ang liberal nga progresibong mga globalista bantog tungod sa pagpamakak.</w:t>
      </w:r>
    </w:p>
    <w:p>
      <w:pPr>
        <w:pStyle w:val="ArticleScripture"/>
        <w:jc w:val="left"/>
      </w:pPr>
      <w:r>
        <w:rPr>
          <w:rFonts w:ascii="Times New Roman" w:hAnsi="Times New Roman" w:eastAsia="Times New Roman" w:cs="Times New Roman"/>
        </w:rPr>
        <w:t>Nganong dili man kamo makasabut sa akong pulong? tungod kay dili man kamo makadungog sa akong pulong. Kamo iya sa inyong amahan nga mao ang yawa, ug ang mga kailibgon sa inyong amahan mao ang inyong pagabuhaton. Siya mamumuno sukad pa sa sinugdan, ug wala magpabilin diha sa kamatuoran, kay walay kamatuoran diha kaniya. Sa diha nga siya mosulti ug bakak, nagsulti siya sumala sa iyang kaugalingon; kay siya bakakon, ug amahan niini. Juan 8:43, 44.</w:t>
      </w:r>
    </w:p>
    <w:p>
      <w:pPr>
        <w:pStyle w:val="ArticleBody"/>
        <w:jc w:val="left"/>
      </w:pPr>
      <w:r>
        <w:rPr>
          <w:rFonts w:ascii="Times New Roman" w:hAnsi="Times New Roman" w:eastAsia="Times New Roman" w:cs="Times New Roman"/>
        </w:rPr>
        <w:t>Ang yawa, nga mao si Satanas ug ang dragon, mamumuno na sukad pa sa sinugdanan (aborsyon), ug bakakon sukad pa sa sinugdanan. Sa dihang nakiglalis ang mga Judio nga mahiligon sa pakiglalis kang Pilato, maisugon nilang gipahibalo nga wala silay hari gawas kang Cesar, ug si Cesar mao ang simbolo sa paganong Roma, nga usa ka gahum sa dragon.</w:t>
      </w:r>
    </w:p>
    <w:p>
      <w:pPr>
        <w:pStyle w:val="ArticleScripture"/>
        <w:jc w:val="left"/>
      </w:pPr>
      <w:r>
        <w:rPr>
          <w:rFonts w:ascii="Times New Roman" w:hAnsi="Times New Roman" w:eastAsia="Times New Roman" w:cs="Times New Roman"/>
        </w:rPr>
        <w:t>“Busa samtang ang dragon, sa panguna, nagrepresentar kang Satanas, kini usab, sa ikaduhang kahulogan, usa ka simbolo sa paganong Roma.” The Great Controversy, 439.</w:t>
      </w:r>
    </w:p>
    <w:p>
      <w:pPr>
        <w:pStyle w:val="ArticleBody"/>
        <w:jc w:val="left"/>
      </w:pPr>
      <w:r>
        <w:rPr>
          <w:rFonts w:ascii="Times New Roman" w:hAnsi="Times New Roman" w:eastAsia="Times New Roman" w:cs="Times New Roman"/>
        </w:rPr>
        <w:t>Ang uban nanghuna-huna nganong ang modernong mga Judio mga liberal nga globalista, samtang ang mga globalista adunay ingon niana nga pagdumot batok sa modernong mga Judio? Tungod kini kay ilang gipili nga ang hari sa paganong Roma maoy ilang bugtong hari. Bisan unsa pa ka maalamon ang daghan sa rasa nga Hebreo, ang ilang karaang pagpili sa pagsalikway sa Mesiyas ingon nga ilang hari maoy nakasira kanila sulod sa panon sa dragon.</w:t>
      </w:r>
    </w:p>
    <w:p>
      <w:pPr>
        <w:pStyle w:val="ArticleScripture"/>
        <w:jc w:val="left"/>
      </w:pPr>
      <w:r>
        <w:rPr>
          <w:rFonts w:ascii="Times New Roman" w:hAnsi="Times New Roman" w:eastAsia="Times New Roman" w:cs="Times New Roman"/>
        </w:rPr>
        <w:t>Apan sila misinggit, Ipalayo siya, ipalayo siya, ilansang siya sa krus. Miingon si Pilato kanila, Ilansang ko ba sa krus ang inyong Hari? Mitubag ang mga pangulong sacerdote, Wala kamiy hari gawas kang Cesar. Juan 19:15.</w:t>
      </w:r>
    </w:p>
    <w:p>
      <w:pPr>
        <w:pStyle w:val="ArticleBody"/>
        <w:jc w:val="left"/>
      </w:pPr>
      <w:r>
        <w:rPr>
          <w:rFonts w:ascii="Times New Roman" w:hAnsi="Times New Roman" w:eastAsia="Times New Roman" w:cs="Times New Roman"/>
        </w:rPr>
        <w:t>Ang mga hari sa Europa maoy nagpatuman sa paglutos alang sa kapapahan, ug ang napulo ka mga hari sa Pinadayag disyisiete maoy makiggubat batok sa Cordero, ug gibuhat nila kini pinaagi sa pagpatay sa iyang mga sumusunod.</w:t>
      </w:r>
    </w:p>
    <w:p>
      <w:pPr>
        <w:pStyle w:val="ArticleScripture"/>
        <w:jc w:val="left"/>
      </w:pPr>
      <w:r>
        <w:rPr>
          <w:rFonts w:ascii="Times New Roman" w:hAnsi="Times New Roman" w:eastAsia="Times New Roman" w:cs="Times New Roman"/>
        </w:rPr>
        <w:t>Kini sila makiggubat batok sa Cordero, ug ang Cordero magmadaogon batok kanila; kay siya mao ang Ginoo sa mga ginoo, ug ang Hari sa mga hari; ug sila nga kauban niya mga tinawag, ug mga pinili, ug mga matinumanon. Pinadayag 17:14.</w:t>
      </w:r>
    </w:p>
    <w:p>
      <w:pPr>
        <w:pStyle w:val="ArticleBody"/>
        <w:jc w:val="left"/>
      </w:pPr>
      <w:r>
        <w:rPr>
          <w:rFonts w:ascii="Times New Roman" w:hAnsi="Times New Roman" w:eastAsia="Times New Roman" w:cs="Times New Roman"/>
        </w:rPr>
        <w:t>Ang mga propetikong kinaiya sa gahom sa dragon nagaila nga sila mao kadtong nagpatuman sa “direktang pagpatay” sa mga masuso ug sa mga Kristohanon sa kataposang mga adlaw, ingon sa gihulagway diha sa krus ug sa Coliseum sa kasaysayan sa pagano nga Roma. Ang mga hari sa dragon mao kadtong sa Panahon sa Kangitngit migamit sa Inkisisyon aron ipatuman ang mga pagpatay nga nagpaagay ug dugo alang sa papal nga Roma. Sila mao ang mga nagpatay sa mga masuso ug sila ang labing bantugan nga mga bakakon. Si Adolph Hitler mao ang modernong simbolo sa usa ka mamumuno sa masa, ug ingon man usa ka bakakon. Si Hitler usa ka sosyal nga Demokratiko.</w:t>
      </w:r>
    </w:p>
    <w:p>
      <w:pPr>
        <w:pStyle w:val="ArticleBody"/>
        <w:jc w:val="left"/>
      </w:pPr>
      <w:r>
        <w:rPr>
          <w:rFonts w:ascii="Times New Roman" w:hAnsi="Times New Roman" w:eastAsia="Times New Roman" w:cs="Times New Roman"/>
        </w:rPr>
        <w:t>Ang mga progresibong liberal nagsunod sa mga tunob ni Adolph Hitler, nga mao ang pangulo sa National Socialist German Workers’ Party, nga kasagarang nailhan ingong Nazi Party. Ilalom sa iyang pagpangulo, ang Nazi Party nagpatuman ug usa ka totalitaryong rehimen ug maoy may tulubagon sa daghang mga kapintas ug kabangis, lakip na ang Holocaust. Ang partido ni Hitler kasagarang nalambigit sa hilabihang nasyonalismo, rasismo, anti-Semitismo, ug awtoritaryanismo. Si Joseph Goebbels, nga mao ang Minister of Propaganda sa Nazi Germany panahon sa Ikaduhang Gubat sa Kalibotan, miingon, “Kon magsulti ka ug bakak nga igo kaayo kadako ug magpadayon ka sa pagsubli niini, ang mga tawo sa katapusan motoo ra niini.”</w:t>
      </w:r>
    </w:p>
    <w:p>
      <w:pPr>
        <w:pStyle w:val="ArticleBody"/>
        <w:jc w:val="left"/>
      </w:pPr>
      <w:r>
        <w:rPr>
          <w:rFonts w:ascii="Times New Roman" w:hAnsi="Times New Roman" w:eastAsia="Times New Roman" w:cs="Times New Roman"/>
        </w:rPr>
        <w:t>Usa ka komon nga bakak nga karon gipakaylap sa mga progresibong liberal nga mga Demokratiko mao nga ang konserbatibong tuo sa Partido Republikano sa modernong kapanahonan maoy gitipohan sa mga Nazi sa panahon ni Hitler. Ang ilang bakak nga historikal nga naratibo husto nga nagaila sa partido ni Hitler ingon nga halayong-tuong partido sa iyang panahon, apan kanunay nilang biyāan ang kamatuoran nga si Hitler halayong tuo lamang diha sa kalabutan sa mga Komunista nga iyang mga wala nga kaaway sa iyang unang mga pakigbisog sa politika. Ang mga Republikano sa walay duhaduha tua sa tuo sa mga Demokratiko sulod sa politikal nga espektro sa Tinipong Bansa sa Amerika, apan ang matag usa ka laing kinaiya sa Nazi nga Alemanya ni Hitler nagrepresentar sa mga propetikong kinaiya sa Partido Demokratiko.</w:t>
      </w:r>
    </w:p>
    <w:p>
      <w:pPr>
        <w:pStyle w:val="ArticleBody"/>
        <w:jc w:val="left"/>
      </w:pPr>
      <w:r>
        <w:rPr>
          <w:rFonts w:ascii="Times New Roman" w:hAnsi="Times New Roman" w:eastAsia="Times New Roman" w:cs="Times New Roman"/>
        </w:rPr>
        <w:t>Giila sa Biblia nga mailhan ninyo sila pinaagi sa ilang mga bunga, dili pinaagi sa sukdanang naglihok sa tuo nga bahin o wala nga bahin sa politikanhong espektro. Ang ultra-nasyonalismo sa kasaysayan ni Hitler dili maoy naghulagway sa patriyotismo sa kalihukang MAGA. Ang ultra-nasyonalismo ni Hitler nailhan pinaagi sa iyang pag-ila sa usa ka labawng rasa, ug kini nagaila sa mga paningkamot sa mga globalista sa pagpatukod ug duha-ka-ang-ang nga sistemang pangklase sulod sa Tinipong Bansa sa Amerika, ug sa kalibotan. Ang mga globalista, sa walay duhaduha, nagtan-aw sa ilang kaugalingon nga anaa sa labing taas nga ang-ang nianang sistema, ingon nga gihulagway sa labawng rasa ni Hitler.</w:t>
      </w:r>
    </w:p>
    <w:p>
      <w:pPr>
        <w:pStyle w:val="ArticleBody"/>
        <w:jc w:val="left"/>
      </w:pPr>
      <w:r>
        <w:rPr>
          <w:rFonts w:ascii="Times New Roman" w:hAnsi="Times New Roman" w:eastAsia="Times New Roman" w:cs="Times New Roman"/>
        </w:rPr>
        <w:t>Ang arte sa pagpamakak, pagpamalandong ngadto sa uban sa kaugalingong binuhatan, ug pag-akusar maoy usa ka kinaiya sa dragon, ug usa ka klasikong pananglitan niining paagiha mao ang pag-akusar sa laing tawo sa mga binuhatan o mga baruganan nga ikaw gayod ang naggunit ug nagtuman. Kini usa ka inadlaw nga hitabo sa Amerika ug sa kalibotan karon, ug kini usa ka kinaiya sa yawa, kay siya mao ang “mag-aakusar sa mga igsoon”.</w:t>
      </w:r>
    </w:p>
    <w:p>
      <w:pPr>
        <w:pStyle w:val="ArticleScripture"/>
        <w:jc w:val="left"/>
      </w:pPr>
      <w:r>
        <w:rPr>
          <w:rFonts w:ascii="Times New Roman" w:hAnsi="Times New Roman" w:eastAsia="Times New Roman" w:cs="Times New Roman"/>
        </w:rPr>
        <w:t>Ug ang dakong dragon gipapahawa, kadtong karaang bitin, nga gitawag ug Yawa ug Satanas, nga naglimbong sa tibook kalibutan: siya gipapahawa ngadto sa yuta, ug ang iyang mga manolunda gipapahawa uban kaniya. Ug nadungog ko ang usa ka makusog nga tingog nga nagaingon didto sa langit, Karon miabut na ang kaluwasan, ug ang gahum, ug ang gingharian sa atong Dios, ug ang pagbulot-an sa iyang Cristo: kay ang magsusumbong sa atong mga igsoon gipukan na, nga nagsumbong kanila sa atubangan sa atong Dios sa adlaw ug gabii. Pinadayag 12:9, 10.</w:t>
      </w:r>
    </w:p>
    <w:p>
      <w:pPr>
        <w:pStyle w:val="ArticleBody"/>
        <w:jc w:val="left"/>
      </w:pPr>
      <w:r>
        <w:rPr>
          <w:rFonts w:ascii="Times New Roman" w:hAnsi="Times New Roman" w:eastAsia="Times New Roman" w:cs="Times New Roman"/>
        </w:rPr>
        <w:t>Ang Alemanya ni Hitler, nga usa ka mahimantikdanong kaparehong hulagway sa progresibong mga globalista sa atong kapanahonan, may tinuyoang makinarya sa propaganda, maingon man usab ang mga progresibong liberal sa karon; ug dinha diin ang balik-balik nga pagsulti sa dagkong mga bakak, nga giila ni Joseph Goebbels, ang ministro sa Propaganda sa Nazi nga Alemanya, ginabalik usab karon uban sa matematikanhong katukma sa mga kompyuterisadong algoritmo sa nagkalainlaing mga agianan sa komunikasyon sa tibuok kalibotan. (CNN, MSNBC, BBC, NPR, Google, Facebook ug uban pa).</w:t>
      </w:r>
    </w:p>
    <w:p>
      <w:pPr>
        <w:pStyle w:val="ArticleBody"/>
        <w:jc w:val="left"/>
      </w:pPr>
      <w:r>
        <w:rPr>
          <w:rFonts w:ascii="Times New Roman" w:hAnsi="Times New Roman" w:eastAsia="Times New Roman" w:cs="Times New Roman"/>
        </w:rPr>
        <w:t>Ang Sunog sa Reichstag maoy usa ka mahinungdanong hitabo sa kasaysayan sa Alemanya nga nanguna ngadto sa Ikaduhang Gubat sa Kalibotan. Naghatag kini og usa ka klasikong paghulagway sa mga kabakakan nga gipahigayon sa mga progresibong liberal nga mga globalista sa ilang paningkamot sa pagdala sa usa ka pangkalibotanong kagamhanan. Nahitabo kini sa gabii sa Pebrero 27, 1933, sa dihang ang tinukod sa Reichstag sa Berlin, nga maoy pinuy-anan sa parlamento sa Alemanya (paralelo sa mga tinukod sa kapitolyo sa U.S. niadtong Enero 6, 2020), gisunog.</w:t>
      </w:r>
    </w:p>
    <w:p>
      <w:pPr>
        <w:pStyle w:val="ArticleBody"/>
        <w:jc w:val="left"/>
      </w:pPr>
      <w:r>
        <w:rPr>
          <w:rFonts w:ascii="Times New Roman" w:hAnsi="Times New Roman" w:eastAsia="Times New Roman" w:cs="Times New Roman"/>
        </w:rPr>
        <w:t>Ang sunog giingong resulta sa panununog, ug kini nahimong pasangil alang sa gobyernong Nazi, ubos sa pagpangulo ni Adolf Hitler ug Hermann Göring, sa pagpugos nga ipatuman ang Reichstag Fire Decree. Kini nga dekreto, nga gipirmahan sa Presidente sa Alemanya nga si Paul von Hindenburg, misuspenso sa mga katungod sibil ug mitugot sa pagdakop ug pagdetinar sa mga kaatbang sa politika. Kini nagtimaan sa usa ka mahinungdanong lakang sa pagkonsolida sa gahum sa Nazi ug sa pagkapukan sa mga demokratikong institusyon sa Alemanya.</w:t>
      </w:r>
    </w:p>
    <w:p>
      <w:pPr>
        <w:pStyle w:val="ArticleBody"/>
        <w:jc w:val="left"/>
      </w:pPr>
      <w:r>
        <w:rPr>
          <w:rFonts w:ascii="Times New Roman" w:hAnsi="Times New Roman" w:eastAsia="Times New Roman" w:cs="Times New Roman"/>
        </w:rPr>
        <w:t>Kadtong kalayo, nga giangkon sa kadaghanang matinud-anong mga historyador nga gisugnod sa mga tawo ni Hitler, naghulagway sa mga hitabo sa Enero 6, 2020, ug sa misunod nga paglaglag sa mga katungod sa Konstitusyon niadtong mga wala may gihimo nga bisan unsa nga dili hingpit nga gitugotan ubos sa mga prinsipyo nga anaa sa Konstitusyon, ilabi na sa pagtandi sa anarkiya ug paglaglag nga gipahinabo sa mga kalihokan sa Black Life Matters, ug Antifa, mga kalihokan nga gidayeg ug gisuportahan sa mga progresibong liberal. Ang Enero 6 mao ang bunga sa dragon, ug kini gihulagway daan sa mga Nazi sa Alemanya ni Hitler.</w:t>
      </w:r>
    </w:p>
    <w:p>
      <w:pPr>
        <w:pStyle w:val="ArticleBody"/>
        <w:jc w:val="left"/>
      </w:pPr>
      <w:r>
        <w:rPr>
          <w:rFonts w:ascii="Times New Roman" w:hAnsi="Times New Roman" w:eastAsia="Times New Roman" w:cs="Times New Roman"/>
        </w:rPr>
        <w:t>Ang sosyalistang mga Demokratiko sa Tinipong Bansa sa Amerika sa makadaghan nagaila kang Trump ingon nga simbolo ni Hitler, kay ang prinsipyo nga ilang gipalihokan mao kini: kon mosulti ka ug igo kadako nga bakak, ug magbalik-balik niini sa walay hunong pinaagi sa imong makinang pangpropaganda sa media, ang mga ubosang sakop ni Marie Antoinette sa ulahi motoo ra gayod niini.</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Panag-uban kamo, O kamong mga katawhan, ug kamo pagadugmokon; ug pamati, kamong tanan nga anaa sa halayong mga nasud: pangandam kamo alang sa gubat, ug kamo pagadugmokon; pangandam kamo alang sa gubat, ug kamo pagadugmokon. Panagsabut kamo pag-uban, ug kini mawagtang lamang; isulti ang pulong, ug kini dili molungtad: kay ang Dios ania kanato. Kay ang Ginoo misulti kanako sa ingon niini uban sa kusog nga kamot, ug nagpahimangno kanako nga dili ako maglakaw sa dalan niining katawhan, nga nagaingon, Ayaw ninyo pag-ingna nga, Usa ka pagtinabangay, ang tanan nga ilang pagaingnon niining katawhan nga, Usa ka pagtinabangay; ni mahadlok kamo sa ilang gikahadlokan, ni mangalisang kamo. Balaa ang Ginoo sa mga panon sa kasundalohan sa iyang kaugalingon; ug ipahimo siya nga inyong kahadlok, ug ipahimo siya nga inyong kalisang. Ug siya mahimong usa ka balaang puloy-anan; apan usa ka bato nga kapangdulan ug usa ka pangpang sa pagkapangdol sa duruha ka panimalay sa Israel, usa ka lit-ag ug usa ka pukot alang sa mga pumoluyo sa Jerusalem. Ug daghan kanila ang mapangdol, ug mangapukan, ug pagadugmokon, ug masikop sa lit-ag, ug mabihag. Bugkosa ang pagpamatuod, timrihi ang Kasugoan sa taliwala sa akong mga tinun-an. Isaias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Gatos Ug Kaluhaan Ug Unom</dc:title>
  <dc:subject>Pagpadayag sa Propetikong Sugilanon: Usa ka Pagtuon sa Daniel Kapitulo Onse ug sa Kasamtangang mga Hitabo</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