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Kaluhaan ug Siyam</w:t>
      </w:r>
    </w:p>
    <w:p>
      <w:pPr>
        <w:pStyle w:val="ArticleSubtitle"/>
        <w:jc w:val="left"/>
      </w:pPr>
      <w:r>
        <w:rPr>
          <w:rFonts w:ascii="Arial" w:hAnsi="Arial" w:eastAsia="Arial" w:cs="Arial"/>
        </w:rPr>
        <w:t>Pagpadayag sa Mahinungdanong Kahulogan sa Tagna: Ang Republikano nga Sungay ug ang Kataposang mga Lihok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Atong gikonsiderar ang bersikulo kuwarenta sa Daniel onse, ug atong gitagad ang propetikong linya sa bersikulo kuwarenta, nga may kalabutan sa sungay sa Republicanismo. Gibase nato ang aplikasyon ibabaw sa panahon sa katapusan nga miabot niadtong 1989. Kana nga linya nagrepresentar sa kasaysayan gikan sa 1989 ngadto sa haduol nang umabot nga balaod sa Dominggo, ug gipatipihan sa propetikong yugto gikan sa 508 ngadto sa 538, sa dihang ang kapapahan unang gihatagan ug gahum ug nagpatuman ug balaod sa Dominggo sa Konseho sa Orleans. Kini usab gipatipihan sa linya gikan sa pagkatawo ni Cristo ngadto sa Iyang bautismo.</w:t>
      </w:r>
    </w:p>
    <w:p>
      <w:pPr>
        <w:pStyle w:val="ArticleBody"/>
        <w:jc w:val="left"/>
      </w:pPr>
      <w:r>
        <w:rPr>
          <w:rFonts w:ascii="Times New Roman" w:hAnsi="Times New Roman" w:eastAsia="Times New Roman" w:cs="Times New Roman"/>
        </w:rPr>
        <w:t>Gidugang pa usab namo niadtong mga linya ang linya sa propetikong kasaysayan nga makita diha sa bersikulo dos sa Daniel onse. Didto atong makita nga ang ikaunom nga presidente sa Tinipong Bansa sa Amerika human sa panahon sa katapusan niadtong 1989 mao si Donald Trump, kinsa sumala sa bersikulo “nagapukaw” (nagapamata), sa tibuok gingharian sa Grecia (globalismo), sa piniliay sa 2016.</w:t>
      </w:r>
    </w:p>
    <w:p>
      <w:pPr>
        <w:pStyle w:val="ArticleBody"/>
        <w:jc w:val="left"/>
      </w:pPr>
      <w:r>
        <w:rPr>
          <w:rFonts w:ascii="Times New Roman" w:hAnsi="Times New Roman" w:eastAsia="Times New Roman" w:cs="Times New Roman"/>
        </w:rPr>
        <w:t>Dayon nagsugod kami sa pagtagad sa mga propetikong kinaiya nga nalangkit sa tulo ka gahum nga naglangkob sa tulo-ka-pilo nga panaghiusa sa dragon, sa mapintas nga mananap, ug sa mini nga propeta, nga sa tingub maoy nangulo sa kalibotan, sukad sa 1989, paingon sa pagsira sa panahon sa pagsulay, diha sa gubat sa dakong adlaw sa Dios nga mao ang Armageddon. Ginatagad namo kining mga propetikong kinaiya aron mailhan ang politikal nga mga kinaiya sa Republikano nga sungay sa mananap nga mitungha gikan sa yuta diha sa Pinadayag 13. Ang duha ka sungay sa Republicanism ug Protestantism gilarawan pinaagi sa duha ka sungay sa laking karnero sa Medo-Persia, diha sa Daniel kapitulo 8.</w:t>
      </w:r>
    </w:p>
    <w:p>
      <w:pPr>
        <w:pStyle w:val="ArticleScripture"/>
        <w:jc w:val="left"/>
      </w:pPr>
      <w:r>
        <w:rPr>
          <w:rFonts w:ascii="Times New Roman" w:hAnsi="Times New Roman" w:eastAsia="Times New Roman" w:cs="Times New Roman"/>
        </w:rPr>
        <w:t>Unya gibayaw ko ang akong mga mata, ug nakita ko, ug ania karon, may mitindog sa atubangan sa suba ang usa ka lakeng karnero nga may duha ka sungay; ug ang duha ka sungay hataas; apan ang usa mas hataas kay sa usa, ug ang mas hataas miturok sa ulahi. Daniel 8:3.</w:t>
      </w:r>
    </w:p>
    <w:p>
      <w:pPr>
        <w:pStyle w:val="ArticleBody"/>
        <w:jc w:val="left"/>
      </w:pPr>
      <w:r>
        <w:rPr>
          <w:rFonts w:ascii="Times New Roman" w:hAnsi="Times New Roman" w:eastAsia="Times New Roman" w:cs="Times New Roman"/>
        </w:rPr>
        <w:t>Ang Medo-Persia usa ka duruha ka pilo nga gahum, maingon man ang Pransiya sa panahon sa Rebolusyong Pranses, ug mao usab ang Estados Unidos. Ang duha ka sungay sa Estados Unidos mao ang Republikano ug Protestante, apan ang mananap sa yuta nga may duha ka sungay mausab gikan sa usa ka mananap nga sama sa nating karnero sa sinugdanan niini ngadto sa usa ka mananap nga nagsulti ingon sa usa ka dragon sa katapusan niini. Ang duha ka propetikong linya sa sungay nagdagan nga magkaagapay sa usag usa sa Daniel kapitulo onse bersikulo kwarenta, ug kon pagatagdon nga magkauban, silang duha magsugod sa panahon sa katapusan sa 1798. Sa dihang susihon ang mga sungay nga tagsatagsa, ang sungay sa Protestantismo sa kapropetahan giilang kauban sa panahon sa katapusan sa 1798, ug ang sungay sa Republikano giilang kauban sa panahon sa katapusan sa 1989.</w:t>
      </w:r>
    </w:p>
    <w:p>
      <w:pPr>
        <w:pStyle w:val="ArticleBody"/>
        <w:jc w:val="left"/>
      </w:pPr>
      <w:r>
        <w:rPr>
          <w:rFonts w:ascii="Times New Roman" w:hAnsi="Times New Roman" w:eastAsia="Times New Roman" w:cs="Times New Roman"/>
        </w:rPr>
        <w:t>Ang duha ka sungay adunay doble nga kinaiya, ingon sa gipadayag sa Sanhedrin sa panahon ni Cristo, nga gilangkoban sa mga Saduceo ug mga Pariseo. Ang mga Saduceo mga liberal, ug ang mga Pariseo mga konserbatibo; ug bisan tuod sila tin-aw nga mga kaaway, naghiusa sila batok kang Cristo didto sa krus. Sa haduol nang umalabot nga balaod sa Domingo, ang duha ka sungay sa apostatang Protestantismo ug apostatang Republikano magporma ug usa ka relasyon sa simbahan ug estado batok sa matinumanong mga magbalantay sa ikapitong-adlaw nga Igpapahulay ni Cristo; apan samtang ang duha ka sungay mopadayon latas sa kasaysayan sa mananap sa yuta, ang matag usa sa mga sungay adunay sulod nga panaglalis nga gihulagway sa liberalismo sa mga Saduceo ug sa konserbatismo sa mga Pariseo.</w:t>
      </w:r>
    </w:p>
    <w:p>
      <w:pPr>
        <w:pStyle w:val="ArticleBody"/>
        <w:jc w:val="left"/>
      </w:pPr>
      <w:r>
        <w:rPr>
          <w:rFonts w:ascii="Times New Roman" w:hAnsi="Times New Roman" w:eastAsia="Times New Roman" w:cs="Times New Roman"/>
        </w:rPr>
        <w:t>Gikonsiderar na nato karon ang sungay sa Republicanism, ug himatikdi karon nga ang Democratic nga partido nagsubay sa iyang mga gigikanan balik sa labing sinugdanan sa kasaysayan sa Estados Unidos. Kini naporma niadtong 1828 apan ang iyang politikanhong mga gigikanan diha kang Thomas Jefferson ug James Madison. Sumala sa pagpamatuod sa duha ka mga sungay sa Medo-Persia, ang Republican nga partido natukod niadtong 1854, sa pagsupak sa pabor-sa-ulipon nga baruganan sa Democratic nga partido. Busa kini mao ang “mas hataas” nga sungay diha sa Daniel kapitulo otso, kay kini mao ang sungay nga miabot sa ulahi.</w:t>
      </w:r>
    </w:p>
    <w:p>
      <w:pPr>
        <w:pStyle w:val="ArticleBody"/>
        <w:jc w:val="left"/>
      </w:pPr>
      <w:r>
        <w:rPr>
          <w:rFonts w:ascii="Times New Roman" w:hAnsi="Times New Roman" w:eastAsia="Times New Roman" w:cs="Times New Roman"/>
        </w:rPr>
        <w:t>Mahitungod sa duruha ka kinaiya sa sungay nga Republikano, ang Democratic party mitungha una ug ang Republican party mitungha ulahi. Ang isyu nga nakapahinungdan sa pagtungha sa Republican party mao ang iyang baruganan batok sa pagkaulipon, nga supak sa pabor-sa-pagkaulipon nga baruganan sa Democratic party. Ang tema nga may kalabutan sa duruha ka sungay mao ang politikal o espirituhanong pagkaulipon. Mao kana ang hinungdan nga ang 1863 nahimong usa ka takna sa pagbag-o alang sa duruha ka sungay. Niadtong 1863 ang sungay nga Republikano mipahayag og kagawasan alang sa mga ulipon, ug ang pagsukol sa Democratic party batok nianang kagawasan maoy nakapamugna dili lamang sa opisyal nga Republican party, kondili usab sa Gubat Sibil sa US. Niadtong 1776 ang Estados Unidos misulti, ug gisalikway ang pagkaulipon sa mga hari sa Uropa (Statecraft) ug sa papa (Churchcraft). Unya niadtong 1789 ang Estados Unidos misulti samtang ang Konstitusyon nagsugod sa pagpatuman. Ang mananap nga yutaan epektibong “milamoy sa baha” sa paglutos sa Uropa nga papal ug harianon.</w:t>
      </w:r>
    </w:p>
    <w:p>
      <w:pPr>
        <w:pStyle w:val="ArticleScripture"/>
        <w:jc w:val="left"/>
      </w:pPr>
      <w:r>
        <w:rPr>
          <w:rFonts w:ascii="Times New Roman" w:hAnsi="Times New Roman" w:eastAsia="Times New Roman" w:cs="Times New Roman"/>
        </w:rPr>
        <w:t>Ug ang bitin mibuga gikan sa iyang baba ug tubig nga daw baha sunod sa babaye, aron siya madala sa baha. Ug ang yuta mitabang sa babaye, ug ang yuta miabli sa iyang baba, ug gilamoy ang baha nga gibuga sa dragon gikan sa iyang baba. Ug ang dragon nasuko pag-ayo batok sa babaye, ug milakaw aron makiggubat batok sa salin sa iyang kaliwat, nga nagabantay sa mga sugo sa Dios, ug nagabaton sa pagpamatuod ni Jesu-Cristo. Pinadayag 12:15–17.</w:t>
      </w:r>
    </w:p>
    <w:p>
      <w:pPr>
        <w:pStyle w:val="ArticleBody"/>
        <w:jc w:val="left"/>
      </w:pPr>
      <w:r>
        <w:rPr>
          <w:rFonts w:ascii="Times New Roman" w:hAnsi="Times New Roman" w:eastAsia="Times New Roman" w:cs="Times New Roman"/>
        </w:rPr>
        <w:t>Unya sa pagkatawo sa Tinipong Bansa sa Amerika ingon nga ikaunom nga gingharian sa tagna sa Biblia niadtong 1798, ang Tinipong Bansa sa Amerika misulti pag-usab, ug sa pagbuhat niana gibutang niini sa talaan kon unsa ang isulti sa Tinipong Bansa sa Amerika sa katapusan, kay si Jesus sa kanunay naghulagway sa katapusan pinaagi sa sinugdanan. Ang mananap sa yuta mosulti ingon nga usa ka dragon sa hapit nang moabot nga balaod sa Domingo, ug sa dihang buhaton niya kana, mohunong na siya sa pagkaikaunom nga gingharian sa tagna sa Biblia. Ang gisulti niini sa sinugdanan niini ingon nga usa ka gingharian sa tagna sa Biblia niadtong 1798 nagrepresentar sa iyang isulti pag-usab sa dihang mosulti na kini ingon nga usa ka dragon.</w:t>
      </w:r>
    </w:p>
    <w:p>
      <w:pPr>
        <w:pStyle w:val="ArticleBody"/>
        <w:jc w:val="left"/>
      </w:pPr>
      <w:r>
        <w:rPr>
          <w:rFonts w:ascii="Times New Roman" w:hAnsi="Times New Roman" w:eastAsia="Times New Roman" w:cs="Times New Roman"/>
        </w:rPr>
        <w:t>Ang mga balaod sa imigrasyon sa 1798 gitawag nga Alien and Sedition Acts, ug usa kini ka hugpong sa upat ka mga balaod nga gipasar sa Kongreso sa Tinipong Bansa sa Estados Unidos ug gipirmahan aron mahimong balaod ni Presidente John Adams niadtong 1798. Ang mga balaod nag-una sa paghisgot sa mga butang nga may kalabotan sa mga langyaw (mga dayo) nga nagpuyo sa Estados Unidos, ug dako ang ilang epekto sa imigrasyon niadtong panahona. Ang upat ka mga balaod mao kini:</w:t>
      </w:r>
    </w:p>
    <w:p>
      <w:pPr>
        <w:pStyle w:val="ArticleBody"/>
        <w:jc w:val="left"/>
      </w:pPr>
      <w:r>
        <w:rPr>
          <w:rFonts w:ascii="Times New Roman" w:hAnsi="Times New Roman" w:eastAsia="Times New Roman" w:cs="Times New Roman"/>
        </w:rPr>
        <w:t>Ang Naturalization Act of 1798: Kining balaora nagpalugway sa gikinahanglang panahon sa pagpanimuyo alang sa mga imigrante aron mahimong mga lungsoranon sa U.S. gikan sa lima ka tuig ngadto sa napulog-upat ka tuig. Gihimo niini nga mas lisod alang sa mga imigrante ang pagkahimong mga lungsoranon ug ang pag-apil sa prosesong politikal.</w:t>
      </w:r>
    </w:p>
    <w:p>
      <w:pPr>
        <w:pStyle w:val="ArticleBody"/>
        <w:jc w:val="left"/>
      </w:pPr>
      <w:r>
        <w:rPr>
          <w:rFonts w:ascii="Times New Roman" w:hAnsi="Times New Roman" w:eastAsia="Times New Roman" w:cs="Times New Roman"/>
        </w:rPr>
        <w:t>Ang Alien Friends Act: Kining balaora nagtugot sa Presidente sa pagpalagpot sa bisan kinsang dili lungsoranon nga giisip nga “makapahulga sa kalinaw ug kaluwasan sa United States” sa panahon sa kalinaw. Gihatagan niini ang Presidente ug halapad nga gahum sa pagbuot sa pagpalagpot sa mga langyaw.</w:t>
      </w:r>
    </w:p>
    <w:p>
      <w:pPr>
        <w:pStyle w:val="ArticleBody"/>
        <w:jc w:val="left"/>
      </w:pPr>
      <w:r>
        <w:rPr>
          <w:rFonts w:ascii="Times New Roman" w:hAnsi="Times New Roman" w:eastAsia="Times New Roman" w:cs="Times New Roman"/>
        </w:rPr>
        <w:t>Ang Alien Enemies Act: Kini nga balaod naghatag sa Presidente sa awtoridad sa pagdakop, pagpugong, ug pagpa-deport sa bisan kinsang lalaking lungsoranon sa usa ka kaawayng nasod sa panahon sa gubat. Panguna kining gitumong batok sa mga posibleng mga espiya o mga saboteur gikan sa mga nasod nga kaaway.</w:t>
      </w:r>
    </w:p>
    <w:p>
      <w:pPr>
        <w:pStyle w:val="ArticleBody"/>
        <w:jc w:val="left"/>
      </w:pPr>
      <w:r>
        <w:rPr>
          <w:rFonts w:ascii="Times New Roman" w:hAnsi="Times New Roman" w:eastAsia="Times New Roman" w:cs="Times New Roman"/>
        </w:rPr>
        <w:t>Ang Sedition Act: Bisan tuod dili kini tuwirang may kalabotan sa imigrasyon, gihimo sa Sedition Act nga usa ka krimen ang pagmantala ug bakak, makauulaw, o daotang mga pahayag batok sa gobyerno sa U.S., sa Kongreso, o sa Presidente nga may tuyo sa pagpasipala kanila o sa pagdala kanila ngadto sa pagkadaot sa dungog. Gigamit kini aron pugngan ang politikanhong pagsupak ug pagsaway.</w:t>
      </w:r>
    </w:p>
    <w:p>
      <w:pPr>
        <w:pStyle w:val="ArticleBody"/>
        <w:jc w:val="left"/>
      </w:pPr>
      <w:r>
        <w:rPr>
          <w:rFonts w:ascii="Times New Roman" w:hAnsi="Times New Roman" w:eastAsia="Times New Roman" w:cs="Times New Roman"/>
        </w:rPr>
        <w:t>Ang kinauyokan sa Alien and Sedition Acts sa sinugdanan sa Estados Unidos ingon nga ikaunom nga gingharian niadtong 1798, tin-aw nga nagpaila sa tuyo ni Donald Trump ug sa iyang mga tigpaluyo sa MAGA. Ang maong balaod mao ang “nahauna” nga pagsulti, ug sa diha nga ang mapintas nga mananap sa yuta mosulti ingon nga usa ka dragon sa iyang “kataposan,” ang mga balaod mahisama kaayo. Ang kamatuoran nga ang palibot sa karon nga kasaysayan hingpit nga nagpakita sa lohika aron kining mga buhata usabon mao ang pirma ni Cristo ingon nga Alpha ug Omega. Sa taliwala sa “pagsulti” sa mapintas nga mananap sa yuta niadtong 1863, diha ang Emancipation Proclamation sa unang Republikano nga presidente.</w:t>
      </w:r>
    </w:p>
    <w:p>
      <w:pPr>
        <w:pStyle w:val="ArticleBody"/>
        <w:jc w:val="left"/>
      </w:pPr>
      <w:r>
        <w:rPr>
          <w:rFonts w:ascii="Times New Roman" w:hAnsi="Times New Roman" w:eastAsia="Times New Roman" w:cs="Times New Roman"/>
        </w:rPr>
        <w:t>Ang Emancipation Proclamation nagtimaan sa tukmang tunga sa Gubat Sibil, ug busa ang kahulogan sa Hebreohanong pulong nga “kamatuoran” makita diha sa tulo ka mga muhon sa pagsulti sa mananap sa yuta. Ang unang letra sa Hebreohanong alpabeto mao usab ang katapusang letra, ug ang ikanapulog-tulo nga letra mao ang simbolo sa pagsukol.</w:t>
      </w:r>
    </w:p>
    <w:p>
      <w:pPr>
        <w:pStyle w:val="ArticleBody"/>
        <w:jc w:val="left"/>
      </w:pPr>
      <w:r>
        <w:rPr>
          <w:rFonts w:ascii="Times New Roman" w:hAnsi="Times New Roman" w:eastAsia="Times New Roman" w:cs="Times New Roman"/>
        </w:rPr>
        <w:t>Kinahanglan nga hunahunaon niining puntaha nga ang 1863, ug ang pagrebelde nga nailhan didto, natuman usab sa Laodiceanong Adventistang iglesia nga girepresentahan sa Protestante nga sungay sa mao rang higayon nga ang Republikano nga sungay nagpadayag ug politikal nga pagrebelde. Ang duruha ka kinaiya sa Protestante nga sungay nailhan pinaagi sa pagbalhin sa Philadelphianong Adventistang kalihokan ngadto sa Laodiceanong Adventistang iglesia, ug ang duruha ka kinaiya sa Republikano nga sungay nailhan diha sa kontrobersiya tali sa pabor-sa-ulipon nga baruganan sa Democratic party nga nakamugna sa batok-sa-ulipon nga Republican party ug sa unang Republikano nga presidente.</w:t>
      </w:r>
    </w:p>
    <w:p>
      <w:pPr>
        <w:pStyle w:val="ArticleBody"/>
        <w:jc w:val="left"/>
      </w:pPr>
      <w:r>
        <w:rPr>
          <w:rFonts w:ascii="Times New Roman" w:hAnsi="Times New Roman" w:eastAsia="Times New Roman" w:cs="Times New Roman"/>
        </w:rPr>
        <w:t>Ang unang Republikano nga presidente gibutang sa tunga sa tulo-ka-lakang nga propetikong pirma sa “kamatuoran.” Busa siya mao ang pagtapos sa unang yugto ug ang sinugdanan sa ikaduhang yugto, maingon nga ang krus mao usab ang pagtapos sa tulo ug tunga ka tuig nga personal nga ministeryo ni Cristo, ug usab ang sinugdanan sa Iyang tulo ug tunga ka tuig nga ministeryo diha sa persona sa Iyang mga tinun-an. Ang sinugdanan sa Iyang personal nga ministeryo didto sa Iyang bautismo, nga sa simbolikong paagi nagrepresentar sa Iyang kamatayon, ug kana nga yugto natapos pinaagi sa Iyang kamatayon. Ang Iyang kamatayon nagsugod sa ministeryo sa Iyang mga tinun-an nga natapos sa kamatayon sa Iyang tinun-an nga si Esteban.</w:t>
      </w:r>
    </w:p>
    <w:p>
      <w:pPr>
        <w:pStyle w:val="ArticleBody"/>
        <w:jc w:val="left"/>
      </w:pPr>
      <w:r>
        <w:rPr>
          <w:rFonts w:ascii="Times New Roman" w:hAnsi="Times New Roman" w:eastAsia="Times New Roman" w:cs="Times New Roman"/>
        </w:rPr>
        <w:t>Ang “pagsulti” sa Alien and Sedition Acts niadtong 1798 mao ang sinugdanan sa usa ka yugto nga natapos pinaagi sa “pagsulti” sa Emancipation Proclamation. Ang Emancipation Proclamation nagtimaan sa sinugdanan sa ikaduhang yugto nga matapos sa dihang ang Tinipong Bansa sa Amerika “mosulti” ingon nga usa ka dragon. Ang presidente nga “misulti” niadtong 1863 mao ang unang Republikano nga presidente; busa ang katapusang presidente usab mahimong usa ka Republikano.</w:t>
      </w:r>
    </w:p>
    <w:p>
      <w:pPr>
        <w:pStyle w:val="ArticleBody"/>
        <w:jc w:val="left"/>
      </w:pPr>
      <w:r>
        <w:rPr>
          <w:rFonts w:ascii="Times New Roman" w:hAnsi="Times New Roman" w:eastAsia="Times New Roman" w:cs="Times New Roman"/>
        </w:rPr>
        <w:t>Adunay duha ka mga kalihukan nga gipamunga sa tulo ka mga manulonda sa Pinadayag kapitulo katorse. Ang mensahe sa nahauna ug ikaduhang manulonda gipresentar sa kalihukang Millerite, nga misukol ug nahimong usa ka opisyal nga Iglesia niadtong 1863. Kanunayng gihulagway ni Jesus ang katapusan sa usa ka butang pinaagi sa sinugdanan sa maong butang. Ang kalihukan sa ikatulong manulonda, nga mao usab ang gamhanang manulonda sa Pinadayag kapitulo dieciocho, mao ang ulahi sa duha ka mga kalihukan sa tulo ka mga manulonda. Ang nagsugod niadtong 1798 ingon nga usa ka kalihukan sa tinuod nga Protestante nga sungay, mibalhin ngadto sa usa ka Iglesia diha sa pagsukol niadtong 1863, ug sa dihang ang kasaysayan sa mananap sa yuta moabot sa iyang katapusan sa haduol nang pag-abot sa balaod sa Domingo, ang masukihong Iglesia sa 1863 mobalhin pag-usab ngadto sa usa ka dili-opisyal nga kalihukan, kay ang nagsugod ingon nga usa ka kalihukan matapos usab ingon nga usa ka kalihukan.</w:t>
      </w:r>
    </w:p>
    <w:p>
      <w:pPr>
        <w:pStyle w:val="ArticleBody"/>
        <w:jc w:val="left"/>
      </w:pPr>
      <w:r>
        <w:rPr>
          <w:rFonts w:ascii="Times New Roman" w:hAnsi="Times New Roman" w:eastAsia="Times New Roman" w:cs="Times New Roman"/>
        </w:rPr>
        <w:t>Sa mga pagbalhin sa Protestante nga sungay sa sinugdanan ug sa katapusan, ang usa ka kalihukan nahimong usa ka Iglesia, ug unya mibalik pag-usab ngadto sa usa ka kalihukan sa katapusan. Sa unang punto sa pagbalhin, sa sinugdanan, ang Filadelfia nausab ngadto sa Laodicea, ug sa punto sa pagbalhin sa katapusan, ang Laodicea nausab pagbalik ngadto sa Filadelfia.</w:t>
      </w:r>
    </w:p>
    <w:p>
      <w:pPr>
        <w:pStyle w:val="ArticleBody"/>
        <w:jc w:val="left"/>
      </w:pPr>
      <w:r>
        <w:rPr>
          <w:rFonts w:ascii="Times New Roman" w:hAnsi="Times New Roman" w:eastAsia="Times New Roman" w:cs="Times New Roman"/>
        </w:rPr>
        <w:t>Alang sa sungay nga Republikano, ang punto sa pagbalhin mao ang kasaysayan nga mitultol ngadto sa Gubat Sibil, nga nagmugna sa partidong Republikano. Alang sa sungay nga Protestante, ang punto sa pagbalhin mao ang 1856 hangtod sa 1863, nga mao ang managsama gayud nga kasaysayan sa pagbalhin alang sa sungay nga Republikano. Gitukod niadtong 1854, ang unang nasodnong kombensiyon sa anti-ulipon nga partidong Republikano nahitabo niadtong 1856. Alang sa sungay nga Protestante, ang simbolo sa pagrebelde mao ang legal nga pag-organisa sa usa ka Iglesia. Alang sa sungay nga Republikano, ang pabor sa pagkaulipon nga partidong Demokratiko mao ang simbolo sa pagrebelde.</w:t>
      </w:r>
    </w:p>
    <w:p>
      <w:pPr>
        <w:pStyle w:val="ArticleBody"/>
        <w:jc w:val="left"/>
      </w:pPr>
      <w:r>
        <w:rPr>
          <w:rFonts w:ascii="Times New Roman" w:hAnsi="Times New Roman" w:eastAsia="Times New Roman" w:cs="Times New Roman"/>
        </w:rPr>
        <w:t>Ang ikatulong manulonda mibalik sa Kadesh sa ikaduhang higayon niadtong Septyembre 11, 2001, ug ang pagbalhin gikan sa Iglesia ngadto sa kalihukan nagsugod sulod sa profetikanhong estruktura sa sambingay sa napulo ka mga ulay. Ang unang kapakyasan nahitabo niadtong Hulyo 18, 2020 sa kataposan ug hingpit nga katumanan sa sambingay sa napulo ka mga ulay, ug sa mao gihapong tuig ang ikaunom nga presidente sukad sa panahon sa katapusan niadtong 1989, ang presidente nga “magpukaw” sa gingharian sa Grecia, nakadawat ug “makamatay nga samad” sa politika, maingon nga ang unang Republikano nga presidente nakadawat ug literal nga makamatay nga samad.</w:t>
      </w:r>
    </w:p>
    <w:p>
      <w:pPr>
        <w:pStyle w:val="ArticleBody"/>
        <w:jc w:val="left"/>
      </w:pPr>
      <w:r>
        <w:rPr>
          <w:rFonts w:ascii="Times New Roman" w:hAnsi="Times New Roman" w:eastAsia="Times New Roman" w:cs="Times New Roman"/>
        </w:rPr>
        <w:t>Ang masukod nga pagbubo sa ulahing ulan nagsugod niadtong Septyembre 11, 2001, ug kini nagpadayon hangtod sa haduol nang moabot nga balaod sa Dominggo, diin ang ulahing ulan unya igabubo na nga walay sukod. Ang ulahing ulan mao ang gahum gikan sa kahitas-an, ug si Sister White sa makadaghan nga higayon nagaila nga sa panahon nga ang usa ka gahum nagakunsad gikan sa kahitas-an, ang usa ka satanikanhong gahum motungha gikan sa ilalom. Adunay tulo ka satanikanhong mga gahum diha sa basahon sa Pinadayag nga motungha gikan sa bung-aw nga walay kinutoban ni Satanas. Ang Islam mitungha gikan sa bung-aw nga walay kinutoban niadtong Septyembre 11, 2001, uyon sa aso nga migula gikan sa bung-aw nga walay kinutoban sa unang Kaalaotan, diha sa kapitulo nuebe.</w:t>
      </w:r>
    </w:p>
    <w:p>
      <w:pPr>
        <w:pStyle w:val="ArticleScripture"/>
        <w:jc w:val="left"/>
      </w:pPr>
      <w:r>
        <w:rPr>
          <w:rFonts w:ascii="Times New Roman" w:hAnsi="Times New Roman" w:eastAsia="Times New Roman" w:cs="Times New Roman"/>
        </w:rPr>
        <w:t>Ug ang ikalimang manulonda mihuyop, ug nakita ko ang usa ka bituon nga nahulog gikan sa langit ngadto sa yuta; ug kaniya gihatag ang yawi sa kahiladman nga walay kinutoban. Ug iyang giablihan ang kahiladman nga walay kinutoban; ug mituybo ang aso gikan sa kahiladman, ingon sa aso sa usa ka dakung hudno; ug ang adlaw ug ang hangin mingitngit tungod sa aso nga gikan sa kahiladman. Ug gikan sa aso migula ang mga dulon sa ibabaw sa yuta: ug kanila gihatag ang gahum, maingon nga ang mga tanga sa yuta adunay gahum. Ug gisugo sila nga dili nila dauton ang balili sa yuta, ni ang bisan unsang lunhaw nga butang, ni ang bisan unsang kahoy; kondili kadtong mga tawo lamang nga walay timri sa Dios sa ilang mga agtang. Pinadayag 9:1–4.</w:t>
      </w:r>
    </w:p>
    <w:p>
      <w:pPr>
        <w:pStyle w:val="ArticleBody"/>
        <w:jc w:val="left"/>
      </w:pPr>
      <w:r>
        <w:rPr>
          <w:rFonts w:ascii="Times New Roman" w:hAnsi="Times New Roman" w:eastAsia="Times New Roman" w:cs="Times New Roman"/>
        </w:rPr>
        <w:t>Sa dihang miabot ang Islam sa ikatulong kaalaotan niadtong Septiyembre 11, 2001, ingon nga gihulagway pinaagi sa nahaunang kaalaotan, dili kini makadaot niadtong may timri sa Dios, sa ingon nagpaila sa sinugdanan sa pagtimri sa usa ka gatus ug kap-atan ug upat ka libo. Ang pagkatapos sa pagtimri mahitabo sa haduol nang umalabot nga balaod sa Domingo sa Tinipong Bansa, diin ang mananap nga gikan sa dagat nga nakadawat ug makamatay nga samad, ug nahikalimtan na, mosaka gikan sa kahiladman nga walay kinutuban aron mahimong ikawalong gingharian nga iya sa pito.</w:t>
      </w:r>
    </w:p>
    <w:p>
      <w:pPr>
        <w:pStyle w:val="ArticleScripture"/>
        <w:jc w:val="left"/>
      </w:pPr>
      <w:r>
        <w:rPr>
          <w:rFonts w:ascii="Times New Roman" w:hAnsi="Times New Roman" w:eastAsia="Times New Roman" w:cs="Times New Roman"/>
        </w:rPr>
        <w:t>Ang mananap nga imong nakita kaniadto mao ang naglungtad, ug karon wala na; ug motungha gikan sa walay-kinutobang kahiladman, ug mopadulong ngadto sa kalaglagan: ug ang mga nanagpuyo sa yuta manghibulong, kadtong ang ilang mga ngalan wala mahisulat diha sa basahon sa kinabuhi sukad pa sa pagkatukod sa kalibotan, sa dihang ilang makita ang mananap nga kaniadto naglungtad, ug karon wala na, ug bisan pa niana anaa gihapon. Pinadayag 17:8.</w:t>
      </w:r>
    </w:p>
    <w:p>
      <w:pPr>
        <w:pStyle w:val="ArticleBody"/>
        <w:jc w:val="left"/>
      </w:pPr>
      <w:r>
        <w:rPr>
          <w:rFonts w:ascii="Times New Roman" w:hAnsi="Times New Roman" w:eastAsia="Times New Roman" w:cs="Times New Roman"/>
        </w:rPr>
        <w:t>Ang profesiyahanong yugto sa pagtimri sa usa ka gatus ug kap-atan ug upat ka libo nagsugod uban sa usa ka gahum nga mitungha gikan sa bung-aw nga walay kinutoban, ug kini matapos uban sa usa ka gahum nga motungha gikan sa bung-aw nga walay kinutoban. Sa tunga-tunga nianang kasaysayan, ang mapintas nga mananap sa ateyismo, ang gahum sa dragon nga “woke,” mitungha usab gikan sa bung-aw nga walay kinutoban aron sa pagpatay sa duha ka mga saksi. Ang Alpha ug Omega nagbutang sa Iyang pirma ibabaw niining kasaysayan.</w:t>
      </w:r>
    </w:p>
    <w:p>
      <w:pPr>
        <w:pStyle w:val="ArticleScripture"/>
        <w:jc w:val="left"/>
      </w:pPr>
      <w:r>
        <w:rPr>
          <w:rFonts w:ascii="Times New Roman" w:hAnsi="Times New Roman" w:eastAsia="Times New Roman" w:cs="Times New Roman"/>
        </w:rPr>
        <w:t>Ug sa diha nga mahuman na nila ang ilang pagpamatuod, ang mapintas nga mananap nga mosaka gikan sa kahiladman nga walay kinutoban makiggubat batok kanila, ug modaug kanila, ug mopatay kanila. Ug ang ilang mga lawas nga patay mahigda sa dalan sa dakong siyudad, nga sa espirituwal gitawag ug Sodoma ug Egipto, diin usab ang atong Ginoo gilansang sa krus. Ug ang mga tawo gikan sa mga katawhan ug mga kaliwatan ug mga pinulongan ug mga nasud motan-aw sa ilang mga lawas nga patay sulod sa tulo ka adlaw ug tunga, ug dili motugot nga ang ilang mga lawas nga patay ilubong sa mga lubnganan. Ug ang mga nagpuyo sa yuta magakalipay tungod kanila, ug magapista, ug magpadalag mga gasa sa usa’g usa; kay kining duruha ka mga manalagna nagsakit kanila nga nagpuyo sa yuta. Ug human sa tulo ka adlaw ug tunga ang Espiritu sa kinabuhi nga gikan sa Dios misulod kanila, ug mitindog sila sa ilang mga tiil; ug daku nga kahadlok miabot ibabaw niadtong mga nakakita kanila. Pinadayag 11:7–11.</w:t>
      </w:r>
    </w:p>
    <w:p>
      <w:pPr>
        <w:pStyle w:val="ArticleBody"/>
        <w:jc w:val="left"/>
      </w:pPr>
      <w:r>
        <w:rPr>
          <w:rFonts w:ascii="Times New Roman" w:hAnsi="Times New Roman" w:eastAsia="Times New Roman" w:cs="Times New Roman"/>
        </w:rPr>
        <w:t>Sa tuig 2020, ang Republikano ug ang tinuod nga Protestante nga mga sungay gipatay. Ang usa pinaagi sa politikal nga gahum sa dragon sa ateyismo, ug ang usa pinaagi sa espirituwal nga gahum sa dragon sa ateyismo. Unya sila nangamatay sulod sa usa ka yugto sa panahon nga gihulagway nga tulo ug tunga ka adlaw, diin human niana mibarog sila sa ilang mga tiil, ug dakong kahadlok ang miabot ibabaw niadtong gihulagway ingon nga gahum sa dragon. Ang kahadlok nga karon ginapadayag sa mga progresibong Demokratiko tungod sa pag-usab pagtungha sa politikal nga kusog ni Donald Trump maoy katumanan sa tagna. Ang “kahadlok” nga ginapadayag niadtong misunod sa ministeryo sa Future for America nagrepresentar sa lahi nga matang sa kahadlok.</w:t>
      </w:r>
    </w:p>
    <w:p>
      <w:pPr>
        <w:pStyle w:val="ArticleBody"/>
        <w:jc w:val="left"/>
      </w:pPr>
      <w:r>
        <w:rPr>
          <w:rFonts w:ascii="Times New Roman" w:hAnsi="Times New Roman" w:eastAsia="Times New Roman" w:cs="Times New Roman"/>
        </w:rPr>
        <w:t>Kadtong mga angay unta mahadlok sa mensahe sa Future for America mao ang mga Adventistang Laodiceano, nga gitawag ang tanan nga maapil unta sa usa ka gatus ug kap-atan ug upat ka libo. Apan ingon nga tinuod nga mga Laodiceano, nga nagkinabuhi sa ikaupat nga kaliwatan, nga mao ang kaliwatan sa mga bitin ug mga mananapaw, wala silay kahadlok. Ang kahadlok nga ilang kinahanglan kuptan mao ang walay-kataposang maayong balita nga nagsugo sa mga tawo sa “kahadloki ninyo ang Dios, ug ihatag kaniya ang himaya; kay miabut na ang takna sa iyang paghukom.”</w:t>
      </w:r>
    </w:p>
    <w:p>
      <w:pPr>
        <w:pStyle w:val="ArticleBody"/>
        <w:jc w:val="left"/>
      </w:pPr>
      <w:r>
        <w:rPr>
          <w:rFonts w:ascii="Times New Roman" w:hAnsi="Times New Roman" w:eastAsia="Times New Roman" w:cs="Times New Roman"/>
        </w:rPr>
        <w:t>Kana nga taknaa mao ang taknaa sa daku nga linog, nga mahitabo sa dihang ang duha ka mga saksi sa usa ka gatus ug kap-atan ug upat ka libo pagabayawon ingon nga usa ka bandila, sa gayud maong panahon nga ang Iglesia sa Laodicea igasuka gikan sa baba sa Ginoo.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sa diha nga mahuman na nila ang ilang pagpamatuod, ang mananap nga mosaka gikan sa bung-aw nga walay kinutoban makiggubat batok kanila, ug modaog batok kanila, ug mopatay kanila. Ug ang ilang mga minatayng lawas mahigda sa dalan sa dakong siyudad, nga sa espirituwal gitawag ug Sodoma ug Ehipto, diin usab ang atong Ginoo gilansang sa krus.’ [Pinadayag 11:7, 8.]”</w:t>
      </w:r>
    </w:p>
    <w:p>
      <w:pPr>
        <w:pStyle w:val="ArticleScripture"/>
        <w:jc w:val="left"/>
      </w:pPr>
      <w:r>
        <w:rPr>
          <w:rFonts w:ascii="Times New Roman" w:hAnsi="Times New Roman" w:eastAsia="Times New Roman" w:cs="Times New Roman"/>
        </w:rPr>
        <w:t>“Kining mga hitabo mahitabo unta duol sa pagtapos sa yugto diin ang mga saksi nagpanghimatuod nga nagsul-ob ug sako. Pinaagi sa pagkapapado, si Satanas dugay nang nagkontrol sa mga gahom nga naghari sa Simbahan ug sa Estado. Ang makahahadlok nga mga sangpotanan labi nang makita sa mga nasod nga misalikway sa kahayag sa Repormasyon. Adunay kahimtang sa moral nga pagkadaot ug pagkahugaw nga susama sa kahimtang sa Sodoma sa dili pa ang pagkalaglag niini, ug sa pagsimba sa mga diosdios ug espirituhanong kangitngit nga mipatigbabaw sa Egipto sa mga adlaw ni Moises.”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Kaluhaan ug Siyam</dc:title>
  <dc:subject>Pagpadayag sa Mahinungdanong Kahulogan sa Tagna: Ang Republikano nga Sungay ug ang Kataposang mga Lihok</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