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Gatos ug Katloan ka Numero Usa</w:t>
      </w:r>
    </w:p>
    <w:p>
      <w:pPr>
        <w:pStyle w:val="ArticleSubtitle"/>
        <w:jc w:val="left"/>
      </w:pPr>
      <w:r>
        <w:rPr>
          <w:rFonts w:ascii="Arial" w:hAnsi="Arial" w:eastAsia="Arial" w:cs="Arial"/>
        </w:rPr>
        <w:t>Ang Propetikong Pagbalhin sa Tinipong Bansa sa Amerika: Gikan sa Ikaunom nga Gingharian ngadto sa Tulo-Kabahin nga Panaghiusa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2024-03-11</w:t>
      </w:r>
    </w:p>
    <w:p>
      <w:pPr>
        <w:pStyle w:val="ArticleBody"/>
        <w:jc w:val="left"/>
      </w:pPr>
      <w:r>
        <w:rPr>
          <w:rFonts w:ascii="Times New Roman" w:hAnsi="Times New Roman" w:eastAsia="Times New Roman" w:cs="Times New Roman"/>
        </w:rPr>
        <w:t>Sa diha nga ipatuman sa Estados Unidos ang umaabot nga balaod sa Domingo, mohunong kini sa pagkaunom nga gingharian sa tagna sa Biblia ug mobalhin ngadto sa usa sa tulo ka bahin sa tuloanong panaghiusa sa Modernong Roma. Ang presidente nga magpatuman sa balaod sa Domingo mao ang ulahing presidente, ug siya mahimong usa ka Republikano nga presidente. Kini natukod ibabaw sa duha ka mga saksi.</w:t>
      </w:r>
    </w:p>
    <w:p>
      <w:pPr>
        <w:pStyle w:val="ArticleBody"/>
        <w:jc w:val="left"/>
      </w:pPr>
      <w:r>
        <w:rPr>
          <w:rFonts w:ascii="Times New Roman" w:hAnsi="Times New Roman" w:eastAsia="Times New Roman" w:cs="Times New Roman"/>
        </w:rPr>
        <w:t>Si Abraham Lincoln, nga mao ang unang Republikano nga presidente, “misulti” sa Emancipation Proclamation niadtong 1863, nga mao ang tunga-tungang timaan sa pagsulti sa propetikong kasaysayan sa mananap sa yuta. Sa dihang “misulti” si Lincoln sa Emancipation Proclamation, niadtong 1863, siya mao ang unang Republikano nga presidente, sa ingon naghulagway sa kataposang Republikano nga presidente. Si Abraham Lincoln nagrepresentar sa kataposang timaan sa unang yugto sa mananap sa yuta ug usab sa unang timaan sa ikaduhang yugto sa mananap sa yuta. Si Jesus kanunay naghulagway sa katapusan pinaagi sa sinugdanan. Sa dihang ang mananap sa yuta mosulti ingon nga usa ka dragon, sa katapusan sa kataposan sa duha ka yugto, ang presidente mahimong usa ka Republikano nga presidente, ingon sa gihulagway ni Lincoln.</w:t>
      </w:r>
    </w:p>
    <w:p>
      <w:pPr>
        <w:pStyle w:val="ArticleBody"/>
        <w:jc w:val="left"/>
      </w:pPr>
      <w:r>
        <w:rPr>
          <w:rFonts w:ascii="Times New Roman" w:hAnsi="Times New Roman" w:eastAsia="Times New Roman" w:cs="Times New Roman"/>
        </w:rPr>
        <w:t>Ang ikaduhang saksi nga ang ulahing presidente mahimong usa ka Republikano nga presidente mao ang yugto nga nagsugod sa panahon sa katapusan niadtong 1989 uban kang Ronald Reagan. Ang matagnaong yugto gikan sa 1989 hangtod sa haduol na nga umalabot nga balaod sa Domingo girepresentahan sa matagnaong yugto sa pagpangandam alang sa paglingkod sa tronong papa sa Roma sa kasaysayan gikan sa 508 ngadto sa 538. Kana nga matagnaong yugto sa pagpangandam alang sa paghatag ug gahum sa anticristo niadtong 538 gitipoan sa katloan ka tuig nga pagpangandam ni Cristo, nga mao gikan sa Iyang pagkatawo hangtod sa Iyang bunyag.</w:t>
      </w:r>
    </w:p>
    <w:p>
      <w:pPr>
        <w:pStyle w:val="ArticleBody"/>
        <w:jc w:val="left"/>
      </w:pPr>
      <w:r>
        <w:rPr>
          <w:rFonts w:ascii="Times New Roman" w:hAnsi="Times New Roman" w:eastAsia="Times New Roman" w:cs="Times New Roman"/>
        </w:rPr>
        <w:t>Ang anticristo may katloan ka tuig nga yugto sa pagpangandam nga peke nga nagsundog sa katloan ka tuig nga pagpangandam ni Cristo. Ang katloan ka tuig nga yugto sa pagpangandam alang kang Cristo, ug alang usab sa anticristo, naghatag ug duha ka mga saksi sa usa ka yugto sa pagpangandam alang sa pagkaayo sa samad nga makamatay sa hapit na moabot nga balaod sa Domingo. Kana nga yugto sa pagpangandam nagsugod sa panahon sa katapusan niadtong 1989, maingon nga ang yugto sa pagpangandam ni Cristo miabot sa dihang Siya natawo, nga maoy nagtimaan sa panahon sa katapusan sa Iyang kasaysayang manalagna.</w:t>
      </w:r>
    </w:p>
    <w:p>
      <w:pPr>
        <w:pStyle w:val="ArticleBody"/>
        <w:jc w:val="left"/>
      </w:pPr>
      <w:r>
        <w:rPr>
          <w:rFonts w:ascii="Times New Roman" w:hAnsi="Times New Roman" w:eastAsia="Times New Roman" w:cs="Times New Roman"/>
        </w:rPr>
        <w:t>Sa wala pa ang ulahing presidente, ang bersikulo dos sa Daniel onse nagtudlo nga adunay unom ka mga presidente nga moabut paingon sa adunahang presidente nga “nagapukaw” sa gingharian sa mga globalista. Ang nahauna niadtong unom ka mga presidente mao si Ronald Reagan, usa ka Republikano. Si Ronald Reagan ug si Abraham Lincoln nagahatag sa duha ka mga saksi. Ang timaan sa dalan sa pagrebelde sa 1863, ug ang linya sa mga presidente nga nagsugod niadtong 1989, nagapunting sa mga kinaiya sa katapusang presidente sa Tinipong Bansa sa Amerika.</w:t>
      </w:r>
    </w:p>
    <w:p>
      <w:pPr>
        <w:pStyle w:val="ArticleBody"/>
        <w:jc w:val="left"/>
      </w:pPr>
      <w:r>
        <w:rPr>
          <w:rFonts w:ascii="Times New Roman" w:hAnsi="Times New Roman" w:eastAsia="Times New Roman" w:cs="Times New Roman"/>
        </w:rPr>
        <w:t>Si Ronald Reagan usa ka simbolo sa nahauna, ug busa naghulagway sa naulahi. Si Reagan usa ka kanhing bituon sa media, usa ka kanhing Demokrata nga nakabig aron mahimong Republikano. Nailhan siya tungod sa iyang mapukawong paggamit sa pinulongang Iningles. Nailhan siya tungod sa iyang pagbati sa humor. Siya usa ka nag-angkon nga Protestante, nga nagpakita nga wala gayod niya tinuod masabti kon unsay kahulogan sa pagka-Protestante sa dihang nagporma siya ug pakigsaad uban sa anticristo sa tagna sa Biblia.</w:t>
      </w:r>
    </w:p>
    <w:p>
      <w:pPr>
        <w:pStyle w:val="ArticleBody"/>
        <w:jc w:val="left"/>
      </w:pPr>
      <w:r>
        <w:rPr>
          <w:rFonts w:ascii="Times New Roman" w:hAnsi="Times New Roman" w:eastAsia="Times New Roman" w:cs="Times New Roman"/>
        </w:rPr>
        <w:t>Pabor siya sa Amerika, ug sa politika wala siyay kahadlok. Siya giuna sa labing dili epektibong presidente niadtong panahona sa modernong politika, ug ang iyang gisundan mituybo sa mga gipangayo sa radikal nga Islam. Tingali ang labing mahinungdanong butang nga iyang gipahayag, ug nga kaniya gihatag ang pag-ila nga natuman niya, mao sa dihang miingon siya, “Mr. Gorbachev, tear down this wall.”</w:t>
      </w:r>
    </w:p>
    <w:p>
      <w:pPr>
        <w:pStyle w:val="ArticleBody"/>
        <w:jc w:val="left"/>
      </w:pPr>
      <w:r>
        <w:rPr>
          <w:rFonts w:ascii="Times New Roman" w:hAnsi="Times New Roman" w:eastAsia="Times New Roman" w:cs="Times New Roman"/>
        </w:rPr>
        <w:t>Si Donald Trump usa ka simbolo sa ulahi, ug busa gihulagway pinaagi sa nahauna. Si Trump usa ka kanhing bitoon sa media, usa ka kanhing Demokratiko nga mibalhin ngadto sa Republikano. Nailhan siya tungod sa iyang mapukawong paggamit sa pinulongang Iningles. Nailhan siya tungod sa iyang pagbati sa humor. Siya usa ka nagaangkon nga Protestante, nga nagpakita nga wala gayod siya makasabot sa tinuod nga kahulogan sa pagkamap Protestante, ug maghimo siya ug alyansa uban sa anticristo sa tagna sa Biblia diha sa hapit na moabot nga balaod sa Domingo.</w:t>
      </w:r>
    </w:p>
    <w:p>
      <w:pPr>
        <w:pStyle w:val="ArticleBody"/>
        <w:jc w:val="left"/>
      </w:pPr>
      <w:r>
        <w:rPr>
          <w:rFonts w:ascii="Times New Roman" w:hAnsi="Times New Roman" w:eastAsia="Times New Roman" w:cs="Times New Roman"/>
        </w:rPr>
        <w:t>Pabor siya sa Amerika, ug sa politika walay kahadlok. Giunhan siya sa labing walay-kapuslanan nga presidente sa maong kapanahonan sa modernong politika, ug sa dihang mapili siya pag-usab sa 2024, sa makausa pa giunhan na usab siya sa bag-ong labing walay-kapuslanan nga presidente sa kapanahonan sa modernong politika. Sa duha ka higayon, ang iyang mga gisundan nailhan tungod sa pagyukbo sa mga gipangayo sa radikal nga Islam. Sa pagkatinuod, ang labing mahinungdanon nga butang nga iyang nahisgotan sukad, ug nga pagahatagan siya ug pasidungog tungod sa pagtuman niini, mao ang, “Tukora ang kuta.”</w:t>
      </w:r>
    </w:p>
    <w:p>
      <w:pPr>
        <w:pStyle w:val="ArticleBody"/>
        <w:jc w:val="left"/>
      </w:pPr>
      <w:r>
        <w:rPr>
          <w:rFonts w:ascii="Times New Roman" w:hAnsi="Times New Roman" w:eastAsia="Times New Roman" w:cs="Times New Roman"/>
        </w:rPr>
        <w:t>Dili kini aron pag-angkon nga si Jimmy Carter, Barack Hussein Obama ug Joe Biden wala mahimong hilabihan ka epektibo sa ilang mga pagkapresidente; hinuon, ang ilang pagkaepektibo gibase sa ilang buhat sa paglaglag sa mga prinsipyo nga gililok diha sa Konstitusyon sa Tinipong Bansa sa Amerika, mao gayud ang dokumento nga ilang tagsatagsa gipanumpaan nga panalipdan ug bantayan, inubanan sa kamatuoran nga gitugotan ni Carter ang Islam sa pagpabiling adunay mga bihag hangtod sa eleksiyon ni Reagan, ug nga si Obama mihimo ug usa ka panaw sa pagpangayo og pasaylo ngadto sa kalibotang Islamiko ug mihatag ug dili moubos sa usa ka bilyong dolyar nga salapi sa pangunang bangko sa radikal nga Islam, ug ang talaan ni Biden sa iyang pagsuporta sa Islam hilabihan na kataas aron malista.</w:t>
      </w:r>
    </w:p>
    <w:p>
      <w:pPr>
        <w:pStyle w:val="ArticleBody"/>
        <w:jc w:val="left"/>
      </w:pPr>
      <w:r>
        <w:rPr>
          <w:rFonts w:ascii="Times New Roman" w:hAnsi="Times New Roman" w:eastAsia="Times New Roman" w:cs="Times New Roman"/>
        </w:rPr>
        <w:t>Natuman ni Ronald Reagan ang buluhaton sa pagguba sa simbolikong kuta nga gitawag ug “the iron curtain”, ug niadtong Nobyembre 11, 1989 ang kuta sa Berlin nahugno aron markahan kanang espirituwal nga pagdaug pinaagi sa usa ka literal nga timailhan. Gub-on ni Trump ang simbolikong kuta sa pagbulag sa Iglesia ug Estado, ug ang ikatulong Kaalaotan mohatag ug literal nga timailhan nianang hitaboa. Kadtong hitaboa maoy motapos sa yugto sa pagpatik sa usag-kapulo ug upat ka libo, nga nagsugod sa pag-abot sa Islam sa ikatulong Kaalaotan, nga mihatag ug literal nga timailhan sa pag-ila nga ang espirituwal nga buluhaton sa yugto sa pagpatik nagsugod na. Ang Oktubre 7, 2023, maoy naghatag sa tunga-tungang bahin sa tulo ka literal nga makasaysayanong mga timailhan sa panahon sa pagpatik sa usag-kapulo ug upat ka libo.</w:t>
      </w:r>
    </w:p>
    <w:p>
      <w:pPr>
        <w:pStyle w:val="ArticleBody"/>
        <w:jc w:val="left"/>
      </w:pPr>
      <w:r>
        <w:rPr>
          <w:rFonts w:ascii="Times New Roman" w:hAnsi="Times New Roman" w:eastAsia="Times New Roman" w:cs="Times New Roman"/>
        </w:rPr>
        <w:t>Sa taliwala nianang kasaysayan sa pagtimri, ang ikaunom nga presidente sukad kang Ronald Reagan sa simbolikong politikal gipatay sa mananap gikan sa kahiladman nga walay kinutoban. Ang mananap gikan sa kahiladman nga walay kinutoban sa sinugdanan sa panahon sa pagtimri mao ang Islam, nga nagrepresentar kang Mohammed, usa ka simbolo sa mini nga manalagna. Ang mananap gikan sa kahiladman nga walay kinutoban sa katapusan sa panahon sa pagtimri mao ang mananap gikan sa dagat sa Katolisismo, kansang samad nga makamatay unya mamaayo. Ang mananap gikan sa kahiladman nga walay kinutoban nga motungha sa tunga-tunga sa panahon sa pagtimri mao ang mananap sa ateyismo, ang dragon. Ang mananap nga dragon gikan sa kahiladman nga walay kinutoban, sa tunga-tunga sa panahon sa pagtimri mopatay sa duha ka mga saksi diha sa Pinadayag kapitulo onse.</w:t>
      </w:r>
    </w:p>
    <w:p>
      <w:pPr>
        <w:pStyle w:val="ArticleBody"/>
        <w:jc w:val="left"/>
      </w:pPr>
      <w:r>
        <w:rPr>
          <w:rFonts w:ascii="Times New Roman" w:hAnsi="Times New Roman" w:eastAsia="Times New Roman" w:cs="Times New Roman"/>
        </w:rPr>
        <w:t>Ang paksyon sa Demokratikong dragon nga pabor sa pagkaulipon sa Gubat Sibil sa Estados Unidos sa literal gayod mipatay sa unang Republikano nga presidente. Ang Gubat Sibil opisyal nga natapos niadtong Abril 9, 1865, ug namatay si Lincoln usa ka semana sa ulahi, sa ika-15, bisan pa nga siya gipusil sa adlaw sa wala pa kana. Ang gubat natapos sa ikapitong-adlaw nga Igpapahulay, ug namatay si Lincoln sa ikapitong-adlaw nga Igpapahulay.</w:t>
      </w:r>
    </w:p>
    <w:p>
      <w:pPr>
        <w:pStyle w:val="ArticleBody"/>
        <w:jc w:val="left"/>
      </w:pPr>
      <w:r>
        <w:rPr>
          <w:rFonts w:ascii="Times New Roman" w:hAnsi="Times New Roman" w:eastAsia="Times New Roman" w:cs="Times New Roman"/>
        </w:rPr>
        <w:t>Ang mga globalista nga gipukaw (gipalihok) batok sa adunahan ug gamhanang presidente, nakahimo ug usa ka politikal nga asasinasyon niadtong Nobiyembre 3, 2020. Kana nga mapintas nga mananap gikan sa bung-aw nga walay kinahiladman nagrepresentar sa dragon nga mananap nga sa simbolikong paagi mipatay sa kataposang Republikano nga presidente, maingon nga gitipoan pinaagi sa literal nga kamatayon sa unang Republikano nga presidente. Giila sa Pulong sa Dios nga human ang kalibotan nagmaya tungod sa iyang kamatayon, motindog siya sa iyang mga tiil. Anaa na kita karon sa 2024, ug dayag nga si Trump nabuhi pag-usab, bisan pa sa tanang paggamitan sa balaod batok kaniya, mga bakak, propaganda, ug kuwarta nga gilabay batok kaniya.</w:t>
      </w:r>
    </w:p>
    <w:p>
      <w:pPr>
        <w:pStyle w:val="ArticleBody"/>
        <w:jc w:val="left"/>
      </w:pPr>
      <w:r>
        <w:rPr>
          <w:rFonts w:ascii="Times New Roman" w:hAnsi="Times New Roman" w:eastAsia="Times New Roman" w:cs="Times New Roman"/>
        </w:rPr>
        <w:t>Diha sa panaglalis nga nagapadayag sa iyang kaugalingon sa Tinipong Bansa sa Amerika, ug sa ingon nagahulagway daan sa mao rang panaglalis sa kalibotan, usa ka satanikong gahum gikan sa ubos motungha sa panahon nga ang gahum sa Dios, ingon nga girepresentahan sa ulahing ulan, nagakunsad gikan sa itaas.</w:t>
      </w:r>
    </w:p>
    <w:p>
      <w:pPr>
        <w:pStyle w:val="ArticleBody"/>
        <w:jc w:val="left"/>
      </w:pPr>
      <w:r>
        <w:rPr>
          <w:rFonts w:ascii="Times New Roman" w:hAnsi="Times New Roman" w:eastAsia="Times New Roman" w:cs="Times New Roman"/>
        </w:rPr>
        <w:t>Sa kasaysayan gikan sa Septiyembre 11, 2001, hangtod sa haduol nang pag-abot sa balaod sa Domingo sa Estados Unidos, ang Islam sa ikatulong Kaalaotan migula gikan sa kahiladman nga walay kinutoban ingon nga aso, nga nagrepresentar sa aso sa nagdilaab nga mga bilding sa sinugdanan niadtong kasaysayana. Niadtong 2016, ang Komunistang woke-ism sa mga globalista misaka aron patyon ang duha ka mga saksi. Unya sa haduol nang pag-abot sa balaod sa Domingo, ang kapapahan, nga unya mamahimong ikawalong mapintas nga mananap nga iya sa pito, mosaka ngadto sa trono sa yuta samtang ang makamatay nga samad niini mamaayo.</w:t>
      </w:r>
    </w:p>
    <w:p>
      <w:pPr>
        <w:pStyle w:val="ArticleBody"/>
        <w:jc w:val="left"/>
      </w:pPr>
      <w:r>
        <w:rPr>
          <w:rFonts w:ascii="Times New Roman" w:hAnsi="Times New Roman" w:eastAsia="Times New Roman" w:cs="Times New Roman"/>
        </w:rPr>
        <w:t>Ang mga mananap nga nagrepresentar sa gahum nga nagagikan sa ubos, sa panahon nga ang ulahing ulan nagapaulan ingon nga gahum gikan sa itaas, nagrepresentar sa usa ka propetikong “Kamatuoran.” Ang una nga mosaka ingon nga aso mao ang Islam sa ikatulong Kasilag, sa panahon nga ang unang tingog sa Pinadayag kapitulo disi-otso modahunog, ug kini mosaka sa dihang ang ulahing ulan magsugod na sa “pagtakus”. Ang ulahing mananap nga mosaka mao ang kapapahan, sa panahon nga ang ikaduhang tingog sa Pinadayag kapitulo disi-otso modahunog, ug kini mosaka sa dihang ang ulahing ulan ginabubo na nga walay takus.</w:t>
      </w:r>
    </w:p>
    <w:p>
      <w:pPr>
        <w:pStyle w:val="ArticleBody"/>
        <w:jc w:val="left"/>
      </w:pPr>
      <w:r>
        <w:rPr>
          <w:rFonts w:ascii="Times New Roman" w:hAnsi="Times New Roman" w:eastAsia="Times New Roman" w:cs="Times New Roman"/>
        </w:rPr>
        <w:t>Ang nahauna nagatipo sa ulahi, ug ang mananap nga mitungha sa tunga mao ang mananap sa ateistikong globalismo nga mipatay sa duha ka mga saksi niadtong 2020. Ang usa ka saksi mao ang sungay nga Protestante, ug ang usa mao ang sungay nga Republikano. Ang pagsukol ug anarkiya nga nalangkit sa mananap sa ateismo gilarawan pinaagi sa ikanapulog-tulo nga letra sa Hebreohanong alpabeto, ug kana nga mananap gikan sa bung-aw nga walay kinahiladman miabot taliwala sa nahauna ug ulahing mga mananap gikan sa bung-aw nga walay kinahiladman, ug kana nagamugna sa kahulogan sa Hebreohanong pulong nga “kamatuoran”, bisan pa kon kini usa ka kamatuoran nga nagaila sa satanikong gahum nga nagagikan sa ubos sa panahon nga ang langitnong gahum nagagikan sa ibabaw.</w:t>
      </w:r>
    </w:p>
    <w:p>
      <w:pPr>
        <w:pStyle w:val="ArticleBody"/>
        <w:jc w:val="left"/>
      </w:pPr>
      <w:r>
        <w:rPr>
          <w:rFonts w:ascii="Times New Roman" w:hAnsi="Times New Roman" w:eastAsia="Times New Roman" w:cs="Times New Roman"/>
        </w:rPr>
        <w:t>Tulo ka adlaw ug tunga human mapatay ang duha ka mga saksi, usa ka “tunga nga tingog” misugod sa pagtunog. Kini mao ang “tingog sa usa nga nagasinggit didto sa kamingawan”. Kana nga tingog mao ang “katapusan” sa tingog sa mensahero nga nagaandam sa dalan alang sa Mensahero sa Pakigsaad, ug ang sinugdanan sa tingog ni Elias, nga nagtawag sa mga lalaki ug mga babaye ngadto sa Bukid Carmel.</w:t>
      </w:r>
    </w:p>
    <w:p>
      <w:pPr>
        <w:pStyle w:val="ArticleScripture"/>
        <w:jc w:val="left"/>
      </w:pPr>
      <w:r>
        <w:rPr>
          <w:rFonts w:ascii="Times New Roman" w:hAnsi="Times New Roman" w:eastAsia="Times New Roman" w:cs="Times New Roman"/>
        </w:rPr>
        <w:t>“Mga igsoon nga lalaki ug mga igsoon nga babaye, hinaut unta nga aduna akoy masulti aron pukawon kamo ngadto sa pag-ila sa kamahinungdanon niining panahona, sa kahulugan sa mga hitabo nga nagakahitabo karon. Gitudlo ko kamo ngadto sa mapintas nga mga lihok nga ginahimo karon aron pugngan ang kagawasan sa relihiyon. Ang balaan nga handumanan sa Dios gilumpag, ug sa iyang dapit mitindog sa atubangan sa kalibotan ang usa ka mini nga adlaw nga igpapahulay, nga walay pagkabalaan. Ug samtang ang mga gahum sa kangitngit nagapukaw sa mga elemento gikan sa ubos, ang Ginoong Dios sa langit nagapadala ug gahum gikan sa itaas aron atubangon ang maong kagipitan pinaagi sa pagpukaw sa Iyang buhing mga galamiton aron ibayaw ang balaod sa langit. Karon, niining taknaa gayud, mao kini ang atong panahon sa pagbuhat sa mga langyawng mga nasod. Sa dihang ang Amerika, ang yuta sa kagawasan sa relihiyon, mahiusa na sa kapapahan sa pagpugos sa konsensiya ug sa pagpugos sa mga tawo sa pagpasidungog sa mini nga adlaw nga igpapahulay, ang mga katawhan sa matag nasod sa tibuok kalibotan madala sa pagsunod sa iyang ehemplo. Ang atong katawhan wala pa gani sa katunga nga napukaw aron buhaton ang tanan nga anaa sa ilang gahum, uban sa mga paagi nga anaa sa ilang makab-ot, sa pagpalapad sa mensahe sa pasidaan.</w:t>
      </w:r>
    </w:p>
    <w:p>
      <w:pPr>
        <w:pStyle w:val="ArticleScripture"/>
        <w:jc w:val="left"/>
      </w:pPr>
      <w:r>
        <w:rPr>
          <w:rFonts w:ascii="Times New Roman" w:hAnsi="Times New Roman" w:eastAsia="Times New Roman" w:cs="Times New Roman"/>
        </w:rPr>
        <w:t>“Ang Ginoong Dios sa langit dili magpadala sa kalibotan sa Iyang mga paghukom tungod sa pagkamasinupilon ug kalapasan hangtod nga Iyang mapadala ang Iyang mga magbalantay sa paghatag sa pasidaan. Dili Niya tapuson ang panahon sa pagsulay hangtod nga ang mensahe ikamantala sa labi pang tin-aw. Ang balaod sa Dios pagadakuon; ang mga gipangangkon niini igapahayag diha sa ilang tinuod ug balaan nga kinaiya, aron ang katawhan madala sa pagbuot pabor batok sa kamatuoran. Apan ang buluhaton pagapamub-an diha sa pagkamatarong. Ang mensahe sa pagkamatarong ni Cristo kinahanglan mopatigbabaw gikan sa usa ka tumoy sa yuta ngadto sa lain aron sa pag-andam sa dalan sa Ginoo. Mao kini ang himaya sa Dios, nga maoy motapos sa buluhaton sa ikatulong manulonda.” Testimonies, tomo 6, 18, 19.</w:t>
      </w:r>
    </w:p>
    <w:p>
      <w:pPr>
        <w:pStyle w:val="ArticleBody"/>
        <w:jc w:val="left"/>
      </w:pPr>
      <w:r>
        <w:rPr>
          <w:rFonts w:ascii="Times New Roman" w:hAnsi="Times New Roman" w:eastAsia="Times New Roman" w:cs="Times New Roman"/>
        </w:rPr>
        <w:t>Ang mensahe nga nagsugod sa katapusan sa Hulyo, 2023 karon “sa tin-aw nagamantala,” sa “pasidaan,” nga nagaila sa “kahinungdanon niining panahona, sa importansiya sa mga panghitabo nga nagakahitabo karon.” Kini sa tin-aw nagaila sa “mga gahum sa kangitngit” nga “nagpalihok sa mga elemento gikan sa ilalom,” ug nga “ang Ginoong Dios sa langit” nagsugod sa “pagpadala ug gahum gikan sa ibabaw” niadtong Septyembre 11, 2001. Kini “nagapatingog” sa “mensahe sa pagkamatarong ni Cristo” “gikan sa usa ka tumoy sa yuta ngadto sa pikas.” Takna na gayod ang “pagmata” “sa kahinungdanon niining panahona,” kay ang Dios karon magsugod na sa “pagpadala sa kalibotan sa Iyang mga paghukom tungod sa pagkamasupilon ug paglapas.”</w:t>
      </w:r>
    </w:p>
    <w:p>
      <w:pPr>
        <w:pStyle w:val="ArticleBody"/>
        <w:jc w:val="left"/>
      </w:pPr>
      <w:r>
        <w:rPr>
          <w:rFonts w:ascii="Times New Roman" w:hAnsi="Times New Roman" w:eastAsia="Times New Roman" w:cs="Times New Roman"/>
        </w:rPr>
        <w:t>Ang linya sa tagna nga girepresentahan sa 1989 ingon nga panahon sa katapusan diha sa bersikulo kap-atan, naghatag og pagpasiugda sa panggawas nga kasaysayan sa sulodnong linya sa tagna nga girepresentahan sa 1798 ingon nga panahon sa katapusan diha sa bersikulo kap-atan sa Daniel onse. Ang matagnaong kasaysayan nga nagsugod sa 1989 diha sa maong bersikulo nagaila sa tulo-ka-lakang nga proseso sa pagkaayo sa makamatay nga samad sa papal nga Roma. Gikan sa 1989 hangtod nga kana nga samad mamaayo pinaagi sa haduol nang moabot nga balaod sa Domingo nagrepresentar sa usa ka piho nga matagnaong yugto. Ang bersikulo dos sa Daniel onse nagdugang og ikaduhang linya, pinaagi sa pag-ila sa matagnaong papel sa mga presidente sa Tinipong Bansa sa Amerika, sugod kang Ronald Reagan niadtong 1989. Ang matagnaong yugto sa panahon nga nagdala ngadto sa balaod sa Domingo adunay ikaduhang saksi diha sa katloan ka tuig nga pagpangandam nga natuman gikan sa 508 hangtod sa 538, sa dihang ang kapapahan miokupa sa trono sa unang higayon ug mipasa og balaod sa Domingo nianang maong tuiga.</w:t>
      </w:r>
    </w:p>
    <w:p>
      <w:pPr>
        <w:pStyle w:val="ArticleBody"/>
        <w:jc w:val="left"/>
      </w:pPr>
      <w:r>
        <w:rPr>
          <w:rFonts w:ascii="Times New Roman" w:hAnsi="Times New Roman" w:eastAsia="Times New Roman" w:cs="Times New Roman"/>
        </w:rPr>
        <w:t>Si Cristo gibautismohan ug nagsugod sa Iyang ministeryo nga tulo ug tunga ka tuig sa dihang Siya may traynta ka tuig na ang panuigon. Ang kapapahan usa ka satanikong hulad ni Cristo, ug ang traynta ka tuig gikan sa 508 ngadto sa 538 maoy hulad sa unang traynta ka tuig ni Cristo nga mitultol ngadto sa Iyang bautismo. Ang Iyang ministeryo nga tulo ug tunga ka tuig gihuladan sa tulo ug tunga ka mapanagnaong mga tuig diin ang kapapahan nagpresentar sa kalibotan sa iyang ministeryo sa kamatayon, ingon nga hulad sa ministeryo ni Cristo sa kinabuhi.</w:t>
      </w:r>
    </w:p>
    <w:p>
      <w:pPr>
        <w:pStyle w:val="ArticleBody"/>
        <w:jc w:val="left"/>
      </w:pPr>
      <w:r>
        <w:rPr>
          <w:rFonts w:ascii="Times New Roman" w:hAnsi="Times New Roman" w:eastAsia="Times New Roman" w:cs="Times New Roman"/>
        </w:rPr>
        <w:t>Sa katapusan sa Iyang ministeryo Siya namatay, mipahulay sa lubnganan sa ikapitong adlaw, ug unya nabanhaw. Sa 1798, sa katapusan sa satanikong ministeryo sa kapadohan sulod sa tulo ug tunga ka propetikong mga tuig, ang kapadohan nakadawat sa makamatay nga samad; unya kini nahikalimtan sulod sa kapitoan ka simbolikong mga tuig, hangtod nga kini mabanhaw ingon nga ikawalo nga iya sa pito. Si Cristo nabanhaw sa unang adlaw sa semana, apan sa sunod-sunod nga pag-ihap ang unang adlaw mao ang “ikawalo” nga adlaw, ug kini “iya sa pito” ka mga adlaw nga gibuhat ni Cristo. Ang walo ingon nga numero nagrepresentar sa “pagkabanhaw,” ug ang kapadohan mabanhaw, kay kini mao ang usa ka gingharian sa mga gingharian sa propesiya sa Biblia nga giila nga nakadawat sa makamatay nga samad.</w:t>
      </w:r>
    </w:p>
    <w:p>
      <w:pPr>
        <w:pStyle w:val="ArticleBody"/>
        <w:jc w:val="left"/>
      </w:pPr>
      <w:r>
        <w:rPr>
          <w:rFonts w:ascii="Times New Roman" w:hAnsi="Times New Roman" w:eastAsia="Times New Roman" w:cs="Times New Roman"/>
        </w:rPr>
        <w:t>Gipasabot ni Pablo nga sa dihang gipaagi sa Dios ang karaang Israel latas sa Mapulang Dagat, ang bautismo simbolikong gihulagway niana.</w:t>
      </w:r>
    </w:p>
    <w:p>
      <w:pPr>
        <w:pStyle w:val="ArticleScripture"/>
        <w:jc w:val="left"/>
      </w:pPr>
      <w:r>
        <w:rPr>
          <w:rFonts w:ascii="Times New Roman" w:hAnsi="Times New Roman" w:eastAsia="Times New Roman" w:cs="Times New Roman"/>
        </w:rPr>
        <w:t>Labut pa, mga igsoon, dili ko buot nga kamo mawalay kahibalo, nga ang tanan natong mga amahan didto sa ilalum sa panganod, ug ang tanan miagi latas sa dagat; ug silang tanan gibautismohan ngadto kang Moises diha sa panganod ug diha sa dagat. 1 Corinthians 10:1, 2.</w:t>
      </w:r>
    </w:p>
    <w:p>
      <w:pPr>
        <w:pStyle w:val="ArticleBody"/>
        <w:jc w:val="left"/>
      </w:pPr>
      <w:r>
        <w:rPr>
          <w:rFonts w:ascii="Times New Roman" w:hAnsi="Times New Roman" w:eastAsia="Times New Roman" w:cs="Times New Roman"/>
        </w:rPr>
        <w:t>Ang rituwal sa bautismo alang sa espirituwal nga Israel mipuli sa rituwal sa pagtuli alang sa literal nga Israel, ug ang pagtuli pagabuhaton unta sa ikawalong adlaw. Busa si Cristo gibanhaw sa ikawalong adlaw, nga gikan sa pito, ug sa dihang ang kapapahan pagabanhawon ingon nga ikawalo nga gikan sa pito, kini mao ang satanikong kapareho sa linya ni Cristo. Ang katloan ka tuig nga pagpangandam aron ang kapapahan ilingkod sa trono gilitawan pinaagi sa katloan ka tuig sa kinabuhi ni Cristo sa pagpangandam alang sa Iyang bautismo, sa Iyang ministeryo, ug sa kamatayon. Kining duha ka mga linya nag-ila sa usa ka yugto nga modala ngadto sa kamatayon sa ikaunom nga gingharian sa tagna sa Biblia. Ang duha ka mga linya nagrepresentar sa kataposang yugto sa mapintas nga mananap sa yuta. Sa linya ni Cristo, ang Iyang pagkatawo maoy nagtimaan sa “panahon sa katapusan” alang nianang kasaysayan.</w:t>
      </w:r>
    </w:p>
    <w:p>
      <w:pPr>
        <w:pStyle w:val="ArticleBody"/>
        <w:jc w:val="left"/>
      </w:pPr>
      <w:r>
        <w:rPr>
          <w:rFonts w:ascii="Times New Roman" w:hAnsi="Times New Roman" w:eastAsia="Times New Roman" w:cs="Times New Roman"/>
        </w:rPr>
        <w:t>Busa, aduna kitay upat ka mga linya. Ang panahon sa katapusan sa bersikulo kwarenta sa 1989 hangtod sa balaod sa Domingo sa bersikulo kwarenta ug usa. Ang pagpasundayag sa mga presidente sa bersikulo dos, ug ang katloan ka tuig sa pagpangandam alang kang Cristo ug sa anticristo. Ang katloan ka tuig ni Cristo nagsugod sa “panahon sa katapusan” sa Iyang linya, nga gimarkahan pinaagi sa Iyang pagkahimugso. Ang panahon sa katapusan sa 1798 gipatipo pinaagi sa katapusan sa kapitoan ka tuig nga pagkabinihag sa literal nga Israel sa literal nga Babilonia. Busa, ang bersikulo dos sa Daniel onse nagsugod kang Dario, kay si Dario misugod sa paghari sa pagkapukan sa Babilonia. Ang 1989 mao ang panahon sa katapusan sa bersikulo kwarenta, ug ang bersikulo dos sa Daniel onse mao usab ang panahon sa katapusan, ug ang katloan ka tuig sa pagpangandam ni Cristo nagsugod sa “panahon sa katapusan.” Tulo niining upat ka mga linya adunay “panahon sa katapusan” nga sayon nga mamarkahan ingon nga sinugdanang timaan sa dalan.</w:t>
      </w:r>
    </w:p>
    <w:p>
      <w:pPr>
        <w:pStyle w:val="ArticleBody"/>
        <w:jc w:val="left"/>
      </w:pPr>
      <w:r>
        <w:rPr>
          <w:rFonts w:ascii="Times New Roman" w:hAnsi="Times New Roman" w:eastAsia="Times New Roman" w:cs="Times New Roman"/>
        </w:rPr>
        <w:t>Ang duha ka linya sa duruha ka gatus ug kaluhaan ka tuig diha sa kalihukan sa nahaunang manulonda ug sa kalihukan sa ikatulong manulonda nag-ila sa duruha ka gatus ug kaluhaan ingon nga simbolo sa sumpay tali sa pagkatawo ug pagkadiosnon. Ang sinugdanan sa simbolikong sumpay nga duruha ka gatus ug kaluhaan ka tuig nga nagsugod niadtong 1776, mitultol ngadto sa 1996.</w:t>
      </w:r>
    </w:p>
    <w:p>
      <w:pPr>
        <w:pStyle w:val="ArticleBody"/>
        <w:jc w:val="left"/>
      </w:pPr>
      <w:r>
        <w:rPr>
          <w:rFonts w:ascii="Times New Roman" w:hAnsi="Times New Roman" w:eastAsia="Times New Roman" w:cs="Times New Roman"/>
        </w:rPr>
        <w:t>Kana nga yugto gihulagway pinaagi sa duha ka gatos ug kaluhaan ka tuig gikan sa 1611 hangtod sa 1831 diha sa kasaysayan sa Millerite. Ang yugto gikan sa Declaration of Independence niadtong 1776 hangtod sa 1798 sa dihang ang mananap sa yuta milingkod sa trono ingon nga ikaunom nga gingharian sa tagna sa Biblia, nagrepresentar sa nahaunang duha sa tulo ka mga timailhan sulod sa duha ka gatos ug kaluhaan ka tuig nga natapos niadtong 1996.</w:t>
      </w:r>
    </w:p>
    <w:p>
      <w:pPr>
        <w:pStyle w:val="ArticleBody"/>
        <w:jc w:val="left"/>
      </w:pPr>
      <w:r>
        <w:rPr>
          <w:rFonts w:ascii="Times New Roman" w:hAnsi="Times New Roman" w:eastAsia="Times New Roman" w:cs="Times New Roman"/>
        </w:rPr>
        <w:t>Ang 1776 hangtod sa 1798 nagrepresentar sa usa ka yugto nga nagdala ngadto sa paghatag og gahum sa ikaunom nga gingharian sa tagna sa Biblia, ug busa nagkatakdo sa katloan ka tuig nga pagpangandam ni Cristo ug sa anticristo. Ang yugto nga nag-una sa paghatag og gahum sa mapintas nga mananap sa yuta nagrepresentar sa yugto nga nag-una sa paghatag og gahum sa tulo-ka-pilo nga panaghiusa, nga mao ang ikawalo nga mapintas nga mananap nga gikan sa pito. Ang ikawalo nga mapintas nga mananap, nga gikan sa pito, mao ang ikaduhang ug katapusang pagpakita sa kapapahan nga nagmando sa kalibotan. Sa unang pagpakita sa kapapahan nga nagmando sa kalibotan diha ang usa ka katloan ka tuig nga yugto sa pagpangandam.</w:t>
      </w:r>
    </w:p>
    <w:p>
      <w:pPr>
        <w:pStyle w:val="ArticleBody"/>
        <w:jc w:val="left"/>
      </w:pPr>
      <w:r>
        <w:rPr>
          <w:rFonts w:ascii="Times New Roman" w:hAnsi="Times New Roman" w:eastAsia="Times New Roman" w:cs="Times New Roman"/>
        </w:rPr>
        <w:t>Laroy ibabaw sa laroy, ang kasaysayan sa 1989 ngadto sa balaod sa Domingo; ang kasaysayan sa katloan ka tuig nga mitultol ngadto sa 538; ang kasaysayan sa katloan ka tuig nga mitultol ngadto sa pagbautismo ni Cristo; ang kasaysayan sa bersikulo dos sa Daniel onse, nga nagsugod kang Ronald Reagan ngadto sa balaod sa Domingo; ug ang kasaysayan gikan sa 1776 ngadto sa 1798, tanan nagarepresentar sa mao rang kasaysayan sa kaulahiang mga adlaw. Mahinungdanon kaayo nga mamahimong tin-aw mahitungod niini nga kamatuoran, kay ang kasaysayan nga nagsugod sa 1776, ngadto sa 1798, mao ang linya nga nagadala sa tanang mga linya paghiusa ngadto sa kalinaw.</w:t>
      </w:r>
    </w:p>
    <w:p>
      <w:pPr>
        <w:pStyle w:val="ArticleBody"/>
        <w:jc w:val="left"/>
      </w:pPr>
      <w:r>
        <w:rPr>
          <w:rFonts w:ascii="Times New Roman" w:hAnsi="Times New Roman" w:eastAsia="Times New Roman" w:cs="Times New Roman"/>
        </w:rPr>
        <w:t>Nianang linya sa propetikong kasaysayan, nga mao ang panapos nga kasaysayan sa mananap sa yuta sa Pinadayag 13, adunay usa ka internal nga linya nga naghisgot sa katawohan sa Dios ingon nga girepresentahan sa sungay sa tinuod nga Protestantisismo, ug adunay usa ka external nga linya ingon nga girepresentahan sa sungay sa Republikano. Sa duha ka mga sungay adunay usa ka doble nga pakigbisog ug kontrobersiya nga ginatubag sa tagna. Ato nang giila ang mga propetikong elemento sa dragon, sa mananap, sa mini nga manalagna, ug sa Islam nga gipadayag sa kasaysayan gikan sa 1989 hangtod sa balaod sa Domingo.</w:t>
      </w:r>
    </w:p>
    <w:p>
      <w:pPr>
        <w:pStyle w:val="ArticleBody"/>
        <w:jc w:val="left"/>
      </w:pPr>
      <w:r>
        <w:rPr>
          <w:rFonts w:ascii="Times New Roman" w:hAnsi="Times New Roman" w:eastAsia="Times New Roman" w:cs="Times New Roman"/>
        </w:rPr>
        <w:t>Ang mapanagnonong kinaiya sa dragon mao nga siya mao ang amahan sa mga bakak, siya mao ang mamumuno, ug siya mao ang pangulo sa tinagong mga panagkunsabo dinhi sa yuta, maingon nga siya usab didto sa langit. Ang iyang relihiyon mao ang espiritismo. Siya mao ang kampeon sa gitawag karon nga “lawfare,” siya mao ang dili-balaan nga abogado, ang magsusumbong sa atong mga kaigsoonan, maingon nga siya didto sa hukmanang langitnon sa dihang siya nakiglalis mahitungod sa pagkamasinugtanon ug pagtuo ni Job, ug sa dihang siya nakiglalis mahitungod sa lawas ni Moises, ug maingon nga siya nagpadayon pa gayud sa pakiglalis mahitungod sa buhat ni Cristo sa pagkuha sa mahugawng mga sapot gikan kang Josue diha sa Zacarias kapitulo tres. Siya mao ang nagmando sa mga gingharian, ug ang nagabayaw sa iyang kaugalingon ingon nga Dios.</w:t>
      </w:r>
    </w:p>
    <w:p>
      <w:pPr>
        <w:pStyle w:val="ArticleBody"/>
        <w:jc w:val="left"/>
      </w:pPr>
      <w:r>
        <w:rPr>
          <w:rFonts w:ascii="Times New Roman" w:hAnsi="Times New Roman" w:eastAsia="Times New Roman" w:cs="Times New Roman"/>
        </w:rPr>
        <w:t>Ang relihiyon sa mananap mao ang Katolisismo, ug siya mao ang babaye nga naglimbong sa kalibotan pinaagi sa mga tradisyon ug mga batasan nga iyang gipatuohan sa iyang mga sumusunod nga kinahanglan tumanon labaw sa Pulong sa Dios. Gilimbongan niya ang kalibotan pinaagi sa iyang mga pagpanglamat, nga sa Pinadayag kapitulo napulo ug walo bersikulo baynte-trés, mao ang Gregong pulong nga pharmakeia, nga nagpasabot og “mga tambal”. Siya mao ang usa nga nagapakighilawas uban sa mga hari sa yuta. Siya mao ang peke sa Usa nga namatay, apan nabuhi pag-usab. Siya mao ang usa nga hingkalimtan ug unya mahinumdoman, ug siya mao ang ikawalo nga gikan sa pito. Siya mao ang mananap nga gihimuan sa Estados Unidos og larawan ug larawan ngadto kaniya.</w:t>
      </w:r>
    </w:p>
    <w:p>
      <w:pPr>
        <w:pStyle w:val="ArticleBody"/>
        <w:jc w:val="left"/>
      </w:pPr>
      <w:r>
        <w:rPr>
          <w:rFonts w:ascii="Times New Roman" w:hAnsi="Times New Roman" w:eastAsia="Times New Roman" w:cs="Times New Roman"/>
        </w:rPr>
        <w:t>Ang mini nga manalagna mao ang apostatang Protestante, nga nagapangagpas nga maoy usa ka butang nga gilimod sa Pulong sa Dios, ug tungod sa iyang paglimod sa Pulong sa Dios, kini kulang sa gahum nga gihatag sa Pulong sa Dios. Kon walay gahum sa Pulong sa Dios, ang usa ka iglesia o usa ka katawhan nga sa gihapon mapahitas-on nga nagaangkon nga sila mao ang katawhan sa Dios, sa lohikal napugos sa pagsalig sa gahum sibil aron magpakaaron-ingnon nga ilang ginabuhat ang buluhaton sa Dios. Ang apostatang Protestante mao ang mga manalagna ni Baal ug ni Ashtaroth nga nagahatag sa malimbongong sayaw alang kang Jezebel ug kang Herodias, ug sila mao si Salome, ang anak nga babaye ni Herodias.</w:t>
      </w:r>
    </w:p>
    <w:p>
      <w:pPr>
        <w:pStyle w:val="ArticleBody"/>
        <w:jc w:val="left"/>
      </w:pPr>
      <w:r>
        <w:rPr>
          <w:rFonts w:ascii="Times New Roman" w:hAnsi="Times New Roman" w:eastAsia="Times New Roman" w:cs="Times New Roman"/>
        </w:rPr>
        <w:t>Kining tulo ka gahum naghiusa ngadto sa usa ka tulo-ka-pilo nga paghiusa, apan sa pagkatinuod gidumtan nila ang usag usa. Kon walay pagsabot sa kamatuoran nga sila anaa sa panaglalisay batok sa usag usa, imposible ang pagsabot kon sa unsang paagi ang napulo ka hari (ang United Nations) mouyon sa paghatag sa ilang gingharian ngadto sa kapapahan, ug sa maong kapitulo usab mokaon sa iyang unod ug magasunog kaniya pinaagi sa kalayo. Ang panaglalisay taliwala niining mga gahuma pagatudlo-on ngadto sa mga tinun-an sa tagna sa Dios.</w:t>
      </w:r>
    </w:p>
    <w:p>
      <w:pPr>
        <w:pStyle w:val="ArticleBody"/>
        <w:jc w:val="left"/>
      </w:pPr>
      <w:r>
        <w:rPr>
          <w:rFonts w:ascii="Times New Roman" w:hAnsi="Times New Roman" w:eastAsia="Times New Roman" w:cs="Times New Roman"/>
        </w:rPr>
        <w:t>Ang Islam mao ang ikapitong trumpeta, ug ingon nga ikatulong kaalautan kini mao ang galamiton sa paghukom nga gigamit sa Dios aron ipahamtang ang paghukom ibabaw sa modernong Babilonia, maingon nga ang unang upat ka mga trumpeta nagdala og paghukom ibabaw sa kasadpang pagano nga Roma ug maingon nga ang ikalima ug ikaunom ka mga trumpeta nagdala og paghukom ibabaw sa papal ug sidlakang pagano nga Roma.</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“Niining mga panahon sa talagsaong pagtagad, ang mga magbalantay sa panon sa Dios kinahanglan magtudlo sa katawhan nga ang mga espirituwal nga gahum anaa sa pakiglalis. Dili ang mga tawo mao ang nagmugna sa ingon nianang kakusog sa pagbati nga karon naglungtad sa relihiyosong kalibotan. Usa ka gahum gikan sa espirituwal nga sinagoga ni Satanas ang nagpasulod sa iyang impluwensya ngadto sa relihiyosong mga bahin sa kalibotan, nga nagdasig sa mga tawo ngadto sa malig-on nga paglihok aron ipugos ang mga bentaha nga naangkon ni Satanas, pinaagi sa pagdala sa relihiyosong kalibotan ngadto sa mahukmanong pakiggubat batok niadtong naghimo sa pulong sa Dios nga ilang giya ug sa bugtong patukoranan sa doktrina. Ang mga maestradong paningkamot ni Satanas karon gipahigayon aron tigumon ang matag prinsipyo ug matag gahum nga iyang magamit sa pagsupak sa nagbugkos nga mga pag-angkon sa balaod ni Jehova, ilabina sa ikaupat nga sugo, nga naghubit kon kinsa ang Magbubuhat sa mga langit ug sa yuta.</w:t>
      </w:r>
    </w:p>
    <w:p>
      <w:pPr>
        <w:pStyle w:val="ArticleScripture"/>
        <w:jc w:val="left"/>
      </w:pPr>
      <w:r>
        <w:rPr>
          <w:rFonts w:ascii="Times New Roman" w:hAnsi="Times New Roman" w:eastAsia="Times New Roman" w:cs="Times New Roman"/>
        </w:rPr>
        <w:t>“Ang tawo sa sala naghunahuna sa pag-usab sa mga panahon ug sa mga balaod; apan nahimo ba niya kini? Mao kini ang dakong isyu. Ang Roma ug ang tanang mga iglesia nga nakainom sa copa sa iyang kasal-anan, sa ilang paghunahuna sa pag-usab sa mga panahon ug sa mga balaod, nagpahitaas sa ilang kaugalingon labaw sa Dios, ug gigun-ob ang dakong handumanan sa Dios, ang Igpapahulay sa ikapitong adlaw. Ang Igpapahulay gituyo nga magpabilin nga nagrepresentar sa gahum sa Dios diha sa iyang paglalang sa kalibotan sulod sa unom ka adlaw, ug sa iyang pagpahulay sa ikapitong adlaw. ‘Busa iyang gipanalanginan ang adlaw nga Igpapahulay, ug gibalaan kini,’ tungod kay niini siya nagpahulay gikan sa tanan niyang mga buhat nga gibuhat ug gihimo sa Dios. Ang tumong sa hanas nga paglihok sa dakong maglilimbong mao ang pagpuli sa Dios. Sa iyang mga paningkamot sa pag-usab sa mga panahon ug sa mga balaod, nagbuhat siya aron sa pagmintinar sa usa ka gahum nga supak sa Dios, ug labaw kaniya.”</w:t>
      </w:r>
    </w:p>
    <w:p>
      <w:pPr>
        <w:pStyle w:val="ArticleScripture"/>
        <w:jc w:val="left"/>
      </w:pPr>
      <w:r>
        <w:rPr>
          <w:rFonts w:ascii="Times New Roman" w:hAnsi="Times New Roman" w:eastAsia="Times New Roman" w:cs="Times New Roman"/>
        </w:rPr>
        <w:t>“Ania ang dakong isyu. Ania ang duruha ka dagkong gahum nga nagaatbangay sa usag usa,—ang Prinsipe sa Dios, si Jesu-Cristo; ug ang prinsipe sa kangitngit, si Satanas. Ania na ang dayag nga panag-away. Aduna lamang duruha ka hut-ong dinhi sa kalibotan, ug ang matag tawo mopahimutang ilalom sa usa niining duruha ka bandila,—ang bandila sa prinsipe sa kangitngit, o ang bandila ni Jesu-Cristo.</w:t>
      </w:r>
    </w:p>
    <w:p>
      <w:pPr>
        <w:pStyle w:val="ArticleScripture"/>
        <w:jc w:val="left"/>
      </w:pPr>
      <w:r>
        <w:rPr>
          <w:rFonts w:ascii="Times New Roman" w:hAnsi="Times New Roman" w:eastAsia="Times New Roman" w:cs="Times New Roman"/>
        </w:rPr>
        <w:t>“Ang Dios magadasig sa Iyang matinumanon ug matuod nga mga anak pinaagi sa Iyang Espiritu. Ang Espiritu Santo mao ang representante sa Dios, ug mao ang gamhanang ahente nga magabuhat dinhi sa atong kalibotan aron hugpogon ngadto sa mga binugkos ang mga matinumanon ug matuod alang sa tipiganan sa Ginoo. Si Satanas usab, uban sa mabaskog nga kalihokan, nagatigum ngadto sa mga binugkos sa iyang mga sagbot gikan sa taliwala sa trigo.</w:t>
      </w:r>
    </w:p>
    <w:p>
      <w:pPr>
        <w:pStyle w:val="ArticleScripture"/>
        <w:jc w:val="left"/>
      </w:pPr>
      <w:r>
        <w:rPr>
          <w:rFonts w:ascii="Times New Roman" w:hAnsi="Times New Roman" w:eastAsia="Times New Roman" w:cs="Times New Roman"/>
        </w:rPr>
        <w:t>“Ang pagtulon-an sa matag tinuod nga embahador alang kang Cristo maoy usa ka labing mabug-at ug hilabihan ka seryosong butang karon. Kita nalambigit sa usa ka pakiggubat nga dili gayod matapos hangtod nga ang kataposang paghukom mahimoon alang sa tibuok walay-katapusan. Ipahinumdom sa matag tinun-an ni Jesus nga kita ‘dili nakigbisog batok sa unod ug dugo, kondili batok sa mga punoan, batok sa mga kagamhanan, batok sa mga magbubuot sa kangitngit niining kalibotana, batok sa espirituhanong pagkadaotan diha sa hataas nga mga dapit.’ O, adunay mga walay-kataposang kapalaran nga nalambigit niining panagsangkaa, ug kinahanglan nga walay mabaw nga buluhaton, walay mubu nga kasinatian, aron maatubang kining maong isyuha. ‘Ang Ginoo nahibalo unsaon pagluwas sa mga diosnon gikan sa tentasyon, ug sa pagtipig sa mga dili matarong alang sa adlaw sa paghukom aron pagasilotan…. Samtang ang mga manulonda, nga labi pang daku sa gahum ug kusog, wala magdala ug mapsingon nga sumbong batok kanila sa atubangan sa Ginoo.’” General Conference Daily Bulletin, Marso 4, 1895.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Gatos ug Katloan ka Numero Usa</dc:title>
  <dc:subject>Ang Propetikong Pagbalhin sa Tinipong Bansa sa Amerika: Gikan sa Ikaunom nga Gingharian ngadto sa Tulo-Kabahin nga Panaghiusa</dc:subject>
  <dc:creator>Jeff Pippenger</dc:creator>
  <cp:keywords/>
  <dc:description>Generated by ArticleDigger from daniel\130_daniel.json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