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Traynta’y Singko</w:t>
      </w:r>
    </w:p>
    <w:p>
      <w:pPr>
        <w:pStyle w:val="ArticleSubtitle"/>
        <w:jc w:val="left"/>
      </w:pPr>
      <w:r>
        <w:rPr>
          <w:rFonts w:ascii="Arial" w:hAnsi="Arial" w:eastAsia="Arial" w:cs="Arial"/>
        </w:rPr>
        <w:t>Ang mga Tingog nga Manalagna sa 1776, 1789, ug 1798: Usa ka Pasiuna sa Pagpatik sa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Ang kasaysayan sa 1776, 1789, ug 1798 naghulagway sa kasaysayan sa pagpatik sa usa ka gatus ug kap-atan ug upat ka libo. Niadtong matag usa nianang mga petsa, ang mananap sa yuta misulti. Ang tulo ka mga timaan sa dalan nga gisimbolohan sa tulo ka higayon nga misulti ang mananap sa yuta, nagdagan nga magkapareho sa tulo ka mga tingog ni Cristo niadtong Septiyembre 11, 2001, Hulyo, 2023, ug sa hapit na moabot nga balaod sa Domingo.</w:t>
      </w:r>
    </w:p>
    <w:p>
      <w:pPr>
        <w:pStyle w:val="ArticleScripture"/>
        <w:jc w:val="left"/>
      </w:pPr>
      <w:r>
        <w:rPr>
          <w:rFonts w:ascii="Times New Roman" w:hAnsi="Times New Roman" w:eastAsia="Times New Roman" w:cs="Times New Roman"/>
        </w:rPr>
        <w:t>Didto ako sa Espiritu sa adlaw sa Ginoo, ug nadungog ko sa akong luyo ang usa ka dakong tingog, ingon sa usa ka trumpeta. Pinadayag 1:10.</w:t>
      </w:r>
    </w:p>
    <w:p>
      <w:pPr>
        <w:pStyle w:val="ArticleBody"/>
        <w:jc w:val="left"/>
      </w:pPr>
      <w:r>
        <w:rPr>
          <w:rFonts w:ascii="Times New Roman" w:hAnsi="Times New Roman" w:eastAsia="Times New Roman" w:cs="Times New Roman"/>
        </w:rPr>
        <w:t>Ang matag usa niadtong tulo ka mga tinong marka sa tingog nagtimaan sa nagkadugang nga “pagpatunog” sa ikatulong kaalaotan, nga mao usab ang ikapitong trompeta sa pasidaan, ug ang trompeta maoy usa ka tingog.</w:t>
      </w:r>
    </w:p>
    <w:p>
      <w:pPr>
        <w:pStyle w:val="ArticleScripture"/>
        <w:jc w:val="left"/>
      </w:pPr>
      <w:r>
        <w:rPr>
          <w:rFonts w:ascii="Times New Roman" w:hAnsi="Times New Roman" w:eastAsia="Times New Roman" w:cs="Times New Roman"/>
        </w:rPr>
        <w:t>Suminggit ka sa makusog, ayaw pagpugong; ipataas ang imong tingog sama sa trompeta, ug ipadayag sa akong katawohan ang ilang kalapasan, ug sa balay ni Jacob ang ilang mga sala. Isaias 58:1.</w:t>
      </w:r>
    </w:p>
    <w:p>
      <w:pPr>
        <w:pStyle w:val="ArticleBody"/>
        <w:jc w:val="left"/>
      </w:pPr>
      <w:r>
        <w:rPr>
          <w:rFonts w:ascii="Times New Roman" w:hAnsi="Times New Roman" w:eastAsia="Times New Roman" w:cs="Times New Roman"/>
        </w:rPr>
        <w:t>Ang tingog ngadto sa Protestante nga sungay niadtong Septiyembre 11, 2001 mao ang tingog sa mga magbalantay nga nagtawag sa Laodiceanong Adventismo pabalik ngadto sa karaang mga dalan ni Jeremias, apan ang katilingban sa mga mayubiton midumili sa paglakaw niana.</w:t>
      </w:r>
    </w:p>
    <w:p>
      <w:pPr>
        <w:pStyle w:val="ArticleScripture"/>
        <w:jc w:val="left"/>
      </w:pPr>
      <w:r>
        <w:rPr>
          <w:rFonts w:ascii="Times New Roman" w:hAnsi="Times New Roman" w:eastAsia="Times New Roman" w:cs="Times New Roman"/>
        </w:rPr>
        <w:t>Mao kini ang giingon sa Ginoo: Tumindog kamo sa mga dalan, ug tan-awa, ug mangutana kamo mahitungod sa karaang mga alagianan, hain ba ang maayong dalan, ug lumakaw kamo niana, ug makakaplag kamo ug kapahulayan alang sa inyong mga kalag. Apan sila miingon, Dili kami molakaw niana. Usab nagbutang Ako ug mga magbalantay ibabaw kaninyo, nga nagaingon, Pamati kamo sa tingog sa trumpeta. Apan sila miingon, Dili kami mamati. Jeremias 6:16, 17.</w:t>
      </w:r>
    </w:p>
    <w:p>
      <w:pPr>
        <w:pStyle w:val="ArticleBody"/>
        <w:jc w:val="left"/>
      </w:pPr>
      <w:r>
        <w:rPr>
          <w:rFonts w:ascii="Times New Roman" w:hAnsi="Times New Roman" w:eastAsia="Times New Roman" w:cs="Times New Roman"/>
        </w:rPr>
        <w:t>Ang tingog sa Hulyo, 2023 mao ang pagkabanhaw sa ministeryo sa Future for America, nga nahilom sukad sa unang kapakyasan niadtong Hulyo 18, 2020. Sama sa pagpahibalo ni Juan sa haduol nang pag-abot sa Mesiyas, ug sa pagpahibalo ni Justinian sa haduol nang pag-abot sa antikristo, giila sa Future for America nga ang kaugmaon sa America hapit nang mausab sa walay kataposan pinaagi sa haduol nang balaod sa Dominggo, ug sa pagpatunog sa ikapitong trumpeta nianang ilhanang dapit. Ang tingog sa usa nga nagasinggit didto sa kamingawan mao ang tingog sa Hulyo, 2023.</w:t>
      </w:r>
    </w:p>
    <w:p>
      <w:pPr>
        <w:pStyle w:val="ArticleBody"/>
        <w:jc w:val="left"/>
      </w:pPr>
      <w:r>
        <w:rPr>
          <w:rFonts w:ascii="Times New Roman" w:hAnsi="Times New Roman" w:eastAsia="Times New Roman" w:cs="Times New Roman"/>
        </w:rPr>
        <w:t>Ang ikaduhang tingog sa Pinadayag kapitulo 18, ipatugbaw sa haduol na kaayo nga balaod sa Domingo sa dihang mahitabo ang pagsulti sa dragon pinaagi sa mananap nga gikan sa yuta. Niana nga punto ang “asno” pagahampakon sa ikatulong higayon, ug unya ang “asno” mosulti. Ang asno gihampak sa dili madugay human sa Septiyembre 11, 2001, human sa Oktubre 7, 2023, ug unya pagahampakon na usab sa haduol na kaayo nga balaod sa Domingo, diin kini mosulti. Sa pagpamatuod ni Balaam kini gipaling gikan sa dalan pinaagi sa usa ka anghel, ug ang anghel nagarepresentar sa upat ka mga anghel nga gisugo sa pagpugong sa upat ka hangin sa Islam, apan sa balaod sa Domingo ang asno sa Islam mosulti uban sa tingog sa ikapitong trumpeta, nga mao usab ang ikatulong kaalaotan.</w:t>
      </w:r>
    </w:p>
    <w:p>
      <w:pPr>
        <w:pStyle w:val="ArticleBody"/>
        <w:jc w:val="left"/>
      </w:pPr>
      <w:r>
        <w:rPr>
          <w:rFonts w:ascii="Times New Roman" w:hAnsi="Times New Roman" w:eastAsia="Times New Roman" w:cs="Times New Roman"/>
        </w:rPr>
        <w:t>Didto na mosulti ang panan-awon sa Islam, nga nalangan sukad pa sa Hulyo 18, 2020, kay niadtong panahona dili na kini malangan. Daghan ang mga tingog sa panahon sa pagpatik sa usa ka gatus ug kap-atan ug upat ka libo, ug kana nga panahon nag-una sa ehekutibong paghukom sa Dios nga magsugod sa haduol na nga balaod sa Domingo. Ang ehekutibong paghukom sa Dios gilarawan pinaagi sa pito ka mga manulonda, nga may pito ka panaksan. Kana nga panahon magsugod sa pagbubo sa Balaang Espiritu, ug kini naghulagway sa pag-usab sa Pentecostes, sa dihang gibubo ang Balaang Espiritu ug ang mga dila nga kalayo nagpamatuod sa maong hitabo. Ang pagbubo nianang taknaa dili na sukdon, kay ang Balaang Espiritu igabubo na man nga walay sukod.</w:t>
      </w:r>
    </w:p>
    <w:p>
      <w:pPr>
        <w:pStyle w:val="ArticleScripture"/>
        <w:jc w:val="left"/>
      </w:pPr>
      <w:r>
        <w:rPr>
          <w:rFonts w:ascii="Times New Roman" w:hAnsi="Times New Roman" w:eastAsia="Times New Roman" w:cs="Times New Roman"/>
        </w:rPr>
        <w:t>“Ang manulonda nga mahiusa diha sa pagpahibalo sa mensahe sa ikatulong manulonda mao ang pagadan-agan sa tibook kalibutan pinaagi sa iyang himaya. Usa ka buhat nga may kalapad sa tibook kalibutan ug dili kinaandan nga gahum mao ang gitagna dinhi. Ang kalihokan sa pag-abot ni Cristo niadtong 1840–44 maoy usa ka mahimayaong pagpadayag sa gahum sa Dios; ang mensahe sa nahaunang manulonda gidala ngadto sa matag estasyon sa misyon sa kalibutan, ug sa pipila ka mga nasud didto ang labing dako nga relihiyosong interes nga nasaksihan sa bisan unsang yuta sukad sa Repormasyon sa ikanapulog-unom nga siglo; apan kining tanan malabwan pinaagi sa gamhanang kalihokan ilalom sa ulahing pasidaan sa ikatulong manulonda.</w:t>
      </w:r>
    </w:p>
    <w:p>
      <w:pPr>
        <w:pStyle w:val="ArticleScripture"/>
        <w:jc w:val="left"/>
      </w:pPr>
      <w:r>
        <w:rPr>
          <w:rFonts w:ascii="Times New Roman" w:hAnsi="Times New Roman" w:eastAsia="Times New Roman" w:cs="Times New Roman"/>
        </w:rPr>
        <w:t>“Ang buluhaton mahisama niadtong sa Adlaw sa Pentecostes. Maingon nga ang ‘unang ulan’ gihatag, diha sa pagbubo sa Balaang Espiritu sa pagsugod sa ebanghelyo, aron moturok ang bililhong binhi, mao usab nga ang ‘ulahing ulan’ igahatag sa pagtapos niini aron mapahinog ang ani.” The Great Controversy, 611.</w:t>
      </w:r>
    </w:p>
    <w:p>
      <w:pPr>
        <w:pStyle w:val="ArticleBody"/>
        <w:jc w:val="left"/>
      </w:pPr>
      <w:r>
        <w:rPr>
          <w:rFonts w:ascii="Times New Roman" w:hAnsi="Times New Roman" w:eastAsia="Times New Roman" w:cs="Times New Roman"/>
        </w:rPr>
        <w:t>Niadtong Septiyembre 11, 2001, nagsugod ang pagtimri sa usa ka gatus ug kap-atan ug upat ka libo, ug ang Balaang Espiritu gibubo sa sukod. Ang pagsukod sa pagbubo girepresentahan diha sa kasaysayan sa Pentecostes, nga nagsugod sa pagkabanhaw ni Cristo, diin usa ka manulonda misulti ug miingon, “Anak sa Dios, gawas; ang Amahan nagtawag kanimo,” maingon nga si Jesus nagtawag kang Lazaro paggawas sa lubnganan pinaagi sa mga pulong, “Lazaro, gawas.” Niadtong 2023, gitawag ni Cristo ang patay, mamala nga mga bukog sa duha ka mga saksi sa “paggawas.”</w:t>
      </w:r>
    </w:p>
    <w:p>
      <w:pPr>
        <w:pStyle w:val="ArticleBody"/>
        <w:jc w:val="left"/>
      </w:pPr>
      <w:r>
        <w:rPr>
          <w:rFonts w:ascii="Times New Roman" w:hAnsi="Times New Roman" w:eastAsia="Times New Roman" w:cs="Times New Roman"/>
        </w:rPr>
        <w:t>Human sa pagkabanhaw ni Cristo, miuna Siya sa pagsaka ngadto sa Iyang Amahan, ug unya mikunsad Siya maingon sa Iyang gibuhat niadtong Septiyembre 11, 2001. Dayon sa hinayhinay Iyang gihatagan ug kahayag ang Iyang mga tinun-an, ingon sa gisimbolohan sa Iyang pagtagbo kang Maria, sa mga tinun-an nga Iyang nahimamat ug gitudloan sa dalan paingon sa Emaus, ug sa ulahi sa Iyang pagpakita ngadto sa uban pang mga tinun-an. Sulod sa kap-atan ka adlaw Iyang gitudloan ang mga tinun-an sa wala pa ang Iyang katapusang pagsaka; unya, human sa laing napulo ka adlaw, silang tanan nagkahiusa ug anaa sa usa ka dapit, ug ang Espiritu Santo gibubo sa walay sukod.</w:t>
      </w:r>
    </w:p>
    <w:p>
      <w:pPr>
        <w:pStyle w:val="ArticleScripture"/>
        <w:jc w:val="left"/>
      </w:pPr>
      <w:r>
        <w:rPr>
          <w:rFonts w:ascii="Times New Roman" w:hAnsi="Times New Roman" w:eastAsia="Times New Roman" w:cs="Times New Roman"/>
        </w:rPr>
        <w:t>“Sa dihang si Jesus nakigkita sa Iyang mga tinun-an, Iyang gipahinumdoman sila sa mga pulong nga Iyang gisulti kanila sa wala pa ang Iyang kamatayon, nga ang tanang butang kinahanglan matuman nga nahisulat sa kasugoan ni Moises, ug sa mga manalagna, ug sa mga Salmo mahitungod Kaniya. ‘Unya giablihan Niya ang ilang salabutan, aron ilang masabtan ang mga Kasulatan, ug miingon Siya kanila, Mao kini ang nahisulat, ug mao usab kini ang gikinahanglan nga si Cristo magaantus, ug mabanhaw gikan sa mga patay sa ikatulong adlaw: ug nga ang paghinulsol ug kapasayloan sa mga sala igawali sa Iyang ngalan ngadto sa tanang kanasuran, sugod sa Jerusalem. Ug kamo mao ang mga saksi niining mga butanga.’” The Desire of Ages, 804.</w:t>
      </w:r>
    </w:p>
    <w:p>
      <w:pPr>
        <w:pStyle w:val="ArticleBody"/>
        <w:jc w:val="left"/>
      </w:pPr>
      <w:r>
        <w:rPr>
          <w:rFonts w:ascii="Times New Roman" w:hAnsi="Times New Roman" w:eastAsia="Times New Roman" w:cs="Times New Roman"/>
        </w:rPr>
        <w:t>Niadtong Hulyo 2023, ang tingog ni Jesus nagpukaw sa duha ka patay nga mga saksi ug misugod sa pag-abli sa pagsabot sa Iyang mga tinun-an mahitungod sa tanang butang nga nahisulat sa balaod ni Moises (ang “pito ka mga panahon”), sa mga manalagna (ang larawan ni Nabucodonosor bahin sa mga mapintas nga mananap), ug sa mga Salmo (ang kasinatian ni Moises ug sa Cordero). Ang Iyang buluhaton sa pagtudlo nagsugod sa Iyang pagkabanhaw, ug misamot kini sa mosunod nga kap-atan ka adlaw. Nagsugod kini sa Iyang hangyo nga mokaon.</w:t>
      </w:r>
    </w:p>
    <w:p>
      <w:pPr>
        <w:pStyle w:val="ArticleScripture"/>
        <w:jc w:val="left"/>
      </w:pPr>
      <w:r>
        <w:rPr>
          <w:rFonts w:ascii="Times New Roman" w:hAnsi="Times New Roman" w:eastAsia="Times New Roman" w:cs="Times New Roman"/>
        </w:rPr>
        <w:t>Ug samtang sila wala pa gihapon motuo tungod sa kalipay, ug nanghibulong, siya miingon kanila, Aduna ba kamo dinhi ug bisan unsang makaon? Ug ilang gihatag kaniya ang usa ka tipik sa sinugbang isda, ug sa usa ka udlot sa dugos. Ug iyang gikuha kini, ug mikaon sa ilang atubangan. Ug siya miingon kanila, Mao kini ang mga pulong nga akong gisulti kaninyo, sa diha nga ako anaa pa uban kaninyo, nga ang tanang mga butang kinahanglan matuman, nga nahisulat sa balaod ni Moises, ug sa mga propeta, ug sa mga salmo, mahitungod kanako. Lucas 24:41–44.</w:t>
      </w:r>
    </w:p>
    <w:p>
      <w:pPr>
        <w:pStyle w:val="ArticleBody"/>
        <w:jc w:val="left"/>
      </w:pPr>
      <w:r>
        <w:rPr>
          <w:rFonts w:ascii="Times New Roman" w:hAnsi="Times New Roman" w:eastAsia="Times New Roman" w:cs="Times New Roman"/>
        </w:rPr>
        <w:t>Ang pag-ampo maoy usa ka nag-unang timaan sa nagpadayong kasaysayan, ug ang kasaysayan sukad sa pagkabanhaw ni Cristo hangtod sa Iyang pagkayab ngadto sa langit kap-atan ka adlaw sa ulahi, nagbilin ug napulo ka adlaw (ang napulo maoy usa ka pagsulay) hangtod sa Pentecostes, sa dihang ang Espiritu Santo igabubo nga walay sukod. Ang Iyang pagkabanhaw, pagkayab, nga gisundan sa Iyang pagkanaog pag-usab, nagrepresentar sa Septyembre 11, 2001. Ang Hulyo, 2023 nagrepresentar sa katapusan sa kap-atan ka adlaw, ug ang napulo ka adlaw nga nagsunod sa Hulyo, 2023 nagdala ngadto sa hapit nang moabot nga balaod sa Domingo. Niadtong katapusang yugto sa napulo ka adlaw, ang panaghiusa ug pag-ampo maoy timaan. Ang panaghiusa girepresentahan sa unang tagna ni Ezekiel diha sa kapitulo trenta y siete, nga nagdala sa mga bukog, mga ugat, ug unod sa paghiusa. Ang ikaduhang tagna ni Ezekiel mao ang gininhawa sa upat ka hangin, ug ang gininhawa maoy usa ka simbolo sa pag-ampo. Niadtong katapusang napulo ka adlaw ang usa ka gatos ug kap-atan ug upat ka libo pagaselyohan, maingon nga sila gipahinungdanan ni Lazaro.</w:t>
      </w:r>
    </w:p>
    <w:p>
      <w:pPr>
        <w:pStyle w:val="ArticleScripture"/>
        <w:jc w:val="left"/>
      </w:pPr>
      <w:r>
        <w:rPr>
          <w:rFonts w:ascii="Times New Roman" w:hAnsi="Times New Roman" w:eastAsia="Times New Roman" w:cs="Times New Roman"/>
        </w:rPr>
        <w:t>“Mao kini ang hinungdan sa Iyang paglangan sa pag-adto sa Betania. Kining labing pinasidunggang milagro, ang pagbanhaw kang Lazaro, mao ang magapamatuod pinaagi sa selyo sa Dios sa Iyang buluhaton ug sa Iyang pag-angkon sa pagka-Dios.” The Desire of Ages, 529.</w:t>
      </w:r>
    </w:p>
    <w:p>
      <w:pPr>
        <w:pStyle w:val="ArticleBody"/>
        <w:jc w:val="left"/>
      </w:pPr>
      <w:r>
        <w:rPr>
          <w:rFonts w:ascii="Times New Roman" w:hAnsi="Times New Roman" w:eastAsia="Times New Roman" w:cs="Times New Roman"/>
        </w:rPr>
        <w:t>Dili lamang nga ang maalamong mga ulay gitimrihan niining milagrosong pagpurongpurong, kondili ang buangbuang usab nga mga ulay gitimrihan sa sayop nga bahin sa maong isyu.</w:t>
      </w:r>
    </w:p>
    <w:p>
      <w:pPr>
        <w:pStyle w:val="ArticleScripture"/>
        <w:jc w:val="left"/>
      </w:pPr>
      <w:r>
        <w:rPr>
          <w:rFonts w:ascii="Times New Roman" w:hAnsi="Times New Roman" w:eastAsia="Times New Roman" w:cs="Times New Roman"/>
        </w:rPr>
        <w:t>“Ang taluktok nga milagro ni Cristo—ang pagpabuhi kang Lazaro—maoy nakapatik sa determinasyon sa mga saserdote sa pagwagtang kang Jesus ug sa Iyang kahibulongang mga buhat gikan sa kalibotan, nga sa madali nagaguba sa ilang impluwensiya ibabaw sa katawhan.” Acts of the Apostles, 67.</w:t>
      </w:r>
    </w:p>
    <w:p>
      <w:pPr>
        <w:pStyle w:val="ArticleBody"/>
        <w:jc w:val="left"/>
      </w:pPr>
      <w:r>
        <w:rPr>
          <w:rFonts w:ascii="Times New Roman" w:hAnsi="Times New Roman" w:eastAsia="Times New Roman" w:cs="Times New Roman"/>
        </w:rPr>
        <w:t>Ang daghang mga tingog sa kasaysayan sa pagtimri sa usa ka gatus ug kap-atan ug upat ka libo hangtod sa hapit na moabot nga balaod sa Dominggo mao ang “linya ibabaw sa linya,” ang mga tingog sa matagnaong Pulong sa Dios, ug kana nga mga tingog modahunog sa panahon diin “ang katumanan sa matag panan-awon” matuman. Modahunog sila sa dihang ang ikapitong selyo maablihan.</w:t>
      </w:r>
    </w:p>
    <w:p>
      <w:pPr>
        <w:pStyle w:val="ArticleScripture"/>
        <w:jc w:val="left"/>
      </w:pPr>
      <w:r>
        <w:rPr>
          <w:rFonts w:ascii="Times New Roman" w:hAnsi="Times New Roman" w:eastAsia="Times New Roman" w:cs="Times New Roman"/>
        </w:rPr>
        <w:t>Ug sa diha nga gibuksan niya ang ikapitong patik, dihay kahilom sa langit sulod sa may tunga sa usa ka oras. Ug nakita ko ang pito ka mga manulonda nga nanindog sa atubangan sa Dios; ug ngadto kanila gihatag ang pito ka mga trumpeta. Ug miabot ang laing manulonda ug mitindog sa altar, nga may bulawanong insensaryo; ug gihatagan siya ug daghang incienso, aron ihalad niya kini uban sa mga pag-ampo sa tanang mga balaan ibabaw sa bulawanong altar nga atua sa atubangan sa trono. Ug ang aso sa incienso, nga miuban sa mga pag-ampo sa mga balaan, mitungas sa atubangan sa Dios gikan sa kamot sa manulonda. Ug gikuha sa manulonda ang insensaryo, ug gipuno kini sa kalayo gikan sa altar, ug gilabay kini ngadto sa yuta: ug dihay mga tingog, ug mga dalugdog, ug mga kilat, ug usa ka linog. Pinadayag 8:1–5.</w:t>
      </w:r>
    </w:p>
    <w:p>
      <w:pPr>
        <w:pStyle w:val="ArticleBody"/>
        <w:jc w:val="left"/>
      </w:pPr>
      <w:r>
        <w:rPr>
          <w:rFonts w:ascii="Times New Roman" w:hAnsi="Times New Roman" w:eastAsia="Times New Roman" w:cs="Times New Roman"/>
        </w:rPr>
        <w:t>Ang pag-abli sa ikapitong timri nagpatungha ug kahilom, kay ang maong yugto nagrepresentar ug kausaban sa dispensasyon; ug sa usa ka kausaban sa balaang dispensasyon, aduna kanunay kahilom sa langit, ingon sa gipamatud-an sa krus sa dihang mihunong ang mga manulonda sa ilang musika ug pagdayeg. Ang kahilom sa langit gipamatud-an usab sa mga kinahanglanon sa adlaw sa pagpasig-uli, ug niadtong Oktubre 22, 1844, ang Habakkuk DOS, bersikulo KAWHANAN nagsugo nga ang tibook yuta magpabiling hilom.</w:t>
      </w:r>
    </w:p>
    <w:p>
      <w:pPr>
        <w:pStyle w:val="ArticleScripture"/>
        <w:jc w:val="left"/>
      </w:pPr>
      <w:r>
        <w:rPr>
          <w:rFonts w:ascii="Times New Roman" w:hAnsi="Times New Roman" w:eastAsia="Times New Roman" w:cs="Times New Roman"/>
        </w:rPr>
        <w:t>“Gipakita kanako ang dakong gugma ug pagpaubos sa Dios sa paghatag sa Iyang Anak aron mamatay, aron ang tawo makakaplag ug kapasayloan ug mabuhi. Gipakita kanako si Adan ug si Eva, nga gihatagan ug talagsaong kahigayonan sa pagtan-aw sa katahom ug kahalangdon sa Tanaman sa Eden ug gitugotan sa pagkaon gikan sa tanang kahoy sa tanaman gawas sa usa. Apan gitintal sa serpiyente si Eva, ug gitintal niya ang iyang bana, ug silang duha mikaon sa gidili nga kahoy. Ilang gilapas ang sugo sa Dios ug nahimong mga makasasala. Ang balita mikaylap sa tibuok langit, ug ang tanang alpa mihilum. Nagsubo ang mga manulonda ug nahadlok nga tingali si Adan ug si Eva mag-usab sa pag-isa sa kamot ug mokaon sa kahoy sa kinabuhi ug mamahimong walay kamatayon nga mga makasasala. Apan miingon ang Dios nga Iyang papahawaon ang mga malapason gikan sa tanaman, ug pinaagi sa mga kerubin ug sa usa ka nagdilaab nga espada bantayan ang dalan paingon sa kahoy sa kinabuhi, aron ang tawo dili makaduol niini ug mokaon sa iyang bunga, nga nagapadayon sa pagkawalay kamatayon.” Early Writings, 125.</w:t>
      </w:r>
    </w:p>
    <w:p>
      <w:pPr>
        <w:pStyle w:val="ArticleBody"/>
        <w:jc w:val="left"/>
      </w:pPr>
      <w:r>
        <w:rPr>
          <w:rFonts w:ascii="Times New Roman" w:hAnsi="Times New Roman" w:eastAsia="Times New Roman" w:cs="Times New Roman"/>
        </w:rPr>
        <w:t>Ang langit nahilom sa dihang ang mga tawo nahimong mga makasasala, ug ang langit nahilom sa dihang giula ang dugo ni Cristo aron pagtubos sa mga makasasala, ug ang langit nahilom sa dihang misugod ang buhat sa paghukom ni Cristo sa pagwagtang sa sala gikan sa Iyang katawhan.</w:t>
      </w:r>
    </w:p>
    <w:p>
      <w:pPr>
        <w:pStyle w:val="ArticleScripture"/>
        <w:jc w:val="left"/>
      </w:pPr>
      <w:r>
        <w:rPr>
          <w:rFonts w:ascii="Times New Roman" w:hAnsi="Times New Roman" w:eastAsia="Times New Roman" w:cs="Times New Roman"/>
        </w:rPr>
        <w:t>“Ang pagpangamuyo ni Cristo alang sa tawo didto sa santuwaryo sa ibabaw ingon ka kinahanglanon sa laraw sa kaluwasan maingon sa Iyang kamatayon didto sa krus. Pinaagi sa Iyang kamatayon gisugdan Niya kadtong buluhatona nga human sa Iyang pagkabanhaw mitungas Siya aron tapuson didto sa langit.” The Great Controversy, 489.</w:t>
      </w:r>
    </w:p>
    <w:p>
      <w:pPr>
        <w:pStyle w:val="ArticleBody"/>
        <w:jc w:val="left"/>
      </w:pPr>
      <w:r>
        <w:rPr>
          <w:rFonts w:ascii="Times New Roman" w:hAnsi="Times New Roman" w:eastAsia="Times New Roman" w:cs="Times New Roman"/>
        </w:rPr>
        <w:t>Ang buhat sa paghukom nagsugod sa pag-abot sa ikatulong manulonda niadtong 1844, apan ang katawhan sa Dios mipili sa kamatayon didto sa kamingawan, inay nga mahimong walay katapusang usa uban sa pagka-Dios. Ang ikatulong manulonda miabut pag-usab niadtong Septiyembre 11, 2001 ug sa makausa pa may kahilom sa langit. Unya ang Leon sa banay ni Juda misugod sa pagtangtang sa ikapitong patik samtang ang mga manulonda nagtan-aw sa pag-abot sa ikatulong manulonda ngadto sa kasaysayan sa katapusang kaliwatan.</w:t>
      </w:r>
    </w:p>
    <w:p>
      <w:pPr>
        <w:pStyle w:val="ArticleBody"/>
        <w:jc w:val="left"/>
      </w:pPr>
      <w:r>
        <w:rPr>
          <w:rFonts w:ascii="Times New Roman" w:hAnsi="Times New Roman" w:eastAsia="Times New Roman" w:cs="Times New Roman"/>
        </w:rPr>
        <w:t>Ang pito ka mga manulonda sa paghukom didto andam na sa pagsugod sa ilang buluhaton sa paglaglag, apan dayon gisultihan sila, “Pugngi, pugngi, pugngi, pugngi,” samtang ang usa ka gatus ug kap-atan ug upat ka libo ginaseelyohan pa. Ang duruha ka pag-ampo sa mga matinumanon gipadala ngadto sa langit, nga gihulagway pinaagi sa napulo ka mga adlaw nga nag-una sa Pentecostes ug nagsugod human sa kap-atan ka mga adlaw (usa ka simbolo sa kamingawan), nga nagrepresentar sa tulo ug tunga ka adlaw (usa ka simbolo sa kamingawan) sa Pinadayag kapitulo onse. Ang duruha ka mga saksi unya gisugo pinaagi sa tingog gikan sa kamingawan nga kinahanglan nilang tumanon ang duruha ka mga pag-ampo ni Daniel. Ang pag-ampo sa Daniel dos, diin si Daniel ug ang tulo ka tawong takus nag-ampo alang sa kahayag aron masabtan ang tinago nga damgo ni Nabucodonosor mahitungod sa hulagway sa mga mapintas nga mananap, ug ang pag-ampo ni Daniel sa kapitulo nuwebe, diin si Daniel nag-ampo nga nag-inusara, nga nagtuman sa mga kinahanglanon sa pag-ampo sa Levitico beynte-sais.</w:t>
      </w:r>
    </w:p>
    <w:p>
      <w:pPr>
        <w:pStyle w:val="ArticleBody"/>
        <w:jc w:val="left"/>
      </w:pPr>
      <w:r>
        <w:rPr>
          <w:rFonts w:ascii="Times New Roman" w:hAnsi="Times New Roman" w:eastAsia="Times New Roman" w:cs="Times New Roman"/>
        </w:rPr>
        <w:t>Ang pangkorporasyon nga pag-ampo sa Daniel dos alang sa kahayag maylabot sa usa ka tinagong tinago nga gitago sulod sa gawasnong linya sa propetikong kasaysayan. Ang pribado ug personal nga pag-ampo sa Daniel nuebe alang sa kalooy maylabot sa usa ka sulodnong panginahanglan. Sa dihang ang kalayo sa ulahing ulan nagsugod sa pagkahulog niadtong 2001, dihay daghang mga tingog nga madungog niadtong nakasabot sa pamaagi sa linya ibabaw sa linya. Ang kalayo gikan sa halaran nga gilabay paingon sa yuta mao ang mensahe nga maoy nakapamunga sa katapusang pagkabahin sa mga manggialamon ug mga buang, ug samtang kadtong mensahe nagpadayon sa paglambo sulod niadtong napulo ka simbolikong mga adlaw, ang mensahe nahimong mas ug mas tin-aw.</w:t>
      </w:r>
    </w:p>
    <w:p>
      <w:pPr>
        <w:pStyle w:val="ArticleBody"/>
        <w:jc w:val="left"/>
      </w:pPr>
      <w:r>
        <w:rPr>
          <w:rFonts w:ascii="Times New Roman" w:hAnsi="Times New Roman" w:eastAsia="Times New Roman" w:cs="Times New Roman"/>
        </w:rPr>
        <w:t>Ang mensahe mao ang nagkagrabeng krisis sa ikatulong alaut, nga sa Ezekiel kapitulo traynta’y siyete, mao ang duha ka mga tagna nga unang hinungdan sa paghiusa sa duha ka mga saksi, ug unya maoy hinungdan nga sila mitindog ingon nga usa ka gamhanang kasundalohan. Human niana sa kapitulo traynta’y siyete, sila gikombinar ngadto sa usa ka sungkod, ug ang panaghiusa nga gilarawan pinaagi sa pagkahiusa ingon nga usa ka sungkod nagrepresentar sa pagdugtong sa pagka-Dios ngadto sa pagkatawo, nga matuman sa katapusang mga kalihokan sa pagtimri sa usa ka gatus kap-atan ug upat ka libo.</w:t>
      </w:r>
    </w:p>
    <w:p>
      <w:pPr>
        <w:pStyle w:val="ArticleBody"/>
        <w:jc w:val="left"/>
      </w:pPr>
      <w:r>
        <w:rPr>
          <w:rFonts w:ascii="Times New Roman" w:hAnsi="Times New Roman" w:eastAsia="Times New Roman" w:cs="Times New Roman"/>
        </w:rPr>
        <w:t>Niadtong Hulyo, 2023 ang mga pag-ampo misugod sa pagsaka, ug kini mao ang mga pag-ampo sa Daniel kapitulo nueve, ug kapitulo dos. Unya nadungog ang mga tingog ug usab ang mga dalugdog, ug dayon nakita ang mga kilat. Ang kilat ug dalugdog nag-uban sa ulan sa kinaiyanhong kalibutan ug usab sa tagna. Ang ulan misugod niadtong Septiyembre 11, 2001. Ang unang paghisgot sa kilat ug dalugdog nag-ila niini ingon nga usa ka mensahe nga gituyo aron magpahinabo og diosnon nga kahadlok.</w:t>
      </w:r>
    </w:p>
    <w:p>
      <w:pPr>
        <w:pStyle w:val="ArticleScripture"/>
        <w:jc w:val="left"/>
      </w:pPr>
      <w:r>
        <w:rPr>
          <w:rFonts w:ascii="Times New Roman" w:hAnsi="Times New Roman" w:eastAsia="Times New Roman" w:cs="Times New Roman"/>
        </w:rPr>
        <w:t>Ug nahitabo sa ikatulong adlaw sa buntag, nga dihay mga dalugdog ug mga kilat, ug usa ka mabagang panganod sa ibabaw sa bukid, ug ang tingog sa trumpeta hilabihan kakusog; busa nangurog ang tanang katawhan nga diha sa campo. Exodo 19:16.</w:t>
      </w:r>
    </w:p>
    <w:p>
      <w:pPr>
        <w:pStyle w:val="ArticleBody"/>
        <w:jc w:val="left"/>
      </w:pPr>
      <w:r>
        <w:rPr>
          <w:rFonts w:ascii="Times New Roman" w:hAnsi="Times New Roman" w:eastAsia="Times New Roman" w:cs="Times New Roman"/>
        </w:rPr>
        <w:t>Ang mga kilat ug mga dalugdog gikauban sa “tingog” sa usa ka trumpeta. Gikauban sila sa ulan, ug nagrepresentar sa mga profetikong tunob aron maggiya sa katawhan sa Dios.</w:t>
      </w:r>
    </w:p>
    <w:p>
      <w:pPr>
        <w:pStyle w:val="ArticleScripture"/>
        <w:jc w:val="left"/>
      </w:pPr>
      <w:r>
        <w:rPr>
          <w:rFonts w:ascii="Times New Roman" w:hAnsi="Times New Roman" w:eastAsia="Times New Roman" w:cs="Times New Roman"/>
        </w:rPr>
        <w:t>Ang mga panganod mibubo ug tubig; ang kawanangan mipagula ug usa ka tingog; ang imong mga pana usab mikatap sa halayo. Ang tingog sa imong dalugdog diha sa langit; ang mga kilat naghatag ug kahayag sa kalibotan; ang yuta mikurog ug nauyog. Ang imong dalan anaa sa dagat, ug ang imong alagianan anaa sa dagkung katubigan, ug ang imong mga tunob wala hiilhi. Imong gimandoan ang imong katawhan sama sa usa ka panon pinaagi sa kamot nila Moises ug Aaron. Salmo 77:17–20.</w:t>
      </w:r>
    </w:p>
    <w:p>
      <w:pPr>
        <w:pStyle w:val="ArticleBody"/>
        <w:jc w:val="left"/>
      </w:pPr>
      <w:r>
        <w:rPr>
          <w:rFonts w:ascii="Times New Roman" w:hAnsi="Times New Roman" w:eastAsia="Times New Roman" w:cs="Times New Roman"/>
        </w:rPr>
        <w:t>Ang mga kilat ug mga dalogdog mao ang tingog sa Dios, nga mahitabo sa panahon sa ulan, ug niadtong yugto sa panahon, iyang gipagula ang iyang mga hangin (ang Islam mao ang hangin sa sidlakan) gikan sa iyang tipiganan.</w:t>
      </w:r>
    </w:p>
    <w:p>
      <w:pPr>
        <w:pStyle w:val="ArticleScripture"/>
        <w:jc w:val="left"/>
      </w:pPr>
      <w:r>
        <w:rPr>
          <w:rFonts w:ascii="Times New Roman" w:hAnsi="Times New Roman" w:eastAsia="Times New Roman" w:cs="Times New Roman"/>
        </w:rPr>
        <w:t>Sa diha nga ipagula niya ang iyang tingog, may dinagkong katubigan sa kalangitan, ug ginapapasaka niya ang mga alisngaw gikan sa kinatumyan sa yuta; ginabuhat niya ang mga kilat uban sa ulan, ug ginapaguwa niya ang hangin gikan sa iyang mga tipiganan. Jeremias 10:13.</w:t>
      </w:r>
    </w:p>
    <w:p>
      <w:pPr>
        <w:pStyle w:val="ArticleBody"/>
        <w:jc w:val="left"/>
      </w:pPr>
      <w:r>
        <w:rPr>
          <w:rFonts w:ascii="Times New Roman" w:hAnsi="Times New Roman" w:eastAsia="Times New Roman" w:cs="Times New Roman"/>
        </w:rPr>
        <w:t>Gipagula sa Dios ang Iyang tingog sa dihang Siya mitu-aw sama sa usa ka leon, ug sa tubag niini ang pito ka mga dalugdog mipagula sa ilang mga tingog, ug kining pito ka mga dalugdog nagrepresentar sa mga lakang sa Dios sa panahon sa kasaysayan sa kalihokang Millerite ug usab sa kalihokan sa ikatulong manulonda, nga miabot pag-usab niadtong Septiyembre 11, 2001, sa dihang Iyang gipagula ang hangin sa sidlakan gikan sa Iyang mga bahandi.</w:t>
      </w:r>
    </w:p>
    <w:p>
      <w:pPr>
        <w:pStyle w:val="ArticleScripture"/>
        <w:jc w:val="left"/>
      </w:pPr>
      <w:r>
        <w:rPr>
          <w:rFonts w:ascii="Times New Roman" w:hAnsi="Times New Roman" w:eastAsia="Times New Roman" w:cs="Times New Roman"/>
        </w:rPr>
        <w:t>Siya ang nagapasaka sa mga alisngaw gikan sa kinatumyang dapit sa yuta; siya ang nagahimo sa mga kilat alang sa ulan; siya ang nagapagula sa hangin gikan sa iyang mga tipiganan. Siya ang nagsamad sa mga kamagulangang anak sa Egipto, sa tawo ug sa mananap. Salmo 135:7, 8.</w:t>
      </w:r>
    </w:p>
    <w:p>
      <w:pPr>
        <w:pStyle w:val="ArticleBody"/>
        <w:jc w:val="left"/>
      </w:pPr>
      <w:r>
        <w:rPr>
          <w:rFonts w:ascii="Times New Roman" w:hAnsi="Times New Roman" w:eastAsia="Times New Roman" w:cs="Times New Roman"/>
        </w:rPr>
        <w:t>Gipagula Niya ang hangin gikan sa Iyang mga tipiganan, sa dihang gipatay ang mga kamagulangan sa Egipto, ug ang Paskuwa naghulagway daan sa krus, nga sa baylo naghulagway daan sa pag-abot sa ikatulong manulonda niadtong 1844, nga sa baylo naghulagway daan sa pagbalik sa ikatulong manulonda sa adlaw sa hangin sa sidlakan, niadtong Septiyembre 11, 2001.</w:t>
      </w:r>
    </w:p>
    <w:p>
      <w:pPr>
        <w:pStyle w:val="ArticleBody"/>
        <w:jc w:val="left"/>
      </w:pPr>
      <w:r>
        <w:rPr>
          <w:rFonts w:ascii="Times New Roman" w:hAnsi="Times New Roman" w:eastAsia="Times New Roman" w:cs="Times New Roman"/>
        </w:rPr>
        <w:t>Sa dihang ang mga timri kuhaon gikan sa basahon nga gitimrihan sa pito ka mga timri, kini nagrepresentar sa usa ka padayon nga pag-uswag sa kamatuoran. Ang pagtangtang sa ikapitong timri nagrepresentar sa panahon sa pagtimri sa usa ka gatus ug kap-atan ug upat ka libo. Sa dihang ang basahon nga gitimrihan sa pito ka mga timri unang gihisgutan, may mga kilat, mga dalugdog, ug mga tingog, apan walay linog.</w:t>
      </w:r>
    </w:p>
    <w:p>
      <w:pPr>
        <w:pStyle w:val="ArticleScripture"/>
        <w:jc w:val="left"/>
      </w:pPr>
      <w:r>
        <w:rPr>
          <w:rFonts w:ascii="Times New Roman" w:hAnsi="Times New Roman" w:eastAsia="Times New Roman" w:cs="Times New Roman"/>
        </w:rPr>
        <w:t>Ug gikan sa trono migula ang mga kilat ug mga pagdahunog ug mga tingog; ug didto may pito ka lamparang kalayo nga nagdilaab sa atubangan sa trono, nga mao ang pito ka mga Espiritu sa Dios. Pinadayag 4:5.</w:t>
      </w:r>
    </w:p>
    <w:p>
      <w:pPr>
        <w:pStyle w:val="ArticleBody"/>
        <w:jc w:val="left"/>
      </w:pPr>
      <w:r>
        <w:rPr>
          <w:rFonts w:ascii="Times New Roman" w:hAnsi="Times New Roman" w:eastAsia="Times New Roman" w:cs="Times New Roman"/>
        </w:rPr>
        <w:t>Sa unang paghisgot sa mga tingog, mga kilat, ug mga dalugdog; ang ulan gihulagway ingon nga ang Balaang Espiritu, nga mao ang pito ka mga lamparang kalayo, apan walay linog. Sa pagtangtang sa Ikapitong Selyo mailhan ang linog sa hapit na moabot nga balaod sa Domingo. Ang kapitulo upat sa Pinadayag nagaila sa sinugdanan sa pag-abli sa kamatuoran nga gihimo sa Leon sa banay ni Juda, ug sa dihang mailhan ang panahon sa pagselyo, mailhan usab niini ang sinugdanan ug ang katapusan sa maong yugto.</w:t>
      </w:r>
    </w:p>
    <w:p>
      <w:pPr>
        <w:pStyle w:val="ArticleBody"/>
        <w:jc w:val="left"/>
      </w:pPr>
      <w:r>
        <w:rPr>
          <w:rFonts w:ascii="Times New Roman" w:hAnsi="Times New Roman" w:eastAsia="Times New Roman" w:cs="Times New Roman"/>
        </w:rPr>
        <w:t>Ang sinugdanan sa kasamtangang yugto mao ang diha nga ang manulonda mikunsad aron sa pagdan-ag sa yuta pinaagi sa Iyang himaya niadtong Septiyembre 11, 2001; unya, sa Isaias 6, gipahibalo kita nga ang mensahe nga girepresentahan sa “mga tingog, mga kilat, mga dalugdog, hangin ug ulan,” nga matapus sa balaod sa Domingo, igamantala ngadto sa usa ka katawhan nga makakita, apan dili makahimo sa pagsabot sa kahulogan sa mga kilat, ug bisan sila makadungog, dili sila makahimo sa pagsabot sa mga tingog ug mga dalugdog, hangtod nga maabtan sila sa dakong linog. Ang yugto sa pagpatik sa usa ka gatus ug kap-atan ug upat ka libo mao ang yugto diin matuman ang epekto sa matag panan-awon.</w:t>
      </w:r>
    </w:p>
    <w:p>
      <w:pPr>
        <w:pStyle w:val="ArticleBody"/>
        <w:jc w:val="left"/>
      </w:pPr>
      <w:r>
        <w:rPr>
          <w:rFonts w:ascii="Times New Roman" w:hAnsi="Times New Roman" w:eastAsia="Times New Roman" w:cs="Times New Roman"/>
        </w:rPr>
        <w:t>Kining kasaysayana nagpatungha ug nagpadayag sa duha ka matang sa mga magsisimba. Ang usa ka matang nakaila sa ulan, ug busa midawat niini, kay ilang makita ang kilat, ug madungog ang mga tingog, ang dalogdog ug ang hangin. Sa katapusan sa panahon sa pagpatik, ang dakong linog sa haduol nang umabot nga balaod sa Domingo, unya mao’y mopaila sa ehekutibong mga paghukom sa Dios.</w:t>
      </w:r>
    </w:p>
    <w:p>
      <w:pPr>
        <w:pStyle w:val="ArticleScripture"/>
        <w:jc w:val="left"/>
      </w:pPr>
      <w:r>
        <w:rPr>
          <w:rFonts w:ascii="Times New Roman" w:hAnsi="Times New Roman" w:eastAsia="Times New Roman" w:cs="Times New Roman"/>
        </w:rPr>
        <w:t>Ug gibuksan ang templo sa Dios didto sa langit, ug nakita sulod sa iyang templo ang arka sa iyang tugon; ug dihay mga kilat, ug mga tingog, ug mga dalugdog, ug usa ka linog, ug dakung ulan-nga-yelo. Pinadayag 11:19.</w:t>
      </w:r>
    </w:p>
    <w:p>
      <w:pPr>
        <w:pStyle w:val="ArticleBody"/>
        <w:jc w:val="left"/>
      </w:pPr>
      <w:r>
        <w:rPr>
          <w:rFonts w:ascii="Times New Roman" w:hAnsi="Times New Roman" w:eastAsia="Times New Roman" w:cs="Times New Roman"/>
        </w:rPr>
        <w:t>Sa dakong linog nga dako, ang “mga kilat, ug mga tingog, ug mga dalugdog,” naglakip sa “ulan-nga-yelo.” Ang “ulan-nga-yelo” nagrepresentar sa mga paghukom nga nagsugod na sa pagbubo pinaagi sa pito ka mga manulonda nga nangandam sa pagbuhat niana sa sinugdanan sa panahon sa pagpatik, sa diha nga ang ikapitong patik giablihan na, maingon nga sila naghulat sa manulonda nga moagi sa Jerusalem ug magbutang ug usa ka timaan ibabaw niadtong nanagpanghupaw ug nanagtiyabaw tungod sa mga dulumtanan nga ginabuhat diha sa yuta (gawas), ug sa iglesia (sulod).</w:t>
      </w:r>
    </w:p>
    <w:p>
      <w:pPr>
        <w:pStyle w:val="ArticleBody"/>
        <w:jc w:val="left"/>
      </w:pPr>
      <w:r>
        <w:rPr>
          <w:rFonts w:ascii="Times New Roman" w:hAnsi="Times New Roman" w:eastAsia="Times New Roman" w:cs="Times New Roman"/>
        </w:rPr>
        <w:t>Ang “ulan-nga-yelo,” nagtimaan sa panahon sa mga makaguba nga paghukom sa Dios, nga usa ka panahon sa kalooy alang sa laing panon sa Dios, nga niadtong panahona ginatawag paggawas gikan sa Babilonia, ug sa diha nga ang kataposan sa dakong panon nakauban na sa panon sa Dios, ang panahon sa pagsulay sa tawo hingpit nga matapos.</w:t>
      </w:r>
    </w:p>
    <w:p>
      <w:pPr>
        <w:pStyle w:val="ArticleScripture"/>
        <w:jc w:val="left"/>
      </w:pPr>
      <w:r>
        <w:rPr>
          <w:rFonts w:ascii="Times New Roman" w:hAnsi="Times New Roman" w:eastAsia="Times New Roman" w:cs="Times New Roman"/>
        </w:rPr>
        <w:t>Ug ang ikapitong manulonda mibubo sa iyang panaksan ngadto sa kahanginan; ug dihay usa ka dakung tingog gikan sa templo sa langit, gikan sa trono, nga nagaingon, Natuman na. Ug dihay mga tingog, ug mga dalugdog, ug mga kilat; ug dihay usa ka dakung linog, nga sukad wala pa mahitabo sukad ang mga tawo diha sa yuta, usa ka linog nga hilabihan ka kusgan, ug hilabihan ka daku. Ug ang dakung siyudad nabahin sa tulo ka bahin, ug nangapukan ang mga siyudad sa mga nasud: ug ang dakung Babilonia nahinumduman sa atubangan sa Dios, aron ihatag kaniya ang kopa sa bino sa kapintas sa iyang kapungot. Pinadayag 16:17–19.</w:t>
      </w:r>
    </w:p>
    <w:p>
      <w:pPr>
        <w:pStyle w:val="ArticleBody"/>
        <w:jc w:val="left"/>
      </w:pPr>
      <w:r>
        <w:rPr>
          <w:rFonts w:ascii="Times New Roman" w:hAnsi="Times New Roman" w:eastAsia="Times New Roman" w:cs="Times New Roman"/>
        </w:rPr>
        <w:t>Minahal nga Magbabasa: Madungog ba nimo ang mga tingog ug ang mga dalogdog? Makita ba nimo ang mga kilat? Mabati ba nimo ang hangin? Sa dili madugay, madungog mo ang tingog sa mga buang nga ulay nga nagpakilooy alang sa lana.</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Nangita kami ug pakigdait, apan walay kaayohan nga miabot; ug sa panahon sa kaayohan sa lawas, ug ania karon, kasamok! Ang pagsinghot sa iyang mga kabayo nadungog gikan sa Dan; ang tibook yuta mikurog sa tingog sa pagngisi sa iyang mga kusgan; kay sila miabut, ug gilamoy ang yuta, ug ang tanan nga anaa niini; ang ciudad, ug ang mga nanagpuyo didto. Kay, ania karon, ako magapadala ug mga bitin, mga halas nga dili malara, sa taliwala ninyo, nga dili mahimo nga mapaak pinaagi sa salamangka, ug sila magasamad kaninyo, nagaingon ang Ginoo. Sa diha nga buot ko unta lipayon ang akong kaugalingon batok sa kasubo, ang akong kasingkasing nagaluya sa sulod nako. Ania karon ang tingog sa pagtu-aw sa anak nga babaye sa akong katawohan tungod kanila nga nanagpuyo sa halayong yuta: Wala ba ang Ginoo sa Sion? wala ba ang iyang Hari diha kaniya? Ngano nga gipasuko nila ako pinaagi sa ilang mga larawan nga linilok, ug pinaagi sa dumuloong nga mga kakawangan? Ang ting-ani milabay na, ang ting-init natapus na, ug kita wala maluwas. Tungod sa kasakit sa anak nga babaye sa akong katawohan nasakitan usab ako; nagangitom ako; ang katingala midakop kanako. Wala ba diay balsamo sa Galaad; wala ba diay mananambal didto? nganong wala man diay mauli ang kaayohan sa anak nga babaye sa akong katawohan? Jeremias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Traynta’y Singko</dc:title>
  <dc:subject>Ang mga Tingog nga Manalagna sa 1776, 1789, ug 1798: Usa ka Pasiuna sa Pagpatik sa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