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Gatos Katloan ug Siyam</w:t>
      </w:r>
    </w:p>
    <w:p>
      <w:pPr>
        <w:pStyle w:val="ArticleSubtitle"/>
        <w:jc w:val="left"/>
      </w:pPr>
      <w:r>
        <w:rPr>
          <w:rFonts w:ascii="Arial" w:hAnsi="Arial" w:eastAsia="Arial" w:cs="Arial"/>
        </w:rPr>
        <w:t>Ang Propetikong Pagkaangay sa Daniel 11:40 sa Modernong Politikanhong mga Kamatuoran: Paghubad sa Tinagoan sa Kataposang Presidente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Atong gikonsiderar ang pagkatakdo sa Daniel kapitulo onse bersikulo kuwarenta, uban sa mga bersikulo uno ug dos sa maong kapitulo. Ang bersikulo uno nagtimaan sa panahon sa katapusan niadtong 1989, ug ang bersikulo kuwarenta usab nagtimaan sa panahon sa katapusan niadtong 1989, uban sa pagkapukan sa Unyong Sobyet ingon nga gilarawan sa pagguba sa Berlin Wall niadtong Nobyembre 9, 1989.</w:t>
      </w:r>
    </w:p>
    <w:p>
      <w:pPr>
        <w:pStyle w:val="ArticleBody"/>
        <w:jc w:val="left"/>
      </w:pPr>
      <w:r>
        <w:rPr>
          <w:rFonts w:ascii="Times New Roman" w:hAnsi="Times New Roman" w:eastAsia="Times New Roman" w:cs="Times New Roman"/>
        </w:rPr>
        <w:t>Ang ikaduhang bersikulo nag-ila sa ikaunom nga presidente sa Estados Unidos human sa 1989 ingon nga labing adunahan sa tanang mga presidente, ug sa ingon nagtudlo kang Donald Trump. Sa pagbuhat niini, nag-ila usab kini nga si Trump “magpakusog” batok sa tibook Grecia, nga mao ang Gresyanhong Imperyo ni Alejandro nga Bantogan sa ikatulong bersikulo. Ang Griyegong gingharian sa ikatulo ug ikaupat nga mga bersikulo mao ang simbolo sa usa ka pangkalibotang gingharian diha sa Daniel kapitulo onse.</w:t>
      </w:r>
    </w:p>
    <w:p>
      <w:pPr>
        <w:pStyle w:val="ArticleBody"/>
        <w:jc w:val="left"/>
      </w:pPr>
      <w:r>
        <w:rPr>
          <w:rFonts w:ascii="Times New Roman" w:hAnsi="Times New Roman" w:eastAsia="Times New Roman" w:cs="Times New Roman"/>
        </w:rPr>
        <w:t>Si William Miller maoy nagmugna sa hugpong sa mga pulong, “history and prophecy doth agree,” ug ang kasaysayan ni Donald Trump naghatag ug dili malalis nga pamatuod nga siya dili lamang ang labing adunahan sa kataposang walo ka mga presidente sa Tinipong Bansa sa Amerika, kondili usab nga ang mga globalista sa Tinipong Bansa sa Amerika, ug sa tibuok kalibotan, nagdumot kang Donald Trump sa usa ka pagdumot nga hilabihan ka walay lohika, nga daghan ang naghubit niini ingon nga kabuang.</w:t>
      </w:r>
    </w:p>
    <w:p>
      <w:pPr>
        <w:pStyle w:val="ArticleBody"/>
        <w:jc w:val="left"/>
      </w:pPr>
      <w:r>
        <w:rPr>
          <w:rFonts w:ascii="Times New Roman" w:hAnsi="Times New Roman" w:eastAsia="Times New Roman" w:cs="Times New Roman"/>
        </w:rPr>
        <w:t>Ang nahauna sa katapusang walo ka mga presidente, sugod niadtong 1989, sa tin-aw naghulagway kang Trump sa nagkalainlaing mga paagi, sa ingon nagpanghimatuod nga ang ikaunom nga presidente sa bersikulo dos, sa katapusan mao ang ikawalo ug ulahing presidente. Si Reagan, ingon nga nahauna sa sunod-sunod nga walo, maghulagway sa ikawalo ug ulahi, kay si Jesus sa kanunay naglarawan sa katapusan sa usa ka butang pinaagi sa sinugdanan sa usa ka butang.</w:t>
      </w:r>
    </w:p>
    <w:p>
      <w:pPr>
        <w:pStyle w:val="ArticleBody"/>
        <w:jc w:val="left"/>
      </w:pPr>
      <w:r>
        <w:rPr>
          <w:rFonts w:ascii="Times New Roman" w:hAnsi="Times New Roman" w:eastAsia="Times New Roman" w:cs="Times New Roman"/>
        </w:rPr>
        <w:t>Ang pagpamatuod ni Ronald Reagan, ang presidente sa panahon sa katapusan niadtong 1989, sa pagpanagna nagrepresentar sa presidente nga mao unta ang ulahi sa walo ka mga presidente. Adunay pito ka mga presidente human kang Reagan, kay ang Tinipong Bansa mihunong ingon nga ikaunom nga gingharian sa tagna sa Biblia sa haduol nang umaabot nga balaod sa Dominggo, ug sa pagpaingon nianang balaod sa Dominggo, ang Tinipong Bansa nagaporma ug larawan sa mananap, ug kana nga mananap mao ang ikawalo, nga gikan sa pito ka mga mananap. Si Reagan mao ang unang presidente sa panahon sa katapusan niadtong 1989, ug ang ulahi mao ang ikawalo, nga gikan sa pito.</w:t>
      </w:r>
    </w:p>
    <w:p>
      <w:pPr>
        <w:pStyle w:val="ArticleBody"/>
        <w:jc w:val="left"/>
      </w:pPr>
      <w:r>
        <w:rPr>
          <w:rFonts w:ascii="Times New Roman" w:hAnsi="Times New Roman" w:eastAsia="Times New Roman" w:cs="Times New Roman"/>
        </w:rPr>
        <w:t>Si Reagan miingon, niadtong Hunyo 12, 1987, atol sa usa ka pakigpulong sa Brandenburg Gate duol sa Berlin Wall sa Kasadpang Berlin, Alemanya, samtang nakigsulti sa Pangkalahatang Kalihim sa Partido Komunista sa Unyon Sobyet, si Mikhail Gorbachev, “Pangkalahatang Kalihim Gorbachev, kon nangita ka ug kalinaw, kon nangita ka ug kauswagan alang sa Unyon Sobyet ug sa Sidlakang Uropa, kon nangita ka ug liberalisasyon: Anhi dinhi niining ganghaan! Ginoong Gorbachev, ablihi kining ganghaan! Ginoong Gorbachev, gub-a kining bungbong!” Ang nahaunang labing inilang pulong sa kataposang walo ka mga presidente nagtimaan sa katumanan sa pagguba sa bungbong duha ka tuig ang milabay, niadtong Nobyembre 9, 1989.</w:t>
      </w:r>
    </w:p>
    <w:p>
      <w:pPr>
        <w:pStyle w:val="ArticleBody"/>
        <w:jc w:val="left"/>
      </w:pPr>
      <w:r>
        <w:rPr>
          <w:rFonts w:ascii="Times New Roman" w:hAnsi="Times New Roman" w:eastAsia="Times New Roman" w:cs="Times New Roman"/>
        </w:rPr>
        <w:t>Sa pagbuhat niana, ang paghatag og gibug-aton ni Reagan sa pagguba sa kuta, nagsulti ngadto sa ikawalong presidente, nga samtang nagdagan aron mahimong ikaunom nga presidente, gibase ang iyang kampanya sa saad nga “pagtukod sa kuta.” Ang nahauna sa kataposang walo ka mga presidente nanawagan nga ang kuta gub-on, ug ang Berlin Wall giguba niadtong 1989, sa panahon sa katapusan. Sa haduol nang umabot nga balaod sa Domingo ang “kuta” sa panagbulag sa Iglesia ug Estado pagagub-on, sumala sa girepresentahan sa sinugdanan niadtong 1989. Sa tunga-tunga nianang panahona ang ikaunom nga presidente, nga nagpasamok sa mga globalista, mosulay sa pagtukod og usa ka kuta nga dili nila gusto, ug sa dihang siya sa makausa pa mahimong ikawalong presidente sa pito, lain na usab nga “kuta” ang mapukan.</w:t>
      </w:r>
    </w:p>
    <w:p>
      <w:pPr>
        <w:pStyle w:val="ArticleBody"/>
        <w:jc w:val="left"/>
      </w:pPr>
      <w:r>
        <w:rPr>
          <w:rFonts w:ascii="Times New Roman" w:hAnsi="Times New Roman" w:eastAsia="Times New Roman" w:cs="Times New Roman"/>
        </w:rPr>
        <w:t>Ang nahauna sa walo ka mga presidente gimarkahan sa pagpukan sa usa ka paril nga nagtimaan sa panahon sa katapusan, sumala sa girepresentahan diha sa Daniel onse bersikulo kwarenta, ug ang ulahi sa walo ka mga presidente gimarkahan sa pagpukan sa usa ka “paril” nga nagtimaan sa katapusan sa panahon sa pagtak-op sa usa ka gatus ug kap-atan ug upat ka libo, sumala sa girepresentahan diha sa Daniel kapitulo onse bersikulo kwarenta ug usa.</w:t>
      </w:r>
    </w:p>
    <w:p>
      <w:pPr>
        <w:pStyle w:val="ArticleBody"/>
        <w:jc w:val="left"/>
      </w:pPr>
      <w:r>
        <w:rPr>
          <w:rFonts w:ascii="Times New Roman" w:hAnsi="Times New Roman" w:eastAsia="Times New Roman" w:cs="Times New Roman"/>
        </w:rPr>
        <w:t>Si Presidente Reagan kaniadto usa ka Democrat nga nahimong Republican, usa ka kanhing bituon sa media, usa ka tawo nga nailhan tungod sa iyang tin-aw nga pagpanulti, adunay halalum nga pagbati sa humor, usa ka konserbatibo sa panalapi nga nangampanya batok sa establisemento sa Washington, DC. Apan bisan pa sa retorika ni Reagan sa iyang unang kampanya batok sa establisemento (lamakan) nga nakagamot na sa kapitolyo sa nasod, nahitabo nga iyang gitudlo sa mga katungdanan sa iyang gabinete ang mas hataas nga porsiyento sa mga nakumpirmar nga globalistang politiko kaysa kang bisan kinsa nga laing modernong presidente hangtod niadtong panahona. Midangat pa gani siya sa pagpili kang George Bush nga Una isip iyang Bise Presidente, usa ka tawo kansang mga gamot sa pamilya miabot pag-ayo balik ngadto sa kasaysayan sa globalismo.</w:t>
      </w:r>
    </w:p>
    <w:p>
      <w:pPr>
        <w:pStyle w:val="ArticleBody"/>
        <w:jc w:val="left"/>
      </w:pPr>
      <w:r>
        <w:rPr>
          <w:rFonts w:ascii="Times New Roman" w:hAnsi="Times New Roman" w:eastAsia="Times New Roman" w:cs="Times New Roman"/>
        </w:rPr>
        <w:t>Nangampanya si Trump sa paghinlo sa establisemento nga iyang gitawag og “the swamp,” apan ang iyang rekord mahitungod sa mga lalaking iyang gipili aron makigduol nga motrabaho uban kaniya nagpadayag sa iyang labing dakong kahuyang. Halos silang tanan maoy mga representante sa “the swamp” nga si Trump sa ingon kalig-ong paagi gisupak. Si Trump, sama kang Reagan, usa ka kanhing Demokratiko nga nahimong Republikano, usa ka kanhing bituon sa media, usa ka tawo nga inila tungod sa iyang kahusayan sa paglitok sa pamulong, adunay halalum nga pagbati sa pagpatawa, ug usa ka konserbatibo sa panalapi.</w:t>
      </w:r>
    </w:p>
    <w:p>
      <w:pPr>
        <w:pStyle w:val="ArticleBody"/>
        <w:jc w:val="left"/>
      </w:pPr>
      <w:r>
        <w:rPr>
          <w:rFonts w:ascii="Times New Roman" w:hAnsi="Times New Roman" w:eastAsia="Times New Roman" w:cs="Times New Roman"/>
        </w:rPr>
        <w:t>Ang ulahing presidente sa Tinipong Bansa sa Amerika mao ang mahimong presidente sa dihang maporma ang larawan sa kapapahan (ang larawan sa mananap) sa Tinipong Bansa sa Amerika. Busa, ang ikawalo ug ulahing presidente sukad sa 1989 maapil sa usa ka gubat batok sa usa ka gahum nga dragon, kay diha sa usa ka taas ug malungtarong gubat batok sa dragon nga ang kapapahan unang gibutang sa trono sa usa ka gahum nga dragon niadtong 538, unya gitangtang sa trono sa maong mao gihapong gahum nga dragon niadtong 1798, ug pag-usab ibutang sa trono sa gahum nga dragon nga girepresentahan sa napulo ka mga hari nga miuyon sa paghatag sa ilang ikapitong gingharian ngadto sa kapapahan, ug kinsa sa ulahi magatangtang sa trono sa papal nga mananap sa dihang ilang sunogon siya pinaagi sa kalayo ug kan-on ang iyang unod samtang siya moabut sa iyang katapusan nga walay bisan kinsa nga motabang kaniya.</w:t>
      </w:r>
    </w:p>
    <w:p>
      <w:pPr>
        <w:pStyle w:val="ArticleBody"/>
        <w:jc w:val="left"/>
      </w:pPr>
      <w:r>
        <w:rPr>
          <w:rFonts w:ascii="Times New Roman" w:hAnsi="Times New Roman" w:eastAsia="Times New Roman" w:cs="Times New Roman"/>
        </w:rPr>
        <w:t>Ang presidente nga mao ang ikawalo, nga gikan sa pito, mao usab ang presidente nga nalambigit sa usa ka gubat batok sa usa ka gahom nga dragon. Kana nga gubat maila diha nga ang ikaunom ug labing adunahang presidente magapukaw sa tibuok globalistang mga gahom sa dragon. Sa walo ka katapusang mga presidente, sugod niadtong 1989, duha ang nangamatay na, nga nagbilin ug unom ka posibleng mga presidente nga mahimong malambigit sa usa ka gubat batok sa usa ka gahom nga dragon.</w:t>
      </w:r>
    </w:p>
    <w:p>
      <w:pPr>
        <w:pStyle w:val="ArticleBody"/>
        <w:jc w:val="left"/>
      </w:pPr>
      <w:r>
        <w:rPr>
          <w:rFonts w:ascii="Times New Roman" w:hAnsi="Times New Roman" w:eastAsia="Times New Roman" w:cs="Times New Roman"/>
        </w:rPr>
        <w:t>Nianang unom ka posibilidad, upat ang dayag nga mga globalista nga gipalihok sa dragon. Ang usa sa unom, sama sa iyang amahan, nagaangkon nga usa ka Republikano, apan Republikano siya sa ngalan lamang, ug sama sa iyang amahan, usa siya ka representante sa globalistang gahum sa dragon. Sa unom ka buhi nga mga presidente, usa lamang ang tin-aw nga dili globalista, ug siya mao ang presidente nga nagasamok sa mga globalista. Siya lamang ang usa sa katapusang walo ka mga presidente nga mahimong makatuman sa bahin sa larawan sa kapapahan, sa kahulogan nga nalambigit sa usa ka pakiggubat batok sa usa ka gahum sa dragon.</w:t>
      </w:r>
    </w:p>
    <w:p>
      <w:pPr>
        <w:pStyle w:val="ArticleBody"/>
        <w:jc w:val="left"/>
      </w:pPr>
      <w:r>
        <w:rPr>
          <w:rFonts w:ascii="Times New Roman" w:hAnsi="Times New Roman" w:eastAsia="Times New Roman" w:cs="Times New Roman"/>
        </w:rPr>
        <w:t>Ang labing unang Republikano nga pangulo bantog nga mikutlo ug usa ka teksto sa Kasulatan mahitungod sa Gubat Sibil sa US nga naghisgot niining maong kamatuoran.</w:t>
      </w:r>
    </w:p>
    <w:p>
      <w:pPr>
        <w:pStyle w:val="ArticleScripture"/>
        <w:jc w:val="left"/>
      </w:pPr>
      <w:r>
        <w:rPr>
          <w:rFonts w:ascii="Times New Roman" w:hAnsi="Times New Roman" w:eastAsia="Times New Roman" w:cs="Times New Roman"/>
        </w:rPr>
        <w:t>Ug si Jesus nahibalo sa ilang mga hunahuna, ug miingon kanila, Ang matag gingharian nga nabahin batok sa iyang kaugalingon madala ngadto sa kalaglagan; ug ang matag siyudad o balay nga nabahin batok sa iyang kaugalingon dili molungtad: Ug kon si Satanas magpagula kang Satanas, nabahin siya batok sa iyang kaugalingon; unsaon man unya paglungtad sa iyang gingharian? Ug kon ako pinaagi kang Beelzebub magpagula sa mga yawa, pinaagi ba kang kinsa sila pagapagulaon sa inyong mga anak? busa sila mao ang inyong mga maghuhukom. Apan kon ako magpagula sa mga yawa pinaagi sa Espiritu sa Dios, nan ang gingharian sa Dios miabut na kaninyo. Mateo 12:25–28.</w:t>
      </w:r>
    </w:p>
    <w:p>
      <w:pPr>
        <w:pStyle w:val="ArticleBody"/>
        <w:jc w:val="left"/>
      </w:pPr>
      <w:r>
        <w:rPr>
          <w:rFonts w:ascii="Times New Roman" w:hAnsi="Times New Roman" w:eastAsia="Times New Roman" w:cs="Times New Roman"/>
        </w:rPr>
        <w:t>Ang pakiggubat sa dragon batok sa labing adunahang presidente nga nagpukaw sa gingharian sa Grecia mahimo lamang nga tali kang Donald Trump ug sa mga globalista, kay ang tanang laing lima ka posible nga buhing mga presidente mga kontra-Amerikanong globalista. Sa dihang gisitar ni Lincoln ang nangaging mga bersikulo, aron hisgutan ang pagkabahin sa nasod ngadto sa duha ka pundok nga maka-ulipon ug kontra-ulipon, iyang gihisgutan ang mga Demokratang maka-ulipon, ug ang mga Republikano nga kontra-ulipon, ug sa pagbuhat niini iyang gihisgutan ang gubat sa kaulahiang mga adlaw tali sa mga Demokratang globalista, nga gipukaw sa katapusang Republikano nga presidente pinaagi sa iyang lihok sa MAGA-ismo, nga iyang girepresentar ug gipangulohan.</w:t>
      </w:r>
    </w:p>
    <w:p>
      <w:pPr>
        <w:pStyle w:val="ArticleBody"/>
        <w:jc w:val="left"/>
      </w:pPr>
      <w:r>
        <w:rPr>
          <w:rFonts w:ascii="Times New Roman" w:hAnsi="Times New Roman" w:eastAsia="Times New Roman" w:cs="Times New Roman"/>
        </w:rPr>
        <w:t>Ingon unang Republikano nga presidente, si Lincoln nagatipo sa ulahing Republikano nga presidente. Ang ulahing presidente girepresentahan usab sa Republikano nga presidente sa panahon sa katapusan niadtong 1989. Kining duha ka mga saksi nagaila sa presidente nga ilang gitipo ingon nga usa ka Republikano. Ang Republikano nga presidente sa panahon sa katapusan niadtong 1989 dili lamang yano nga usa ka Republikano, kondili siya mao ang nahauna sa kataposang walo ka mga presidente. Ang ulahing presidente matipohan usab pinaagi kang George Washington, ang unang presidente ug ang unang Commander-in-Chief.</w:t>
      </w:r>
    </w:p>
    <w:p>
      <w:pPr>
        <w:pStyle w:val="ArticleBody"/>
        <w:jc w:val="left"/>
      </w:pPr>
      <w:r>
        <w:rPr>
          <w:rFonts w:ascii="Times New Roman" w:hAnsi="Times New Roman" w:eastAsia="Times New Roman" w:cs="Times New Roman"/>
        </w:rPr>
        <w:t>Ang Washington usab gitipoan sa unang presidente sulod sa yugto nga gilarawan sa 1776, ug kadtong unang presidente (Peyton Randolph) usa sa pito ka mga lalaki nga nanag-alagad sulod sa walo ka mga yugto nga gilarawan sa pito ka mga lalaki. Si Randolph mao ang una sa walo, ug busa nagrepresentar kang Reagan, nga mao ang una sa walo, ug siya mao ang ikawalo nga gikan sa pito. Busa si Randolph nagrepresentar kang Washington (ang unang presidente), Lincoln (ang unang Republikano nga presidente), Reagan (ang unang presidente sa katapusang walo), ug ang ikawalo nga presidente human sa 1989, nga tungod sa profetikanhong kinahanglanon mamahimong ang ikawalo, nga gikan sa pito.</w:t>
      </w:r>
    </w:p>
    <w:p>
      <w:pPr>
        <w:pStyle w:val="ArticleBody"/>
        <w:jc w:val="left"/>
      </w:pPr>
      <w:r>
        <w:rPr>
          <w:rFonts w:ascii="Times New Roman" w:hAnsi="Times New Roman" w:eastAsia="Times New Roman" w:cs="Times New Roman"/>
        </w:rPr>
        <w:t>Ang Washington ilhan usab pagasagisagon ni John Hancock, nga mao ang presidente sa kasaysayan nga girepresentahan sa 1789, ug nga, sama kang Randolph, mao ang ikawalo, nga gikan sa pito. Si Randolph nagsagisag kang Washington; busa sa dihang si Hancock mahiuyon kang Randolph ingon nga ikawalo nga gikan sa pito, si Hancock nagrepresentar sa ikawalong presidente human sa 1989, kinsa tungod sa profetikong panginahanglan maoy ang ikawalo, nga gikan sa pito.</w:t>
      </w:r>
    </w:p>
    <w:p>
      <w:pPr>
        <w:pStyle w:val="ArticleBody"/>
        <w:jc w:val="left"/>
      </w:pPr>
      <w:r>
        <w:rPr>
          <w:rFonts w:ascii="Times New Roman" w:hAnsi="Times New Roman" w:eastAsia="Times New Roman" w:cs="Times New Roman"/>
        </w:rPr>
        <w:t>Si Randolph, Hancock, Washington, Lincoln ug Reagan silang tanan nagatipo sa kataposang presidente. Ang duha niadtong mga saksi nagapamatuod nga ang kataposang presidente mahimong usa ka Republikano. Ang duha nagapamatuod nga ang kataposang presidente mahimong ikawalo, nga mao ang usa sa pito. Ang lima ka buhing mga presidente sa walo ka mga presidente human sa panahon sa katapusan niadtong 1989 nagaila nga si Trump lamang ang nagbaton sa politikal nga ideolohiya aron maapil sa usa ka gubat batok sa gahom sa dragon.</w:t>
      </w:r>
    </w:p>
    <w:p>
      <w:pPr>
        <w:pStyle w:val="ArticleBody"/>
        <w:jc w:val="left"/>
      </w:pPr>
      <w:r>
        <w:rPr>
          <w:rFonts w:ascii="Times New Roman" w:hAnsi="Times New Roman" w:eastAsia="Times New Roman" w:cs="Times New Roman"/>
        </w:rPr>
        <w:t>Si Lincoln giunhan ni James Buchanan, usa ka Demokratiko, nga giila sa matinud-anong mga historyador nga labing dili epektibong pangulo sa sayong kasaysayan sa Amerika, ug kansang walay kapuslanan nga pagpangulo sa pagkatinuod maoy hinungdan sa pagpatungha sa Gubat Sibil sa Estados Unidos. Sa wala pa mapapanumpa si Lincoln, ang mga estado sa habagatan nagsugod na sa pagbulag gikan sa unyon, ug usa lamang ka bulan human sa pagpahinungod ni Lincoln sa katungdanan, ang unang mga buto gipabuto na. Si Buchanan mao ang nagpalihok sa mga kalihokan nga mipahinabo sa usa ka gubat nga napugos si Lincoln sa pagsulbad.</w:t>
      </w:r>
    </w:p>
    <w:p>
      <w:pPr>
        <w:pStyle w:val="ArticleBody"/>
        <w:jc w:val="left"/>
      </w:pPr>
      <w:r>
        <w:rPr>
          <w:rFonts w:ascii="Times New Roman" w:hAnsi="Times New Roman" w:eastAsia="Times New Roman" w:cs="Times New Roman"/>
        </w:rPr>
        <w:t>Si Reagan giunhan sa labing walay kapuslanan nga presidente sa makabag-ong kapanahonan. Si Carter, usa ka Demokratiko, nakaulaw sa Tinipong Bansa sa Amerika tungod sa iyang kawalay katakos sa hustong pag-atubang sa radikal nga Islam, nga nahimutang sa Iran.</w:t>
      </w:r>
    </w:p>
    <w:p>
      <w:pPr>
        <w:pStyle w:val="ArticleBody"/>
        <w:jc w:val="left"/>
      </w:pPr>
      <w:r>
        <w:rPr>
          <w:rFonts w:ascii="Times New Roman" w:hAnsi="Times New Roman" w:eastAsia="Times New Roman" w:cs="Times New Roman"/>
        </w:rPr>
        <w:t>Sa wala pa si Trump, si Obama una kaniya, usa ka Demokratiko, nga tinuyo nga nagsugod sa mga pagkabahinbahin sa kultura, politika, ug ekonomiya nga nagpadayon lamang sa pagdugang sukad niadtong panahona. Ang iyang dili epektibong pagpangulo gihulagway ni Buchanan ug ni Carter, apan sa kasaysayan diin siya nagdumala, ang Mainstream Media nakasugod na sa pagpadayag sa kaugalingon nga kaagapay sa Reich Ministry of Public Enlightenment and Propaganda ni Adolph Hitler. Ang mga pag-atake ni Obama batok sa mga institusyong sosyal, politikal, pinansyal, ug relihiyoso sa Tinipong Bansa gitabonan, alang niadtong nagpili nga dili makakita, ug ang iyang pagkadili epektibo isip usa nga nanumpa sa pagpanalipod sa Konstitusyon maampingong gitago. Gipakaulawan ni Obama ang Tinipong Bansa pinaagi sa iyang kawalay-kapabilidad sa husto nga pag-atubang sa radikal nga Islam, nga nahimutang sa Iran.</w:t>
      </w:r>
    </w:p>
    <w:p>
      <w:pPr>
        <w:pStyle w:val="ArticleBody"/>
        <w:jc w:val="left"/>
      </w:pPr>
      <w:r>
        <w:rPr>
          <w:rFonts w:ascii="Times New Roman" w:hAnsi="Times New Roman" w:eastAsia="Times New Roman" w:cs="Times New Roman"/>
        </w:rPr>
        <w:t>Sa diha nga si Trump mapili pag-usab sa 2024, ingon nga ikawalong presidente sukad kang Reagan niadtong 1989, pag-usab siya unhan sa usa ka Demokratang globalista nga gipalihok sa dragon, nga karon nakabaton sa korona isip labing dili epektibong presidente sa kasaysayan, nga sa makadaghan na nga higayon nakapakaulaw sa Tinipong Bansa sa Estados Unidos sa iyang pagsulay sa pagsulbad sa radikal nga Islam, nga anaa sa Iran, bisan pa man nga sa makausa pa ang modernong Mainstream Media (sama sa gihulagway sa Reich Ministry of Public Enlightenment and Propaganda) naningkamot sa paglubong nianang dayag nga kamatuoran.</w:t>
      </w:r>
    </w:p>
    <w:p>
      <w:pPr>
        <w:pStyle w:val="ArticleBody"/>
        <w:jc w:val="left"/>
      </w:pPr>
      <w:r>
        <w:rPr>
          <w:rFonts w:ascii="Times New Roman" w:hAnsi="Times New Roman" w:eastAsia="Times New Roman" w:cs="Times New Roman"/>
        </w:rPr>
        <w:t>Sa dihang mipuli sa katungdanan si Reagan, usa ka wala masulbad nga krisis uban sa radikal nga Islam, nga nahimutang sa Iran, gibilin nga wala masulbad sa Demokratikong presidente. Si Reagan dihadiha mihimo og mga lakang aron balihon ang direksiyon sa mga tensiyon tali sa Estados Unidos ug sa radikal nga Islam, ingon nga girepresentahan sa Iran. Sa dihang mipuli sa katungdanan si Trump, usa ka wala masulbad nga krisis uban sa radikal nga Islam, pag-usab nga nahimutang sa Iran, wala lamang gibilin nga wala masulbad, kondili gipondohan pa sa Demokratikong presidente. Si Trump dihadiha mihimo og mga lakang aron balihon ang direksiyon sa mga tensiyon tali sa Estados Unidos ug sa radikal nga Islam, ingon nga girepresentahan sa Iran. Gibali sa kasamtangang Demokratikong presidente ang tanang pag-uswag nga natuman ni Trump, ug ang tibuok kalibotan karon ginadani ngadto sa ikatulong gubat sa kalibotan tungod sa dili epektibong pagpangulo ni Biden.</w:t>
      </w:r>
    </w:p>
    <w:p>
      <w:pPr>
        <w:pStyle w:val="ArticleBody"/>
        <w:jc w:val="left"/>
      </w:pPr>
      <w:r>
        <w:rPr>
          <w:rFonts w:ascii="Times New Roman" w:hAnsi="Times New Roman" w:eastAsia="Times New Roman" w:cs="Times New Roman"/>
        </w:rPr>
        <w:t>Kana nagtuman dili lamang sa buluhaton maylabot sa Islam nga girepresentahan sa kawalay-epektibo ni Carter ug sa pagpasiugda ni Obama sa Islam, kondili usab pinaagi sa buluhaton ni Buchanan sa pagsugod sa usa ka gubat, nga gikinahanglang sulbaron sa Republikano nga presidente.</w:t>
      </w:r>
    </w:p>
    <w:p>
      <w:pPr>
        <w:pStyle w:val="ArticleBody"/>
        <w:jc w:val="left"/>
      </w:pPr>
      <w:r>
        <w:rPr>
          <w:rFonts w:ascii="Times New Roman" w:hAnsi="Times New Roman" w:eastAsia="Times New Roman" w:cs="Times New Roman"/>
        </w:rPr>
        <w:t>Sama sa unang Republikano nga presidente, si Trump gipatay sa politika sa mga gahom nga dragon nga globalista sa eleksiyon sa 2020. Samtang giisip siya nga patay diha sa dalan, ang mga globalista sa mananap sa yuta ug ang mga globalista sa tibuok kalibotan misugod sa pagsaulog, sumala sa gitagna sa Pinadayag kapitulo onse.</w:t>
      </w:r>
    </w:p>
    <w:p>
      <w:pPr>
        <w:pStyle w:val="ArticleScripture"/>
        <w:jc w:val="left"/>
      </w:pPr>
      <w:r>
        <w:rPr>
          <w:rFonts w:ascii="Times New Roman" w:hAnsi="Times New Roman" w:eastAsia="Times New Roman" w:cs="Times New Roman"/>
        </w:rPr>
        <w:t>Ug sa diha nga mahuman na nila ang ilang pagpamatuod, ang mapintas nga mananap nga motungas gikan sa kailadman nga walay kinutoban makiggubat batok kanila, ug modaog batok kanila, ug mopatay kanila. Ug ang ilang mga minatayng lawas magpabilin sa dalan sa dakong siyudad, nga sa espirituwal gitawag ug Sodoma ug Egipto, diin usab ang atong Ginoo gilansang sa krus. Ug ang mga tawo gikan sa mga katawhan ug kabanayan ug mga pinulongan ug mga nasud motan-aw sa ilang mga minatayng lawas sulod sa tulo ka adlaw ug tunga, ug dili motugot nga ang ilang mga minatayng lawas igalubong. Ug ang mga nanagpuyo sa ibabaw sa yuta magakalipay tungod kanila, ug maglipay, ug magpadalahanay ug mga gasa; kay kining duruha ka mga manalagna nagsakit kanila nga nanagpuyo sa ibabaw sa yuta. Ug tapus ang tulo ka adlaw ug tunga, ang Espiritu sa kinabuhi nga gikan sa Dios misulod kanila, ug sila mitindog sa ilang mga tiil; ug daku nga kahadlok miabut sa mga nakakita kanila. Pinadayag 11:7–11.</w:t>
      </w:r>
    </w:p>
    <w:p>
      <w:pPr>
        <w:pStyle w:val="ArticleBody"/>
        <w:jc w:val="left"/>
      </w:pPr>
      <w:r>
        <w:rPr>
          <w:rFonts w:ascii="Times New Roman" w:hAnsi="Times New Roman" w:eastAsia="Times New Roman" w:cs="Times New Roman"/>
        </w:rPr>
        <w:t>Karon miabot na kita sa 2024, diin si Trump nagtindog na sa iyang mga tiil, ug ang kalibotan sa dragon nga nagmaya ug nagsadya sukad niadtong Enero 6, 2021, karon giatubang na sa “dakong kahadlok.” Ang Mainstream Media (MSM) anaa sa kalisang. Ang ilang kaugalingong mga talking point nagsugod na sa pagpakita sa ilang kabalaka nga, sumala sa giingon sa karaang awit nga rock and roll, “kana nga gikapuyan nang tigulang nga ilang gipili nga hari,” walay abilidad sa pagpabiling igo ka duol sa mga numero ni Trump aron tugotan ang ilang mga makina sa pagboto nga iduso si Biden ngadto sa kadaugan. Ang Mainstream Media karon usa na ka makina sa propaganda sama gayod sa Reich Ministry of Public Enlightenment and Propaganda sa mga adlaw ni Hitler.</w:t>
      </w:r>
    </w:p>
    <w:p>
      <w:pPr>
        <w:pStyle w:val="ArticleBody"/>
        <w:jc w:val="left"/>
      </w:pPr>
      <w:r>
        <w:rPr>
          <w:rFonts w:ascii="Times New Roman" w:hAnsi="Times New Roman" w:eastAsia="Times New Roman" w:cs="Times New Roman"/>
        </w:rPr>
        <w:t>Kining kamatuoran gibalik-balik na nga napamatud-an nga labaw pa sa bisan unsang matematikal nga posibilidad nga mahimo pa unta kini nga lahi. Sa matag higayon nga usa ka bag-ong talking point sa mga globalista ipasulod sa katilingban sa kinatibuk-an, nabantayan ug nadokumento sa makadaghang higayon nga ang nagkalainlaing mga linya sa komunikasyon nga gidumala sa makina sa propaganda sa dragon nagpagula sa mao gayud nga pulong-pulong, pulong sa pulong, sa ilang paghulagway niining hitaboa o nianang isyuha.</w:t>
      </w:r>
    </w:p>
    <w:p>
      <w:pPr>
        <w:pStyle w:val="ArticleBody"/>
        <w:jc w:val="left"/>
      </w:pPr>
      <w:r>
        <w:rPr>
          <w:rFonts w:ascii="Times New Roman" w:hAnsi="Times New Roman" w:eastAsia="Times New Roman" w:cs="Times New Roman"/>
        </w:rPr>
        <w:t>Kon pamilyar kamo sa karaang dula sa mga bata nga gitawag og “telephone,” o usahay “Chinese whispers,” nasayod kamo nga kon ang mga tawo molingkod nga naglibot, ug sa pagpadayon sa dula, ang unang tawo mohunghong sa dunggan sa sunod, ug unya kana nga hunghong ipasa pinaagi sa pag-usab-usab sa tibuok lingin, ang sinugdanang hunghong nga milibot sa lingin, sa walay kapakyasan, mausab ngadto sa usa ka butang nga lahi sa gipasabot sa unang hunghong. Apan ang Mainstream Media nagpaabot sa iyang mga sumusunod nga motuo nga ang matag mamamahayag niining nasora ug sa tibuok kalibotan sa usa ka paagi mipili sa mao rang mga pulong ug hugpong sa mga pulong aron ipasabut ang baroganan sa dragon bahin sa usa ka hilisgutan o panghitabo. Gatusan sa mga gitawag og mga mamamahayag mitan-aw sa mao rang panghitabo, ug miabot dili lamang sa mao rang konklusyon, kondili mipili usab sila sa hingpit nga managsamang mga pulong ug hugpong sa mga pulong aron ihulagway ang maong panghitabo.</w:t>
      </w:r>
    </w:p>
    <w:p>
      <w:pPr>
        <w:pStyle w:val="ArticleBody"/>
        <w:jc w:val="left"/>
      </w:pPr>
      <w:r>
        <w:rPr>
          <w:rFonts w:ascii="Times New Roman" w:hAnsi="Times New Roman" w:eastAsia="Times New Roman" w:cs="Times New Roman"/>
        </w:rPr>
        <w:t>Ang atong gihisgutan niining panahona dili usa ka pag-atake batok sa makinang propaganda sa mga globalista; kini yano lamang nga pag-ila sa usa ka profetikong kinaiya sa espirituhanong gubat nga karon nagakahitabo sa planetang Yuta. Sa panahon ni Cristo, ang mga Judio sa katapusan publikong mipili kang Cesar ingon nga ilang hari, samtang ilang gisalikway ang ilang Mesiyas. Niadtong panahon nga puno sa kontrobersiya, ang labawng saserdote mihatag ug usa ka pangatarungan alang sa pagpatay kang Cristo nga sataniko, ug nakabase sa sayop nga pangatarungan, apan husto usab kini sa samang higayon.</w:t>
      </w:r>
    </w:p>
    <w:p>
      <w:pPr>
        <w:pStyle w:val="ArticleScripture"/>
        <w:jc w:val="left"/>
      </w:pPr>
      <w:r>
        <w:rPr>
          <w:rFonts w:ascii="Times New Roman" w:hAnsi="Times New Roman" w:eastAsia="Times New Roman" w:cs="Times New Roman"/>
        </w:rPr>
        <w:t>Ug usa kanila, nga ginganlan si Caifas, nga mao ang labawng sacerdote niadtong tuiga, miingon kanila, Wala gayud kamo masayod sa bisan unsa, Ni magpalandong kamo nga mapuslanon alang kanato, nga usa ka tawo mamatay alang sa katawohan, ug nga ang tibook nasud dili mapuo. Ug kini wala niya isulti gikan sa iyang kaugalingon: kondili, sanglit siya mao ang labawng sacerdote niadtong tuiga, nanagna siya nga si Jesus kinahanglan mamatay alang nianang nasud; Ug dili alang nianang nasud lamang, kondili aron usab pagatigumon niya ngadto sa usa ang mga anak sa Dios nga nagkatibulaag sa nagkalainlaing dapit. Juan 11:49–52.</w:t>
      </w:r>
    </w:p>
    <w:p>
      <w:pPr>
        <w:pStyle w:val="ArticleBody"/>
        <w:jc w:val="left"/>
      </w:pPr>
      <w:r>
        <w:rPr>
          <w:rFonts w:ascii="Times New Roman" w:hAnsi="Times New Roman" w:eastAsia="Times New Roman" w:cs="Times New Roman"/>
        </w:rPr>
        <w:t>Si Caiaphas nagmugna ug usa ka lohika aron sa pag-atake kang Cristo, ug sa pagbuhat niana siya sa pagkatinuod naghimo ug usa ka balido nga panagna. Wala siya motuo nga si Cristo kinahanglan mahimong halad alang sa katawhan, gusto lamang niya nga ipapatay Siya. Ang Mainstream Media sa gahom sa dragon karon nagatuman ug susamang butang mahitungod kang Trump. Naninguha sila sa pagsilsil ug kahadlok ngadto sa katawhan, nga kon si Trump mapili pag-usab, mahimo siyang diktador, sama kang Adolph Hitler. Ang mga Democrats mao ang partido nga pabor sa pagkaulipon, ug nagabaton sa mga kinaiya sa partidong Nazi, lakip ang usa ka makinang propaganda nga pangkalibotan, dili lamang Aleman, apan ilang ginapanghimakak nga kon si Trump mapili, ang demokrasya pagabungkagon ug si Trump mahimong diktador sama kang Adolph Hitler.</w:t>
      </w:r>
    </w:p>
    <w:p>
      <w:pPr>
        <w:pStyle w:val="ArticleBody"/>
        <w:jc w:val="left"/>
      </w:pPr>
      <w:r>
        <w:rPr>
          <w:rFonts w:ascii="Times New Roman" w:hAnsi="Times New Roman" w:eastAsia="Times New Roman" w:cs="Times New Roman"/>
        </w:rPr>
        <w:t>Mao gayod kana ang gipaila sa Pulong sa Dios mahitungod sa kataposang presidente sa Tinipong Bansa sa Amerika, bisan pa ang Mainstream Media, sama sa dragon nga nagdasig kang Caiaphas, wala makasabot nga ang ilang mga gipanglitok mapanagnaon ug sa pagkatinuod matuman gayod.</w:t>
      </w:r>
    </w:p>
    <w:p>
      <w:pPr>
        <w:pStyle w:val="ArticleScripture"/>
        <w:jc w:val="left"/>
      </w:pPr>
      <w:r>
        <w:rPr>
          <w:rFonts w:ascii="Times New Roman" w:hAnsi="Times New Roman" w:eastAsia="Times New Roman" w:cs="Times New Roman"/>
        </w:rPr>
        <w:t>“Ang atong yuta anaa sa dakong peligro. Haduol na ang panahon nga ang iyang mga magbabalaod mosalikway pag-ayo sa mga prinsipyo sa Protestantismo aron mohatag og pag-uyon sa Romang apostasiya. Ang katawhan nga alang kanila ang Dios milagrosong naglihok sa ingon kadaku, nga nagpalig-on kanila aron isalikway ang masakit nga yugo sa pagka-papado, pinaagi sa usa ka nasodnong buhat magahatag og kusog sa dunot nga pagtoo sa Roma, ug sa ingon pagapukawon ang pagpanlupig nga naghulat lamang og usa ka paghikap aron mosugod pag-usab ngadto sa kabangis ug despotismo. Sa paspas nga mga lakang nagakahaduol na kita niini nga panahon.” The Spirit of Prophecy, tomo 4, 410.</w:t>
      </w:r>
    </w:p>
    <w:p>
      <w:pPr>
        <w:pStyle w:val="ArticleBody"/>
        <w:jc w:val="left"/>
      </w:pPr>
      <w:r>
        <w:rPr>
          <w:rFonts w:ascii="Times New Roman" w:hAnsi="Times New Roman" w:eastAsia="Times New Roman" w:cs="Times New Roman"/>
        </w:rPr>
        <w:t>Nasayod ako nga samtang akong ginailhan ang mga dunot nga mga elemento sa mga Demokratiko sa Estados Unidos, ang mga nagapadayag nga mga Republikano nga sa pagkatinuod mga globalista, ug ang mga progresibong globalista sa kalibotan, ang usa ka magbabasa mahimong madala sa pagtuo nga ako adunay usa ka matang sa politikanhong simpatiya ngadto sa partidong Republikano, o kang Donald Trump. Kini halayo kaayo sa tinuod nga kahimtang sa maong butang; ang katapusang presidente mahimong usa ka diktador, maingon sa gitagna sa Mainstream Media, bisan pa nga sila wala mahibalo labaw pa sa ilang tinuod nga ginatagna kay sa nahibaloan ni Caiaphas. Yano lamang nga atong ginailhan ang mga dinamika sa tagna nga may kalabutan sa “ang masalimuot nga pagtinagbo sa mga panghitabo sa tawo,” nga girepresentahan sa mga ligid sulod sa mga ligid ni Ezekiel.</w:t>
      </w:r>
    </w:p>
    <w:p>
      <w:pPr>
        <w:pStyle w:val="ArticleBody"/>
        <w:jc w:val="left"/>
      </w:pPr>
      <w:r>
        <w:rPr>
          <w:rFonts w:ascii="Times New Roman" w:hAnsi="Times New Roman" w:eastAsia="Times New Roman" w:cs="Times New Roman"/>
        </w:rPr>
        <w:t>Padayonon nato kining pagtuon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Gatos Katloan ug Siyam</dc:title>
  <dc:subject>Ang Propetikong Pagkaangay sa Daniel 11:40 sa Modernong Politikanhong mga Kamatuoran: Paghubad sa Tinagoan sa Kataposang Presidente</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