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Usa ka Gatos ug Kwarenta ug Tulo</w:t>
      </w:r>
    </w:p>
    <w:p>
      <w:pPr>
        <w:pStyle w:val="ArticleSubtitle"/>
        <w:jc w:val="left"/>
      </w:pPr>
      <w:r>
        <w:rPr>
          <w:rFonts w:ascii="Arial" w:hAnsi="Arial" w:eastAsia="Arial" w:cs="Arial"/>
        </w:rPr>
        <w:t>Pagpadayag sa mga Sumbanan nga Propetiko: Ang Katapusang Presidente ug ang Larawan sa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Ang unang gingharian sa tagna sa Biblia mao ang Babilonia, ug diha sa matagnaong pagpamatuod mahitungod sa Babilonia ang nahauna ug ang naulahi nga mga hari espesipiko ug tinuyoang gigamit ingon nga mga matagnaong simbolo. Sa ikaduhang gingharian sa Medo-Persia, ang unang duha ka hari, ang usa kanila mao ang hari nga nagpagula sa nahauna sa tulo ka mga sugo nga nagtugot sa karaang Israel sa pagbalik ngadto sa Jerusalem, ug ang misunod nga duha ka mga hari nga mipresentar sa ikaduha ug ikatulo nga mga sugo, espesipikong giila. Sa ingon usab, ang gamhanang hari nga girepresentahan ni Alexander the Great, ug ang mga heneral ug mga hari nga misunod sa kasaysayan sa ikatulong gingharian sa Gresya, giila sa matagnaong pulong. Ang ikaupat nga gingharian sa pagano nga Roma espesipikong naghisgot sa mga magmamando ug mga emperador nianang ginghariana.</w:t>
      </w:r>
    </w:p>
    <w:p>
      <w:pPr>
        <w:pStyle w:val="ArticleBody"/>
        <w:jc w:val="left"/>
      </w:pPr>
      <w:r>
        <w:rPr>
          <w:rFonts w:ascii="Times New Roman" w:hAnsi="Times New Roman" w:eastAsia="Times New Roman" w:cs="Times New Roman"/>
        </w:rPr>
        <w:t>Ang tanang mga hari sa Israel, ang sa amihanang gingharian ug sa habagatang gingharian, gipaila, ug silang tanan mga simbolo sulod sa propetikong Pulong sa Dios, maingon man ang mga hari sa Asiria ug ang mga Paraon sa Egipto. Ang panghunahuna nga ang propetikong pulong sa Dios sa pagkatinuod motumong sa mga presidente sa Tinipong Bansa sa Amerika mahimong daw hilabihan ka layo sa tinuod alang niadtong may mga mata apan dili makakita, ug may mga dalunggan apan dili makasabut. Apan sa pagkatinuod, mas binuang pa ang paghunahuna nga ang Dios dili motumong sa mga presidente sa mananap sa yuta sa Pinadayag trese, sanglit kini mao ang pangunang punto sa pakisayran alang sa mga panagna sa kaulahiang mga adlaw.</w:t>
      </w:r>
    </w:p>
    <w:p>
      <w:pPr>
        <w:pStyle w:val="ArticleBody"/>
        <w:jc w:val="left"/>
      </w:pPr>
      <w:r>
        <w:rPr>
          <w:rFonts w:ascii="Times New Roman" w:hAnsi="Times New Roman" w:eastAsia="Times New Roman" w:cs="Times New Roman"/>
        </w:rPr>
        <w:t>Ang kataposang presidente sa Estados Unidos, tungod sa kinahanglanon sa tagna, pagailhan pinaagi sa hulagway sa unang presidente sa Estados Unidos. Ingon nga kataposang Republikano nga presidente, siya usab, tungod sa kinahanglanon sa tagna, pagailhan pinaagi sa hulagway sa unang Republikano nga presidente. Ingon nga kataposang presidente sa kasaysayan sa kataposang kalihokan sa reporma, siya usab gipaagig hulagway sa unang presidente nianang maong kapanahonan sa tagna. Ingon nga presidente nga magahari sa panahon sa kataposan ug ikatulong gubat sa kalibotan, siya usab gipaagig hulagway sa mga presidente nga naghari sa panahon sa nahauna ug ikaduhang mga gubat sa kalibotan.</w:t>
      </w:r>
    </w:p>
    <w:p>
      <w:pPr>
        <w:pStyle w:val="ArticleBody"/>
        <w:jc w:val="left"/>
      </w:pPr>
      <w:r>
        <w:rPr>
          <w:rFonts w:ascii="Times New Roman" w:hAnsi="Times New Roman" w:eastAsia="Times New Roman" w:cs="Times New Roman"/>
        </w:rPr>
        <w:t>Ang tulo ka mga gubat pangkalibotan nga nahitabo sulod sa kasaysayan sa Amerika nagrepresentar sa tulo ka pilo nga aplikasyon sa tagna. Ang ikatulong gubat pangkalibotan, nga karon ginapasulod ni Joe Biden ang planetang yuta ngadto niini, gitipikohan na daan sa Unang Gubat Pangkalibotan ug sa Ikaduhang Gubat Pangkalibotan. Sa mao gayod nga panahon, ginapasulod usab ni Biden ang Tinipong Bansa sa Amerika ngadto sa ikaduhang Gubat Sibil. Sulod sa mosunod nga mga bulan, ang mga lihok nga tagnaanon nga may kalabutan sa ikaduhang Gubat Sibil ug sa ikatulong gubat pangkalibotan mosamot lamang sa pagkakusog, sama sa usa ka babaye nga nagbati sa kasakit sa pagpanganak.</w:t>
      </w:r>
    </w:p>
    <w:p>
      <w:pPr>
        <w:pStyle w:val="ArticleBody"/>
        <w:jc w:val="left"/>
      </w:pPr>
      <w:r>
        <w:rPr>
          <w:rFonts w:ascii="Times New Roman" w:hAnsi="Times New Roman" w:eastAsia="Times New Roman" w:cs="Times New Roman"/>
        </w:rPr>
        <w:t>Ang bantog nga pulong gikan sa nagkasamot nga krisis sa Ikaduhang Gubat sa Kalibotan, ni Martin Niemoller, usa ka Aleman nga teologo ug Lutheranong pastor, mao kini: “Una, mianhi sila alang sa mga sosyalista, ug wala ako mosulti batok niini—tungod kay dili ako sosyalista. Unya mianhi sila alang sa mga sakop sa unyon sa mga mamumuo, ug wala ako mosulti batok niini—tungod kay dili ako sakop sa unyon sa mga mamumuo. Unya mianhi sila alang sa mga Judio, ug wala ako mosulti batok niini—tungod kay dili ako Judio. Unya mianhi sila alang kanako—ug wala nay nahibilin nga mosulti alang kanako.” Samtang ang panahon nagpadayon sa pag-uswag, atong balikan kining kasamtangang kasaysayan ug maila nga ang mga lihok nga nagakahitabo karon mao gayud ang sinugdanang mga lakang sa katapusang mga gubat sa propetikong kasaysayan.</w:t>
      </w:r>
    </w:p>
    <w:p>
      <w:pPr>
        <w:pStyle w:val="ArticleBody"/>
        <w:jc w:val="left"/>
      </w:pPr>
      <w:r>
        <w:rPr>
          <w:rFonts w:ascii="Times New Roman" w:hAnsi="Times New Roman" w:eastAsia="Times New Roman" w:cs="Times New Roman"/>
        </w:rPr>
        <w:t>Sa propetikong yugto nga girepresentahan gikan sa 1776 hangtod sa 1798, diin ang Declaration of Independence, ang Constitution, ug ang Alien and Sedition Acts mao ang mga ilhanan sa dalan, girepresentahan ang kasaysayan gikan sa Septyembre 11, 2001 hangtod sa panahon nga ang Tinipong Bansa sa Amerika mosulti ingon nga usa ka dragon. Ang Septyembre 11, 2001 usa ka mahinungdanong punto sa pagliko, ug ang Declaration of Independence motakdo niana nga petsa. Ang Declaration of Independence nagtimaan usab sa Rebolusyonaryong Gubat, ug nag-ila nga ang Patriot Act of 2001 nagsugod sa usa ka espirituhanong pagsubli nianang gubata. Ang pulong nga “revolution” nagpasabot sa paghimo sa usa ka hingpit nga lingin.</w:t>
      </w:r>
    </w:p>
    <w:p>
      <w:pPr>
        <w:pStyle w:val="ArticleBody"/>
        <w:jc w:val="left"/>
      </w:pPr>
      <w:r>
        <w:rPr>
          <w:rFonts w:ascii="Times New Roman" w:hAnsi="Times New Roman" w:eastAsia="Times New Roman" w:cs="Times New Roman"/>
        </w:rPr>
        <w:t>Sa panahon gikan sa 1776 hangtod sa 1798, gisalikway sa Gubat Rebolusyonaryo ang harianong kagamhanan sa Inglaterra, ug ang tanang mga hari sa kinatibuk-an. Ang Konstitusyon nagpahamtang ug mga pagdili dili lamang sa harianong kagamhanan, kondili ingon man sa walay pagduhaduha sa kapapanghan sa kapapahan. Pag-abot sa 1798, ang lingin (rebolusyon) nahingpit pinaagi sa mga balaod nga gipatuman nga naghatag ug harianong awtoridad sa usa ka presidente.</w:t>
      </w:r>
    </w:p>
    <w:p>
      <w:pPr>
        <w:pStyle w:val="ArticleBody"/>
        <w:jc w:val="left"/>
      </w:pPr>
      <w:r>
        <w:rPr>
          <w:rFonts w:ascii="Times New Roman" w:hAnsi="Times New Roman" w:eastAsia="Times New Roman" w:cs="Times New Roman"/>
        </w:rPr>
        <w:t>Ang Patriot Act nagtimaan sa usa ka rebolusyon (usa ka ligid) nga moabot ngadto sa mapintas nga mananap sa yuta nga nagasulti ingon sa usa ka dragon, diin ang gahum sa kapapahan gipahiuli usab. Ang unang ligid gikan sa 1776 hangtod sa 1798 nagaila sa usa ka propetikong rebolusyon nga nagdala ngadto sa pagpahiuli sa harianong gahum, ug ang rebolusyon nga iyang ginatipohan nagaila sa usa ka rebolusyon nga nagdala ngadto sa pagpahiuli sa gahum sa kapapahan. Ang ikaduhang Rebolusyonaryong Gubat nagpadayon na sukad sa Septyembre 11, 2001. Ngano pa man laing hinungdan nga tawgon kini og Patriot Act?</w:t>
      </w:r>
    </w:p>
    <w:p>
      <w:pPr>
        <w:pStyle w:val="ArticleBody"/>
        <w:jc w:val="left"/>
      </w:pPr>
      <w:r>
        <w:rPr>
          <w:rFonts w:ascii="Times New Roman" w:hAnsi="Times New Roman" w:eastAsia="Times New Roman" w:cs="Times New Roman"/>
        </w:rPr>
        <w:t>Sa dili pa nato hisgutan ang mga gubat nga mahitabo sa kasaysayan sa kataposang presidente, magpadayon kita sa paghisgot sa mga propetikanhong kinaiya sa larawan sa mapintas nga mananap. Mahinungdanon nga ilhon ang kahimtang nga anaa sa pagporma sa larawan sa mapintas nga mananap, sa panahon sa kataposang presidente. Kana nga presidente kinahanglan nga usa ka Republikano nga presidente nga anaa sa pakigbisog batok sa mga pwersa nga may kalabutan sa gahom sa dragon. Siya kinahanglan nga mao ang kataposan, ug busa ang ikawalong presidente sulod sa usa ka yugto sa walo ka mga presidente. Sa duha ka sinugdanang mga yugto sa Tinipong Bansa sa Amerika, ang duha ka Continental Congresses, ang matag usa ka yugto girepresentahan sa walo ka mga presidente, ug ang duha ka mga yugto nag-ila sa usa sa walo ka mga presidente nga gikan sa pito. Busa, pinasikad sa duha ka mga saksi sa sinugdanan, ang kataposang presidente kinahanglan nga mao ang ikawalong presidente, nga gikan sa pito.</w:t>
      </w:r>
    </w:p>
    <w:p>
      <w:pPr>
        <w:pStyle w:val="ArticleBody"/>
        <w:jc w:val="left"/>
      </w:pPr>
      <w:r>
        <w:rPr>
          <w:rFonts w:ascii="Times New Roman" w:hAnsi="Times New Roman" w:eastAsia="Times New Roman" w:cs="Times New Roman"/>
        </w:rPr>
        <w:t>Si Donald Trump lamang ang nagtuman niining mga propetikong bahin. Aron hingpit nga masabtan ang propetikong palibot nga hapit nang mapanunod ni Donald Trump, gikinahanglan nga masabtan nga sa paagi sa propesiya ang unang duha ka Gubat sa Kalibotan girepresentahan sulod sa Ikatulong Gubat sa Kalibotan, ug ang propetikong mga kinaiya nianang mga gubata nagsulti usab mahitungod sa palibot nga hapit nang mapanunod ni Trump. Bisan pa niana, wala pa kita karon nagapadapat sa triplong aplikasyon sa tulo ka Gubat sa Kalibotan.</w:t>
      </w:r>
    </w:p>
    <w:p>
      <w:pPr>
        <w:pStyle w:val="ArticleBody"/>
        <w:jc w:val="left"/>
      </w:pPr>
      <w:r>
        <w:rPr>
          <w:rFonts w:ascii="Times New Roman" w:hAnsi="Times New Roman" w:eastAsia="Times New Roman" w:cs="Times New Roman"/>
        </w:rPr>
        <w:t>Ang nagkagrabeng pakiggubat nga gidala sa Islam ug ang misunod nga mga suliran sa panalapi mao ang paagi diin ang Islam sa ikatulong kaalautan nagtuman sa papel sa mini nga propeta sa pagporma sa larawan sa mananap sa Estados Unidos. Ang “asno”, nga mao ang mini nga propeta sa Islam, nagdala sa mini nga propeta sa Estados Unidos ngadto sa “Jerusalem”, maingon nga gidala sa asno si Cristo ngadto sa Jerusalem. Niining panaw usa ka palibot nga matagnaon ang naporma nga nagmugna sa mga katumanan sa nangaging mga tagna. Niadtong 1798 ang Alien and Sedition Acts “gisulti” ngadto sa labing sinugdanan sa kasaysayan sa mananap sa yuta nga magsugod ingon nga nating carnero, ug matapos nga magasulti sama sa usa ka dragon. Adunay upat ka mga balaod nga girepresentahan sa Alien and Sedition Acts.</w:t>
      </w:r>
    </w:p>
    <w:p>
      <w:pPr>
        <w:pStyle w:val="ArticleBody"/>
        <w:jc w:val="left"/>
      </w:pPr>
      <w:r>
        <w:rPr>
          <w:rFonts w:ascii="Times New Roman" w:hAnsi="Times New Roman" w:eastAsia="Times New Roman" w:cs="Times New Roman"/>
        </w:rPr>
        <w:t>Ang Batas sa Naturalisasyon: Kini nga balaod nagpalugway sa gikinahanglang gidugayon sa pagpuyo aron mahimong kwalipikado alang sa pagkalungsoranon sa Amerika.</w:t>
      </w:r>
    </w:p>
    <w:p>
      <w:pPr>
        <w:pStyle w:val="ArticleBody"/>
        <w:jc w:val="left"/>
      </w:pPr>
      <w:r>
        <w:rPr>
          <w:rFonts w:ascii="Times New Roman" w:hAnsi="Times New Roman" w:eastAsia="Times New Roman" w:cs="Times New Roman"/>
        </w:rPr>
        <w:t>Ang Alien Friends Act: Kining balaora naghatag sa presidente sa awtoridad sa pagpalagpot sa mga dili lungsoranon nga giisip nga “makapahulga sa kalinaw ug kaluwasan sa Estados Unidos” sa mga panahon sa pakigdait. Gitugotan niini ang gobyerno sa pagdakop ug pagpalagpot sa mga lumad sa langyaw nga mga nasod nga walay hustong proseso sa balaod.</w:t>
      </w:r>
    </w:p>
    <w:p>
      <w:pPr>
        <w:pStyle w:val="ArticleBody"/>
        <w:jc w:val="left"/>
      </w:pPr>
      <w:r>
        <w:rPr>
          <w:rFonts w:ascii="Times New Roman" w:hAnsi="Times New Roman" w:eastAsia="Times New Roman" w:cs="Times New Roman"/>
        </w:rPr>
        <w:t>Ang Alien Enemies Act: Kini nga balaod nagtugot sa presidente sa pagpugong ug pagpalagpot sa bisan kinsang lalaking lungsoranon sa usa ka nasod nga kaaway sa panahon sa gubat.</w:t>
      </w:r>
    </w:p>
    <w:p>
      <w:pPr>
        <w:pStyle w:val="ArticleBody"/>
        <w:jc w:val="left"/>
      </w:pPr>
      <w:r>
        <w:rPr>
          <w:rFonts w:ascii="Times New Roman" w:hAnsi="Times New Roman" w:eastAsia="Times New Roman" w:cs="Times New Roman"/>
        </w:rPr>
        <w:t>Ang Balaod Batok sa Sedisyon: Ang labing kontrobersiyal sa upat, ang Balaod Batok sa Sedisyon naghimo nga usa ka krimen ang pagmantala ug bakak, makapasipad-an, o daotang mga sinulat batok sa gobyerno sa U.S. o sa mga opisyal niini. Sa pagkatinuod, gihimo niini nga kriminal ang pagsaway sa gobyerno.</w:t>
      </w:r>
    </w:p>
    <w:p>
      <w:pPr>
        <w:pStyle w:val="ArticleBody"/>
        <w:jc w:val="left"/>
      </w:pPr>
      <w:r>
        <w:rPr>
          <w:rFonts w:ascii="Times New Roman" w:hAnsi="Times New Roman" w:eastAsia="Times New Roman" w:cs="Times New Roman"/>
        </w:rPr>
        <w:t>Ang kampanya ni Donald Trump sa dakong bahin nagasukad sa iyang saad nga tapuson ang “pagtukod sa kuta” nga iyang gisugdan sa miaging termino niya isip presidente. Siya mipahayag nga ang labing daku nga deportasyon sa kasaysayan sa katawhan mahitabo sa dihang siya mapili sa 2024. Si Trump adunay usa ka personal nga kinaiya nga dili ikatandi kang bisan unsang ubang politiko sa larangan sa politikanhong Amerikano. Tumanon niya, o sa labing ubos mosulay sa pagtuman, ang iyang mga saad sa kampanya. Ang Alien and Sedition Acts nagrepresentar sa mga balaod nga hingpit nga nahiuyon sa iyang saad mahitungod sa mga deportasyon.</w:t>
      </w:r>
    </w:p>
    <w:p>
      <w:pPr>
        <w:pStyle w:val="ArticleBody"/>
        <w:jc w:val="left"/>
      </w:pPr>
      <w:r>
        <w:rPr>
          <w:rFonts w:ascii="Times New Roman" w:hAnsi="Times New Roman" w:eastAsia="Times New Roman" w:cs="Times New Roman"/>
        </w:rPr>
        <w:t>Usa sa labing mabug-at nga mga akusasyon ni Trump nga may kalabutan sa nakagamot nga politikal nga establisimyento sa DC nga iyang gitawag nga “swamp,” uban sa tanan niining mga kurakot, imoral, ug nakompromisong mga politiko, propesyonal nga mga burukrata, mga ahensiyang alpabeto, ug mga bilyonaryong tigpundo sa salapi, mao ang “fake news” nga gihimo sa modernong pagpadayag sa Reich Ministry of Public Enlightenment and Propaganda ni Hitler, ug nga karon gitawag nga MSM, Mainstream Media. Ang Alien and Sedition Acts nagrepresentar ug mga balaod nga hingpit nga nahiuyon sa iyang pagdumot sa “fake news.” Si Jesus kanunay naghulagway sa katapusan sa usa ka butang pinaagi sa sinugdanan sa usa ka butang.</w:t>
      </w:r>
    </w:p>
    <w:p>
      <w:pPr>
        <w:pStyle w:val="ArticleBody"/>
        <w:jc w:val="left"/>
      </w:pPr>
      <w:r>
        <w:rPr>
          <w:rFonts w:ascii="Times New Roman" w:hAnsi="Times New Roman" w:eastAsia="Times New Roman" w:cs="Times New Roman"/>
        </w:rPr>
        <w:t>Ang unang Republikano nga presidente napugos sa pag-atubang sa usa ka Gubat Sibil nga gihimo ni Buchanan, ang Demokratang gisundan ni Lincoln. Sa pagbuhat niini, gisuspenso ni Lincoln ang katungod sa habeas corpus. Ang habeas corpus usa ka legal nga prinsipyo nga nanalipod sa katungod sa usa ka tawo sa paghagit sa ilang pagpabilanggo o pagkadetine sa atubangan sa hukmanan. Kini usa ka sukaranang legal nga katungod nga naggarantiya nga ang usa ka tawo dili mahimong pugngan sa kustodiya nga walay subay sa balaod nga katarungan. Sa dihang ang usa ka writ of habeas corpus ipasaka alang sa usa ka detinido, kini nagkinahanglan sa gobyerno sa paghatag ug katarungan alang sa ilang pagkadetine sa atubangan sa hukmanan.</w:t>
      </w:r>
    </w:p>
    <w:p>
      <w:pPr>
        <w:pStyle w:val="ArticleBody"/>
        <w:jc w:val="left"/>
      </w:pPr>
      <w:r>
        <w:rPr>
          <w:rFonts w:ascii="Times New Roman" w:hAnsi="Times New Roman" w:eastAsia="Times New Roman" w:cs="Times New Roman"/>
        </w:rPr>
        <w:t>Atol sa panahon sa American Civil War, gisuspinde ni Lincoln ang writ of habeas corpus sa pipila ka mga dapit sa Estados Unidos isip usa ka lakang sa panahon sa gubat. Una niyang gisuspinde ang habeas corpus sa Maryland niadtong Abril 1861, ug sa ulahi gipalapdan ang maong pagsuspinde ngadto sa mga bahin sa Midwest. Kini nga lihok gihimo aron mapadayon ang kahapsay ug mapugngan ang pagsupak sa mga dapit diin lig-on ang simpatiya sa pagbulag o sa Confederacy (mga Demokratiko), ug aron malikayan ang pagpanghilabot sa paningkamot sa Union sa gubat.</w:t>
      </w:r>
    </w:p>
    <w:p>
      <w:pPr>
        <w:pStyle w:val="ArticleBody"/>
        <w:jc w:val="left"/>
      </w:pPr>
      <w:r>
        <w:rPr>
          <w:rFonts w:ascii="Times New Roman" w:hAnsi="Times New Roman" w:eastAsia="Times New Roman" w:cs="Times New Roman"/>
        </w:rPr>
        <w:t>Ang pagsuspenso ni Lincoln sa habeas corpus kontrobersiyal ug mipukaw sa mahinungdanong mga pangutana nga konstitusyonal, tungod kay kini naglakip sa usa ka temporaryong pagsuspenso sa usa ka sukaranang kagawasan sibil nga gigarantiyahan sa Konstitusyon sa Estados Unidos. Gitugotan sa Konstitusyon ang pagsuspenso sa writ of habeas corpus “when in Cases of Rebellion or Invasion the public Safety may require it” (Article I, Section 9).</w:t>
      </w:r>
    </w:p>
    <w:p>
      <w:pPr>
        <w:pStyle w:val="ArticleBody"/>
        <w:jc w:val="left"/>
      </w:pPr>
      <w:r>
        <w:rPr>
          <w:rFonts w:ascii="Times New Roman" w:hAnsi="Times New Roman" w:eastAsia="Times New Roman" w:cs="Times New Roman"/>
        </w:rPr>
        <w:t>Gipanalipdan ni Lincoln ang iyang mga buhat ingon nga gikinahanglan alang sa pagpreserbar sa Unyon ug sa nasudnong seguridad sa panahon sa gubat. Gipasar sa Kongreso ang Habeas Corpus Suspension Act niadtong 1863, nga sa ulahi naghatag ug legal nga pagtugot sa pagsuspenso ni Lincoln sa habeas corpus ug naglatid sa pipila ka mga pamaagi alang sa militar nga pagpabilanggo. Ang habeas corpus hinay-hinay nga gipahiuli sa mga katuigan human sa Gubat Sibil samtang ang panagbangi nagkaduol sa katapusan, ug ang nasod mibalik sa kahimtang sa kalinaw.</w:t>
      </w:r>
    </w:p>
    <w:p>
      <w:pPr>
        <w:pStyle w:val="ArticleBody"/>
        <w:jc w:val="left"/>
      </w:pPr>
      <w:r>
        <w:rPr>
          <w:rFonts w:ascii="Times New Roman" w:hAnsi="Times New Roman" w:eastAsia="Times New Roman" w:cs="Times New Roman"/>
        </w:rPr>
        <w:t>Niadtong 1871, gisuspenso usab ni Presidente Ulysses S. Grant (usa ka Republikano) ang habeas corpus sa siyam ka mga kondado sa South Carolina sa panahon sa paghari sa kalisang sa Ku Klux Klan (mga Demokratiko) sa Panahon sa Reconstruction. Kini nga pagsuspenso gitumong sa pagsukol sa kapintasan ug sa pagpanalipod sa mga katungod sibil sa bag-ong napahigawas nga mga Aprikanong Amerikano.</w:t>
      </w:r>
    </w:p>
    <w:p>
      <w:pPr>
        <w:pStyle w:val="ArticleBody"/>
        <w:jc w:val="left"/>
      </w:pPr>
      <w:r>
        <w:rPr>
          <w:rFonts w:ascii="Times New Roman" w:hAnsi="Times New Roman" w:eastAsia="Times New Roman" w:cs="Times New Roman"/>
        </w:rPr>
        <w:t>Niadtong 1942, si Presidente Franklin D. Roosevelt (usa ka Demokratiko), sa panahon sa Ikaduhang Gubat sa Kalibotan, mipirma sa Executive Order 9066, nga nagtugot sa pinugos nga pagbalhin ug pagpasulod sa mga Haponong Amerikano nga nagpuyo sa Kasadpang Baybayon ngadto sa mga kampo sa internment. Bisan tuod kini sa teknikal dili maoy pagsuspinde sa habeas corpus, misangpot kini sa pagdetine sa mga Haponong Amerikano nga walay due process, ug ang ilang mga legal nga katungod grabeng nakompromiso.</w:t>
      </w:r>
    </w:p>
    <w:p>
      <w:pPr>
        <w:pStyle w:val="ArticleBody"/>
        <w:jc w:val="left"/>
      </w:pPr>
      <w:r>
        <w:rPr>
          <w:rFonts w:ascii="Times New Roman" w:hAnsi="Times New Roman" w:eastAsia="Times New Roman" w:cs="Times New Roman"/>
        </w:rPr>
        <w:t>Unya sa 2001, si Bush nga ulahi (usa ka globalistang Republikano), human sa mga pag-atakeng terorista niadtong Septiyembre 11, mitugot sa pagpabilanggo sa mga gidudahang kaawayng mga kombatante sa Guantanamo Bay ug sa ubang mga pasilidad. Ang pagpabilanggo niining mga tawhana ug ang ilang legal nga kahimtang nahimong mga hilisgutan sa mga legal nga hagit nga may kalabotan sa habeas corpus.</w:t>
      </w:r>
    </w:p>
    <w:p>
      <w:pPr>
        <w:pStyle w:val="ArticleBody"/>
        <w:jc w:val="left"/>
      </w:pPr>
      <w:r>
        <w:rPr>
          <w:rFonts w:ascii="Times New Roman" w:hAnsi="Times New Roman" w:eastAsia="Times New Roman" w:cs="Times New Roman"/>
        </w:rPr>
        <w:t>Unya sa 2021, ang mga paglilitis ni Pelosi (usa ka Demokrata) maylabot sa Enero 6 nagpadayon sa konsepto sa pagsuspinde sa habeas corpus, sa pagtangtang sa due process, ug sa pagpatuman sa internment nga supak sa Konstitusyon. Ang mga paglilitis ni Pelosi sa 2021 adunay talagsaong kahimtang nga mao kini ang unang higayon nga ang legal nga mga katungod sa mga lungsoranong Amerikano gipahilayo alang sa pulos politikanhong mga katuyoan. Sa tanang laing higayon, adunay tinuod nga gubat o pagrebelde nga nag-ila sa piho nga mga sakop sa kaaway. Ang mga kaaway sa mga paglilitis ni Pelosi mao lamang ang mga kaaway sa mga globalista nga giaghat sa dragon. Importante nga ilhon ang profesikanhong padulngan sa mga isyu nga nalangkit sa pagbaliskad sa Konstitusyon, kay mao kini ang mga hitabo nga nagtimaan sa pagporma sa larawan sa mapintas nga mananap, nga mao ang dakong pagsulay alang sa katawhan sa Dios.</w:t>
      </w:r>
    </w:p>
    <w:p>
      <w:pPr>
        <w:pStyle w:val="ArticleBody"/>
        <w:jc w:val="left"/>
      </w:pPr>
      <w:r>
        <w:rPr>
          <w:rFonts w:ascii="Times New Roman" w:hAnsi="Times New Roman" w:eastAsia="Times New Roman" w:cs="Times New Roman"/>
        </w:rPr>
        <w:t>Dili mahalaga kon si Pelosi mao ang imong bayani, o si Trump ang imong kampeon; ang mahalaga mao nga imong maila ang nagkaduol nga krisis ug makahimo sa husto nga pagpangandam. Kadtong mga magmadaogon sa umaabot nga krisis mga lungsoranon sa langitnong Jerusalem, ug ang tanang mga gahom nga mibiya sa balaod sa Dios hapit na mahiusa, ingon sa pagkausa sa mga Saduceo (Democrats) ug mga Pariseo (Republicans) batok sa matinumanong mga anak sa Dios sa dihang maporma ang dagway sa mapintas nga mananap.</w:t>
      </w:r>
    </w:p>
    <w:p>
      <w:pPr>
        <w:pStyle w:val="ArticleBody"/>
        <w:jc w:val="left"/>
      </w:pPr>
      <w:r>
        <w:rPr>
          <w:rFonts w:ascii="Times New Roman" w:hAnsi="Times New Roman" w:eastAsia="Times New Roman" w:cs="Times New Roman"/>
        </w:rPr>
        <w:t>Ang buluhaton sa paglimbong pinaagi sa mini nga propeta sa Islam sa Tinipong Bansa sa Amerika o sa apostatang Protestantehanon sa kalibotan, mao ang magpahinabo sa paghiusa sa Iglesia ug sa Estado. Giila ni Sister White nga may moabut pang usa ka laing Gubat Sibil, ug nga kini ipahinabo sa mga global nga bangkero ug sa mga bilyonaryo, nga mao ang mga magpapatigayon sa modernong Babilonia, nga sa matagnaong paagi mao ang usa ka katunga sa mga representante sa mga gahom sa dragon. Ang laing katunga mao ang mga propesyonal nga politiko, mga abogado, mga hari, ug mga magmamando.</w:t>
      </w:r>
    </w:p>
    <w:p>
      <w:pPr>
        <w:pStyle w:val="ArticleScripture"/>
        <w:jc w:val="left"/>
      </w:pPr>
      <w:r>
        <w:rPr>
          <w:rFonts w:ascii="Times New Roman" w:hAnsi="Times New Roman" w:eastAsia="Times New Roman" w:cs="Times New Roman"/>
        </w:rPr>
        <w:t>“Sa India, Tsina, Rusya, ug sa mga siyudad sa Amerika, linibo ka mga lalaki ug mga babaye ang nangamatay tungod sa kagutom. Ang mga tawong datoan, tungod kay anaa kanila ang gahum, nagkontrolar sa merkado. Ilang gipalit sa ubos nga mga presyo ang tanang ilang mahimo nga maangkon, ug unya ilang ibaligya sa hilabihan ka taas nga mga presyo. Kini nagpasabot ug kagutom alang sa mas kabos nga mga hut-ong, ug mosangpot sa usa ka gubat sibil.” Manuscript Releases, volume 5, 305.</w:t>
      </w:r>
    </w:p>
    <w:p>
      <w:pPr>
        <w:pStyle w:val="ArticleBody"/>
        <w:jc w:val="left"/>
      </w:pPr>
      <w:r>
        <w:rPr>
          <w:rFonts w:ascii="Times New Roman" w:hAnsi="Times New Roman" w:eastAsia="Times New Roman" w:cs="Times New Roman"/>
        </w:rPr>
        <w:t>Ang Gubatang Rebolusyonaryo usa ka literal nga gubat, apan kini naghulagway sa usa ka politikal nga gubat nga gisugdan niadtong Setyembre 11, 2001. Ang Tinipong Bansa sa Amerika karon usa ka nasod nga nabahin tali sa duha ka politikal nga partido, apan ang Pulong sa Dios dili gayod mapakyas, ug ang Iyang Pulong nagpaila nga si Trump pagapilia pag-usab sa mga eleksiyon sa 2024. Ang usa ka Gubatang Sibil, nga sa tanang praktikal nga kahulogan nasugdan na, magsugod sa tinuod nga dagan sa dili madugay human sa iyang eleksiyon, maingon sa nahitabo kang Lincoln, ang unang Republikano nga presidente. Ang nag-unang lohika sa Gubatang Sibil nga iyang mapanunod pagamugnaon sa mga bangkero sa kalibotan ug sa mga negosyanteng bilyonaryo, nga, lakip sa ubang mga butang, walay hunong nga naningkamot sa pag-abli sa walay pagpugong nga dinagkong panglangyaw nga migrasyon sa tibuok kalibotan, aron mapadako ang ilang tinguha alang sa dugang nga pinansiyal nga ganansiya, ug labaw sa tanan, aron wagtangon ang tunga-tungang hut-ong. Ang mga negosyante sa Babilonia nagtinguha sa pagpalambo sa usa ka sistema nga adunay duha ka hut-ong: ang labing adunahan ug ang labing kabos.</w:t>
      </w:r>
    </w:p>
    <w:p>
      <w:pPr>
        <w:pStyle w:val="ArticleBody"/>
        <w:jc w:val="left"/>
      </w:pPr>
      <w:r>
        <w:rPr>
          <w:rFonts w:ascii="Times New Roman" w:hAnsi="Times New Roman" w:eastAsia="Times New Roman" w:cs="Times New Roman"/>
        </w:rPr>
        <w:t>Si Trump mao ang mahimong presidente nga magdumala sa pagpatukod sa larawan sa mananap, ug ang mini nga propeta sa Islam mao ang magpugos nga kana nga larawan ipatindog; ug alang niadtong adunay mga mata, ug makakita, ug adunay mga dalunggan, ug makasabut, ang pag-atake sa Islam niadtong Oktubre 7, 2023, sa ikatulong kaalaotan batok sa literal nga Israel, ang karaang Mahimayaong Yuta, maoy dayag nga katumanan sa probidensyal nga buhat sa mini nga propeta sa Islam.</w:t>
      </w:r>
    </w:p>
    <w:p>
      <w:pPr>
        <w:pStyle w:val="ArticleBody"/>
        <w:jc w:val="left"/>
      </w:pPr>
      <w:r>
        <w:rPr>
          <w:rFonts w:ascii="Times New Roman" w:hAnsi="Times New Roman" w:eastAsia="Times New Roman" w:cs="Times New Roman"/>
        </w:rPr>
        <w:t>Ang Partido Demokratiko, nga nagapahitaas sa iyang kaugalingon ingon nga partido sa “Diversity, Equity and Inclusion,” karon nagaani sa mga bunga sa satanikong pilosopiya nga ilang gipasiugdahan. Sukad niadtong Oktubre 7, 2023, ang panaglalis tali sa anti-Israel ug pro-Israel nagabungkag sa kusog politikal sa ilang partido samtang nagkaduol sila sa eleksiyon sa 2024. Ang pagkabahinbahin nakapamunga ug panag-awayay sulod sa ilang mga sumusunod, hangtod sa punto nga ang ilang mga dinaut nga elektronikong makina sa pagboto tingali wala na’y katakos sa pagmaniobra sa igo nga gidaghanon sa mga boto aron malabwan ang tinuod nga mga boto nga igabotar alang kang Trump. Ang pakiggubat sa mini nga propeta sa Islam nagapamugna ug mga kahimtang nga nagapapili kang Trump ingon nga ikawalong presidente, nga gikan sa pito, sukad sa panahon sa katapusan niadtong 1989, samtang ang mananap sa yuta nagaporma ug larawan alang sa mananap sa dagat.</w:t>
      </w:r>
    </w:p>
    <w:p>
      <w:pPr>
        <w:pStyle w:val="ArticleBody"/>
        <w:jc w:val="left"/>
      </w:pPr>
      <w:r>
        <w:rPr>
          <w:rFonts w:ascii="Times New Roman" w:hAnsi="Times New Roman" w:eastAsia="Times New Roman" w:cs="Times New Roman"/>
        </w:rPr>
        <w:t>Ang satanikong pilosopiya sa “Diversity, Equity and Inclusion” maoy usa sa mga plataporma sa pagpadaghan pag-usab sa pagrebelde sa Sodoma ug Gomorra pinaagi sa pagdasig sa adyendang LGBTQ+.</w:t>
      </w:r>
    </w:p>
    <w:p>
      <w:pPr>
        <w:pStyle w:val="ArticleScripture"/>
        <w:jc w:val="left"/>
      </w:pPr>
      <w:r>
        <w:rPr>
          <w:rFonts w:ascii="Times New Roman" w:hAnsi="Times New Roman" w:eastAsia="Times New Roman" w:cs="Times New Roman"/>
        </w:rPr>
        <w:t>Ingon usab, maingon sa nahitabo sa mga adlaw ni Lot; sila nangaon, sila nanginum, sila namalit, sila namaligya, sila nananom, sila nangtukod; Apan sa maong adlaw nga si Lot migula gikan sa Sodoma, miulan ug kalayo ug asupre gikan sa langit, ug milaglag kanilang tanan. Sa ingon man usab kini mahitabo sa adlaw nga ang Anak sa tawo igapadayag. Lucas 17:28–30.</w:t>
      </w:r>
    </w:p>
    <w:p>
      <w:pPr>
        <w:pStyle w:val="ArticleBody"/>
        <w:jc w:val="left"/>
      </w:pPr>
      <w:r>
        <w:rPr>
          <w:rFonts w:ascii="Times New Roman" w:hAnsi="Times New Roman" w:eastAsia="Times New Roman" w:cs="Times New Roman"/>
        </w:rPr>
        <w:t>Ang adyenda sa LGBTQ+, girepresentar usab ingon nga Gay Pride, ug tungod niana, nagtimaan sa katapusang moral nga pagkapukan sa mananap sa yuta, ug human niana, sa kalibotan.</w:t>
      </w:r>
    </w:p>
    <w:p>
      <w:pPr>
        <w:pStyle w:val="ArticleScripture"/>
        <w:jc w:val="left"/>
      </w:pPr>
      <w:r>
        <w:rPr>
          <w:rFonts w:ascii="Times New Roman" w:hAnsi="Times New Roman" w:eastAsia="Times New Roman" w:cs="Times New Roman"/>
        </w:rPr>
        <w:t>Ang dalan sa mga matarong mao ang pagtalikod sa dautan; ang nagabantay sa iyang agianan nagatipig sa iyang kalag. Ang pagkamapahitas-on nag-una sa pagkalaglag, ug ang mapahitas-ong espiritu nag-una sa pagkahulog. Maayo pa ang mapainubsanon nga espiritu uban sa mga mapaubsanon, kay sa pagbahin sa mga inagaw uban sa mga mapahitas-on. Proverbio 16:17–19.</w:t>
      </w:r>
    </w:p>
    <w:p>
      <w:pPr>
        <w:pStyle w:val="ArticleBody"/>
        <w:jc w:val="left"/>
      </w:pPr>
      <w:r>
        <w:rPr>
          <w:rFonts w:ascii="Times New Roman" w:hAnsi="Times New Roman" w:eastAsia="Times New Roman" w:cs="Times New Roman"/>
        </w:rPr>
        <w:t>Ang pagkamapahitas-on nagauna sa pagkahulog ug ang pagkamapahitas-on nagauna sa kalaglagan. Ang nasyonal nga pagbiya sa pagtuo nagapamunga ug nasyonal nga kalaglagan, ug ang simbolo sa pagkamapahitas-on sa mga globalista mao ang simbolo sa pagsukol sa Sodoma ug Gomorra. Ang Inspirasyon nagapaangay sa hapit na moabot nga balaod sa Domingo sa hapit na pag-ikyas ni Lot gikan sa kalaglagan sa Sodoma, Gomorra, ug sa mga siyudad sa kapatagan, kay ang mga kaliwat ni Lot (Ammon ug Moab) mao ang simbolo niadtong mga makagawas gikan sa kamot sa pagka-papa ilalom sa balaod sa Domingo.</w:t>
      </w:r>
    </w:p>
    <w:p>
      <w:pPr>
        <w:pStyle w:val="ArticleScripture"/>
        <w:jc w:val="left"/>
      </w:pPr>
      <w:r>
        <w:rPr>
          <w:rFonts w:ascii="Times New Roman" w:hAnsi="Times New Roman" w:eastAsia="Times New Roman" w:cs="Times New Roman"/>
        </w:rPr>
        <w:t>Mosulod usab siya ngadto sa mahimayaong yuta, ug daghang mga nasod pagapukanon; apan kining mga yutaa makagawas gikan sa iyang kamot, mao ang Edom, ug Moab, ug ang mga pangulo sa mga anak sa Ammon. Daniel 11:41.</w:t>
      </w:r>
    </w:p>
    <w:p>
      <w:pPr>
        <w:pStyle w:val="ArticleBody"/>
        <w:jc w:val="left"/>
      </w:pPr>
      <w:r>
        <w:rPr>
          <w:rFonts w:ascii="Times New Roman" w:hAnsi="Times New Roman" w:eastAsia="Times New Roman" w:cs="Times New Roman"/>
        </w:rPr>
        <w:t>Ang Partido Demokratiko karon nagakahugno, pinaagi sa iyang kaugalingong mga kamot. Wala akoy kalabutan sa politika; ako lamang nagapaangay sa kasamtangang kasaysayan ngadto sa propetikong salaysay. Ang Partido Demokratiko nagtrabaho nga walay kapuyon aron ablihan ang mga utlanan sa tibuok kalibotan, sa ingon nagtugot sa usa ka baha sa mga tawo nga walay kaparihasan ug walay pagpugong. Ang mga ganghaan sa baha giablihan sa tibuok planeta sa mga globalista nga gidasig sa dragon.</w:t>
      </w:r>
    </w:p>
    <w:p>
      <w:pPr>
        <w:pStyle w:val="ArticleScripture"/>
        <w:jc w:val="left"/>
      </w:pPr>
      <w:r>
        <w:rPr>
          <w:rFonts w:ascii="Times New Roman" w:hAnsi="Times New Roman" w:eastAsia="Times New Roman" w:cs="Times New Roman"/>
        </w:rPr>
        <w:t>Ug ang bitin nagbuga gikan sa iyang baba ug tubig ingon sa usa ka baha sunod sa babaye, aron siya mapadpad sa baha. Ug ang yuta mitabang sa babaye, ug ang yuta miabli sa iyang baba, ug gilamoy ang baha nga gibuga sa dragon gikan sa iyang baba. Ug ang dragon nasuko pag-ayo batok sa babaye, ug milakaw aron makiggubat batok sa salin sa iyang kaliwatan, nga nagabantay sa mga sugo sa Dios, ug nagbaton sa pagpamatuod ni Jesu-Cristo. Pinadayag 12:15–17.</w:t>
      </w:r>
    </w:p>
    <w:p>
      <w:pPr>
        <w:pStyle w:val="ArticleBody"/>
        <w:jc w:val="left"/>
      </w:pPr>
      <w:r>
        <w:rPr>
          <w:rFonts w:ascii="Times New Roman" w:hAnsi="Times New Roman" w:eastAsia="Times New Roman" w:cs="Times New Roman"/>
        </w:rPr>
        <w:t>Ang “salin” mao ang usa ka gatus ug kap-atan ug upat ka libo, ug ang kasaysayan sa usa ka gatus ug kap-atan ug upat ka libo mao ang kasaysayan nga nagsugod niadtong Septyembre 11, 2001. Sukad niadto, ang gahum sa dragon nagpadagayday ug “tubig gikan sa iyang baba, ingon sa usa ka baha” ngadto sa tanang direksiyon. Ang tubig nagrepresentar sa mga tawo.</w:t>
      </w:r>
    </w:p>
    <w:p>
      <w:pPr>
        <w:pStyle w:val="ArticleScripture"/>
        <w:jc w:val="left"/>
      </w:pPr>
      <w:r>
        <w:rPr>
          <w:rFonts w:ascii="Times New Roman" w:hAnsi="Times New Roman" w:eastAsia="Times New Roman" w:cs="Times New Roman"/>
        </w:rPr>
        <w:t>Ug miingon siya kanako, Ang mga katubigan nga imong nakita, diin nagalingkod ang bigaon, mao ang mga katawhan, ug mga panon, ug mga nasod, ug mga pinulongan. Pinadayag 17:15.</w:t>
      </w:r>
    </w:p>
    <w:p>
      <w:pPr>
        <w:pStyle w:val="ArticleBody"/>
        <w:jc w:val="left"/>
      </w:pPr>
      <w:r>
        <w:rPr>
          <w:rFonts w:ascii="Times New Roman" w:hAnsi="Times New Roman" w:eastAsia="Times New Roman" w:cs="Times New Roman"/>
        </w:rPr>
        <w:t>Ang yutan-ong mga representante sa gahum sa dragon (mga globalista) mao ang nag-abli sa mga pultahan sa baha sa iligal nga imigrasyon sa panahon sa pagsilyo sa usa ka gatus kap-atan ug upat ka libo. Ang mga “baha” sa dragon sa tibuok kalibotan nag-ila nga ang Ginoo hapit nang mopataas sa bandila, sa umaabot nga balaod sa Domingo. Ang mga baha sa dragon diha sa Pinadayag dose gilamoy sa mapintas nga mananap sa yuta sa sinugdanan sa Tinipong Bansa sa Amerika, apan ang mga baha sa dragon karon mibalik na; busa, kini naghatag ug pasidaan mahitungod sa nagkaduol nga krisis sa balaod sa Domingo, kay sa dihang ang kaaway moanhi sama sa baha, ang Dios mopataas sa Iyang bandera.</w:t>
      </w:r>
    </w:p>
    <w:p>
      <w:pPr>
        <w:pStyle w:val="ArticleScripture"/>
        <w:jc w:val="left"/>
      </w:pPr>
      <w:r>
        <w:rPr>
          <w:rFonts w:ascii="Times New Roman" w:hAnsi="Times New Roman" w:eastAsia="Times New Roman" w:cs="Times New Roman"/>
        </w:rPr>
        <w:t>Sa paglapas ug sa pagpamakak batok sa Ginoo, ug sa pagtalikod gikan sa among Dios, sa pagsulti ug pagdaugdaug ug pagrebelde, sa pagpanamkon ug pagpamulong gikan sa kasingkasing sa mga pulong sa kabakakan. Ug ang hukom gibali ngadto sa likod, ug ang hustisya nagatindog sa halayo: kay ang kamatuoran napukan sa dalan, ug ang pagkamatul-id dili makasulod. Oo, ang kamatuoran nahutdan; ug ang nagapahilayo gikan sa dautan naghimo sa iyang kaugalingon nga tukbonon: ug nakita kini sa Ginoo, ug kini nakapasubo kaniya nga walay hukom. Ug nakita niya nga walay tawo, ug nahibulong nga walay tigpataliwala: busa ang iyang bukton maoy nagdala ug kaluwasan alang kaniya; ug ang iyang pagkamatarong, kini maoy misustento kaniya. Kay gisul-ob niya ang pagkamatarong ingon nga usa ka sapot sa dughan, ug ang salokot sa kaluwasan sa ibabaw sa iyang ulo; ug gisul-ob niya ang mga bisti sa panimalos alang sa saput, ug gibistihan sa kasibot ingon sa usa ka kupo. Sumala sa ilang mga binuhatan, sa ingon niana siya magabayad, kapungot ngadto sa iyang mga kabatok, balus ngadto sa iyang mga kaaway; ngadto sa mga pulo siya magabayad ug balus. Busa sila mahadlok sa ngalan sa Ginoo gikan sa kasadpan, ug sa iyang himaya gikan sa sidlak sa adlaw. Sa diha nga ang kaaway moanhi sama sa usa ka baha, ang Espiritu sa Ginoo magapatindog ug bandila batok kaniya. Ug ang Manunubos moanhi ngadto sa Zion, ug ngadto kanila nga motalikod gikan sa paglapas diha kang Jacob, nagaingon ang Ginoo. Mahitungod kanako, kini mao ang akong tugon uban kanila, nagaingon ang Ginoo; Ang akong Espiritu nga anaa sa ibabaw nimo, ug ang akong mga pulong nga gibutang ko sa imong baba, dili mobiya gikan sa imong baba, ni gikan sa baba sa imong kaliwat, ni gikan sa baba sa kaliwat sa imong kaliwat, nagaingon ang Ginoo, sukad karon ug hangtod sa kahangtoran. Isaias 59:13–21.</w:t>
      </w:r>
    </w:p>
    <w:p>
      <w:pPr>
        <w:pStyle w:val="ArticleBody"/>
        <w:jc w:val="left"/>
      </w:pPr>
      <w:r>
        <w:rPr>
          <w:rFonts w:ascii="Times New Roman" w:hAnsi="Times New Roman" w:eastAsia="Times New Roman" w:cs="Times New Roman"/>
        </w:rPr>
        <w:t>Ang bandera nga ginabayaw sa dihang moanhi ang kaaway sama sa usa ka baha mao ang timaan, nga usa usab ka bandera diha sa Pulong sa Dios. Sa panahon nga nag-una sa haduol na nga balaod sa Domingo, ang mga baha sa iligal nga imigrasyon maoy usa ka timaan nga ang panahon sa pagsulay hapit na matapos. Ang kahimtang nga giila ni Isaias sa dihang siya naghisgot mahitungod sa pagbakyaw sa usa ka bandera naghulagway sa usa ka yugto sa pagkawalay-kasugoan, kay siya nagaingon, “judgment is turned away backward, and justice standeth afar off: for truth is fallen in the street, and equity cannot enter. Yea, truth faileth; and he that departeth from evil maketh himself a prey: and the Lord saw it, and it displeased him that there was no judgment. And he saw that there was no man, and wondered that there was no intercessor.” Ang anarkiya nga gipondohan sa mga tawo sama kang George Soros, ug nga wala tagda sa Demokratikong mga politiko, husto gayud nga gihulagway ni Sister White diha sa kalabutan sa pahayag gikan kang Isaias.</w:t>
      </w:r>
    </w:p>
    <w:p>
      <w:pPr>
        <w:pStyle w:val="ArticleScripture"/>
        <w:jc w:val="left"/>
      </w:pPr>
      <w:r>
        <w:rPr>
          <w:rFonts w:ascii="Times New Roman" w:hAnsi="Times New Roman" w:eastAsia="Times New Roman" w:cs="Times New Roman"/>
        </w:rPr>
        <w:t>“Ang mga hukmanan sa katarungan dunot. Ang mga magmamando gipalihok sa tinguha alang sa ganansiya ug sa gugma sa mahilawason nga kalipay. Ang walay pagpugong sa kaugalingon nakapabulag sa mga katakos sa daghan, mao nga si Satanas hapit hingpit na nga nagkupot sa ilang pagpugong. Ang mga maghuhukom nadaot, nasuholan, gilimbongan. Ang pagkahubog ug kalipayan nga walay pagpugong, ang pagbati nga mapintas, kasina, ug tanang matang sa pagkadili-matinud-anon, makita taliwala sa mga nagdumala sa mga balaod. ‘Ang justicia nagbarug sa halayo: kay ang kamatuoran napukan sa dalan, ug ang pagkamatarung dili makasulod.’ Isaias 59:14.” The Great Controversy, 586.</w:t>
      </w:r>
    </w:p>
    <w:p>
      <w:pPr>
        <w:pStyle w:val="ArticleBody"/>
        <w:jc w:val="left"/>
      </w:pPr>
      <w:r>
        <w:rPr>
          <w:rFonts w:ascii="Times New Roman" w:hAnsi="Times New Roman" w:eastAsia="Times New Roman" w:cs="Times New Roman"/>
        </w:rPr>
        <w:t>Ang iligal nga imigrasyon, ang mga anarkikal nga kalihokan sama sa Antifa (mga anti-pasista), ug ang mapintas nga mga kalihokan sama sa Black Lives Matter, nga napasukad sa ingon niana nga dinaut nga asoy sa kasaysayan sama sa Critical Race Theory, gisuportahan ug gipasiugdahan sa mga politikanhong magmamando sa dragon, nga giduso sa gugma sa salapi, ug ang dunot nga mga hukmanan ug mga maghuhukom nagsalibay sa kamatuoran ngadto sa mao rang dalan diin gipatay ang duha ka mga saksi diha sa Pinadayag kapitulo onse. Kana nga dalan atua sa siyudad sa ateyismo (Egipto) ug imoralidad (Sodoma), nga mao ang siyudad sa dragon ug sa iyang mga representante. Ang kahimtang nga girepresentahan sa mga bunga sa Democratic party gilarawan sa tagna ingon nga usa ka baha, ug sa dihang si Satanas, ingon nga kaaway sa Dios, moabli sa iyang mga ganghaan sa baha, kini maoy pamatuod nga ang bandila sa Dios hapit na igapatindog.</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“Ang kahimtang sa mga butang sa kalibotan nagapakita nga ang malisod nga mga panahon ania na gayud sa atong atubangan. Ang inadlaw nga mga mantalaan napuno sa mga timailhan sa usa ka makalilisang nga panagbangi sa haduol nga umalabot. Ang maisugong mga pagpangawat kanunayng mahitabo. Ang mga welga komon na. Ang mga pagpangawat ug mga pagpatay ginabuhat sa tanang dapit. Ang mga tawo nga gipanag-iya sa mga yawa nagakuha sa kinabuhi sa mga lalaki, mga babaye, ug gagmayng mga bata. Ang mga tawo nahimong nabihag sa bisyo, ug ang tanang matang sa kadautan nagahari. Ang kaaway nagmalampuson sa pagbaliko sa hustisya ug sa pagpuno sa mga kasingkasing sa mga tawo sa tinguha alang sa hakog nga ganansya. ‘Ang justicia nagatindog sa halayo: kay ang kamatuoran nahulog sa dalan, ug ang pagkamatarung dili makasulod.’ Isaias 59:14. Sa dagkong mga siyudad adunay daghang mga tawo nga nagapuyo diha sa kakabus ug kahakugaw, nga hapit walay pagkaon, kapuy-an, ug bisti; samtang sa maong mga siyudad usab anaa kadtong adunay labaw pa kay sa mahandom sa kasingkasing, nga nagkinabuhi sa kaluho, nga naggasto sa ilang salapi alang sa mga balay nga maanindot ang kasangkapan, alang sa personal nga pagpatahom, o labi pang ngil-ad, alang sa pagtagbaw sa unodnong mga kailibgon, alang sa makahubog nga ilimnon, tabako, ug uban pang mga butang nga nagalaglag sa mga gahum sa utok, nagapawala sa katimbang sa hunahuna, ug nagapaubos sa kalag. Ang mga pagtuaw sa gigutom nga katawhan nagasaka ngadto sa atubangan sa Dios, samtang pinaagi sa tanang matang sa paglupig ug pagpangilad ang mga tawo nagatigum ug dagkung mga bahandi.”</w:t>
      </w:r>
    </w:p>
    <w:p>
      <w:pPr>
        <w:pStyle w:val="ArticleScripture"/>
        <w:jc w:val="left"/>
      </w:pPr>
      <w:r>
        <w:rPr>
          <w:rFonts w:ascii="Times New Roman" w:hAnsi="Times New Roman" w:eastAsia="Times New Roman" w:cs="Times New Roman"/>
        </w:rPr>
        <w:t>“Sa panahon sa kagabhion gitawag ako aron motan-aw sa mga tinukod nga nanindog, andana ibabaw sa andana, paingon sa langit. Gipanigurado kining mga tinukod nga dili masunog sa kalayo, ug kini gitukod aron himayaon ang mga tag-iya ug ang mga magtutukod. Misaka pa gayud ug misaka pa kini nga mga tinukod, ug diha kanila gigamit ang labing mahal nga mga materyal. Kadtong mga tag-iya niining mga tinukod wala mangutana sa ilang kaugalingon: ‘Unsaon namo sa labing maayong paagi ang paghimaya sa Dios?’ Ang Ginoo wala sa ilang mga hunahuna.”</w:t>
      </w:r>
    </w:p>
    <w:p>
      <w:pPr>
        <w:pStyle w:val="ArticleScripture"/>
        <w:jc w:val="left"/>
      </w:pPr>
      <w:r>
        <w:rPr>
          <w:rFonts w:ascii="Times New Roman" w:hAnsi="Times New Roman" w:eastAsia="Times New Roman" w:cs="Times New Roman"/>
        </w:rPr>
        <w:t>“Samtang mitindog kining hataas nga mga building, ang mga tag-iya nangalipay uban sa mapasigarbohong ambisyon nga sila adunay salapi aron gamiton sa pagpatuyang sa kaugalingon ug sa pagpukaw sa kasina sa ilang mga silingan. Dako nga bahin sa salapi nga ilang gipamuhunan sa ingon niana nakuha pinaagi sa pagpamugos, pinaagi sa walay kaluoy nga pagdugmok sa mga kabus. Hikalimtan nila nga sa langit ginatipigan ang talaan sa matag transaksiyon sa negosyo; ang matag dili-matarong nga pakigtransaksiyon, ang matag malimbongong buhat, didto natala. Moabot ang panahon nga sa ilang pagpanglimbong ug pagkamapasipalahon ang mga tawo makaabot sa usa ka punto nga dili na itugot sa Ginoo nga ilang lapason, ug sila makakat-on nga adunay utlanan ang pagkamainantuson ni Jehova.</w:t>
      </w:r>
    </w:p>
    <w:p>
      <w:pPr>
        <w:pStyle w:val="ArticleScripture"/>
        <w:jc w:val="left"/>
      </w:pPr>
      <w:r>
        <w:rPr>
          <w:rFonts w:ascii="Times New Roman" w:hAnsi="Times New Roman" w:eastAsia="Times New Roman" w:cs="Times New Roman"/>
        </w:rPr>
        <w:t>“Ang talan-awon nga misunod nga miagi sa akong atubangan mao ang usa ka alarma sa kalayo. Ang mga tawo mitan-aw sa hataas ug giingong dili masunog nga mga bilding ug miingon: ‘Hingpit gayud ang ilang kaluwasan.’ Apan kini nga mga bilding nangaut-ut ingon nga hinimo sa alkitran. Ang mga makina sa bombero walay arang mahimo sa pagpugong sa kalaglagan. Ang mga bombero wala makahimo sa pagpadagan sa mga makina.”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Usa ka Gatos ug Kwarenta ug Tulo</dc:title>
  <dc:subject>Pagpadayag sa mga Sumbanan nga Propetiko: Ang Katapusang Presidente ug ang Larawan sa Mananap</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