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Daniel - Numero Usa ka Gatus ug Kap-atan ug Unom</w:t>
      </w:r>
    </w:p>
    <w:p>
      <w:pPr>
        <w:pStyle w:val="ArticleSubtitle"/>
        <w:jc w:val="left"/>
      </w:pPr>
      <w:r>
        <w:rPr>
          <w:rFonts w:ascii="Arial" w:hAnsi="Arial" w:eastAsia="Arial" w:cs="Arial"/>
        </w:rPr>
        <w:t>Pagbuslot sa mga Hilo sa Tagna: Ang Kataposang Presidente, Diktadurya, ug ang Nagasingabot nga Balaod sa Domingo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2024-03-19</w:t>
      </w:r>
    </w:p>
    <w:p>
      <w:pPr>
        <w:pStyle w:val="ArticleBody"/>
        <w:jc w:val="left"/>
      </w:pPr>
      <w:r>
        <w:rPr>
          <w:rFonts w:ascii="Times New Roman" w:hAnsi="Times New Roman" w:eastAsia="Times New Roman" w:cs="Times New Roman"/>
        </w:rPr>
        <w:t>Ania kita sa proseso sa pag-ila sa palibotang propetiko nga anaa sa dihang ang kataposang presidente sa Tinipong Bansa sa Amerika mapahimangnoan sa gahum ingon nga usa ka despotiko nga magmamando sa kasaysayan nga nagapanguna ngadto sa haduol nang umaabot nga balaod sa Domingo. Walay bisan unsang mahitabo nga nahimo diha sa usa ka kahaw-ang, ug ang katawhan sa mananap sa yuta halos patas ang pagkabahin sa ilang pagtan-aw kang Trump. Kadtong mga nag-uyon sa iyang panglantaw dali rang makakita nganong gikinahanglan niyang hinloan ang “swamp,” ug nganong halos imposible kini nga mahitabo kon dili si Trump ang modawat sa papel sa usa ka diktador. Ang labing gamhanang mga diktador mao kadtong adunay hataas nga porsiyento sa populasyon nga mosuporta sa buhat nga gipaningkamotan sa diktador nga pagabuhaton. Sa wala pa misaka si Hitler ngadto sa gahum, gikinahanglan ang usa ka karitela nga puno sa kuwarta aron makapalit ug usa ka tinapay.</w:t>
      </w:r>
    </w:p>
    <w:p>
      <w:pPr>
        <w:pStyle w:val="ArticleBody"/>
        <w:jc w:val="left"/>
      </w:pPr>
      <w:r>
        <w:rPr>
          <w:rFonts w:ascii="Times New Roman" w:hAnsi="Times New Roman" w:eastAsia="Times New Roman" w:cs="Times New Roman"/>
        </w:rPr>
        <w:t>Gibali ni Hitler kana, ug bisan pa man nga ang mga Aleman dili gustong moila sa dakong bahin niana nga kasaysayan, si Hitler may halapad nga suporta alang sa iyang gibuhat. Ang mga isyu nga giatubang sa Estados Unidos, ug sa tibuok kalibotan, nagamugna ug kalainan tali sa mga lungsoranon, ug ang mga linya karon ginaguhit na. Ang panahon gikan sa Rebolusyonaryong Gubat hangtod sa 1798 nagrepresentar ug usa ka yugto sa pagpangandam nga nahiuyon sa panahon sa pagpatik sa usa ka gatus ug kap-atan ug upat ka libo. Ang Patriot Act maoy nagtimaan sa sinugdanan sa espirituwal nga pagsubli sa Rebolusyonaryong Gubat. Si Jesus sa kanunay nagahulagway sa katapusan pinaagi sa sinugdanan, ug ang mananap sa yuta nagsugod pinaagi sa usa ka Rebolusyonaryong Gubat, busa kini matapos usab pinaagi sa usa. Ang nahauna literal, ang katapusan espirituwal.</w:t>
      </w:r>
    </w:p>
    <w:p>
      <w:pPr>
        <w:pStyle w:val="ArticleBody"/>
        <w:jc w:val="left"/>
      </w:pPr>
      <w:r>
        <w:rPr>
          <w:rFonts w:ascii="Times New Roman" w:hAnsi="Times New Roman" w:eastAsia="Times New Roman" w:cs="Times New Roman"/>
        </w:rPr>
        <w:t>Ang Gubat Sibil sa Estados Unidos literal ug pagausbon sa katapusang mga adlaw. Kini nagtimaan sa pag-abot sa unang Republikano nga presidente, nga usa ka tipo sa katapusang Republikano nga presidente. Ang partidong Republikano mitungha ingon nga usa ka partido batok sa pagkaulipon, aron mosukol sa dugay nang natukod nga pabor sa pagkaulipon nga partido sa mga Demokratiko. Kadtong panaglalis sa politika maoy mipahinabo sa Gubat Sibil, ug sa pagkapresidente ni Lincoln. Busa imposible ang pagbulag sa unang Republikano nga presidente gikan sa Gubat Sibil, mao nga ang katapusang Republikano nga presidente makapanunod sa usa ka dihadiha nga pasiuna ngadto sa usa ka Gubat Sibil. Gigamit ni Jesus ang kinaiyang kalibotan aron sa paghulagway sa espirituwal nga kalibotan. Ang partido sa dragon, adunay amahan nga mao ang amahan sa mga bakak, ug ang ilhanan sa partidong Demokratiko mao ang kabakakan. Usa ka klasiko nga hulagway niini nga taktika mao ang ilang pag-angkon nga sila mao ang partido nga adunay simpatiya sa mga minoriya.</w:t>
      </w:r>
    </w:p>
    <w:p>
      <w:pPr>
        <w:pStyle w:val="ArticleScripture"/>
        <w:jc w:val="left"/>
      </w:pPr>
      <w:r>
        <w:rPr>
          <w:rFonts w:ascii="Times New Roman" w:hAnsi="Times New Roman" w:eastAsia="Times New Roman" w:cs="Times New Roman"/>
        </w:rPr>
        <w:t>Magbantay kamo sa mini nga mga manalagna, nga moduol kaninyo nga nagabisti sa panit sa mga karnero, apan sa sulod sila mga mapintas nga mga lobo nga gutom sa paglamoy. Mailhan ninyo sila pinaagi sa ilang mga bunga. Nagapupo ba ang mga tawo ug ubas gikan sa mga tunok, o igos gikan sa mga sampinit? Busa ang matag maayong kahoy nagapamunga ug maayong bunga; apan ang daotang kahoy nagapamunga ug daotang bunga. Ang maayong kahoy dili makapamunga ug daotang bunga, ni ang daotang kahoy makapamunga ug maayong bunga. Ang matag kahoy nga wala magapamunga ug maayong bunga pagaputlon ug igasalibay ngadto sa kalayo. Busa, mailhan ninyo sila pinaagi sa ilang mga bunga. Mateo 7:15–20.</w:t>
      </w:r>
    </w:p>
    <w:p>
      <w:pPr>
        <w:pStyle w:val="ArticleBody"/>
        <w:jc w:val="left"/>
      </w:pPr>
      <w:r>
        <w:rPr>
          <w:rFonts w:ascii="Times New Roman" w:hAnsi="Times New Roman" w:eastAsia="Times New Roman" w:cs="Times New Roman"/>
        </w:rPr>
        <w:t>Ang mga gamot sa usa ka kahoy maoy nagtino sa bunga nga iyang mapamunga, ug ang mga gamot sa Democratic party mao ang ilang pabor-sa-ulipon nga baruganan. Ang mga gamot sa Republican party mao ang ilang batok-sa-ulipon nga baruganan.</w:t>
      </w:r>
    </w:p>
    <w:p>
      <w:pPr>
        <w:pStyle w:val="ArticleScripture"/>
        <w:jc w:val="left"/>
      </w:pPr>
      <w:r>
        <w:rPr>
          <w:rFonts w:ascii="Times New Roman" w:hAnsi="Times New Roman" w:eastAsia="Times New Roman" w:cs="Times New Roman"/>
        </w:rPr>
        <w:t>Matarong ikaw, O Ginoo, sa diha nga ako magapakilooy kanimo; apan tugoti ako sa paghisgot kanimo mahitungod sa imong mga paghukom: Nganong nagauswag ang dalan sa mga daotan? nganong malipayon man silang tanan nga nagalimbong sa hilabihan? Ikaw ang nagtanom kanila, oo, sila nakagamot; sila nanubo, oo, sila namunga: ikaw haduol sa ilang baba, ug halayo sa ilang kasingkasing. Jeremias 12:1, 2</w:t>
      </w:r>
    </w:p>
    <w:p>
      <w:pPr>
        <w:pStyle w:val="ArticleBody"/>
        <w:jc w:val="left"/>
      </w:pPr>
      <w:r>
        <w:rPr>
          <w:rFonts w:ascii="Times New Roman" w:hAnsi="Times New Roman" w:eastAsia="Times New Roman" w:cs="Times New Roman"/>
        </w:rPr>
        <w:t>Ang umaabot nga Gubat Sibil gibutang sulod sa konteksto sa “mga tawong salapian,” ingon sa pagtawag kanila ni Sister White, nga nagkontrolar sa merkado aron anihon ang bahandi sa mga nasod, samtang gilutos nila ang mga kabos.</w:t>
      </w:r>
    </w:p>
    <w:p>
      <w:pPr>
        <w:pStyle w:val="ArticleScripture"/>
        <w:jc w:val="left"/>
      </w:pPr>
      <w:r>
        <w:rPr>
          <w:rFonts w:ascii="Times New Roman" w:hAnsi="Times New Roman" w:eastAsia="Times New Roman" w:cs="Times New Roman"/>
        </w:rPr>
        <w:t>“Sa India, Tsina, Rusya, ug sa mga siyudad sa Amerika, liboan ka mga lalaki ug mga babaye ang nangamatay tungod sa gutom. Ang mga tawong adunahan, tungod kay anaa kanila ang gahum, maoy nagkontrolar sa merkado. Ilang paliton sa ubos nga mga presyo ang tanang ilang mahimo nga makuha, ug unya ibaligya kini sa mga presyo nga hilabihan ka taas. Kini nagpasabot ug gutom alang sa mas kabos nga mga hut-ong, ug mosangpot ngadto sa usa ka gubat sibil.” Manuscript Releases, tomo 5, 305.</w:t>
      </w:r>
    </w:p>
    <w:p>
      <w:pPr>
        <w:pStyle w:val="ArticleBody"/>
        <w:jc w:val="left"/>
      </w:pPr>
      <w:r>
        <w:rPr>
          <w:rFonts w:ascii="Times New Roman" w:hAnsi="Times New Roman" w:eastAsia="Times New Roman" w:cs="Times New Roman"/>
        </w:rPr>
        <w:t>Ang Gubat Sibil sa kasaysayan ni Lincoln literal, ug naghisgot sa literal nga pagkaulipon. Ang mga globalista nga dinasig sa dragon nagmugna ug usa ka Gubat Sibil sa katapusang mga adlaw nga nagasukad sa ilang mga paningkamot sa pagwagtang sa tunga-tungang hut-ong, aron mabilin na lamang ang hilabihang mga adunahang elite ug ang hilabihang mga kabus nga mga ulipon sa yuta. Ang tunga-tungang hut-ong mao ang nagapanalipod sa kagawasan sa katilingbanon, ekonomikanhon, ug relihiyosong bahin, ug sa dihang kini mawagtang, wala nay salipod batok sa pagpatuman pag-usab sa pyudalismo. Ang nag-unang kadaugan sa Rebolusyong Pranses mao nga kini nagtapos sa sistema sa pyudalismo, nga karon gipaningkamotan sa mga globalista nga ipahamtang pag-usab pinaagi sa pagwagtang sa tunga-tungang hut-ong. Ang laraw sa mga globalista sa dakong bahin nagasukad sa pagbaha sa tunga-tungang hut-ong pinaagi sa mga iligal nga imigrante, nga nagapakunhod sa produksyon sa ekonomiya, nagapaubos sa mga suhol, ug nagapadako sa sistema sa kaayudang panggobyerno.</w:t>
      </w:r>
    </w:p>
    <w:p>
      <w:pPr>
        <w:pStyle w:val="ArticleBody"/>
        <w:jc w:val="left"/>
      </w:pPr>
      <w:r>
        <w:rPr>
          <w:rFonts w:ascii="Times New Roman" w:hAnsi="Times New Roman" w:eastAsia="Times New Roman" w:cs="Times New Roman"/>
        </w:rPr>
        <w:t>Sa panahon nga nag-una sa Ikaduhang Gubat sa Kalibotan, sa taliwala sa dakong depresyon, si Padre Charles Coughlin, usa ka pari nga Romano Katoliko, nabantog tungod sa iyang mga sibya sa radyo, nga nakaabot sa minilyon nga mga tigpaminaw sa tibuok nasod. Ang iyang mga sibya sa radyo susama sa impluwensiya ni Rush Limbaugh sa miaging mga panahon. Gigamit ni Coughlin ang iyang plataporma sa radyo aron hisgutan ang halapad nga mga hilisgutan, lakip ang politika, ekonomiya, ug mga isyung sosyal. Sa sinugdan, gisuportahan niya si Presidente Franklin D. Roosevelt ug ang iyang New Deal. Ang mga sibya sa radyo ni Coughlin, nga sa kanunay makapainit sa pagbati ug makapahinabog panaglalis, naghimo kaniya nga usa ka makapabahinbahing dagway sa pulitika sa Amerika. Bisan pa nga siya adunay daghan ug matinud-anong mga sumusunod, nakaatubang usab siya og pagsaway ug pagkondenar gikan sa nagkalainlaing mga bahin tungod sa iyang mga ekstremistang panglantaw.</w:t>
      </w:r>
    </w:p>
    <w:p>
      <w:pPr>
        <w:pStyle w:val="ArticleBody"/>
        <w:jc w:val="left"/>
      </w:pPr>
      <w:r>
        <w:rPr>
          <w:rFonts w:ascii="Times New Roman" w:hAnsi="Times New Roman" w:eastAsia="Times New Roman" w:cs="Times New Roman"/>
        </w:rPr>
        <w:t>Ang sinugdanang politikal, ekonomikanhon, ug sosyal nga mga panglantaw ni Coughlin gisagop ni Franklin Roosevelt ug nahimong iyang sumbanan alang sa iyang mga palisiya sa New Deal, nga nagpaila sa hampak sa nagkagrabeng sistema sa Social Security, ug sa sistema sa kaayuhang pangpubliko sa Estados Unidos. Ang iyang mga palisiya sa New Deal nahimong timailhan sa iyang kabilin, ug maoy usa ka bahin sa senaryong manalagnaon nga mitultol ngadto sa, ug misunod human sa Ikaduhang Gubat sa Kalibotan. “Pinaagi sa ilang mga bunga mailhan ninyo sila.” Tungod sa pagpatuman sa mga palisiya sa New Deal ni Roosevelt, ang dakong depresyon milungtad ug mas hataas sa Estados Unidos kay sa bisan unsang laing nasod sa kalibotan.</w:t>
      </w:r>
    </w:p>
    <w:p>
      <w:pPr>
        <w:pStyle w:val="ArticleBody"/>
        <w:jc w:val="left"/>
      </w:pPr>
      <w:r>
        <w:rPr>
          <w:rFonts w:ascii="Times New Roman" w:hAnsi="Times New Roman" w:eastAsia="Times New Roman" w:cs="Times New Roman"/>
        </w:rPr>
        <w:t>Si Roosevelt usa ka Demokratiko, ug busa usa ka globalista nga gidasig sa dragon. Ang mga polisiya sa New Deal nga iyang gipasiugdahan maoy kabahin sa usa ka dugayng laraw aron makahimo og usa ka lungsuranon nga adunay labi ka daghang mga adunahan ug labi ka daghang mga kabus. Ang literal nga pagkaulipon sa Gubat Sibil nagrepresentar sa espirituwal ug ekonomikanhong pagkaulipon nga karon nagkakusog sa hilabihang kapaspason, samtang ang mga globalistang bilyonaryong magpapatigayon sa modernong Babilonia nagapundo sa halapad nga iligal nga imigrasyon nga gituyo aron madala ang New Deal ni Roosevelt ngadto sa ilang pagsabot sa kahingpitan. Ang kataposang presidente, nga moatubang sa Ikatulong Gubat sa Kalibotan, moatubang usab sa krisis sa programa sa sosyal nga pagsalig nga gipahimutang sa presidente sa panahon sa Ikaduhang Gubat sa Kalibotan. Ang Inspirasyon nagaila niini nga kamatuoran, ug nagaila usab nga ang mga pangulo sa kataposang mga adlaw dili mahibalo unsaon pagsulbad sa maong problema.</w:t>
      </w:r>
    </w:p>
    <w:p>
      <w:pPr>
        <w:pStyle w:val="ArticleScripture"/>
        <w:jc w:val="left"/>
      </w:pPr>
      <w:r>
        <w:rPr>
          <w:rFonts w:ascii="Times New Roman" w:hAnsi="Times New Roman" w:eastAsia="Times New Roman" w:cs="Times New Roman"/>
        </w:rPr>
        <w:t>“Dili daghan, bisan pa sa mga magtutudlo ug mga estadista, ang nakasabut sa mga hinungdan nga nagpailalom sa karon nga kahimtang sa katilingban. Kadtong nagakupot sa renda sa panggamhanan dili makahimo sa pagsulbad sa suliran sa moral nga pagkadunot, kakabos, kapobrehon, ug nagkadaghang krimen. Nanlimbasug sila sa kawang sa pagbutang sa mga kalihokan sa negosyo sa labi pang luwas nga patukoranan. Kon ang mga tawo maghatag pa ug dakong pagtagad sa pagtulon-an sa pulong sa Dios, ilang makita ang tubag sa mga suliran nga naglibog kanila.</w:t>
      </w:r>
    </w:p>
    <w:p>
      <w:pPr>
        <w:pStyle w:val="ArticleScripture"/>
        <w:jc w:val="left"/>
      </w:pPr>
      <w:r>
        <w:rPr>
          <w:rFonts w:ascii="Times New Roman" w:hAnsi="Times New Roman" w:eastAsia="Times New Roman" w:cs="Times New Roman"/>
        </w:rPr>
        <w:t>“Gihulagway sa Kasulatan ang kahimtang sa kalibotan sa dili pa ang ikaduhang pag-anhi ni Cristo. Mahitungod sa mga tawo nga pinaagi sa pagpangawat ug pagpangikil nanagtigom ug dagkong bahandi, nahisulat kini: ‘Nagtipon kamo ug bahandi alang sa ulahing mga adlaw. Ania karon, ang suhol sa mga mamumuo nga nangani sa inyong mga kaumahan, nga inyo nga gipugngan pinaagi sa limbong, nagasinggit: ug ang mga pagtuaw niadtong nangani nasulod na sa mga igdulungog sa Ginoo sa Sabaoth. Nagkinabuhi kamo sa kalibotan diha sa kalipayan, ug nagpatuyang; gipatambok ninyo ang inyong mga kasingkasing, ingon sa adlaw sa ihawan. Gihukman ug gipatay ninyo ang matarong; ug wala siya mosukol kaninyo.’ Santiago 5:3–6.” Testimonies, tomo 9, 13.</w:t>
      </w:r>
    </w:p>
    <w:p>
      <w:pPr>
        <w:pStyle w:val="ArticleBody"/>
        <w:jc w:val="left"/>
      </w:pPr>
      <w:r>
        <w:rPr>
          <w:rFonts w:ascii="Times New Roman" w:hAnsi="Times New Roman" w:eastAsia="Times New Roman" w:cs="Times New Roman"/>
        </w:rPr>
        <w:t>Ang katapusang presidente “magakupot sa renda sa panggamhanan,” apan dili siya makahimo “sa pagsulbad sa suliran sa moral nga pagkadunot, kakabos, pauperismo, ug nagkadaghang krimen.” Ni siya makahimo sa “pagbutang sa mga operasyon sa negosyo sa mas malig-on nga kahimtang.” Kining tanan nga mga suliran nalambigit sa mga bangkero ug bilyonaryong mga magpapatigayon sa ulahing mga adlaw. Ang “pauperismo” gigamit sa paghulagway sa kahimtang niadtong nagsalig sa tabang alang sa mga kabus o ayuda nga gihatag sa mga lokal nga panggamhanan o sa mga organisasyong kalooy. Sa daghang mga katilingban, ang pauperismo nalambigit sa sosyal nga mantsa ug sa kasagaran mitultol sa pagpalikay ug diskriminasyon batok niadtong nagaantus sa kakabos. Ang programa sa kasaysayan sa Amerika nga nakamugna sa “pauperismo,” mao ang programa nga kuno gilaraw aron tabangan kadtong natanggong sa kakabos aron sila makabangon sa ilang kaugalingon. Hinoon, nakamugna kini ug usa ka sistema sa ayuda sa panggamhanan aron pugngan kadtong mga pauper sa ekonomikanhong pagkaulipon.</w:t>
      </w:r>
    </w:p>
    <w:p>
      <w:pPr>
        <w:pStyle w:val="ArticleBody"/>
        <w:jc w:val="left"/>
      </w:pPr>
      <w:r>
        <w:rPr>
          <w:rFonts w:ascii="Times New Roman" w:hAnsi="Times New Roman" w:eastAsia="Times New Roman" w:cs="Times New Roman"/>
        </w:rPr>
        <w:t>Diha-diha pagkahuman sa Ikaduhang Gubat sa Kalibotan, ang United Nations misugod sa paglihok. Kini naghatag ug ikaduhang saksi gikan sa unang duha ka mga gubat sa kalibotan nga ang ikapitong gingharian (ang United Nations) ibutang sa trono sa yuta. Ang unang gubat sa kalibotan nagpaila sa papel sa pangkalibotang sistema sa pagbangko nga gidawat sa kasaysayan sa unang gubat sa kalibotan, ug sa mga tuyo niadtong mga bangkero ug magpapatigayon sa kalibotan sa pagbalik ngadto sa piyudal nga sistema, ingon sa girepresentahan sa ikaduhang gubat sa kalibotan. Kining tanang mga laraw; ang usa-ka-kalibotang kagamhanan, ang ekonomikanhong sistema diin ang hilabihang manggaranon magmando sa hilabihang kabos, ug ang usa-ka-kalibotang pinansiyal nga sistema nga motugot lamang sa pag-apil ni bisan kinsa nga ilang makita nga angayan, nagagikan sa dragon, nga anaa sa gubat batok sa ikawalong presidente, nga iya sa pito.</w:t>
      </w:r>
    </w:p>
    <w:p>
      <w:pPr>
        <w:pStyle w:val="ArticleBody"/>
        <w:jc w:val="left"/>
      </w:pPr>
      <w:r>
        <w:rPr>
          <w:rFonts w:ascii="Times New Roman" w:hAnsi="Times New Roman" w:eastAsia="Times New Roman" w:cs="Times New Roman"/>
        </w:rPr>
        <w:t>Ang lohika nga gilarawan niini nga mga hinungdan klarong naghulagway sa usa ka presidente nga mobati nga mapugos sa pagkadiktador diha sa iyang pamaagi sa pagsulbad sa mga problema. Among ginaila lamang ang palibotang mapanagnaon nga giila sa Pulong sa Dios nga mopadayag sa dagan sa kasaysayan sa katapusang presidente sa mananap sa yuta. Sa miaging artikulo among gikutlo ang usa ka pahayag gikan sa The Great Controversy diin iyang giila nga ang “temporal prosperity” pagakuhaon sa wala pa ang balaod sa Domingo. Ang maong pahayag nagaila sa daghang mapanagnaong mga kinaiya sa ulahing mga adlaw, ug ang mga punto nga iyang gihisgutan makakaplag sa ilang katumanan diha sa panahon sa pagsulay sa larawan sa mananap, una sa Tinipong Bansa ug unya sa kalibotan. Iyang giila ang duha ka mga isyu nga gigamit ni Satanas sa pagbihag sa kalibotan, nga mao ang espiritismo ug ang pagkabalaan sa Domingo. Samtang naghisgot sa mga milagro sa pagpang-ayo nga pagagamiton ni Satanas, iyang giila usab ang laing mapanagnaong isyu sa atong kapanahonan.</w:t>
      </w:r>
    </w:p>
    <w:p>
      <w:pPr>
        <w:pStyle w:val="ArticleScripture"/>
        <w:jc w:val="left"/>
      </w:pPr>
      <w:r>
        <w:rPr>
          <w:rFonts w:ascii="Times New Roman" w:hAnsi="Times New Roman" w:eastAsia="Times New Roman" w:cs="Times New Roman"/>
        </w:rPr>
        <w:t>“Pinaagi sa duha ka dagkong kasaypanan, ang pagka-imortal sa kalag ug ang pagkabalaan sa Dominggo, ipailalom ni Satanas ang mga tawo ngadto sa iyang mga pagpanglimbong. Samtang ang nahauna nagapahimutang sa patukoranan sa espiritismo, ang naulahi nagamugna ug bugkos sa simpatiya uban sa Roma. Ang mga Protestante sa Estados Unidos mao ang manguna sa pag-unat sa ilang mga kamot tabok sa bung-aw aron kuptan ang kamot sa espiritismo; moabot sila tabok sa kahiladman aron makighiusa sa Romanhong gahum; ug ilalom sa impluwensiya niining tulo-ka-bahin nga panaghiusa, kining nasora mosunod sa mga tunob sa Roma sa pagyatak sa mga katungod sa konsensiya.</w:t>
      </w:r>
    </w:p>
    <w:p>
      <w:pPr>
        <w:pStyle w:val="ArticleScripture"/>
        <w:jc w:val="left"/>
      </w:pPr>
      <w:r>
        <w:rPr>
          <w:rFonts w:ascii="Times New Roman" w:hAnsi="Times New Roman" w:eastAsia="Times New Roman" w:cs="Times New Roman"/>
        </w:rPr>
        <w:t>“Samtang ang espiritismo mas duol nga nagasundog sa ngalanon nga Kristiyanismo niining panahona, kini adunay labawng gahum sa paglimbong ug sa paglit-ag. Si Satanas mismo nakabig na, sumala sa modernong kahimtang sa mga butang. Magapakita siya sa kinaiya sa usa ka manulonda sa kahayag. Pinaagi sa paglihok sa espiritismo, pagahimoon ang mga milagro, mamaayo ang mga masakiton, ug daghang dili ikalimod nga mga kahibulongan ang pagabuhaton. Ug sanglit ang mga espiritu magasugid ug pagtuo sa Biblia, ug magapakita ug pagtahod sa mga institusyon sa iglesia, ang ilang buluhaton pagadawaton ingon nga pagpadayag sa langitnong gahum.</w:t>
      </w:r>
    </w:p>
    <w:p>
      <w:pPr>
        <w:pStyle w:val="ArticleScripture"/>
        <w:jc w:val="left"/>
      </w:pPr>
      <w:r>
        <w:rPr>
          <w:rFonts w:ascii="Times New Roman" w:hAnsi="Times New Roman" w:eastAsia="Times New Roman" w:cs="Times New Roman"/>
        </w:rPr>
        <w:t>“Ang linya sa kalainan tali sa mga nag-angkon nga mga Kristohanon ug sa mga walay Dios karon halos dili na mailhan. Ang mga sakop sa iglesia nahigugma sa gihigugma sa kalibutan ug andam nga moapil uban kanila, ug si Satanas nagtinguha sa paghiusa kanila ngadto sa usa ka lawas ug sa ingon pagpalig-on sa iyang katuyoan pinaagi sa pagwalis sa tanan ngadto sa mga laray sa espiritismo. Ang mga Papista, nga nagapanghambog sa mga milagro ingon nga usa ka tino nga ilhanan sa tinuod nga iglesia, sa madali mailad niining gahum nga nagabuhat ug mga kahibulongan; ug ang mga Protestante, sanglit gisalikway nila ang taming sa kamatuoran, malimbongan usab. Ang mga Papista, mga Protestante, ug ang mga tawong kalibutanon managkapareho nga modawat sa dagway sa pagka-diosnon nga walay gahum niini, ug ilang makita niining panaghiusa ang usa ka bantugang kalihokan alang sa pagkabig sa kalibutan ug sa pagpaila sa dugay nang gipaabot nga milenyo.”</w:t>
      </w:r>
    </w:p>
    <w:p>
      <w:pPr>
        <w:pStyle w:val="ArticleScripture"/>
        <w:jc w:val="left"/>
      </w:pPr>
      <w:r>
        <w:rPr>
          <w:rFonts w:ascii="Times New Roman" w:hAnsi="Times New Roman" w:eastAsia="Times New Roman" w:cs="Times New Roman"/>
        </w:rPr>
        <w:t>“Pinaagi sa espiritismo, si Satanas makita ingon nga usa ka maayong magtatabang sa tawhanong kaliwat, nga nagaayo sa mga sakit sa katawhan, ug nagaangkon nga nagpresentar sa usa ka bag-o ug labi pang tinuboy nga sistema sa relihiyosong pagtuo; apan sa samang higayon nagalihok siya ingon nga usa ka maglalaglag. Ang iyang mga pagtintal nagadala sa daghang mga tawo ngadto sa pagkalaglag. Ang kawalay-pugong nagapahimulag sa pangatarungan gikan sa trono; ang mahilawason nga pagpatuyang, panagbingkil, ug pag-ula sa dugo mosunod. Nalipay si Satanas sa gubat, kay kini nagapukaw sa labing daotang mga pagbati sa kalag ug dayon magaanod ngadto sa walay katapusan ang iyang mga biktima nga nalubog sa bisyo ug dugo. Tumong niya ang pag-awhag sa mga nasud ngadto sa gubat batok sa usa ug usa, kay sa ingon niini mahimo niyang ipaling ang mga hunahuna sa katawhan gikan sa buluhaton sa pagpangandam aron makabarog sa adlaw sa Dios.” The Great Controversy, 588, 589.</w:t>
      </w:r>
    </w:p>
    <w:p>
      <w:pPr>
        <w:pStyle w:val="ArticleBody"/>
        <w:jc w:val="left"/>
      </w:pPr>
      <w:r>
        <w:rPr>
          <w:rFonts w:ascii="Times New Roman" w:hAnsi="Times New Roman" w:eastAsia="Times New Roman" w:cs="Times New Roman"/>
        </w:rPr>
        <w:t>Ang kataposang buhat nga daw mahimo ni Satanas makita sa balaod sa Domingo, dili sa wala pa niini. Human makasulti ang Tinipong Bansa sa Amerika ingon nga dragon sa bersikulo onse, sa kapitulo trese sa Pinadayag, unya sa bersikulo trese makita si Satanas nga daw nagapakanaog ug kalayo gikan sa langit. Mao usab kini ang giila ni Sister White.</w:t>
      </w:r>
    </w:p>
    <w:p>
      <w:pPr>
        <w:pStyle w:val="ArticleScripture"/>
        <w:jc w:val="left"/>
      </w:pPr>
      <w:r>
        <w:rPr>
          <w:rFonts w:ascii="Times New Roman" w:hAnsi="Times New Roman" w:eastAsia="Times New Roman" w:cs="Times New Roman"/>
        </w:rPr>
        <w:t>“Pinaagi sa balaodnon nga nagpatuman sa pagtukod sa Pagkapapa nga naglapas sa balaod sa Dios, ang atong nasud magbulag sa iyang kaugalingon sa hingpit gikan sa pagkamatarong. Sa diha nga ang Protestante magabakyaw sa iyang kamot tabok sa bung-aw aron gunitan ang kamot sa gahom sa Roma, sa diha nga siya moabot tabok sa kahiladman aron maghikap sa kamot uban sa Espiritismo, sa diha nga, ilalom sa impluwensya niining tulo ka pilo nga panaghiusa, ang atong nasud mosalikway sa tanang prinsipyo sa iyang Konstitusyon ingon nga usa ka Protestante ug republikano nga pangagamhanan, ug maghimo ug kahikayan alang sa pagpakaylap sa mga kabakakan ug mga paglimbong sa pagkapapa, nan mahibalo kita nga miabot na ang panahon alang sa kahibulongang paglihok ni Satanas ug nga haduol na ang katapusan.” Testimonies, volume 5, 451.</w:t>
      </w:r>
    </w:p>
    <w:p>
      <w:pPr>
        <w:pStyle w:val="ArticleBody"/>
        <w:jc w:val="left"/>
      </w:pPr>
      <w:r>
        <w:rPr>
          <w:rFonts w:ascii="Times New Roman" w:hAnsi="Times New Roman" w:eastAsia="Times New Roman" w:cs="Times New Roman"/>
        </w:rPr>
        <w:t>Sa wala pa ang balaod sa Domingo, sulod sa panahon sa pagsulay sa larawan sa mapintas nga mananap, nga mao usab ang panahon sa pagpatik sa usa ka gatus kap-atan ug upat ka libo, nga mao usab ang dapit diin mahitabo ang epekto sa matag panan-awon, ipadayag ang usa ka panghitabo sa gahum sa dragon nga nagrepresentar sa milagro sa bakak nga pagpang-ayo. Sa basahon sa Pinadayag, ang bigaon sa Babilonia giila ingon nga naglimbong sa tanang mga nasod.</w:t>
      </w:r>
    </w:p>
    <w:p>
      <w:pPr>
        <w:pStyle w:val="ArticleScripture"/>
        <w:jc w:val="left"/>
      </w:pPr>
      <w:r>
        <w:rPr>
          <w:rFonts w:ascii="Times New Roman" w:hAnsi="Times New Roman" w:eastAsia="Times New Roman" w:cs="Times New Roman"/>
        </w:rPr>
        <w:t>Ug ang kahayag sa suga dili na gayud mosidlak pa diha kanimo; ug ang tingog sa pamanhonon ug sa pangasaw-onon dili na gayud madungog pa diha kanimo: kay ang imong mga magpapatigayon mao ang mga dagkung tawo sa yuta; kay pinaagi sa imong mga pagpangkulam nalimbongan ang tanang nasud. Pinadayag 18:23.</w:t>
      </w:r>
    </w:p>
    <w:p>
      <w:pPr>
        <w:pStyle w:val="ArticleBody"/>
        <w:jc w:val="left"/>
      </w:pPr>
      <w:r>
        <w:rPr>
          <w:rFonts w:ascii="Times New Roman" w:hAnsi="Times New Roman" w:eastAsia="Times New Roman" w:cs="Times New Roman"/>
        </w:rPr>
        <w:t>Ang pulong nga “mga pagpanglumay” mao ang Griegong pulong nga “pharmakeia” nga nagkahulogan og medisina, o parmasya. Ang pulong gigikanan sa Griegong pulong nga G5332, nga nagkahulogan (usa ka droga, nga mao, usa ka ilimnong makabuhat og salamangka); usa ka tigbaligya og droga o parmasiyotiko o tigmamala. Sa kataposang mga adlaw paingon sa balaod sa Domingo, usa ka isyu nga makatampo sa mabahinbahing palibot nga mapanunod sa ikawalong ug kataposang presidente, mao ang buhat sa industriya sa parmasyotika, ingon sa girepresentahan ni Anthony Fauci, ug sa virus sa China.</w:t>
      </w:r>
    </w:p>
    <w:p>
      <w:pPr>
        <w:pStyle w:val="ArticleBody"/>
        <w:jc w:val="left"/>
      </w:pPr>
      <w:r>
        <w:rPr>
          <w:rFonts w:ascii="Times New Roman" w:hAnsi="Times New Roman" w:eastAsia="Times New Roman" w:cs="Times New Roman"/>
        </w:rPr>
        <w:t>Si Fauci ug ang China kapuwa mga representante sa gahum sa dragon, ug ang mga timailhan sa kamot ni Fauci masubay hangtod paingon sa pag-imbento sa HIV virus. Ang pagpugong sa populasyon, ingon sa girepresentar sa mga tawo sama sa bilyonaryong si Bill Gates, usa ka kinaiya nga napadayag sa pagsulay ni Paraon sa paglaglag sa mga masuso sa panahon ni Moises, ug sa mga paningkamot ni Herodes sa pagbuhat sa mao gihapon sa panahon ni Cristo. Ang katunga sa populasyon nalimbongan pinaagi sa China virus, ug makita pa gihapon ninyo ang mga tawo nga nagsul-ob sa mga maskara, nga dili makapugong sa bisan unsang virus.</w:t>
      </w:r>
    </w:p>
    <w:p>
      <w:pPr>
        <w:pStyle w:val="ArticleBody"/>
        <w:jc w:val="left"/>
      </w:pPr>
      <w:r>
        <w:rPr>
          <w:rFonts w:ascii="Times New Roman" w:hAnsi="Times New Roman" w:eastAsia="Times New Roman" w:cs="Times New Roman"/>
        </w:rPr>
        <w:t>Padayonon nato kining pagtuon sa sunod nga artikulo.</w:t>
      </w:r>
    </w:p>
    <w:p>
      <w:pPr>
        <w:pStyle w:val="ArticleScripture"/>
        <w:jc w:val="left"/>
      </w:pPr>
      <w:r>
        <w:rPr>
          <w:rFonts w:ascii="Times New Roman" w:hAnsi="Times New Roman" w:eastAsia="Times New Roman" w:cs="Times New Roman"/>
        </w:rPr>
        <w:t>“Si Satanas nagabuhat usab pinaagi sa mga elemento aron anihon ang iyang ani sa mga kalag nga wala maandam. Gitun-an niya ang mga tinago sa mga laboratoryo sa kinaiyahan, ug gigamit niya ang tanan niyang gahum sa pagkontrolar sa mga elemento kutob sa gitugot sa Dios. Sa dihang gitugotan siya sa pagsakit kang Job, pagkadali gayud nga nangahanaw ang mga panon sa karnero ug mga kahayopan, mga sulugoon, mga balay, mga anak, nga ang usa ka kalisdanan misunod sa lain daw sa usa lamang ka gutlo. Ang Dios mao ang nagapanalipod sa Iyang mga binuhat ug nagasalipod kanila batok sa gahum sa maglalaglag. Apan ang Kristohanong kalibutan nagpakita ug pagtamay sa balaod ni Jehova; ug ang Ginoo magabuhat gayud sa Iyang gipahayag nga Iyang pagabuhaton—pagawion Niya ang Iyang mga panalangin gikan sa yuta ug kuhaon ang Iyang mapanalipdong pag-atiman gikan niadtong mga nagasupak batok sa Iyang balaod ug pagtulon-an ug nagapugos sa uban sa pagbuhat sa mao usab. Si Satanas adunay paggahum sa tanan nga dili ilabinang bantayan sa Dios. Paboran ug pauswagon niya ang pipila aron mapadayon ang iyang kaugalingong mga laraw, ug magadala siya ug kalisdanan ngadto sa uban ug magtultol sa mga tawo sa pagtuo nga ang Dios mao ang nagpasakit kanila.”</w:t>
      </w:r>
    </w:p>
    <w:p>
      <w:pPr>
        <w:pStyle w:val="ArticleScripture"/>
        <w:jc w:val="left"/>
      </w:pPr>
      <w:r>
        <w:rPr>
          <w:rFonts w:ascii="Times New Roman" w:hAnsi="Times New Roman" w:eastAsia="Times New Roman" w:cs="Times New Roman"/>
        </w:rPr>
        <w:t>“Samtang nagapakita siya sa mga anak sa mga tawo ingon nga usa ka bantugang mananambal nga makahimo sa pag-ayo sa tanan nilang mga balatian, magadala siya ug sakit ug kalaglagan, hangtod nga ang daghang-populasyon nga mga siyudad mapakunhod ngadto sa kagun-oban ug kamingawan. Bisan karon nagalihok siya. Sa mga aksidente ug mga kalamidad sa dagat ug sa yuta, sa dagkong mga sunog, sa mabangis nga mga buhawi ug makalilisang nga mga unos sa ulan nga yelo, sa mga unos, mga baha, mga siklon, mga tidal wave, ug mga linog, sa matag dapit ug sa usa ka libo ka mga porma, gigamit ni Satanas ang iyang gahum. Gihawan niya ang mga ani nga hapit na mahinog, ug ang kagutom ug kasakit mosunod. Gihatagan niya ang hangin ug makamatayng kahugaw, ug linibo ang mangamatay tungod sa kamatayong dala sa peste. Kini nga mga paghampak mahimong labi pang kanunay ug labi pang makalilisang. Ang kalaglagan moabot ibabaw sa tawo ug sa mananap. ‘Ang yuta nagabangutan ug nagakalawos,’ ‘ang mapahitas-ong katawhan … nangaluya. Ang yuta usab nahugawan ilalom sa mga nagpuyo niini; tungod kay gilapas nila ang mga balaod, giusab ang tulomanon, gibungkag ang walay-kataposang tugon.’ Isaias 24:4, 5.”</w:t>
      </w:r>
    </w:p>
    <w:p>
      <w:pPr>
        <w:pStyle w:val="ArticleScripture"/>
        <w:jc w:val="left"/>
      </w:pPr>
      <w:r>
        <w:rPr>
          <w:rFonts w:ascii="Times New Roman" w:hAnsi="Times New Roman" w:eastAsia="Times New Roman" w:cs="Times New Roman"/>
        </w:rPr>
        <w:t>“Ug unya ang dakong malimbongon magdani sa mga tawo sa pagtuo nga kadtong nagaalagad sa Dios maoy hinungdan niining mga kadautan. Ang pundok nga nakapukaw sa kasuko sa Langit magapasangil sa tanan nilang mga kasakitan ibabaw niadtong kansang pagkamasinugtanon sa mga sugo sa Dios maoy walay hunong nga pagbadlong sa mga malinapason. Ipagula nga ang mga tawo nakapasipala sa Dios pinaagi sa paglapas sa Domingo nga adlaw nga igpapahulay; nga kining sala nakapahinabo sa mga kalamidad nga dili mohunong hangtud nga ang pagsaulog sa Domingo hugot nga ipatuman; ug nga kadtong nagapadayag sa mga pag-angkon sa ikaupat nga sugo, sa ingon nagaguba sa pagtahod alang sa Domingo, maoy mga samokan sa katawhan, nga nagababag sa ilang pagpahiuli ngadto sa pabor sa langitnong Dios ug sa kauswagan sa ilang kinabuhing kalibotan. Sa ingon ang sumbong nga kaniadto gipahamtang batok sa alagad sa Dios pagausbon pag-usab, ug sa mga patukoranan nga sama ka matinud-anon pagkatukod: ‘Ug nahitabo, sa pagkakita ni Ahab kang Elias, si Ahab miingon kaniya: Ikaw ba kadtong nagsamok sa Israel? Ug siya mitubag: Wala ako magsamok sa Israel; kondili ikaw, ug ang balay sa imong amahan, tungod kay gibiyaan ninyo ang mga sugo sa Ginoo, ug ikaw misunod sa mga Baal.’” 1 Hari 18:17, 18. Samtang ang kapungot sa katawhan pagapukawon pinaagi sa bakak nga mga sumbong, ilang padad-an ug pagatrataron ang mga sinugo sa Dios sa paagi nga susama kaayo sa gibuhat sa apostatang Israel kang Elias.</w:t>
      </w:r>
    </w:p>
    <w:p>
      <w:pPr>
        <w:pStyle w:val="ArticleScripture"/>
        <w:jc w:val="left"/>
      </w:pPr>
      <w:r>
        <w:rPr>
          <w:rFonts w:ascii="Times New Roman" w:hAnsi="Times New Roman" w:eastAsia="Times New Roman" w:cs="Times New Roman"/>
        </w:rPr>
        <w:t>“Ang gahum sa pagbuhat ug mga milagro nga mapadayag pinaagi sa espiritismo mopatuman sa iyang impluwensiya batok niadtong mopili sa pagtuman sa Dios inay sa mga tawo. Ang mga pakigpahibalo gikan sa mga espiritu magpahayag nga ang Dios maoy nagpadala kanila aron sa pagpasalig niadtong mosalikway sa Domingo mahitungod sa ilang kasaypanan, nga nagapanghimatuod nga ang mga balaod sa yuta kinahanglan tumanon sama sa balaod sa Dios. Magabangotan sila tungod sa dakong pagkadaotan sa kalibutan ug mouyon sa pagpamatuod sa mga magtutudlo sa relihiyon nga ang nadaot nga kahimtang sa moralidad maoy hinungdan sa pagpasipala sa Domingo. Dako ang kasuko nga mapukaw batok sa tanan nga mosalikway sa pagdawat sa ilang pagpamatuod.” The Great Controversy, 589, 590.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Daniel - Numero Usa ka Gatus ug Kap-atan ug Unom</dc:title>
  <dc:subject>Pagbuslot sa mga Hilo sa Tagna: Ang Kataposang Presidente, Diktadurya, ug ang Nagasingabot nga Balaod sa Domingo</dc:subject>
  <dc:creator>Jeff Pippenger</dc:creator>
  <cp:keywords/>
  <dc:description>Generated by ArticleDigger from daniel\146_daniel.json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