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Kan-uman ug Upat</w:t>
      </w:r>
    </w:p>
    <w:p>
      <w:pPr>
        <w:pStyle w:val="ArticleSubtitle"/>
        <w:jc w:val="left"/>
      </w:pPr>
      <w:r>
        <w:rPr>
          <w:rFonts w:ascii="Arial" w:hAnsi="Arial" w:eastAsia="Arial" w:cs="Arial"/>
        </w:rPr>
        <w:t>Ang Propetikanhong Kamahinungdanon sa Daniel 11: Pagpadayag sa Pangkasaysayan ug Umaabot nga mga Implikasyon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Sa bersikulo sais sa Daniel onse, gipadayag ang pagsakop sa Juda ug Jerusalem ni Pompeyo niadtong 63 BC. Kini nagrepresentar sa hapit na umabot nga balaod sa Domingo sa Tinipong Bansa sa Estados Unidos sa katumanan sa bersikulo kap-atan ug usa sa mao gihapong kapitulo. Ang kasaysayan nga nalangkit sa maong bersikulo nagtimaan sa usa ka gubat sibil nga nagakahitabo sa dihang ang siyudad nakuha, sa ingon nagpaila sa pagsubli sa Gubat Sibil sa Estados Unidos nga karon nagakahitabo sa Tinipong Bansa sa Estados Unidos. Bisan pa kon adunay mga buto nga napabuto o wala, aduna karon duha ka hut-ong nga anaa sa panagsangka alang sa pagkontrolar sa Tinipong Bansa sa Estados Unidos. Sa dihang gisakop ni Pompeyo ang Jerusalem, kini nagpaila nga ang Jerusalem magapabilin ubos sa awtoridad sa Roma hangtod nga kini gilaglag sa tuig 70 AD. Busa, kini naghulagway sa hapit na umabot nga balaod sa Domingo nga nagtimaan sa katapusan sa ikaunom nga gingharian sa panagna sa Biblia.</w:t>
      </w:r>
    </w:p>
    <w:p>
      <w:pPr>
        <w:pStyle w:val="ArticleBody"/>
        <w:jc w:val="left"/>
      </w:pPr>
      <w:r>
        <w:rPr>
          <w:rFonts w:ascii="Times New Roman" w:hAnsi="Times New Roman" w:eastAsia="Times New Roman" w:cs="Times New Roman"/>
        </w:rPr>
        <w:t>Si Pompey mao ang nahauna sa upat ka gahom sa Roma nga giila diha sa maong pahayag. Si Marc Antony, nga usa usab ka Romano, giila usab, apan sa upat ka gahom nga gihulagway ingon nga mga pangulo sa Roma, si Antony nagrepresentar sa pagpangulo sa Roma nga mialsa ug naghimo og pakig-alyansa sa Ehipto batok sa Roma. Si Pompey, Julius Caesar, Augustus Caesar ug Tiberius Caesar mao ang upat ka Romano nga gigamit sa tinagna aron magrepresentar sa upat ka mga kaliwatan sa Republikano nga sungay sa mananap sa yuta.</w:t>
      </w:r>
    </w:p>
    <w:p>
      <w:pPr>
        <w:pStyle w:val="ArticleBody"/>
        <w:jc w:val="left"/>
      </w:pPr>
      <w:r>
        <w:rPr>
          <w:rFonts w:ascii="Times New Roman" w:hAnsi="Times New Roman" w:eastAsia="Times New Roman" w:cs="Times New Roman"/>
        </w:rPr>
        <w:t>Si Pompey, nga nagarepresentar sa rebelyon sa Gubat Sibil sa US sa henerasyon sa 1863, naghulagway usab sa ulahing henerasyon ug sa karon nga “gubat sibil” nga nagapadayon na karon. Si Julius Caesar nagarepresentar sa ikaduhang henerasyon, sa dihang ang Estados Unidos lig-on nang natukod ingon nga nag-unang nasod taliwala sa mga nasod, apan gipatay niadtong 1913, sa dihang ang pagkasoberano sa sistemang pinansyal gihatag ngadto sa globalistang sistemang bangko, ug ang buluhaton alang sa usa ka kalibotang kagamhanan misugod. Si Caesar Augustus nagarepresentar sa mga tuig sa himaya sa nahaunang duha ka mga gubat sa kalibotan, sa dihang bisan pa sa pag-ula sa dugo, ang Estados Unidos nahimong kasina sa kalibotan. Unya sa ulahing henerasyon, si Tiberius Caesar, nga nailhan tungod sa iyang pagkamahuboganon ug sa paglansang kang Cristo sa krus, nagarepresentar sa yugto nga sa pagkatinuod nagsugod sa pagkapili ni John F. Kennedy, ang unang Katolikong presidente, sa ingon nagaila sa henerasyon nga moyukbo sa Roma.</w:t>
      </w:r>
    </w:p>
    <w:p>
      <w:pPr>
        <w:pStyle w:val="ArticleBody"/>
        <w:jc w:val="left"/>
      </w:pPr>
      <w:r>
        <w:rPr>
          <w:rFonts w:ascii="Times New Roman" w:hAnsi="Times New Roman" w:eastAsia="Times New Roman" w:cs="Times New Roman"/>
        </w:rPr>
        <w:t>Kining mga profetikong isyu nga nalangkit kang Pompey mahinungdanon, apan sa pagkakaron nagapunting kita sa profetikong kasaysayan nga nag-una kang Pompey ug sa bersikulo disisais, usa ka kasaysayan nga nagsugod sa unang duha ka bersikulo sa kapitulo nga nagaila sa 1989 ingon nga panahon sa katapusan, ug dayon nagtimaan sa adunahang ikaunom nga Presidente sukad kang Reagan, nga nagpalihok sa mga globalista, ingon nga si Trump sa walay pagduhaduha gayud nakatuman.</w:t>
      </w:r>
    </w:p>
    <w:p>
      <w:pPr>
        <w:pStyle w:val="ArticleBody"/>
        <w:jc w:val="left"/>
      </w:pPr>
      <w:r>
        <w:rPr>
          <w:rFonts w:ascii="Times New Roman" w:hAnsi="Times New Roman" w:eastAsia="Times New Roman" w:cs="Times New Roman"/>
        </w:rPr>
        <w:t>Si Trump gihulagway pinaagi sa ikaupat nga magmamando nga misunod kang Ciro, nga ginganlan og Xerxes, ang adunahang hari sa Persia, nga nailhan usab ingong Ahasuerus sa sugilanon ni Ester. Sa mga bersikulo, ang sunod nga hari nga misunod kang Xerxes mao si Alexander the Great sa bersikulo tres. Sa kasaysayan, may walo ka mga magmamando taliwala ni Xerxes ug ni Alexander the Great. Gikan kang Trump ngadto sa usa ka kalibotanong panggobyerno nga girepresentahan ni Alexander the Great, napulo ka mga hari ang girepresentahan; si Trump mao ang nahauna ug si Alexander mao ang naulahi.</w:t>
      </w:r>
    </w:p>
    <w:p>
      <w:pPr>
        <w:pStyle w:val="ArticleBody"/>
        <w:jc w:val="left"/>
      </w:pPr>
      <w:r>
        <w:rPr>
          <w:rFonts w:ascii="Times New Roman" w:hAnsi="Times New Roman" w:eastAsia="Times New Roman" w:cs="Times New Roman"/>
        </w:rPr>
        <w:t>Ang mga linya sa tagna nagpaila nga ang tanang mga hari sa yuta makighilawas uban sa kapapahan sa katapusan sa kalibotan, ug kadtong mga hari gilarawan ingong “napulo ka mga hari”. Si Ahab, nga mao ang ulo sa usa ka napulopilo nga gingharian, ug nga naminyo kang Jezebel, nagrepresentar sa kamatuoran nga bisan tuod ang tanang napulo ka mga hari makighilawas uban sa kapapahan, adunay usa ka pangunang hari nga mao ang nahauna sa pagbuhat niana. Sa unang higayon nga ang kapapahan gihatagan sa trono sa yuta, ang pangunang hari mao si Clovis, hari sa mga Franks (France) niadtong 496 AD. Kini nagkauyon sa paghatag sa kapapahan sa France sa titulo nga kamagulangan sa Simbahang Katoliko, ug kamagulangang anak nga babaye sa Simbahang Katoliko.</w:t>
      </w:r>
    </w:p>
    <w:p>
      <w:pPr>
        <w:pStyle w:val="ArticleBody"/>
        <w:jc w:val="left"/>
      </w:pPr>
      <w:r>
        <w:rPr>
          <w:rFonts w:ascii="Times New Roman" w:hAnsi="Times New Roman" w:eastAsia="Times New Roman" w:cs="Times New Roman"/>
        </w:rPr>
        <w:t>Ang buluhaton sa tagna nga natuman sa Pransiya pinaagi sa pagbutang sa Roma diha sa trono sa sibilisadong kalibotan, nagtimaan sa buluhaton sa tagna sa Estados Unidos. Ang balaod sa Dominggo sa tagna sa Biblia nagsugod sa Estados Unidos, ug unya ang matag nasod sa yuta mosunod nianang panig-ingnan. Linya sunod sa linyang tagna, nagaila nga ang pangulong hari sa napulo ka mga hari, kadtong nahauna ug labing panguna nga nakighilawas uban sa tawo sa sala sa kaulahiang mga adlaw, mao ang Estados Unidos. Bisan walay mga hari nga gilarawan tali ni Xerxes, ang unang bahandianon nga hari, ug ni Alexander the Great, ang katapusang hari, diha sa mga bersikulo dos ug tres, ang kasaysayan nagaila ug napulo ka mga hari. Ang gidaghanon nga napulo naghulagway sa usa ka pagsulay, ug naghulagway usab kini sa usa ka konfederasyon.</w:t>
      </w:r>
    </w:p>
    <w:p>
      <w:pPr>
        <w:pStyle w:val="ArticleBody"/>
        <w:jc w:val="left"/>
      </w:pPr>
      <w:r>
        <w:rPr>
          <w:rFonts w:ascii="Times New Roman" w:hAnsi="Times New Roman" w:eastAsia="Times New Roman" w:cs="Times New Roman"/>
        </w:rPr>
        <w:t>Ang pagsulay nga giatubang sa kalibotan mao ang pagpatindog sa usa ka tibuok-kalibotang sistema, nga gihulagway ingon nga larawan sa mananap. Kana nga pagsulay nagsugod sa Estados Unidos pinaagi sa haduol na kaayo nga balaod sa Domingo ug matapos sa dihang ang matag nasud sa kalibotan mosunod niana nga ehemplo. Si Jesus sa kanunay naghulagway sa katapusan sa usa ka butang pinaagi sa sinugdanan, busa bisan pa walay mga hari nga gilista tali sa datong hari ug kang Alexander sa bersikulo dos ug tres, ang kasaysayan nag-ila sa usa ka proseso sa pagsulay nga nagsugod sa labing datong presidente, nga dato tungod sa iyang mga kalihokan sa negosyo ug dili tungod kay nagmugna siya ug bahandi pinaagi sa pag-apil sa usa ka dunot nga sistema sa politika.</w:t>
      </w:r>
    </w:p>
    <w:p>
      <w:pPr>
        <w:pStyle w:val="ArticleBody"/>
        <w:jc w:val="left"/>
      </w:pPr>
      <w:r>
        <w:rPr>
          <w:rFonts w:ascii="Times New Roman" w:hAnsi="Times New Roman" w:eastAsia="Times New Roman" w:cs="Times New Roman"/>
        </w:rPr>
        <w:t>Ang ngalang America hinalin gikan sa Latin nga porma sa ngalang “Amerigo,” nga naggikan kang Amerigo Vespucci nga Italyanong eksplorador, usa ka magsususi ug nabigador nga naghimo ug pipila ka mga paglayag ngadto sa Bag-ong Kalibotan sa ulahing bahin sa ika-15 ug sayong bahin sa ika-16 nga mga siglo. Sa kinatibuk-an, ang mga pagsusi ni Vespucci nahimong posible pinaagi sa pinansiyal nga suporta, mga pamuhunan sa kapital, sa mga tigpasiugda ug mga patron nga nakakita ug posibleng mga kahigayonan alang sa ganansiya, pagpalapad, ug kadungganan diha sa pagsusi sa Bag-ong Kalibotan. Ang ngalang “America” usa ka simbolo sa paningkamot sa paghimo ug mga ganansiya.</w:t>
      </w:r>
    </w:p>
    <w:p>
      <w:pPr>
        <w:pStyle w:val="ArticleBody"/>
        <w:jc w:val="left"/>
      </w:pPr>
      <w:r>
        <w:rPr>
          <w:rFonts w:ascii="Times New Roman" w:hAnsi="Times New Roman" w:eastAsia="Times New Roman" w:cs="Times New Roman"/>
        </w:rPr>
        <w:t>Kanunay nga ginailustrar ni Jesus ang katapusan sa usa ka butang pinaagi sa sinugdanan, ug ang sinugdanan sa napulo ka mga hari nga nagrepresentar sa taytayan gikan sa gingharian nga may duha ka sungay sa Medo-Persia ngadto sa usa ka kalibotanong kagamhanan nga girepresentahan ni Alejandro nga Bantugan, nagsugod sa adunahang hari, nga mao ang presidente sa gingharian nga gitipoan sa Francia ug ni Ahab, nga mahimo usab nga ulo nga girepresentahan ni Alejandro nga Bantugan, sa dihang ang tibuok kalibotan moatubang sa ekonomiya nga nalangkit sa gahum sa Tinipong Bansa sa Amerika, samtang gipugos niini ang tibuok kalibotan sa pagyukbo ngadto sa Simbahang Katolika, kon buot sila nga makahimo sa pagpalit ug pagbaligya.</w:t>
      </w:r>
    </w:p>
    <w:p>
      <w:pPr>
        <w:pStyle w:val="ArticleBody"/>
        <w:jc w:val="left"/>
      </w:pPr>
      <w:r>
        <w:rPr>
          <w:rFonts w:ascii="Times New Roman" w:hAnsi="Times New Roman" w:eastAsia="Times New Roman" w:cs="Times New Roman"/>
        </w:rPr>
        <w:t>Ang ikapitong gingharian diha sa Pinadayag kapitulo disiyesiete mao ang napulo ka mga hari, ug usa sa mga profetikong kinaiya sa usa sa napulo ka hari mao nga sila mopadayon lamang sa “mubo nga panahon,” sa dili pa sila mouyon sa paghatag sa ilang ikapitong gingharian ngadto sa bigaon sa Babilonia, nga magapabilin lamang nga nagkahiusa sulod sa “usa ka oras”. Ang profetikong hinungdan nga ilang gidawat kana nga kasabotan tungod kay sila nahubog sa bino sa Babilonia. Sa kasaysayan, si Alejandro nga Bantogan naghari lamang sulod sa mubo nga panahon, kay ang iyang kinabuhi natapos sa labing madali nga paagi maingon nga natukod ang iyang gingharian, kay iyang giinom ang iyang kaugalingon ngadto sa kamatayon, sa ingon naghulagway sa mubo nga panahon ug kahubog sa napulo ka mga hari sa United Nations. Sa diha nga si Alejandro nga Bantogan mitindog, siya nabalian, ug ang iyang gingharian gihatag ngadto sa upat ka mga hangin, nga nagaila sa misunod nga pakigbisog sa pagtukod pag-usab sa iyang kanhing gingharian.</w:t>
      </w:r>
    </w:p>
    <w:p>
      <w:pPr>
        <w:pStyle w:val="ArticleScripture"/>
        <w:jc w:val="left"/>
      </w:pPr>
      <w:r>
        <w:rPr>
          <w:rFonts w:ascii="Times New Roman" w:hAnsi="Times New Roman" w:eastAsia="Times New Roman" w:cs="Times New Roman"/>
        </w:rPr>
        <w:t>Usab ako, sa nahaunang tuig ni Dario nga Medo, mitindog aron sa paglig-on ug pagpalig-on kaniya. Ug karon ipakita ko kanimo ang kamatuoran. Ania karon, adunay motindog pa nga tulo ka mga hari sa Persia; ug ang ikaupat mahimong labi pang dato kay kanilang tanan: ug pinaagi sa iyang kusog tungod sa iyang mga bahandi iyang pagapukawon ang tanan batok sa gingharian sa Grecia. Ug motindog ang usa ka gamhanang hari, nga magahari uban sa dakung kagamhanan, ug magabuhat sumala sa iyang kabubut-on. Ug sa diha nga siya makatindog na, ang iyang gingharian pagabuakon, ug pagabahinon ngadto sa upat ka mga hangin sa langit; ug dili ngadto sa iyang kaliwat, ni sumala sa iyang kagamhanan nga iyang gigamhan: kay ang iyang gingharian pagalukahon, alang bisan sa uban gawas niadtong mga takna. Daniel 11:1–4.</w:t>
      </w:r>
    </w:p>
    <w:p>
      <w:pPr>
        <w:pStyle w:val="ArticleBody"/>
        <w:jc w:val="left"/>
      </w:pPr>
      <w:r>
        <w:rPr>
          <w:rFonts w:ascii="Times New Roman" w:hAnsi="Times New Roman" w:eastAsia="Times New Roman" w:cs="Times New Roman"/>
        </w:rPr>
        <w:t>Ang gingharian ni Alexander nabungkag sa labing madali sa dihang kini natukod, kay kini nagrepresentar sa ulahing mga adlaw, diin ang propesiya giila nga mahitabo sa madali.</w:t>
      </w:r>
    </w:p>
    <w:p>
      <w:pPr>
        <w:pStyle w:val="ArticleScripture"/>
        <w:jc w:val="left"/>
      </w:pPr>
      <w:r>
        <w:rPr>
          <w:rFonts w:ascii="Times New Roman" w:hAnsi="Times New Roman" w:eastAsia="Times New Roman" w:cs="Times New Roman"/>
        </w:rPr>
        <w:t>“Ang mga ahensiya sa dautan naghiusa sa ilang mga pwersa ug nagkonsolida. Nagpalig-on sila alang sa kataposang dakong krisis. Dagkong mga kausaban sa dili madugay mahitabo sa atong kalibotan, ug ang kataposang mga lihok mahimong mapaspason.” Testimonies, tomo 9, 11.</w:t>
      </w:r>
    </w:p>
    <w:p>
      <w:pPr>
        <w:pStyle w:val="ArticleBody"/>
        <w:jc w:val="left"/>
      </w:pPr>
      <w:r>
        <w:rPr>
          <w:rFonts w:ascii="Times New Roman" w:hAnsi="Times New Roman" w:eastAsia="Times New Roman" w:cs="Times New Roman"/>
        </w:rPr>
        <w:t>Ang ikatulong kaalautan sa Islam natukod ibabaw sa mga mapanagnong kinaiya sa nahaunang ug ikaduhang mga kaalautan. Diha sa unang kaalautan may usa ka yugto sa panahon nga nagsugod sa pag-abot ni Mohammed ug mipadayon hangtod sa sunod nga yugto, nga giila ingon nga “lima ka bulan” o usa ka gatus ug kalim-an ka tuig, diin ang Islam “makapasakit” sa mga kasundalohan sa Roma. Ang katapusan sa maong usa ka gatus ug kalim-an ka tuig nga tagna sa panahon maoy dungan usab nga timaan sa sinugdanan sa tagna sa tulo ka gatus ug kasiyaman ug usa ka tuig ug napulo ug lima ka adlaw, diin ang Islam sa ikaduhang Kaalautan, unya “mopatay” sa mga kasundalohan sa Roma.</w:t>
      </w:r>
    </w:p>
    <w:p>
      <w:pPr>
        <w:pStyle w:val="ArticleBody"/>
        <w:jc w:val="left"/>
      </w:pPr>
      <w:r>
        <w:rPr>
          <w:rFonts w:ascii="Times New Roman" w:hAnsi="Times New Roman" w:eastAsia="Times New Roman" w:cs="Times New Roman"/>
        </w:rPr>
        <w:t>Ang Septiyembre 11, 2001 nagtimaan sa pag-abot sa yugto nga girepresentahan ni Mohammed sa unang kaalaotan, nga naglakip sa Oktubre 7, 2023 ingon nga nagtimaan sa sinugdanan sa yugto sa dihang ang Islam “makapasakit” sa “mga kasundalohan sa Roma” diha sa karaang literal nga “Mahimayaong Yuta” nga usa ka puli alang sa Tinipong Bansa, ug sukad sa Oktubre 7, 2023 ang mga pag-atake sa Islam batok sa kasundalohan sa Roma, nagkaduol na sa duha ka gatus sa pagsulat niining artikuloha niadtong Pebrero 17, 2024.</w:t>
      </w:r>
    </w:p>
    <w:p>
      <w:pPr>
        <w:pStyle w:val="ArticleBody"/>
        <w:jc w:val="left"/>
      </w:pPr>
      <w:r>
        <w:rPr>
          <w:rFonts w:ascii="Times New Roman" w:hAnsi="Times New Roman" w:eastAsia="Times New Roman" w:cs="Times New Roman"/>
        </w:rPr>
        <w:t>Sa hapit na moabot nga balaod sa Domingo, ang Tinipong Bansa sa Amerika “mapatay” isip ikaunom nga gingharian sa tagna sa Biblia, nga nagkatakdo sa tulo ka gatus ug kasiyaman ug usa ka tuig ug napulog lima ka adlaw nga mga pag-atake sa Islam nga mipatay sa kanhing mga kasundalohan sa Roma, samtang ang pakiggubat sa ilang ikatulong dakong jihad mosamot ug kakusog. Sa diha nga si Miguel motindog, ang panahon sa pagsulay sa tawo matapos, ug ang upat ka hangin pagabuhi-an sa hingpit sulod sa pito ka ulahing mga hampak.</w:t>
      </w:r>
    </w:p>
    <w:p>
      <w:pPr>
        <w:pStyle w:val="ArticleScripture"/>
        <w:jc w:val="left"/>
      </w:pPr>
      <w:r>
        <w:rPr>
          <w:rFonts w:ascii="Times New Roman" w:hAnsi="Times New Roman" w:eastAsia="Times New Roman" w:cs="Times New Roman"/>
        </w:rPr>
        <w:t>“Nakita ko nga ang kapungot sa mga nasod, ang kaligutgut sa Dios, ug ang panahon sa paghukom sa mga patay lahi ug linain, nga ang usa nagasunod sa usa; nakita ko usab nga si Miguel wala pa motindog, ug nga ang panahon sa kasamok nga wala pa gayud mahitabo sukad kaniadto wala pa magsugod. Ang mga nasod karon nangasuko na, apan sa diha nga ang atong Labing Halangdong Pari makatapos na sa Iyang buluhaton didto sa santuwaryo, motindog Siya, magasul-ob sa mga sapot sa panimalos, ug unya igaula ang pito ka ulahing mga hampak.</w:t>
      </w:r>
    </w:p>
    <w:p>
      <w:pPr>
        <w:pStyle w:val="ArticleScripture"/>
        <w:jc w:val="left"/>
      </w:pPr>
      <w:r>
        <w:rPr>
          <w:rFonts w:ascii="Times New Roman" w:hAnsi="Times New Roman" w:eastAsia="Times New Roman" w:cs="Times New Roman"/>
        </w:rPr>
        <w:t>“Nakita ko nga ang upat ka mga anghel magapugong sa upat ka hangin hangtod mahuman ang buhat ni Jesus didto sa balaang puloy-anan, ug unya moabot ang pito ka ulahing mga hampak.” Early Writings, 36.</w:t>
      </w:r>
    </w:p>
    <w:p>
      <w:pPr>
        <w:pStyle w:val="ArticleBody"/>
        <w:jc w:val="left"/>
      </w:pPr>
      <w:r>
        <w:rPr>
          <w:rFonts w:ascii="Times New Roman" w:hAnsi="Times New Roman" w:eastAsia="Times New Roman" w:cs="Times New Roman"/>
        </w:rPr>
        <w:t>Ang “upat ka hangin” gihulagway ni Sister White ingon nga “usa ka masuko nga kabayo, nga nagtinguha sa pagbugto ug sa pagdala ug kamatayon ug kalaglagan diha sa iyang agianan,” ug sila bug-os nga buhian sa dihang mosira ang panahon sa pagsulay. Gihulagway sila nga gibuhian sa ikaduhang kaalaut ingon nga “upat ka mga manulonda,” dili upat ka hangin.</w:t>
      </w:r>
    </w:p>
    <w:p>
      <w:pPr>
        <w:pStyle w:val="ArticleScripture"/>
        <w:jc w:val="left"/>
      </w:pPr>
      <w:r>
        <w:rPr>
          <w:rFonts w:ascii="Times New Roman" w:hAnsi="Times New Roman" w:eastAsia="Times New Roman" w:cs="Times New Roman"/>
        </w:rPr>
        <w:t>Nga nag-ingon ngadto sa ikaunom nga manolunda nga may trumpeta, Buhii ang upat ka mga manolunda nga gigapos sa dakong suba sa Eufrates. Ug ang upat ka mga manolunda gibuhian, nga giandam alang sa usa ka takna, ug usa ka adlaw, ug usa ka bulan, ug usa ka tuig, aron sa pagpatay sa ikatulo ka bahin sa mga tawo. Pinadayag 9:14, 15.</w:t>
      </w:r>
    </w:p>
    <w:p>
      <w:pPr>
        <w:pStyle w:val="ArticleBody"/>
        <w:jc w:val="left"/>
      </w:pPr>
      <w:r>
        <w:rPr>
          <w:rFonts w:ascii="Times New Roman" w:hAnsi="Times New Roman" w:eastAsia="Times New Roman" w:cs="Times New Roman"/>
        </w:rPr>
        <w:t>Ang “upat ka hangin,” o ang “upat ka manulonda,” pulos mga simbolo sa Islam sumala sa gitino sa konteksto diin gigamit ang simbolo. Sa dihang mitindog si Alexander the Great, ang iyang gingharian, nga nagrepresentar sa ikapitong gingharian, nga mao ang usa ka ikatulo sa tulo-ka-bahin nga gingharian sa dragon, sa mananap, ug sa mini nga propeta; “when he shall stand up, his kingdom shall be broken, and shall be divided toward the four winds of heaven.” Sa dihang matapos na ang panahon sa tawhanong pagsulay, buhian ang upat ka hangin, o ang upat ka manulonda, ug ilang gub-on ang iyang gingharian, kay ang iyang gingharian “shall be broken.” Unya kadtong napulo ka mga hari ug ang ilang mga kauban, ang mga globalistang magpapatigayon, motindog sa halayo ug managminatay ug managtu-aw.</w:t>
      </w:r>
    </w:p>
    <w:p>
      <w:pPr>
        <w:pStyle w:val="ArticleScripture"/>
        <w:jc w:val="left"/>
      </w:pPr>
      <w:r>
        <w:rPr>
          <w:rFonts w:ascii="Times New Roman" w:hAnsi="Times New Roman" w:eastAsia="Times New Roman" w:cs="Times New Roman"/>
        </w:rPr>
        <w:t>Kay ania karon, ang mga hari nanagtigum; nanag-agi sila nga nagkahiusa. Nakakita sila niini, ug busa nanghibulong sila; nangalisang sila, ug midali sa pagpalayo. Didto gikaptan sila sa kahadlok, ug sa kasakit, ingon sa usa ka babaye nga nagbati. Gibuak mo ang mga sakayan sa Tarsis pinaagi sa hangin sa sidlakan. Salmo 48:4–7.</w:t>
      </w:r>
    </w:p>
    <w:p>
      <w:pPr>
        <w:pStyle w:val="ArticleBody"/>
        <w:jc w:val="left"/>
      </w:pPr>
      <w:r>
        <w:rPr>
          <w:rFonts w:ascii="Times New Roman" w:hAnsi="Times New Roman" w:eastAsia="Times New Roman" w:cs="Times New Roman"/>
        </w:rPr>
        <w:t>Ang estrukturang pang-ekonomiya sa napulo ka mga hari pagabuakon sa “hangin sa sidlakan” sa Islam.</w:t>
      </w:r>
    </w:p>
    <w:p>
      <w:pPr>
        <w:pStyle w:val="ArticleScripture"/>
        <w:jc w:val="left"/>
      </w:pPr>
      <w:r>
        <w:rPr>
          <w:rFonts w:ascii="Times New Roman" w:hAnsi="Times New Roman" w:eastAsia="Times New Roman" w:cs="Times New Roman"/>
        </w:rPr>
        <w:t>Ang imong mga magdadayong nagsulod kanimo ngadto sa dagkong katubigan; ang hangin sa sidlakan nagbungkag kanimo sa taliwala sa mga dagat. Ang imong mga bahandi, ug ang imong mga baligyaan, ang imong patigayon, ang imong mga marinero, ug ang imong mga piloto, ang imong mga magkakalal, ug ang mga nagpatigayon sa imong mga baligya, ug ang tanan mong mga tawo sa gubat nga anaa kanimo, ug sa tibook mong panon nga anaa sa taliwala mo, mangahulog sa taliwala sa mga dagat sa adlaw sa imong pagkalaglag. Ezekiel 27:26, 27.</w:t>
      </w:r>
    </w:p>
    <w:p>
      <w:pPr>
        <w:pStyle w:val="ArticleBody"/>
        <w:jc w:val="left"/>
      </w:pPr>
      <w:r>
        <w:rPr>
          <w:rFonts w:ascii="Times New Roman" w:hAnsi="Times New Roman" w:eastAsia="Times New Roman" w:cs="Times New Roman"/>
        </w:rPr>
        <w:t>Ang “hangin sa sidlakan” sa Islam nagbuak sa gingharian sa napulo ka mga hari “sa adlaw sa ilang kalaglagan,” ingon nga girepresentahan sa gingharian ni Alexander the Great nga “nabuak” ug gihatag ngadto sa upat ka mga hangin. Kadaghanan sa kasaysayan nga nahitabo sa Daniel onse sublion samtang ang kapitulo onse moabot sa kataposang katumanan niini. Ang pagtino kon asa hustong pagabahinon ang maong mga kasaysayan mao ang profetikong buluhaton niadtong gitawag nga mahimong mga tinun-an sa propesiya. Ang kataposang unom ka bersikulo sa Daniel onse matapus sa pagsira sa tawhanong probation, sa dihang motindog si Michael. Sa dihang ang gingharian ni Alexander the Great mabahin ngadto sa upat ka mga hangin, kini nagrepresentar sa pagsira sa probation, ug nagtimaan nga ang mosunod nga profetikong kasaysayan gikan sa bersikulo singko padayon pagaisipon ingon nga usa ka bag-ong profetikong linya.</w:t>
      </w:r>
    </w:p>
    <w:p>
      <w:pPr>
        <w:pStyle w:val="ArticleBody"/>
        <w:jc w:val="left"/>
      </w:pPr>
      <w:r>
        <w:rPr>
          <w:rFonts w:ascii="Times New Roman" w:hAnsi="Times New Roman" w:eastAsia="Times New Roman" w:cs="Times New Roman"/>
        </w:rPr>
        <w:t>Ang bersikulo singko hangtod sa bersikulo disisais nagaila sa kasaysayan sukad sa 538 hangtod sa hapit na moabot nga balaod sa Domingo. Ang mga bersikulo singko hangtod nuebe nagrepresentar sa kasaysayan sa usa ka libo duha ka gatus ug kan-uman ka tuig nga pagmando sa pagkapapa nga nagsugod sa tuig 538 ug mitapos sa panahon sa katapusan niadtong 1798. Ang bersikulo diyes nagaila sa kasaysayan nga nagahulagway sa bersikulo kwarenta, sa dihang gilabay sa pagkapapa ang Soviet Union sa panahon sa katapusan niadtong 1989. Ang mga bersikulo onse ug dose nagaila sa kasamtangang proxy war sa Ukraine, nga pagadaugon ni Putin ug sa Russia, apan ang sangputanan sa kadaugan ni Putin motakdo sa “gubat sa Nineveh,” ug sa “pagkapukan ni Chosroes,” nga mao ang “yawi nga miabli sa walay kinutob nga gahong” nga nagpagawas sa Islam sa kasaysayan sa unang kaalaotan.</w:t>
      </w:r>
    </w:p>
    <w:p>
      <w:pPr>
        <w:pStyle w:val="ArticleBody"/>
        <w:jc w:val="left"/>
      </w:pPr>
      <w:r>
        <w:rPr>
          <w:rFonts w:ascii="Times New Roman" w:hAnsi="Times New Roman" w:eastAsia="Times New Roman" w:cs="Times New Roman"/>
        </w:rPr>
        <w:t>Sa ulahing bahin sa mubo rang pagdaug ni Putin, ang Tinipong Bansa sa Amerika, diha sa mga bersikulo trese hangtod kinse, modaug sa gubat nga puli-puli lamang, kana mao ang kataposan sa maong gubat nga puli-puli nga gipadayon sukad pa sa Ikaduhang Gubat sa Kalibotan. Ang tudling nagsaila ug tulo ka mga gubat: ang unang gubat natapos niadtong 1989, sa katumanan sa mga bersikulo 10 ug 40; ang ikaduhang gubat, nga mao ang karon nga gubat sa Ukraine, nagrepresentar sa mga bersikulo onse ug dose; ug ang ikatulong gubat nga puli-puli, nga nagrepresentar sa kataposang pagdaug sa Tinipong Bansa sa Amerika, ginarepresentahan sa mga bersikulo trese hangtod kinse.</w:t>
      </w:r>
    </w:p>
    <w:p>
      <w:pPr>
        <w:pStyle w:val="ArticleBody"/>
        <w:jc w:val="left"/>
      </w:pPr>
      <w:r>
        <w:rPr>
          <w:rFonts w:ascii="Times New Roman" w:hAnsi="Times New Roman" w:eastAsia="Times New Roman" w:cs="Times New Roman"/>
        </w:rPr>
        <w:t>Ang angay maila niining upat ka mga yugto nga girepresentar gikan sa bersikulo singko hangtod sa bersikulo kinse mao nga ang kataposang duha ka mga yugto, nga nagrepresentar sa kasamtangang gubat sa Ukraine, ug dayon sa pagbalus sa Tinipong Bansa sa Amerika, mahitabo sa panahon sa pagtimri. Ang bersikulo disi-sais nagpaila sa haduol nang umalabot nga balaod sa Dominggo sa Tinipong Bansa sa Amerika. Ang mga bersikulo singko hangtod disi nagrepresentar sa kasaysayan gikan sa 538 hangtod sa panahon sa katapusan niadtong 1798, ug dayon padayon ngadto sa panahon sa katapusan niadtong 1989. Busa, ang duha ka mga gubat sa kataposang proxy war, nga girepresentar diha sa mga bersikulo onse hangtod kinse, natuman sulod sa yugto diin ang Ezekiel kapitulo dose nagpaila nga ang epekto sa matag panan-awon matuman.</w:t>
      </w:r>
    </w:p>
    <w:p>
      <w:pPr>
        <w:pStyle w:val="ArticleBody"/>
        <w:jc w:val="left"/>
      </w:pPr>
      <w:r>
        <w:rPr>
          <w:rFonts w:ascii="Times New Roman" w:hAnsi="Times New Roman" w:eastAsia="Times New Roman" w:cs="Times New Roman"/>
        </w:rPr>
        <w:t>Kadtong mga panan-awon girepresentar ngadto kang Ezekiel ingon nga “mga ligid sa sulod sa mga ligid,” nga giila ni Sister White ingon nga ang “masalimuot nga panagdugtongdugtong sa mga kalihokan sa tawo.” Ang kasaysayan sa gubat sa Ukraine, ang kadaugan ni Putin, ug unya ang iyang pagkapukan, nga gisundan sa kadaugan sa Estados Unidos, mao ang usa sa labing masalimuot nga mga pagpadayag sa linya ibabaw sa linya diha sa Pulong sa Dios.</w:t>
      </w:r>
    </w:p>
    <w:p>
      <w:pPr>
        <w:pStyle w:val="ArticleBody"/>
        <w:jc w:val="left"/>
      </w:pPr>
      <w:r>
        <w:rPr>
          <w:rFonts w:ascii="Times New Roman" w:hAnsi="Times New Roman" w:eastAsia="Times New Roman" w:cs="Times New Roman"/>
        </w:rPr>
        <w:t>Sa pagkomento bahin sa “mga ligid sulod sa mga ligid” ni Ezekiel, si Sister White nagaingon nga sa dihang unang nakita ni Ezekiel kadtong mga ligid, kini daw kalibog, apan sa kataposan si Ezekiel nakaila sa hingpit nga kahapsay sa mga ligid, nga mao ang “masalimuot nga panag-abag sa mga panghitabo sa tawo.” Aron sa husto nga pagbahinbahin sa kasaysayan nga girepresentahan diha sa bersikulo onse ngadto sa kinse, kinahanglan masabtan ang relasyon tali sa Simbahang Katolika ug sa Nazi Germany, kay ang mga lider Nazi sa Ukraine mao ang mga kinatawan nianang maong relasyon.</w:t>
      </w:r>
    </w:p>
    <w:p>
      <w:pPr>
        <w:pStyle w:val="ArticleBody"/>
        <w:jc w:val="left"/>
      </w:pPr>
      <w:r>
        <w:rPr>
          <w:rFonts w:ascii="Times New Roman" w:hAnsi="Times New Roman" w:eastAsia="Times New Roman" w:cs="Times New Roman"/>
        </w:rPr>
        <w:t>Gikinahanglan usab nga masabtan ang papel sa pagpakita sa gitawag nga birhen Maria sa Fatima, Portugal niadtong 1918, lakip ang tulo ka sekreto nga gibiyaan sa gitawag nga birhen Maria ngadto sa tulo ka mga bata sa maong kasaysayan. Ang pasiuna sa maong tulo ka mga mensahe, nga naghulagway sa usa ka pakigbisog tali sa Simbahang Katolika ug sa ateyistang Russia, ug sa Ikaduhang Gubat sa Kalibotan, kabahin sa mensahe sa Fatima nga girepresentar sa gubat sa Ukraine.</w:t>
      </w:r>
    </w:p>
    <w:p>
      <w:pPr>
        <w:pStyle w:val="ArticleBody"/>
        <w:jc w:val="left"/>
      </w:pPr>
      <w:r>
        <w:rPr>
          <w:rFonts w:ascii="Times New Roman" w:hAnsi="Times New Roman" w:eastAsia="Times New Roman" w:cs="Times New Roman"/>
        </w:rPr>
        <w:t>Ang Rebolusyong Pranses, ug ang profetikanhong relasyon niini ngadto sa iglesiang Katolika, ug sa katapusan ngadto kang Napoleon Bonaparte, nga nagrepresentar kang Putin, usa usab sa mga “ligid” nga girepresentahan diha sa gubat sa Ukraine. Ang profetikanhong relasyon sa Rebolusyong Pranses ngadto sa Tinipong Bansa sa Amerika girepresentahan usab sa kasaysayan, kay maingon nga si Putin girepresentahan ni Napoleon sa dihang ang Pransiya nagkahanaw na, ang kanhing artista nga si Ronald Reagan, ingon nga pangulo sa mga kasundalohan sa Katolisismo sa gubat sa 1989, nagatipo sa kanhing artista nga si Zelenskyy samtang ang Ukraine nagkahanaw na. Diha sa mga ligid nga nagtagbo ug nagkadugtong niining mga bersikuloha, ang kataposang dagami alang sa mga politiko sa Demokratikong Partido sa Tinipong Bansa sa Amerika, nga kaniadto ug hangtod karon nagapalambo kang Zelenskyy, igapadayag ni Putin sa dihang siya modaog.</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“Didto sa daplin sa suba sa Chebar, nakita ni Ezekiel ang usa ka alimpulos nga daw gikan sa amihanan, ‘usa ka dakung panganod, ug usa ka kalayo nga nagputos sa iyang kaugalingon, ug may kasidlak sa palibot niini, ug gikan sa taliwala niini daw ang kolor sa amber.’ Uban sa mga ligid nga nagsalab-otan sa usag usa, nga gipalihok sa upat ka buhing nilalang. Halayo sa ibabaw nilang tanan ‘diha ang dagway sa usa ka trono, nga daw makita ang usa ka batong zafiro: ug ibabaw sa dagway sa trono diha ang dagway nga daw porma sa usa ka tawo sa ibabaw niini.’ ‘Ug didto mipakita diha sa mga kerubin ang porma sa kamot sa tawo ilalom sa ilang mga pako.’ Ezekiel 1:4, 26; 10:8. Ang mga ligid hilabihan ka masalimuot sa pagkakahimutang nga sa unang tan-aw daw anaa sa kalibog; apan sila nanglihok diha sa hingpit nga panag-uyon. Ang langitnong mga binuhat, nga gisuportahan ug gigiyahan sa kamot ilalom sa mga pako sa mga kerubin, maoy nagpalihok niining mga ligira; sa ibabaw nila, sa ibabaw sa trono nga zafiro, diha ang Walay Kataposan; ug naglibot sa trono ang usa ka balangaw, ang timaan sa langitnong kalooy.”</w:t>
      </w:r>
    </w:p>
    <w:p>
      <w:pPr>
        <w:pStyle w:val="ArticleScripture"/>
        <w:jc w:val="left"/>
      </w:pPr>
      <w:r>
        <w:rPr>
          <w:rFonts w:ascii="Times New Roman" w:hAnsi="Times New Roman" w:eastAsia="Times New Roman" w:cs="Times New Roman"/>
        </w:rPr>
        <w:t>“Maingon nga ang mga paglibog nga sama sa ligid nailalom sa paggiya sa kamot nga diha sa ilalom sa mga pako sa mga querubin, mao man usab ang masalimuot nga dagan sa mga panghitabo sa tawo nailalom sa balaanong pagpugong. Taliwala sa panagbangi ug kaguliyang sa mga nasod, Siya nga nagalingkod sa ibabaw sa mga querubin nagpadayon sa paggiya sa mga kalihokan sa yuta.</w:t>
      </w:r>
    </w:p>
    <w:p>
      <w:pPr>
        <w:pStyle w:val="ArticleScripture"/>
        <w:jc w:val="left"/>
      </w:pPr>
      <w:r>
        <w:rPr>
          <w:rFonts w:ascii="Times New Roman" w:hAnsi="Times New Roman" w:eastAsia="Times New Roman" w:cs="Times New Roman"/>
        </w:rPr>
        <w:t>“Ang kasaysayan sa mga nasod nga sunod-sunod nga nag-okupar sa ilang gitakdang panahon ug dapit, nga sa walay pagpanimuot nagpanghimatuod sa kamatuoran nga ang kahulogan niini wala nila masabti, nagsulti kanato. Sa matag nasod ug sa matag indibiduwal karon gihatagan sa Dios ug dapit diha sa Iyang dakong laraw. Karon ang mga tawo ug ang mga nasod ginatimbang pinaagi sa hulbotan nga anaa sa kamot Niya nga dili gayud masayop. Ang tanan, pinaagi sa ilang kaugalingong pagpili, nagbuot sa ilang kapalaran, ug ang Dios nagamando sa tanan aron matuman ang Iyang mga tuyo.”</w:t>
      </w:r>
    </w:p>
    <w:p>
      <w:pPr>
        <w:pStyle w:val="ArticleScripture"/>
        <w:jc w:val="left"/>
      </w:pPr>
      <w:r>
        <w:rPr>
          <w:rFonts w:ascii="Times New Roman" w:hAnsi="Times New Roman" w:eastAsia="Times New Roman" w:cs="Times New Roman"/>
        </w:rPr>
        <w:t>“Ang kasaysayan nga gimarkahan sa daku nga AKO MAO ANG AKO sa Iyang pulong, nga nagdugtong sa usa ka sumpay ngadto sa laing sumpay sa profetikong kadena, sukad sa walay kataposan sa nangagi ngadto sa walay kataposan sa umalabot, nagasugilon kanato kon hain kita karon diha sa pagpadayon sa mga kapanahonan, ug unsay mapaabot sa panahon nga moabot. Ang tanan nga gitagna sa propesiya nga mahitabo, hangtod sa karon nga panahon, natala na sa mga panid sa kasaysayan, ug makasalig kita nga ang tanan nga anaa pa sa umalabot matuman sa iyang han-ay.”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Kan-uman ug Upat</dc:title>
  <dc:subject>Ang Propetikanhong Kamahinungdanon sa Daniel 11: Pagpadayag sa Pangkasaysayan ug Umaabot nga mga Implikasyon</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