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Gatos ug Kan-uman ug Unom</w:t>
      </w:r>
    </w:p>
    <w:p>
      <w:pPr>
        <w:pStyle w:val="ArticleSubtitle"/>
        <w:jc w:val="left"/>
      </w:pPr>
      <w:r>
        <w:rPr>
          <w:rFonts w:ascii="Arial" w:hAnsi="Arial" w:eastAsia="Arial" w:cs="Arial"/>
        </w:rPr>
        <w:t>Pagbukas sa Tagna: Ang Rebolusyong Pranses, ang Rusya ni Putin, ug ang Panagbangi sa Ukraine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Samtang magsugod kita sa pagtan-aw sa pagtipolohiya sa panahon sa katapusan sa 1989, pinaagi sa propetikong kasaysayan sa bersikulo 10, gikinahanglan nga mobalik kita sa kasaysayan sa ikatulong kaliwatan sa duha ka sungay sa mananap nga gikan sa yuta. Niadtong 1913, ang sungay sa mananap nga gikan sa yuta nga mao ang Republikano nagsugod sa iyang kaliwatan sa pagkompromiso uban sa sistemang pangbangko nga globalista, ug niadtong 1919, ang sungay sa matuod nga Protestante nagsugod sa iyang kaliwatan sa pagkompromiso uban sa mga teologo sa apostatang Protestante ug usab sa American Medical Association samtang gitugyan niini sa kalibotan ang akreditasyon sa iyang sistemang pang-edukasyon. Ang duha ka sungay nagsugod sa usa ka gikompromisong relasyon uban sa kalibotan nga maoy mag-usab sa direksiyon sa ilang tagsatagsa ka mga mensahe sukad niadtong tungora.</w:t>
      </w:r>
    </w:p>
    <w:p>
      <w:pPr>
        <w:pStyle w:val="ArticleBody"/>
        <w:jc w:val="left"/>
      </w:pPr>
      <w:r>
        <w:rPr>
          <w:rFonts w:ascii="Times New Roman" w:hAnsi="Times New Roman" w:eastAsia="Times New Roman" w:cs="Times New Roman"/>
        </w:rPr>
        <w:t>Nianang kasaysayan maoy sinugdanan alang sa hari sa amihanan, ug ang hari sa habagatan sa ulahing mga adlaw nakaabot usab sa usa ka mahinungdanong pagbalhin. Ang Milagro sa Fatima nahitabo niadtong Oktubre 13, 1917, sa Fatima, Portugal. Kini mao ang kinatumyan sa usa ka sunod-sunod nga mga pagpakita ni Maria nga nasaksihan sa tulo ka batan-ong magbalantay og karnero: si Lucia dos Santos ug ang iyang mga ig-agaw nga sila Francisco ug Jacinta Marto. Sumala sa mga asoy nga gihatag sa mga bata, ang Birheng Maria, nga giila isip Our Lady of Fatima, nagpakita kanila sa ika-13 nga adlaw sa matag bulan gikan sa Mayo hangtod sa Oktubre 1917.</w:t>
      </w:r>
    </w:p>
    <w:p>
      <w:pPr>
        <w:pStyle w:val="ArticleBody"/>
        <w:jc w:val="left"/>
      </w:pPr>
      <w:r>
        <w:rPr>
          <w:rFonts w:ascii="Times New Roman" w:hAnsi="Times New Roman" w:eastAsia="Times New Roman" w:cs="Times New Roman"/>
        </w:rPr>
        <w:t>Atol sa katapusang pagpakita niadtong Oktubre 13, 1917, napulo ka libo ka mga tawo ang nagtigom sa Cova da Iria, duol sa Fatima, nga nagpaabot nga makasaksi sa usa ka milagro sumala sa gitagna sa mga bata. Sumala sa mga saksi, ang adlaw daw mipakita nga nag-usab ug mga kolor, nagtuyok, ug misayaw sa kalangitan. Kining hitaboa nailhan isip ang Milagro sa Adlaw o ang Milagro sa Fatima.</w:t>
      </w:r>
    </w:p>
    <w:p>
      <w:pPr>
        <w:pStyle w:val="ArticleBody"/>
        <w:jc w:val="left"/>
      </w:pPr>
      <w:r>
        <w:rPr>
          <w:rFonts w:ascii="Times New Roman" w:hAnsi="Times New Roman" w:eastAsia="Times New Roman" w:cs="Times New Roman"/>
        </w:rPr>
        <w:t>Ang Milagro sa Fatima usa ka mahinungdanong panghitabo sa kasaysayan ug debosyon Katoliko, ug kini nahimong hilisgutan sa daghang pagtuon, lalis, ug relihiyosong paghubad sa nagkalain-laing katuigan. Ang mga panghitabo sa Fatima adunay malungtarong impluwensiya sa popular nga pagkadiosnon, debosyon kang Maria, ug sa paghubad sa mga temang apokaliptiko sulod sa Simbahang Katoliko.</w:t>
      </w:r>
    </w:p>
    <w:p>
      <w:pPr>
        <w:pStyle w:val="ArticleBody"/>
        <w:jc w:val="left"/>
      </w:pPr>
      <w:r>
        <w:rPr>
          <w:rFonts w:ascii="Times New Roman" w:hAnsi="Times New Roman" w:eastAsia="Times New Roman" w:cs="Times New Roman"/>
        </w:rPr>
        <w:t>Ang Rebolusyong Bolshevik nahitabo sa Rusya niadtong Nobyembre 7, 1917, sa dihang ang mga pwersang Bolshevik, nga gipangulohan ni Vladimir Lenin ug sa Partido Bolshevik, miilog sa mga mahinungdanong bilding sa gobyerno ug imprastruktura sa Petrograd (karon Saint Petersburg). Kini nga hitabo nagtimaan sa kinatumyan sa Rebolusyong Ruso sa 1917, nga nagsugod pinaagi sa Rebolusyong Pebrero sayo pa niadtong maong tuig, nga mitultol sa pagbiya sa trono ni Tsar Nicholas II ug sa pagkatukod sa usa ka provisional nga gobyerno.</w:t>
      </w:r>
    </w:p>
    <w:p>
      <w:pPr>
        <w:pStyle w:val="ArticleBody"/>
        <w:jc w:val="left"/>
      </w:pPr>
      <w:r>
        <w:rPr>
          <w:rFonts w:ascii="Times New Roman" w:hAnsi="Times New Roman" w:eastAsia="Times New Roman" w:cs="Times New Roman"/>
        </w:rPr>
        <w:t>Atol sa panahon sa Rebolusyon, malampusong napukan sa mga Bolshevik ang provisional nga gobyerno ug natukod ang kontrol sa mga Sobyet ibabaw sa Russia. Gipahayag sa mga Bolshevik ang pagkatukod sa usa ka sosyalistang estado ug nagsugod sa pagpatuman sa ilang rebolusyonaryong programa, lakip ang nasyonalisasyon sa industriya, pag-apod-apod pag-usab sa yuta, ug ang pag-atras sa Russia gikan sa Unang Gubat sa Kalibotan. Sa katapusan, ang Rebolusyong Oktubre mitultol sa paglalang sa Soviet Union ug may lalom ug halapad nga mga sangpotanan alang sa Russia ug sa kalibotan, nga naghulma sa dagan sa kasaysayan sa ika-20 nga siglo.</w:t>
      </w:r>
    </w:p>
    <w:p>
      <w:pPr>
        <w:pStyle w:val="ArticleBody"/>
        <w:jc w:val="left"/>
      </w:pPr>
      <w:r>
        <w:rPr>
          <w:rFonts w:ascii="Times New Roman" w:hAnsi="Times New Roman" w:eastAsia="Times New Roman" w:cs="Times New Roman"/>
        </w:rPr>
        <w:t>Gipakita ni Jesus ang katapusan pinaagi sa sinugdanan, ug aron hingpit nga makita ang hari sa amihanan ug ang hari sa habagatan sa kataposang mga adlaw, gikinahanglan nga sabton ang ilang mga sinugdanan. Ang literal nga mga hari sa habagatan ug sa amihanan nga giila sa Daniel kapitulo onse gipasabot ingon nga ang gahum nga nagmando sa literal nga dapit sa Ehipto mao ang hari sa habagatan, ug ang gahum nga nagmando sa literal nga heyograpikanhong dapit nga may kalabutan sa Babilonia mao ang hari sa amihanan.</w:t>
      </w:r>
    </w:p>
    <w:p>
      <w:pPr>
        <w:pStyle w:val="ArticleBody"/>
        <w:jc w:val="left"/>
      </w:pPr>
      <w:r>
        <w:rPr>
          <w:rFonts w:ascii="Times New Roman" w:hAnsi="Times New Roman" w:eastAsia="Times New Roman" w:cs="Times New Roman"/>
        </w:rPr>
        <w:t>Ang literal nga tagna miagi ngadto sa espirituwal nga tagna sa panahon sa krus, sa dihang ang karaang literal nga Israel nagbalhin ngadto sa moderno nga espirituwal nga Israel. Ang literal nga pagano nga Roma mitumban sa literal nga Jerusalem sulod sa tulo ug tunga ka literal nga mga tuig sukad sa 67 AD hangtod sa 70 AD, ug ang espirituwal nga papa nga Roma mitumban sa espirituwal nga Jerusalem sulod sa tulo ug tunga ka espirituwal nga mga tuig.</w:t>
      </w:r>
    </w:p>
    <w:p>
      <w:pPr>
        <w:pStyle w:val="ArticleBody"/>
        <w:jc w:val="left"/>
      </w:pPr>
      <w:r>
        <w:rPr>
          <w:rFonts w:ascii="Times New Roman" w:hAnsi="Times New Roman" w:eastAsia="Times New Roman" w:cs="Times New Roman"/>
        </w:rPr>
        <w:t>Ang espirituwal nga Babilonia gipaila sa Pinadayag kapitulo disi-siyete ingon nga bigaon nga nakighilawas sa mga hari sa yuta. Ang espirituwal nga Ehipto gipaila sa Pinadayag kapitulo onse ingon nga ateyistikong Pransiya. Ang modernong mga pagpadayag sa espirituwal nga hari sa amihanan, nga nakadawat sa iyang makamatay nga samad sa panahon sa katapusan niadtong 1798 ug dayon mibalus batok sa modernong pagpadayag sa espirituwal nga hari sa habagatan sa panahon sa katapusan niadtong 1989, kapuwa gihulagway sa bersikulo kuwarenta sa Daniel onse. Ang duha ka gahum adunay ilang mga gigikanan sa ilang pagpadayag sa kaulahian nga mga adlaw sulod sa yugto sa panahon sa 1917 ngadto sa 1918, nga mao usab ang maong yugto sa panahon sa kaliwatan sa pagkompromiso alang sa duruha ka sungay sa mananap sa yuta. Kining mga sinugdanan kinahanglan maila aron hustong maaplikar ang mga katapusan. Ang mga sinugdanan sa mga hari sa amihanan ug habagatan sa kaulahian nga mga adlaw kapuwa nagsugod sa Rebolusyong Pranses.</w:t>
      </w:r>
    </w:p>
    <w:p>
      <w:pPr>
        <w:pStyle w:val="ArticleScripture"/>
        <w:jc w:val="left"/>
      </w:pPr>
      <w:r>
        <w:rPr>
          <w:rFonts w:ascii="Times New Roman" w:hAnsi="Times New Roman" w:eastAsia="Times New Roman" w:cs="Times New Roman"/>
        </w:rPr>
        <w:t>“Sa ikanapulo ug unom nga siglo ang Repormasyon, nga nagpresentar sa usa ka bukás nga Biblia ngadto sa katawhan, nangita sa pagdawat sa tanang mga nasod sa Europa. Ang ubang mga nasod midawat niini uban sa kalipay, ingon nga usa ka mensahero gikan sa Langit. Sa ubang mga kayutaan ang pagkapapa milampos sa dakong bahin sa pagpugong sa pagsulod niini; ug ang kahayag sa kahibalo sa Biblia, uban sa iyang makapataas nga mga impluwensiya, hapit sa hingpit wala tugoti. Sa usa ka nasod, bisan tuod ang kahayag nakasulod, kini wala masabti sa kangitngit. Sulod sa mga siglo, ang kamatuoran ug ang kasaypanan nagpakigbisog alang sa kagahum. Sa katapusan ang daotan nagmadaugon, ug ang kamatuoran sa Langit gipapahawa. ‘Mao kini ang hukom, nga ang kahayag mianhi sa kalibutan, ug ang mga tawo nahigugma sa kangitngit labi pa kay sa kahayag.’ Juan 3:19. Ang nasod gibiyaan aron anihon ang mga sangputanan sa dalan nga iyang gipili. Ang pagpugong sa Espiritu sa Dios gikuha gikan sa usa ka katawhan nga nagtamay sa gasa sa Iyang grasya. Gitugotan ang daotan nga moabot sa iyang hingpit nga kahamtong. Ug nakita sa tibook kalibutan ang bunga sa tinuyo nga pagsalikway sa kahayag.”</w:t>
      </w:r>
    </w:p>
    <w:p>
      <w:pPr>
        <w:pStyle w:val="ArticleScripture"/>
        <w:jc w:val="left"/>
      </w:pPr>
      <w:r>
        <w:rPr>
          <w:rFonts w:ascii="Times New Roman" w:hAnsi="Times New Roman" w:eastAsia="Times New Roman" w:cs="Times New Roman"/>
        </w:rPr>
        <w:t>“Ang gubat batok sa Biblia, nga giduso sulod sa daghang mga siglo didto sa Pransiya, miabut sa kinatumyan sa mga talan-awon sa Rebolusyon. Kana nga makalilisang nga pag-ulbo mao lamang ang matarung nga sangpotanan sa pagsumpo sa Roma sa Kasulatan. Kini nagpakita sa labing talagsaon nga hulagway nga nasaksihan sa kalibotan mahitungod sa pagpatuman sa palisiya sa kapapahan—usa ka hulagway sa mga sangpotanan nga sulod sa kapin sa usa ka libo ka tuig gipaingnan sa mga pagtulon-an sa Simbahang Romano.”</w:t>
      </w:r>
    </w:p>
    <w:p>
      <w:pPr>
        <w:pStyle w:val="ArticleScripture"/>
        <w:jc w:val="left"/>
      </w:pPr>
      <w:r>
        <w:rPr>
          <w:rFonts w:ascii="Times New Roman" w:hAnsi="Times New Roman" w:eastAsia="Times New Roman" w:cs="Times New Roman"/>
        </w:rPr>
        <w:t>“Ang pagsumpo sa Kasulatan sa panahon sa pagkalabaw sa kapapahan gitagna na sa mga propeta; ug ang Manugtug-an nagpunting usab sa makalilisang nga mga sangputanan nga mahitabo ilabina sa Pransiya tungod sa paghari sa ‘tawo sa sala.’” The Great Controversy, 265, 266.</w:t>
      </w:r>
    </w:p>
    <w:p>
      <w:pPr>
        <w:pStyle w:val="ArticleBody"/>
        <w:jc w:val="left"/>
      </w:pPr>
      <w:r>
        <w:rPr>
          <w:rFonts w:ascii="Times New Roman" w:hAnsi="Times New Roman" w:eastAsia="Times New Roman" w:cs="Times New Roman"/>
        </w:rPr>
        <w:t>Ang Rebolusyong Pranses namugna tungod sa pagpugong sa mga Kasulatan “sulod sa panahon sa pagkalabaw sa kapadohan.” Ang pagkatawo sa ateyismo, nga mahimong labing-dakong kaaway sa kapadohan, gidala sa pagkatuman sa kapadohan mismo. Ang Rebolusyong Pranses nahitabo gikan sa 1789 hangtod sa 1799, apan ang ateyistikong espiritu sa rebolusyon nga nagsugod sa Pransiya nagpadayon sa pagkaylap sa tibuok Uropa ug sa unahan pa. Usa ka gatos ug napulog-walo ka tuig human sa pagtapos sa rebolusyon sa Pransiya, ang Rebolusyong Ruso nagsugod sa Rusya. Ang rebolusyon sa ateyismo nga nagsugod sa Pransiya natapos sa Rusya, ug sa 1917 ang Rusya nahimong propetikong representante sa nasod nga gisimbolohan sa ateyismo sa Ehipto. Ang gahom sa dragon nga girepresentahan ingon nga hari sa habagatan mibalhin gikan sa Pransiya ngadto sa Rusya.</w:t>
      </w:r>
    </w:p>
    <w:p>
      <w:pPr>
        <w:pStyle w:val="ArticleBody"/>
        <w:jc w:val="left"/>
      </w:pPr>
      <w:r>
        <w:rPr>
          <w:rFonts w:ascii="Times New Roman" w:hAnsi="Times New Roman" w:eastAsia="Times New Roman" w:cs="Times New Roman"/>
        </w:rPr>
        <w:t>Ang rebolusyon sa Pransiya girepresentar sa politikanhon ug sa matagnaong paagi ni Napoleon Bonaparte, ug nianang kahulogan, si Napoleon nagrepresentar sa unang pangulo sa usa ka nasod nga natukod pinaagi sa usa ka rebolusyon nga gidala sa ateyismo sa Ehipto. Ang narsisismo ni Napoleon haum nga gisubli sa narsisismo ni Putin.</w:t>
      </w:r>
    </w:p>
    <w:p>
      <w:pPr>
        <w:pStyle w:val="ArticleBody"/>
        <w:jc w:val="left"/>
      </w:pPr>
      <w:r>
        <w:rPr>
          <w:rFonts w:ascii="Times New Roman" w:hAnsi="Times New Roman" w:eastAsia="Times New Roman" w:cs="Times New Roman"/>
        </w:rPr>
        <w:t>Si Napoleon may mahaitong kaamgohan sa gahum sa hulagway ug propaganda, maingon man si Putin, nga kaniadto usa ka opisyal sa KGB. Ang KGB nag-espesyalisa sa propaganda. Gigamit ni Napoleon ang retrato isip paagi sa pagpakita ngadto sa publiko sa iyang awtoridad, gahum, ug hulagway sa pagkalider. Nagpahimo siya ug mga retrato gikan sa pipila sa labing inila nga mga artista sa iyang panahon, lakip si Jacques-Louis David, Antoine-Jean Gros, ug Jean-Auguste-Dominique Ingres, ug uban pa.</w:t>
      </w:r>
    </w:p>
    <w:p>
      <w:pPr>
        <w:pStyle w:val="ArticleBody"/>
        <w:jc w:val="left"/>
      </w:pPr>
      <w:r>
        <w:rPr>
          <w:rFonts w:ascii="Times New Roman" w:hAnsi="Times New Roman" w:eastAsia="Times New Roman" w:cs="Times New Roman"/>
        </w:rPr>
        <w:t>Kining mga hulagway nagpakita kang Napoleon sa nagkalainlaing mga tindog ug mga palibot, gikan sa mga opisyal nga hulagway sa estado ngadto sa mas dili pormal nga mga talan-awon. Nangalagad kini dili lamang ingon nga mga personal nga handumanan alang kang Napoleon mismo kondili usab ingon nga mga himan sa pagpalapad sa iyang dagway ug impluwensiya sa sulod sa nasod ug sa tibuok kalibotan. Natuman ni Putin ang mao rang buluhaton alang sa iyang kaugalingon, uban sa daghang mga hulagway sa iyang kaugalingon sa mga kahimtang nga makigsangka sa bisan kinsa sa mga modernong impluwensiyador sa Internet.</w:t>
      </w:r>
    </w:p>
    <w:p>
      <w:pPr>
        <w:pStyle w:val="ArticleBody"/>
        <w:jc w:val="left"/>
      </w:pPr>
      <w:r>
        <w:rPr>
          <w:rFonts w:ascii="Times New Roman" w:hAnsi="Times New Roman" w:eastAsia="Times New Roman" w:cs="Times New Roman"/>
        </w:rPr>
        <w:t>Sa sinugdanan sa Rebolusyong Pranses ang hari, ang iyang pamilya, ug ang iyang mga sakop sa kawani gipukan ug gipatay. Sa sinugdanan sa Rebolusyong Ruso ang Czar, ang iyang pamilya, ug ang iyang mga sakop sa kawani gipukan ug gipatay. Ang rebolusyon nga nagsugod sa Pransiya miabut sa kinatumyan niini sa Rusya. Ang Rebolusyong Pranses mao ang hilisgotan sa tagna sa kapitulo onse sa Pinadayag, ug busa ang Rebolusyong Pranses sakop sa mga lagda sa paghubad sa tagna. Si Jesus sa kanunay naglarawan sa katapusan sa usa ka butang pinaagi sa sinugdanan sa usa ka butang, busa ang Rebolusyong Ruso mao ang katapusan sa Rebolusyong Pranses.</w:t>
      </w:r>
    </w:p>
    <w:p>
      <w:pPr>
        <w:pStyle w:val="ArticleBody"/>
        <w:jc w:val="left"/>
      </w:pPr>
      <w:r>
        <w:rPr>
          <w:rFonts w:ascii="Times New Roman" w:hAnsi="Times New Roman" w:eastAsia="Times New Roman" w:cs="Times New Roman"/>
        </w:rPr>
        <w:t>Si Vladimir Putin nagarepresentar sa katapusang pangulo sa usa ka nasod nga natukod diha sa usa ka rebolusyon nga gidala pinaagi sa ateyismo sa Ehipto. Ang unang pangulo sa Rusya mao si Vladimir Lenin. Ang ngalang “Vladimir” Slavic ang gigikanan ug naporma gikan sa duha ka mga bahin: “vlad” ug “mir.” Ang “vlad” naggikan sa Slavic nga gamot nga “vladeti,” nga nagakahulogan og “sa pagmando” o sa paggamit sa gahum. Ang “mir” nagakahulogan og “kalibotan”. Ang unang Vladimir (Lenin) nagatipolohiya sa katapusang Vladimir (Putin), nga gitipolohiya usab sa unang pangulo sa rebolusyon sa ateyismo (Napoleon).</w:t>
      </w:r>
    </w:p>
    <w:p>
      <w:pPr>
        <w:pStyle w:val="ArticleBody"/>
        <w:jc w:val="left"/>
      </w:pPr>
      <w:r>
        <w:rPr>
          <w:rFonts w:ascii="Times New Roman" w:hAnsi="Times New Roman" w:eastAsia="Times New Roman" w:cs="Times New Roman"/>
        </w:rPr>
        <w:t>Human sa kapildihan ni Napoleon sa Gubat sa Ikaunom nga Koalisyon ug sa Tratado sa Fontainebleau niadtong Abril 1814, mibiya siya sa trono sa Pransiya ug gipahigawas ngadto sa isla sa Elba sa Dagat Mediteraneo. Gihatagan siya ug soberaniya ibabaw sa maong isla ug gitugotan nga magpabilin ang titulo nga Emperador, bisan pa sa hilabihang pagkunhod sa iyang gahum. Nagpuyo si Napoleon sa Elba sulod sa mga napulo ka bulan, diin naghimo siya ug mga laraw sa pagbalik sa gahum sa Pransiya. Human sa iyang pag-ikyas gikan sa Elba ug sa iyang mubo nga pagbalik sa gahum sa Pransiya sa panahon sa Usa ka Gatos ka Adlaw, si Napoleon napildi sa hingpit sa Gubat sa Waterloo niadtong Hunyo 1815. Human niini nga kapildihan, ang mga gahum nga Alyado, ilabina ang Gran Britanya, determinado nga pugngan si Napoleon sa paghimo pa ug bisan unsang kalisdanan. Busa, gipahigawas na usab siya, ug niining higayona ngadto sa halayo nga isla sa Saint Helena sa Habagatang Atlantiko. Gigugol ni Napoleon ang nahibiling bahin sa iyang kinabuhi sa pagkahigawas sa Saint Helena hangtod sa iyang kamatayon niadtong 1821.</w:t>
      </w:r>
    </w:p>
    <w:p>
      <w:pPr>
        <w:pStyle w:val="ArticleBody"/>
        <w:jc w:val="left"/>
      </w:pPr>
      <w:r>
        <w:rPr>
          <w:rFonts w:ascii="Times New Roman" w:hAnsi="Times New Roman" w:eastAsia="Times New Roman" w:cs="Times New Roman"/>
        </w:rPr>
        <w:t>Si Putin usa ka representante sa karaang bantay sa KGB. Ang KGB mao ang nag-unang ahensiya sa seguridad ug paniktik sa Unyong Sobyet gikan sa 1954 hangtod sa pagkatunaw niini niadtong 1991. Kini maoy responsable sa panloob nga seguridad, kontra-paniktik, ug pagtigom sa paniktik, sa sulod man sa nasod o sa internasyonal nga lebel. Ang KGB nailhan tungod sa halapad nga network niini sa mga espiya, mga operasyon sa pagbantay, ug sa tahas niini sa pagmintinar sa pagkontrol sa Komunistang rehimen ibabaw sa populasyon. Si Vladimir Putin usa ka miyembro sa KGB (Committee for State Security), ang nag-unang ahensiya sa seguridad ug paniktik sa Unyong Sobyet.</w:t>
      </w:r>
    </w:p>
    <w:p>
      <w:pPr>
        <w:pStyle w:val="ArticleBody"/>
        <w:jc w:val="left"/>
      </w:pPr>
      <w:r>
        <w:rPr>
          <w:rFonts w:ascii="Times New Roman" w:hAnsi="Times New Roman" w:eastAsia="Times New Roman" w:cs="Times New Roman"/>
        </w:rPr>
        <w:t>Si Putin miapil sa KGB niadtong 1975 human siya makagradwar sa Leningrad State University. Si Putin nag-alagad sa KGB hangtod sa pagkahugno sa Soviet Union niadtong 1991, nga human niana misulod siya sa politika ug sa ulahi nahimong Presidente sa Russia niadtong 2000. Ang iyang kagikan sa KGB adunay dakong impluwensiya sa iyang pamaagi sa pagdumala ug sa palisiya sa langyawng mga kalihokan. Ang unang pagkapahawa ni Napoleon ngadto sa Isla sa Elba nagrepresentar sa kasaysayan gikan sa 1991 hangtod sa tuig 2000, sa dihang mibalik ang pilosopiya sa KGB. Sa dihang si Putin sa katapusan mapildi, ingon sa girepresentahan sa mga bersikulo trese hangtod kinse, kana nga ikaduhang kapildihan (ang nahauna mao ang 1989), gitipohan pinaagi sa Waterloo ug sa ikaduhang pagkapahawa ni Napoleon, diin didto siya namatay.</w:t>
      </w:r>
    </w:p>
    <w:p>
      <w:pPr>
        <w:pStyle w:val="ArticleBody"/>
        <w:jc w:val="left"/>
      </w:pPr>
      <w:r>
        <w:rPr>
          <w:rFonts w:ascii="Times New Roman" w:hAnsi="Times New Roman" w:eastAsia="Times New Roman" w:cs="Times New Roman"/>
        </w:rPr>
        <w:t>Gihatag ni Napoleon ang makamatay nga samad sa kapapahan niadtong 1798 ug 1799. Niadtong 1799 natapos ang Rebolusyong Pranses sa Pransiya, apan sa pag-abot sa 1917 nakaabot kini sa Rusya diha sa Bolshevik nga Rebolusyon. Niadtong 1917 nahitabo ang milagro sa Fatima sa Portugal, ug ang tulo ka mga bata nga kuno nakig-ambit sa pakigkomunikar kang Maria ug kang Jose gihatagan ug tulo ka tinagong mga mensahe. Ang tulo ka mga mensahe tinago sa diwa nga kini angay lamang basahon sa papa, ang hari sa amihanan. Ang mga mensahe nagmando sa papa sa pagtawag ug usa ka pinasahi nga tigum uban sa mga pangulo sa Simbahang Katoliko ug sa pagpahigayon ug usa ka pinasahi nga seremonya aron itugyan ang Rusya, nga sa miaging tuig nahimong komunista nga Rusya, ngadto sa Birheng Maria.</w:t>
      </w:r>
    </w:p>
    <w:p>
      <w:pPr>
        <w:pStyle w:val="ArticleBody"/>
        <w:jc w:val="left"/>
      </w:pPr>
      <w:r>
        <w:rPr>
          <w:rFonts w:ascii="Times New Roman" w:hAnsi="Times New Roman" w:eastAsia="Times New Roman" w:cs="Times New Roman"/>
        </w:rPr>
        <w:t>Ang mga mensahe naglangkob ug usa ka pasidaan nga kon ang papa modumili sa pagtuman sa sugo nga itugyan ang Rusya kang Maria, ang kalibotan magaantus ug laing gubat sa kalibotan (ang unang gubat sa kalibotan matapos sa bulan human sa milagro). Ang mga mensahe sa Fatima nahimong usa ka balangkas alang sa konserbatibong Katolikong propetikong paghubad. Giila niini ang usa ka pakigbisog sulod sa Simbahang Katolika tali sa konserbatibong Katolisismo, nga girepresentahan ni Papa Juan Pablo II ug sa Unang Konsilyo sa Vaticano, ug sa Liberal nga Katolisismo nga girepresentahan sa kasamtangang “woke-pope” ug sa Ikaduhang Konsilyo sa Vaticano.</w:t>
      </w:r>
    </w:p>
    <w:p>
      <w:pPr>
        <w:pStyle w:val="ArticleBody"/>
        <w:jc w:val="left"/>
      </w:pPr>
      <w:r>
        <w:rPr>
          <w:rFonts w:ascii="Times New Roman" w:hAnsi="Times New Roman" w:eastAsia="Times New Roman" w:cs="Times New Roman"/>
        </w:rPr>
        <w:t>Sa mga mensahe sa Fatima, ang “maayong papa” mao ang “puti nga papa,” ug ang “daotang papa” mao ang “itom nga papa.” Ang maayong papa, si Papa Juan Pablo II, mao ang konserbatibong papa nga miila sa Birhen sa Fatima ingon nga iyang nagmando nga idolo, ug ang daotang papa mao ang woke-pope, nga usab nagsalikway sa bisan unsang mga mensahe gikan sa gitawag nga birheng Maria. Kon mobisita ka sa shrine sa Fatima, Portugal, sa imong pagsulod sa maong dapit, ang entrada nahimutang taliwala sa duha ka dagkong estatwa—usa ka itom nga papa sa usa ka kilid ug usa ka puti nga papa sa pikas kilid—busa nagrepresentar sa sulodnong pakigbisog nga giila diha sa mga tagna sa Fatima.</w:t>
      </w:r>
    </w:p>
    <w:p>
      <w:pPr>
        <w:pStyle w:val="ArticleBody"/>
        <w:jc w:val="left"/>
      </w:pPr>
      <w:r>
        <w:rPr>
          <w:rFonts w:ascii="Times New Roman" w:hAnsi="Times New Roman" w:eastAsia="Times New Roman" w:cs="Times New Roman"/>
        </w:rPr>
        <w:t>Ang laing elemento sa tulo ka tinagong mensahe sa Fatima mao ang iyang paghatag ug dakong gibug-aton sa gubat tali sa Katolisismo (ang hari sa amihanan) ug sa ateyismo (ang hari sa habagatan). Kon dili ilhon nga ang pakiggubat sa Katolisismo ug sa ateistikong Rusya maoy usa ka hilisgutan sa satanikong tagna, nga nagmando sa dakong porsiyento sa Katolisismo, lisod, kon dili man imposible, ang pagsabot sa suporta nga gihatag sa Simbahang Katolika ngadto sa Nazi Germany panahon sa Ikaduhang Gubat sa Kalibotan.</w:t>
      </w:r>
    </w:p>
    <w:p>
      <w:pPr>
        <w:pStyle w:val="ArticleBody"/>
        <w:jc w:val="left"/>
      </w:pPr>
      <w:r>
        <w:rPr>
          <w:rFonts w:ascii="Times New Roman" w:hAnsi="Times New Roman" w:eastAsia="Times New Roman" w:cs="Times New Roman"/>
        </w:rPr>
        <w:t>Ang Gubat sa Leningrad, nga milungtad gikan sa Septiyembre 8, 1941 hangtod sa Enero 27, 1944 panahon sa Ikaduhang Gubat sa Kalibotan, maoy usa sa pinakataas ug labing mabangis nga mga paglikos sa kasaysayan. Ang Gubat sa Stalingrad, nga nahitabo gikan sa Agosto 23, 1942 hangtod sa Pebrero 2, 1943, sagad giisip nga labing madugo ug labing mahinungdanong gubat sa Ikaduhang Gubat sa Kalibotan. Kini miresulta sa hilabihang dagkong kapildihan sa duha ka kilid, uban sa mga banabana nga kapin sa 2 ka milyon ang kinatibuk-ang kaswalti, lakip ang mga namatay, nasamdan, ug nadakpan nga mga sundalo. Ang Gubat sa Stalingrad nagtimaan usab sa usa ka kausaban sa dagan sa gubat, tungod kay kini miresulta sa usa ka mahukmanong kadaugan sa mga Sobyet batok sa Hukbong Aleman ug misangpot sa kaulahing kapildihan sa Nazi Alemanya.</w:t>
      </w:r>
    </w:p>
    <w:p>
      <w:pPr>
        <w:pStyle w:val="ArticleBody"/>
        <w:jc w:val="left"/>
      </w:pPr>
      <w:r>
        <w:rPr>
          <w:rFonts w:ascii="Times New Roman" w:hAnsi="Times New Roman" w:eastAsia="Times New Roman" w:cs="Times New Roman"/>
        </w:rPr>
        <w:t>Kon walay pag-ila nga ang pakiggubat sa Nazi Germany batok sa Russia, ilabina sa duha ka gubat nga bag-o lang gihisgutan, lisod sabton ang papel sa Germany isip tinagong kaalyado sa Simbahang Katolika. Kon walay pagsabot sa mga pasikaran sa usa ka espirituhanong gubat tali sa Katolisismo—nga gipukaw sa satanikong tagna ni Maria sa Fatima—batok sa pagka-ateyista sa Russia, ug pagkahuman batok sa Komunistang Unyon Sobyet, dili masabtan ang lohika sa tinagong pagpanalipod sa Katolisismo ug dayon sa pagbalhin sa mga kriminal sa gubat nga Nazi sa tibuok kalibotan human sa Ikaduhang Gubat sa Kalibotan. Ang mga Nazi mao ang puli nga kasundalohan sa Katolisismo sa ilang pakigbisog batok sa Russia.</w:t>
      </w:r>
    </w:p>
    <w:p>
      <w:pPr>
        <w:pStyle w:val="ArticleBody"/>
        <w:jc w:val="left"/>
      </w:pPr>
      <w:r>
        <w:rPr>
          <w:rFonts w:ascii="Times New Roman" w:hAnsi="Times New Roman" w:eastAsia="Times New Roman" w:cs="Times New Roman"/>
        </w:rPr>
        <w:t>Diha sa maong lohika sa pagpanagna nga si Putin, ang pangulo sa ateistang Rusya, nalambigit sa usa ka gubat sa Ukraine, kansang mga pangulo iladong dayag nga mga Nazi. Ang mga sundalong yuta sa gubat sa Fatima batok sa ateismo sukad sa Ikaduhang Gubat sa Kalibotan ug padayon mao ang pasismo ug Nazismo. Siyempre, bisan tuod kining kamatuoran mahitungod sa mga pangulo sa gobyerno sa Ukraine maayong pagkadokumento, ang modernong pagpakita sa Reich Ministry of Public Enlightenment and Propaganda ni Hitler (ang mainstream media), nagtago niining mga kamatuorana kutob sa ilang mahimo.</w:t>
      </w:r>
    </w:p>
    <w:p>
      <w:pPr>
        <w:pStyle w:val="ArticleBody"/>
        <w:jc w:val="left"/>
      </w:pPr>
      <w:r>
        <w:rPr>
          <w:rFonts w:ascii="Times New Roman" w:hAnsi="Times New Roman" w:eastAsia="Times New Roman" w:cs="Times New Roman"/>
        </w:rPr>
        <w:t>Ang ngalang “Ukraine” naggikan sa pinulongang Slavic nga “ukraina,” nga nagkahulogan og “utlanan nga yuta” o “ang daplin.” Ang maong pulong sa kasaysayan nagtumong sa mga rehiyong utlanan sa Kievan Rus’, ang estadong medyebal nga nag-una sa karong-panahong Ukraine, ug nahimutang sa sangandaan tali sa Sidlakang Uropa ug Eurasia. Sa tibuok kasaysayan, kini nagsilbi nga dapit sa panagtagbo sa nagkalainlaing mga kultura, mga sibilisasyon, ug mga imperyo, lakip ang Byzantine Empire, ang Ottoman Empire, ang Russian Empire, ug uban pa. Ang estratehikong nahimutangan niini naghimo kaniya nga usa ka rehiyong utlanan nga nakaagian sa mahinungdanong interaksiyong kultural, politikal, ug militar. Sa panahon sa medyebal, ang Ukraine mao ang rehiyong utlanan sa Kievan Rus’, nga usa ka gamhanang estado nga naglangkob sa mga bahin sa karong-panahong Ukraine, Russia, ug Belarus. Samtang ang Kievan Rus’ milapad ug miurong sa paglabay sa panahon, ang mga utlanan niini sa kanunay nagbalhinbalhin, ug ang Ukraine nagpabilin sa kaulihiang dapit sa estado.</w:t>
      </w:r>
    </w:p>
    <w:p>
      <w:pPr>
        <w:pStyle w:val="ArticleBody"/>
        <w:jc w:val="left"/>
      </w:pPr>
      <w:r>
        <w:rPr>
          <w:rFonts w:ascii="Times New Roman" w:hAnsi="Times New Roman" w:eastAsia="Times New Roman" w:cs="Times New Roman"/>
        </w:rPr>
        <w:t>Human sa pagkapukan sa Unyong Sobyet niadtong 1989, ingon sa girepresentahan sa bersikulo 10, ang mga bersikulo 11 ug 12 nagtimaan sa usa ka gubat diin ang hari sa habagatan mobalos ug modaug batok sa hari sa amihanan. Kana nga gubat gihimo sa Raphia, nga mao ang utlanan sa mga yuta nga sakop sa hari sa habagatan ug sa hari sa amihanan.</w:t>
      </w:r>
    </w:p>
    <w:p>
      <w:pPr>
        <w:pStyle w:val="ArticleBody"/>
        <w:jc w:val="left"/>
      </w:pPr>
      <w:r>
        <w:rPr>
          <w:rFonts w:ascii="Times New Roman" w:hAnsi="Times New Roman" w:eastAsia="Times New Roman" w:cs="Times New Roman"/>
        </w:rPr>
        <w:t>Ang Gubat sa Raphia, nga nahitabo sa 217 BC, naggikan sa ngalan sa lungsod duol diin nahitabo ang gubat. Ang Raphia maoy usa ka lungsod nga nahimutang sa baybayong rehiyon sa karaang Palestina, duol sa utlanan tali sa Gingharian sa mga Ptolemaico sa Ehipto ug sa Emperyo Seleucida. Sa panahon sa maong gubat, ang utlanan tali sa Gingharian sa mga Ptolemaico sa Ehipto, nga gimandoan ni Haring Ptolemy IV Philopator, ug sa Emperyo Seleucida, nga gimandoan ni Haring Antiochus III, nahimutang sa kasikbit nga dapit sa Raphia. Ang gubat gisangka duol niining rehiyon sa utlanan, sanglit ang duha ka panig naningkamot sa pagpamatuod sa ilang pagdumala sa mga estratehikong teritoryo sa Levante.</w:t>
      </w:r>
    </w:p>
    <w:p>
      <w:pPr>
        <w:pStyle w:val="ArticleBody"/>
        <w:jc w:val="left"/>
      </w:pPr>
      <w:r>
        <w:rPr>
          <w:rFonts w:ascii="Times New Roman" w:hAnsi="Times New Roman" w:eastAsia="Times New Roman" w:cs="Times New Roman"/>
        </w:rPr>
        <w:t>Ang karaang lungsod sa Raphia nahimutang duol sa modernong siyudad sa Rafah. Ang Rafah usa ka siyudad nga nahimutang sa habagatang bahin sa Gaza Strip, nga kabahin sa mga teritoryong Palestino. Human sa kadaugan ni Ptolemy didto sa Raphia niadtong 217 BC, gisugdan niya ang mga paglutos batok sa mga Judio sa Jerusalem, ug usab sa Ehipto. Ang maong kadaugan wala magdugay, ug siya nakaabot, sa pag-ingon pa, sa iyang Waterloo diha sa mosunod nga tulo ka mga bersikulo. Sa bersikulo trese, ang hari sa amihanan nga kaniadto napildi mibalik, ug sa bersikulo kinse gilupig niya ang hari sa habagatan.</w:t>
      </w:r>
    </w:p>
    <w:p>
      <w:pPr>
        <w:pStyle w:val="ArticleBody"/>
        <w:jc w:val="left"/>
      </w:pPr>
      <w:r>
        <w:rPr>
          <w:rFonts w:ascii="Times New Roman" w:hAnsi="Times New Roman" w:eastAsia="Times New Roman" w:cs="Times New Roman"/>
        </w:rPr>
        <w:t>Ang pagdaug ni Putin sa Ukraine pagagamiton ni Putin, usa ka kanhing opisyal sa KGB nga nag-espesyalisa sa propaganda, aron lagmit ipadayag ang mga gamot nga Nazi sa pagpangulo sa Ukraine, ug usab ipadayag kadtong mga anaa sa Kasadpang Kalibotan nga misuporta sa rehimen tungod sa kahakog pang-ekonomiya, ug sa walay pagduhaduha ipadayag usab ang tinagong mga black-site ug mga bio-lab nga gigamit sa mga globalista, nga gipondohan sa mga magbubuhis sa Tinipong Bansa sa Amerika.</w:t>
      </w:r>
    </w:p>
    <w:p>
      <w:pPr>
        <w:pStyle w:val="ArticleBody"/>
        <w:jc w:val="left"/>
      </w:pPr>
      <w:r>
        <w:rPr>
          <w:rFonts w:ascii="Times New Roman" w:hAnsi="Times New Roman" w:eastAsia="Times New Roman" w:cs="Times New Roman"/>
        </w:rPr>
        <w:t>Kadtong mga pagpadayag magalaglag sa kasamtangang mga puntong panghisgotan sa mga globalista sa kalibotan, ug usab sa mga tigpamaba sa Democratic sa Estados Unidos. Kana nga kadaugan alang kang Putin mohatag sa mando alang sa ikawalong Presidente, nga iya sa pito, sa pagdawat sa iyang tahas isip ang mapanagnaong despotang mosulod sa kasaysayan diha-diha sa wala pa ang bersikulo sais; ug ang bersikulo sais mao ang hapit nang moabot nga balaod sa Domingo.</w:t>
      </w:r>
    </w:p>
    <w:p>
      <w:pPr>
        <w:pStyle w:val="ArticleBody"/>
        <w:jc w:val="left"/>
      </w:pPr>
      <w:r>
        <w:rPr>
          <w:rFonts w:ascii="Times New Roman" w:hAnsi="Times New Roman" w:eastAsia="Times New Roman" w:cs="Times New Roman"/>
        </w:rPr>
        <w:t>Sa bersikulo trese, ang hari sa amihanan nagtapok pag-usab sa iyang kasundalohan, ug sa bersikulo katorse, ang pagano nga Roma gipaila sa kasaysayan sa unang higayon, bisan tuod dili pa kini ang hari sa amihanan. Didto kini giila ingon nga simbolo nga “nagapalig-on sa panan-awon”, ug ingon nga gahum nga nagapahitaas sa iyang kaugalingon ug unya mapukan. Human sa kadaugan ni Putin sa gubat sa Ukraine, ang kapapahan mosugod sa pagpahitaas sa iyang kaugalingon ngadto sa kalibotanong politika, sa wala pa ang balaod sa Dominggo diha sa bersikulo dieciséis.</w:t>
      </w:r>
    </w:p>
    <w:p>
      <w:pPr>
        <w:pStyle w:val="ArticleBody"/>
        <w:jc w:val="left"/>
      </w:pPr>
      <w:r>
        <w:rPr>
          <w:rFonts w:ascii="Times New Roman" w:hAnsi="Times New Roman" w:eastAsia="Times New Roman" w:cs="Times New Roman"/>
        </w:rPr>
        <w:t>Ang Rebolusyong Pranses, ug ang kalambigitan niini sa Rebolusyong Ruso; si Napoleon ug si Putin; ang milagro sa Fatima, ug ang tulo niini ka mga tinago; ang tinagong alyansa tali sa Vaticano ug kang Hitler, ang tinagong alyansa tali sa Vaticano ug kang Reagan, kining tanan mga propetikong “ligid” nga nagtapok sa kasaysayan sa mga bersikulo onse hangtod kinse, nga mahitabo sulod sa kasaysayan gikan sa Septiyembre 11, 2001 hangtod sa balaod sa Domingo sa Tinipong Bansa. Importante ang paghatag ug mubo nga kinasumaran niining mga propetikong “ligid” sa dili pa nato hisgutan ang bersikulo diyes.</w:t>
      </w:r>
    </w:p>
    <w:p>
      <w:pPr>
        <w:pStyle w:val="ArticleBody"/>
        <w:jc w:val="left"/>
      </w:pPr>
      <w:r>
        <w:rPr>
          <w:rFonts w:ascii="Times New Roman" w:hAnsi="Times New Roman" w:eastAsia="Times New Roman" w:cs="Times New Roman"/>
        </w:rPr>
        <w:t>Ang mosunod nga artikulo gikuha gikan sa “NBC News,” nga maoy labing tipikal nga ehemplo sa “Main Stream Media,” ug ang “MSM” mao ang modernong bersyon sa makina sa propaganda ni Hitler sa Ikaduhang Gubat sa Kalibotan. Ang artikulo, siyempre, batok kang Putin, batok sa Rusya, ug pabor sa Ukraine, apan dili kana mao ang punto. Ingon nga mga lungsoranon sa langitnong gingharian, ang katawhan sa Dios dili angay mouyon sa bisan hain nga bahin sa usa ka satanikong buhat, ug ang tanang pakiggubat usa ka satanikong buhat.</w:t>
      </w:r>
    </w:p>
    <w:p>
      <w:pPr>
        <w:pStyle w:val="ArticleBody"/>
        <w:jc w:val="left"/>
      </w:pPr>
      <w:r>
        <w:rPr>
          <w:rFonts w:ascii="Times New Roman" w:hAnsi="Times New Roman" w:eastAsia="Times New Roman" w:cs="Times New Roman"/>
        </w:rPr>
        <w:t>Ang katuyoan niini nga artikulo mao ang pagtugot niadtong wala pa makasinati sa propetikong pakiggubat tali sa Katolisismo (ang hari sa amihanan) ug ateyismo (ang hari sa habagatan), ug sa kamatuoran nga sa pakiggubat niining duruha ka propetikong gahom, ang Naziismo gigamit ingon nga puli nga kasundalohan sa Katolisismo (maingon nga ang Tinipong Bansa sa Amerika gigamit kaniadtong 1989). Ang mga tinun-an sa tagna kinahanglan adunay igong mga pamatuod aron makita nga ang kasaysayan sa luyo sa Ikaduhang Gubat sa Kalibotan, ug sa Cold War, girepresentahan sa kasamtangang gubat sa Ukraine, samtang kini nagtuman sa bersikulo onse ug dose sa kapitulo onse sa Daniel.</w:t>
      </w:r>
    </w:p>
    <w:p>
      <w:pPr>
        <w:pStyle w:val="ArticleScripture"/>
        <w:jc w:val="left"/>
      </w:pPr>
      <w:r>
        <w:rPr>
          <w:rFonts w:ascii="Times New Roman" w:hAnsi="Times New Roman" w:eastAsia="Times New Roman" w:cs="Times New Roman"/>
        </w:rPr>
        <w:t>“Ang mga panghitabo sa kasaysayan, nga nagapakita sa tuwirang katumanan sa tagna, gipahimutang sa atubangan sa katawhan, ug ang tagna nakita nga usa ka hulagwayong paghulagway sa mga panghitabo nga nagapadulong ngadto sa pagtapos sa kasaysayan niining kalibotana.” Selected Messages, book 2, 102.</w:t>
      </w:r>
    </w:p>
    <w:p>
      <w:pPr>
        <w:pStyle w:val="ArticleBody"/>
        <w:jc w:val="left"/>
      </w:pPr>
      <w:r>
        <w:rPr>
          <w:rFonts w:ascii="Times New Roman" w:hAnsi="Times New Roman" w:eastAsia="Times New Roman" w:cs="Times New Roman"/>
        </w:rPr>
        <w:t>Artikulo sa NBC News: “Tinuod ang problema sa Ukraine bahin sa Nazi, bisan pa kon ang pag-angkon ni Putin bahin sa ‘denazification’ dili tinuod”</w:t>
      </w:r>
    </w:p>
    <w:p>
      <w:pPr>
        <w:pStyle w:val="ArticleScripture"/>
        <w:jc w:val="left"/>
      </w:pPr>
      <w:r>
        <w:rPr>
          <w:rFonts w:ascii="Times New Roman" w:hAnsi="Times New Roman" w:eastAsia="Times New Roman" w:cs="Times New Roman"/>
        </w:rPr>
        <w:t>Sa daghang pagbaliko sa kamatuoran nga gihimo ni Presidente sa Rusya nga si Vladimir Putin aron pamatud-an ang pag-atake sa Rusya batok sa Ukraine, tingali ang labing katingad-an mao ang iyang pag-angkon nga ang maong lihok gihimo aron “iwagtang ang Nazismo” sa nasod ug sa iyang pangulohan. Sa pagpahayag sa iyang rason alang sa pagsulod sa teritoryo sa iyang silingang nasod uban ang mga tangke nga panalipod ug mga eroplano nga panggubat, si Putin miingon nga ang maong lakang gihimo “aron mapanalipdan ang mga tawo” nga “gipaubos sa pagpanglupig ug pagpatay sa usa ka katawhan,” ug nga ang Rusya “maningkamot alang sa paghubo sa armas ug pagwagtang sa Nazismo sa Ukraine.”</w:t>
      </w:r>
    </w:p>
    <w:p>
      <w:pPr>
        <w:pStyle w:val="ArticleScripture"/>
        <w:jc w:val="left"/>
      </w:pPr>
      <w:r>
        <w:rPr>
          <w:rFonts w:ascii="Times New Roman" w:hAnsi="Times New Roman" w:eastAsia="Times New Roman" w:cs="Times New Roman"/>
        </w:rPr>
        <w:t>Ang mapintasong mga buhat ni Putin—lakip ang paglaglag sa mga komunidad sa mga Judio—nagapadayag sa kasanag nga nagabakak siya sa dihang nagaingon siya nga ang iya katuyoan amo ang pagsiguro sang kaayuhan sang siumang tawo.</w:t>
      </w:r>
    </w:p>
    <w:p>
      <w:pPr>
        <w:pStyle w:val="ArticleScripture"/>
        <w:jc w:val="left"/>
      </w:pPr>
      <w:r>
        <w:rPr>
          <w:rFonts w:ascii="Times New Roman" w:hAnsi="Times New Roman" w:eastAsia="Times New Roman" w:cs="Times New Roman"/>
        </w:rPr>
        <w:t>Sa unang tan-aw, ang pagpanamastamas ni Putin walay pulos, dili labing moubos tungod kay ang Presidente sa Ukraine nga si Volodymyr Zelenskyy usa ka Judio ug miingon nga ang mga sakop sa iyang pamilya gipamatay sa panahon sa Ikaduhang Gubat sa Kalibotan. Wala usab ebidensiya sa bag-ong dinagkong pagpamatay o mga pagpanghinlo sa etnikong pundok nga nahitabo sa Ukraine. Dugang pa, ang pagtawag sa mga kaaway nga mga Nazi usa ka kasagarang limbong sa politika sa Russia, ilabi na gikan sa usa ka pangulo nga pabor sa mga kampanya sa sayop nga impormasyon ug gustong mosugnod sa mga pagbati sa nasyonal nga panimalos batok sa usa ka kaaway sa Ikaduhang Gubat sa Kalibotan aron pamatud-an ang pagbuntog.</w:t>
      </w:r>
    </w:p>
    <w:p>
      <w:pPr>
        <w:pStyle w:val="ArticleScripture"/>
        <w:jc w:val="left"/>
      </w:pPr>
      <w:r>
        <w:rPr>
          <w:rFonts w:ascii="Times New Roman" w:hAnsi="Times New Roman" w:eastAsia="Times New Roman" w:cs="Times New Roman"/>
        </w:rPr>
        <w:t>Apan bisan pa man nga si Putin naglunsad ug propaganda, tinuod usab nga ang Ukraine adunay tinuod nga problema sa Nazismo — sa nangagi ug sa karon. Ang mga makadaot nga lihok ni Putin — lakip niini ang paglaglag sa mga komunidad nga Judio — nagapadayag sa dayag nga paagi nga namakak siya sa dihang nagaingon siya nga ang iyang tumong mao ang pagsiguro sa kaayohan ni bisan kinsa. Apan bisan unsa pa kaimportante ang pagpanalipod sa bandilang dalag ug asul batok sa mapintas nga agresyon sa Kremlin, usa ka peligrosong kapakyasan ang paglimod sa antisemitikong kasaysayan sa Ukraine ug sa iyang pakigtambayayong sa mga Nazi ni Hitler, maingon man sa ulahing-panahong pagdawat sa mga paksyon nga neo-Nazi sa pipila ka mga dapit.</w:t>
      </w:r>
    </w:p>
    <w:p>
      <w:pPr>
        <w:pStyle w:val="ArticleScripture"/>
        <w:jc w:val="left"/>
      </w:pPr>
      <w:r>
        <w:rPr>
          <w:rFonts w:ascii="Times New Roman" w:hAnsi="Times New Roman" w:eastAsia="Times New Roman" w:cs="Times New Roman"/>
        </w:rPr>
        <w:t>Nganong ang mga Ukrainiano nga nangikyas gihisgutan man uban sa ingon nianang dakong kalooy? Kay sila puti man.</w:t>
      </w:r>
    </w:p>
    <w:p>
      <w:pPr>
        <w:pStyle w:val="ArticleScripture"/>
        <w:jc w:val="left"/>
      </w:pPr>
      <w:r>
        <w:rPr>
          <w:rFonts w:ascii="Times New Roman" w:hAnsi="Times New Roman" w:eastAsia="Times New Roman" w:cs="Times New Roman"/>
        </w:rPr>
        <w:t>Sa bisperas sa Ikaduhang Gubat sa Kalibotan, ang Ukraine maoy pinuy-anan sa usa sa kinadak-ang mga komunidad sa mga Judio sa Uropa, nga adunay mga banabana nga moabot pa sa 2.7 milyon, usa ka talagsaong gidaghanon kon hunahunaon ang hataas nang kasaysayan sa maong teritoryo sa antisemitismo ug mga pogrom. Sa kataposan, kapin sa katunga kanila ang mangamatay. Sa dihang nailalom sa pagkontrolar sa mga sundalong Aleman ang Kyiv niadtong 1941, giabiabi sila pinaagi sa mga bandila nga may sulat nga “Heil Hitler.” Wala madugay human niana, dul-an sa 34,000 ka mga Judio—uban sa mga Roma ug uban pang mga “dili-makinaadmanong” tawong giisip nga dili angay—ang gipanghipos ug gipalakaw paingon sa mga kaumahan sa gawas sa siyudad ubos sa pasangil sa pagpabalhin-puy-anan, aron lamang pangmasakeron sa nahimong nailhan nga “Holocaust pinaagi sa mga bala.”</w:t>
      </w:r>
    </w:p>
    <w:p>
      <w:pPr>
        <w:pStyle w:val="ArticleScripture"/>
        <w:jc w:val="left"/>
      </w:pPr>
      <w:r>
        <w:rPr>
          <w:rFonts w:ascii="Times New Roman" w:hAnsi="Times New Roman" w:eastAsia="Times New Roman" w:cs="Times New Roman"/>
        </w:rPr>
        <w:t>Ang bangag sa Babyn Yar nagpadayon sa pagpuno ingon nga usa ka komon nga lubnganan sulod sa duha ka tuig. Uban sa kapin sa 100,000 ka mga tawo nga gipatay didto, nahimo kini nga usa sa labing dagkong nag-inusarang mga dapit sa pagpamatay sa Holocaust gawas sa Auschwitz ug sa ubang mga kampo sa kamatayon. Ang mga tigdukiduki nakamatikod sa mahinungdanong papel nga gidula sa mga lumad sa pagtuman sa mga sugo sa mga Nazi sa pagpamatay didto sa maong dapit.</w:t>
      </w:r>
    </w:p>
    <w:p>
      <w:pPr>
        <w:pStyle w:val="ArticleScripture"/>
        <w:jc w:val="left"/>
      </w:pPr>
      <w:r>
        <w:rPr>
          <w:rFonts w:ascii="Times New Roman" w:hAnsi="Times New Roman" w:eastAsia="Times New Roman" w:cs="Times New Roman"/>
        </w:rPr>
        <w:t>Sa pagkakaron, ang Ukraine adunay tali sa 56,000 ug 140,000 ka mga Hudiyo, nga nagtagamtam sa mga kagawasan ug mga panalipod nga wala gayod mahunahuna sa ilang mga apohan. Lakip niini ang usa ka giusab nga balaod nga gipasar niaging bulan nga naghimong kriminal sa mga kontra-Semitikong binuhatan. Apan, ang maong balaod gituyo aron atubangon ang hayag nga pagsaka sa mga hayag nga pagpakita sa pagkapanatiko sa publiko, lakip ang paninira sa mga sinagoga ug mga handumanan sa mga Hudiyo nga may mga swastika, ug makalilisang nga mga martsa sa Kyiv ug sa ubang mga siyudad nga nagsaulog sa Waffen SS.</w:t>
      </w:r>
    </w:p>
    <w:p>
      <w:pPr>
        <w:pStyle w:val="ArticleScripture"/>
        <w:jc w:val="left"/>
      </w:pPr>
      <w:r>
        <w:rPr>
          <w:rFonts w:ascii="Times New Roman" w:hAnsi="Times New Roman" w:eastAsia="Times New Roman" w:cs="Times New Roman"/>
        </w:rPr>
        <w:t>Sa laing makahahadlok nga kalamboan, ang Ukraine sa miaging mga tuig nagtukod ug nagkadaghang mga rebulto nga nagpasidungog sa mga nasyonalista sa Ukraine kansang mga kabilin nahugawan tungod sa ilang dili malalis nga kasaysayan isip mga kasangkapan sa mga Nazi. Ang mantalaan nga The Forward nagtala sa pipila niini nga mga salawayon, lakip si Stepan Bandera, pangulo sa Organization of Ukrainian Nationalists (OUN), kansang mga sumusunod milihok isip mga sakop sa lokal nga milisya alang sa SS ug sa kasundalohan sa Alemanya. “Ang Ukraine adunay daghang dosena ka mga monumento ug daghang mga ngalan sa kadalanan nga naghimaya niining kolaborador sa Nazi, nga igo na aron manginahanglan ug duha ka managlahing panid sa Wikipedia,” misulat ang The Forward.</w:t>
      </w:r>
    </w:p>
    <w:p>
      <w:pPr>
        <w:pStyle w:val="ArticleScripture"/>
        <w:jc w:val="left"/>
      </w:pPr>
      <w:r>
        <w:rPr>
          <w:rFonts w:ascii="Times New Roman" w:hAnsi="Times New Roman" w:eastAsia="Times New Roman" w:cs="Times New Roman"/>
        </w:rPr>
        <w:t>Laing kanunayng gipasidunggan mao si Roman Shukhevych, nga gipasidunggan ingon nga usa ka manggugubat alang sa kagawasan sa Ukraine apan usab ang pangulo sa usa ka gikahadlukan nga yunit sa pulis nga katabang sa Nazi nga, sumala sa Forward, “responsable sa pagmasaker sa linibo ka mga Judio ug … mga Polako.” Gipatindog usab ang mga rebulto alang kang Yaroslav Stetsko, kaniadto usa ka pangulo sa OUN, nga misulat, “Nagpabilin ako sa akong pag-insistir sa pagpuo sa mga Judio sa Ukraine.”</w:t>
      </w:r>
    </w:p>
    <w:p>
      <w:pPr>
        <w:pStyle w:val="ArticleScripture"/>
        <w:jc w:val="left"/>
      </w:pPr>
      <w:r>
        <w:rPr>
          <w:rFonts w:ascii="Times New Roman" w:hAnsi="Times New Roman" w:eastAsia="Times New Roman" w:cs="Times New Roman"/>
        </w:rPr>
        <w:t>Ang mga pundok sa pinakatuong tuo usab nakabaton og politikal nga impluwensiya sa miaging dekada; walay mas makalilisang pa kay sa Svoboda (kaniadto ang Social National Party of Ukraine), kansang lider miingon nga ang nasod gidumalahan sa usa ka “Muscovite-Jewish mafia,” ug kansang bise migamit og usa ka antisemitikong pasipala aron ihulagway ang Ukrainian-born nga Judiong aktres nga si Mila Kunis. Ang Svoboda nakapadala og pipila ka mga miyembro ngadto sa Parlamento sa Ukraine, lakip ang usa nga nagtawag sa Holocaust nga usa ka “hayag nga yugto” sa kasaysayan sa katawhan, sumala sa Foreign Policy.</w:t>
      </w:r>
    </w:p>
    <w:p>
      <w:pPr>
        <w:pStyle w:val="ArticleScripture"/>
        <w:jc w:val="left"/>
      </w:pPr>
      <w:r>
        <w:rPr>
          <w:rFonts w:ascii="Times New Roman" w:hAnsi="Times New Roman" w:eastAsia="Times New Roman" w:cs="Times New Roman"/>
        </w:rPr>
        <w:t>Sama ka makapabalaka, ang mga neo-Nazi kabahin sa pipila sa nagkadaghang han-ay sa mga boluntaryong batalyon sa Ukraine. Nasinati na sila sa gubat human sa pagpakig-away sa pipila sa labing mabangis nga panagsangka sa kadalanan batok sa mga separatistang gisuportahan sa Moscow sa sidlakang Ukraine human sa pagsulong ni Putin sa Crimea niadtong 2014. Ang usa niini mao ang Azov Battalion, nga gitukod sa usa ka dayag nga tigpaluyo sa pagkalabaw sa puti nga kaliwat nga miingon nga ang nasodnong katuyoan sa Ukraine mao ang pagwagtang sa mga Judio ug sa ubang giisip nga ubos nga mga kaliwatan gikan sa nasod. Niadtong 2018, gitino sa Kongreso sa U.S. nga ang iyang tabang ngadto sa Ukraine dili mahimong gamiton “to provide arms, training or other assistance to the Azov Battalion.” Bisan pa niana, ang Azov karon opisyal nang miyembro sa Ukraine National Guard.</w:t>
      </w:r>
    </w:p>
    <w:p>
      <w:pPr>
        <w:pStyle w:val="ArticleScripture"/>
        <w:jc w:val="left"/>
      </w:pPr>
      <w:r>
        <w:rPr>
          <w:rFonts w:ascii="Times New Roman" w:hAnsi="Times New Roman" w:eastAsia="Times New Roman" w:cs="Times New Roman"/>
        </w:rPr>
        <w:t>Sa pagkatinuod, walay bisan unsa niining makapasamok nga kahimtang ang makatarungan sa pag-antos nga miabot sa mga Ukrainiano sulod sa milabay’ng pipila ka semana — ug dili tingali nga si Putin namugos tungod sa bisan unsa niini sa dihang iyang gilunsad ang pagsulong. Sa pagkatinuod, tungod kang Putin, ang mga Judio nga nagpuyo sa Odessa, Kharkiv, ug sa ubang silangang mga siyudad anaa sa hilabihang kalisdanan. Samtang daghan ang midangop sa mga lokal nga sinagoga ug mga sentrong Judio, ang uban mikalagiw ngadto sa langyawng mga nasud, lakip ang Israel, nga nag-awhag sa tanang mga Judio sa pagbiya sa Ukraine.</w:t>
      </w:r>
    </w:p>
    <w:p>
      <w:pPr>
        <w:pStyle w:val="ArticleScripture"/>
        <w:jc w:val="left"/>
      </w:pPr>
      <w:r>
        <w:rPr>
          <w:rFonts w:ascii="Times New Roman" w:hAnsi="Times New Roman" w:eastAsia="Times New Roman" w:cs="Times New Roman"/>
        </w:rPr>
        <w:t>Ang akong kaugalingong mga apohan napugos sa pagkalagiw gikan sa kasadpang Ukraine aron makalingkawas sa paglutos, ug makasubong nga makita nga kini nga siklo nagpadayon. Kon ang nasod mahulog sa kagubot ug pag-alsa, ang mga Judio mahimo na usab nga mameligro gikan sa pipila sa ilang isigkaingon. Ang dili pag-ila niini nga hulga nagpasabot nga diyutay ra ang ginabuhat aron sa pagpanalipod batok niini.</w:t>
      </w:r>
    </w:p>
    <w:p>
      <w:pPr>
        <w:pStyle w:val="ArticleScripture"/>
        <w:jc w:val="left"/>
      </w:pPr>
      <w:r>
        <w:rPr>
          <w:rFonts w:ascii="Times New Roman" w:hAnsi="Times New Roman" w:eastAsia="Times New Roman" w:cs="Times New Roman"/>
        </w:rPr>
        <w:t>Apan bisan pa kon ang pipila ka mga elemento sa nasod nahilambigit sa usa sa labing makalilisang nga mga kalihokan sa kasaysayan, ang pagbarog uban sa Ukraine sa walay pagduhaduha mao ang dungganon nga baruganan nga angay kuhaon niining talan-awon. Karong higayona, sa matag adlaw nga padayon nga gipakusog ni Putin ang iyang pag-atake batok sa katawhang Ukrainian uban sa mapintas nga kadasig sa pagsunog ug paglaglag sa yuta, lisod dili makita kon kinsa gayud ang tinuod nga angay tawgon sa N-word.</w:t>
      </w:r>
    </w:p>
    <w:p>
      <w:pPr>
        <w:pStyle w:val="ArticleScripture"/>
        <w:jc w:val="left"/>
      </w:pPr>
      <w:r>
        <w:rPr>
          <w:rFonts w:ascii="Times New Roman" w:hAnsi="Times New Roman" w:eastAsia="Times New Roman" w:cs="Times New Roman"/>
        </w:rPr>
        <w:t>Allen Ripp, Marso 5, 2022 – Tinubdan</w:t>
      </w:r>
    </w:p>
    <w:p>
      <w:pPr>
        <w:pStyle w:val="ArticleBody"/>
        <w:jc w:val="left"/>
      </w:pPr>
      <w:r>
        <w:rPr>
          <w:rFonts w:ascii="Times New Roman" w:hAnsi="Times New Roman" w:eastAsia="Times New Roman" w:cs="Times New Roman"/>
        </w:rPr>
        <w:t>Padayonon nato kining pagtuon sa atong sunod nga artikulo.</w:t>
      </w:r>
    </w:p>
    <w:p>
      <w:pPr>
        <w:pStyle w:val="ArticleScripture"/>
        <w:jc w:val="left"/>
      </w:pPr>
      <w:r>
        <w:rPr>
          <w:rFonts w:ascii="Times New Roman" w:hAnsi="Times New Roman" w:eastAsia="Times New Roman" w:cs="Times New Roman"/>
        </w:rPr>
        <w:t>“Kadtong dili makahinumdom sa nangagi gikahinukman sa pagsubli niini.” George Santayana.</w:t>
      </w:r>
    </w:p>
    <w:p>
      <w:pPr>
        <w:pStyle w:val="ArticleScripture"/>
        <w:jc w:val="left"/>
      </w:pPr>
      <w:r>
        <w:rPr>
          <w:rFonts w:ascii="Times New Roman" w:hAnsi="Times New Roman" w:eastAsia="Times New Roman" w:cs="Times New Roman"/>
        </w:rPr>
        <w:t>“Ang tanan nga gispecipikar sa Dios diha sa propetikong kasaysayan nga matuman sa nangagi natuman na, ug ang tanan nga umaabot pa sumala sa iyang han-ay matuman usab. Si Daniel, ang propeta sa Dios, nagatindog sa iyang dapit. Si Juan nagatindog sa iyang dapit. Diha sa Pinadayag ang Leon sa banay ni Juda maoy nag-abli alang sa mga magtutungha sa tagna sa basahon ni Daniel, ug busa si Daniel nagatindog sa iyang dapit. Siya nagadala sa iyang pagpamatuod, kadtong gipadayag kaniya sa Ginoo diha sa panan-awon mahitungod sa dagku ug mabinuligon nga mga panghitabo nga kinahanglan natong mahibaloan samtang nagatindog kita sa mismong pultahan sa ilang katumanan.</w:t>
      </w:r>
    </w:p>
    <w:p>
      <w:pPr>
        <w:pStyle w:val="ArticleScripture"/>
        <w:jc w:val="left"/>
      </w:pPr>
      <w:r>
        <w:rPr>
          <w:rFonts w:ascii="Times New Roman" w:hAnsi="Times New Roman" w:eastAsia="Times New Roman" w:cs="Times New Roman"/>
        </w:rPr>
        <w:t>“Sa kasaysayan ug sa tagna ang Pulong sa Dios naghulagway sa hataas ug nagpadayon nga pakig-away tali sa kamatuoran ug kasaypanan. Kana nga panagbangi nagapadayon pa gihapon. Ang mga butang nga nangagi na, pagausabon. Ang daang mga panaglalis pagabag-ohon, ug ang bag-ong mga teyorya magapadayon sa pagtumaw. Apan ang katawhan sa Dios, nga sa ilang pagtoo ug sa katumanan sa tagna nakabaton og bahin diha sa pagpahibalo sa mga mensahe sa nahaunang, ikaduhang, ug ikatulong manolunda, nahibalo kon asa sila nagatindog. Sila adunay kasinatian nga labi pang bililhon kay sa lunsay nga bulawan. Kinahanglan sila magpabiling malig-on ingon sa usa ka bato, nga nagkupot sa sinugdanan sa ilang pagsalig nga malig-on hangtod sa katapusan.” Selected Messages, libro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Gatos ug Kan-uman ug Unom</dc:title>
  <dc:subject>Pagbukas sa Tagna: Ang Rebolusyong Pranses, ang Rusya ni Putin, ug ang Panagbangi sa Ukraine</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