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Kan-uman ug Pito</w:t>
      </w:r>
    </w:p>
    <w:p>
      <w:pPr>
        <w:pStyle w:val="ArticleSubtitle"/>
        <w:jc w:val="left"/>
      </w:pPr>
      <w:r>
        <w:rPr>
          <w:rFonts w:ascii="Arial" w:hAnsi="Arial" w:eastAsia="Arial" w:cs="Arial"/>
        </w:rPr>
        <w:t>Paghubad sa Tagna: Pagbukas sa Kasaysayanon ug Matagnaong Kamahinungdanon sa Daniel 11:10 ug sa Labaw 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Ang kap-atan nga bersikulo sa Daniel kapitulo onse nagsugod sa panahon sa katapusan niadtong 1798, sa dihang ang hari sa amihanan gihatagan sa iyang makamatay nga samad pinaagi sa kamot sa hari sa habagatan. Kana nga kasaysayan gipakita daan pinaagi sa tuig 246 BC, sa dihang si Ptolemy mihatag ug panimalos batok sa gingharian sa amihanan, ug usab pinaagi sa Napoleonic France nga midala sa papa nga binihag niadtong 1798. Human ang hari sa habagatan mobalik sa Egipto diha sa bersikulo nuebe, unya ang bersikulo napulo nagtimaan nga ang hari sa amihanan mopahigayon ug usa ka balos nga pagsulong batok sa hari sa habagatan.</w:t>
      </w:r>
    </w:p>
    <w:p>
      <w:pPr>
        <w:pStyle w:val="ArticleScripture"/>
        <w:jc w:val="left"/>
      </w:pPr>
      <w:r>
        <w:rPr>
          <w:rFonts w:ascii="Times New Roman" w:hAnsi="Times New Roman" w:eastAsia="Times New Roman" w:cs="Times New Roman"/>
        </w:rPr>
        <w:t>Busa ang hari sa habagatan mosulod sa iyang gingharian, ug mobalik ngadto sa iyang kaugalingong yuta. Apan ang iyang mga anak mapukaw, ug magatigom sa usa ka panon sa dagkung mga kasundalohan; ug ang usa sa pagkatinuod moanhi, ug moawas, ug moagi; unya siya mobalik, ug mapukaw, bisan ngadto sa iyang kuta. Daniel 11:9, 10.</w:t>
      </w:r>
    </w:p>
    <w:p>
      <w:pPr>
        <w:pStyle w:val="ArticleBody"/>
        <w:jc w:val="left"/>
      </w:pPr>
      <w:r>
        <w:rPr>
          <w:rFonts w:ascii="Times New Roman" w:hAnsi="Times New Roman" w:eastAsia="Times New Roman" w:cs="Times New Roman"/>
        </w:rPr>
        <w:t>Sa dili pa nato tagdon ang komentaryo ni Uriah Smith mahitungod sa kasaysayan nga nagtuman sa bersikulo napulo, atong timan-an ang pahayag nga “overflow, and pass through.” Ang Hebreohanong pulong nga gihubad niini nga paagi, gihubad usab sa bersikulo kap-atan ingon nga “overflow and pass over.” Mao kini ang mao ra nga pulong sa orihinal nga Hebreohanon. Makaplagan lamang kini sa laing usa ka dapit sa Kasulatan.</w:t>
      </w:r>
    </w:p>
    <w:p>
      <w:pPr>
        <w:pStyle w:val="ArticleScripture"/>
        <w:jc w:val="left"/>
      </w:pPr>
      <w:r>
        <w:rPr>
          <w:rFonts w:ascii="Times New Roman" w:hAnsi="Times New Roman" w:eastAsia="Times New Roman" w:cs="Times New Roman"/>
        </w:rPr>
        <w:t>Ug molabang siya latas sa Juda; siya moawas ug moapaw, moabut bisan hangtod sa liog; ug ang pagkabanat sa iyang mga pako mopuno sa gilapdon sa imong yuta, O Emmanuel. Isaias 8:8.</w:t>
      </w:r>
    </w:p>
    <w:p>
      <w:pPr>
        <w:pStyle w:val="ArticleBody"/>
        <w:jc w:val="left"/>
      </w:pPr>
      <w:r>
        <w:rPr>
          <w:rFonts w:ascii="Times New Roman" w:hAnsi="Times New Roman" w:eastAsia="Times New Roman" w:cs="Times New Roman"/>
        </w:rPr>
        <w:t>Sa Daniel kapitulo onse, bersikulo napulo ug bersikulo kuwarenta, ug dayon pag-usab sa Isaias kapitulo otso, bersikulo otso, ang mao rang Hebreohanon nga hugpong-pulong gihubad sa tulo ka nagkalainlaing paagi, bisan pa man nga nagrepresentar kini sa samang kahulogan. Ang kataposang pulong sa maong hugpong-pulong, ang Hebreohanon nga pulong nga “abar,” girepresentar nga “moagi latas” sa bersikulo napulo, “molabang” sa bersikulo kuwarenta, ug dayon “moagi ibabaw” sa Isaias. Ang kahulogan sa tinuod maoy mao ra sa matag usa sa tulo ka mga reperensiya, apan sa Isaias aduna usab laing propetikanhong kalambigitan tali sa mga reperensiya.</w:t>
      </w:r>
    </w:p>
    <w:p>
      <w:pPr>
        <w:pStyle w:val="ArticleBody"/>
        <w:jc w:val="left"/>
      </w:pPr>
      <w:r>
        <w:rPr>
          <w:rFonts w:ascii="Times New Roman" w:hAnsi="Times New Roman" w:eastAsia="Times New Roman" w:cs="Times New Roman"/>
        </w:rPr>
        <w:t>Ang bersikulo diha sa Isaias natuman sa dihang ang hari sa Asiria mibuntog sa Juda ug miadto sa Jerusalem, apan wala gayod niya mabuntog ang siyudad mismo. Miabot siya “hangtod sa liog,” apan wala gayod niya mabuntog ang “ulo.” Sa maong mao rang propesiya, gipadayag ni Isaias ang usa ka mahimantikdanong simbolo sa unsay gipasabot sa usa ka “ulo,” ug iyang giila ang usa ka “ulo” ingon nga kapital sa gingharian, ug ang hari sa gingharian mao usab ang “ulo.” Naghatag siya ug duha ka mga saksi sa maong propetikong kamatuoran nga ang usa ka ulo mao ang usa ka hari ug usa ka gingharian, ug dayon sa tinagoong paagi iyang gipaila nga kon ang estudyante sa propesiya dili modawat ug mosabot niining kamatuorana, dili siya mapalig-on. Ang tinagoong bersikulo kabahin sa mao rang propesiya nga nagaila nga ang hari sa amihanan moawas ug molapaw, apan kutob lamang “hangtod sa liog.”</w:t>
      </w:r>
    </w:p>
    <w:p>
      <w:pPr>
        <w:pStyle w:val="ArticleScripture"/>
        <w:jc w:val="left"/>
      </w:pPr>
      <w:r>
        <w:rPr>
          <w:rFonts w:ascii="Times New Roman" w:hAnsi="Times New Roman" w:eastAsia="Times New Roman" w:cs="Times New Roman"/>
        </w:rPr>
        <w:t>Kay ang ulo sa Siria mao ang Damascus, ug ang ulo sa Damascus mao si Rezin; ug sulod sa kan-uman ug lima ka tuig ang Ephraim pagadugmokon, aron dili na kini mahimong usa ka katawhan. Ug ang ulo sa Ephraim mao ang Samaria, ug ang ulo sa Samaria mao ang anak ni Remalias. Kon kamo dili motoo, sa pagkatinuod kamo dili mapalig-on. Isaias 7:8, 9.</w:t>
      </w:r>
    </w:p>
    <w:p>
      <w:pPr>
        <w:pStyle w:val="ArticleBody"/>
        <w:jc w:val="left"/>
      </w:pPr>
      <w:r>
        <w:rPr>
          <w:rFonts w:ascii="Times New Roman" w:hAnsi="Times New Roman" w:eastAsia="Times New Roman" w:cs="Times New Roman"/>
        </w:rPr>
        <w:t>Ang “ulo” sa nasod sa Siria mao ang iyang kaulohang siyudad nga “Damasco,” ug ang “ulo” sa “Damasco” (ang kaulohang siyudad) mao si “Rezin,” ang hari sa Siria. Usab, ang “ulo” sa nasod sa Ephraim mao ang iyang kaulohang siyudad nga “Samaria,” ug ang “ulo” sa “Samaria” (ang kaulohang siyudad) mao ang “anak ni Remaliah” (Peka), ang hari sa Samaria. Sa maong propesiya usab, sa sunod nga kapitulo, sa bersikulo otso, gilibotan ni Haring Sennacherib sa Asiria ang Jerusalem, ug sa bersikulo otso, giila ang iyang paglibot sa Jerusalem ingon nga miabot hangtod sa liog.</w:t>
      </w:r>
    </w:p>
    <w:p>
      <w:pPr>
        <w:pStyle w:val="ArticleBody"/>
        <w:jc w:val="left"/>
      </w:pPr>
      <w:r>
        <w:rPr>
          <w:rFonts w:ascii="Times New Roman" w:hAnsi="Times New Roman" w:eastAsia="Times New Roman" w:cs="Times New Roman"/>
        </w:rPr>
        <w:t>Ang mga bersikulo siyete ug otso, nga nagapadayag pinaagi sa duha ka mga saksi sa simbolong propetiko sa usa ka “ulo,” nga nagarepresentar sa hari ug sa kaulohan sa nasod sa maong hari, mao ang tagna sa kan-uman ug lima ka tuig nga nagaila sa sinugdanan sa duha ka mga tagna sa duruha ka libo lima ka gatus ug baynte ka tuig batok sa amihanang ug habagatang mga gingharian sa Israel. Busa, kini usa ka hilabihang masalimuot nga bersikulo, kay kini adunay kalabutan sa bersikulo diyes ug kuwarenta sa kapitulo onse sa Daniel, nga silang duha usab nagaila sa mga pakig-away diin ang usa ka hari sa amihanan moatake sa usa ka hari sa habagatan, maingon nga si Sennacherib, usa ka hari sa amihanan, miatake sa Juda, usa ka habagatang hari, sa bersikulo otso sa Isaias kapitulo otso.</w:t>
      </w:r>
    </w:p>
    <w:p>
      <w:pPr>
        <w:pStyle w:val="ArticleBody"/>
        <w:jc w:val="left"/>
      </w:pPr>
      <w:r>
        <w:rPr>
          <w:rFonts w:ascii="Times New Roman" w:hAnsi="Times New Roman" w:eastAsia="Times New Roman" w:cs="Times New Roman"/>
        </w:rPr>
        <w:t>Ang yawe nga nagdugtong niining mga panagsangka sa mga hari sa amihanan ug habagatan mao ang “ulo,” ug ang “pag-awas ug paglabay sa unahan.” Sa dihang ang hari sa amihanan mosukol batok sa hari sa habagatan diha sa bersikulo napulo, sa kapitulo onse, madaog niya ang gubat, apan iyang biyaan ang “ulo,” kay siya “moanhi, ug moawas, ug molabay” “ngadto sa” “kuta” sa hari sa habagatan. Ang kasaysayan sa bersikulo napulo naghulagway sa kadaugan sa hari sa amihanan batok sa hari sa habagatan, apan siya wala mosulod sa Ehipto (ang kuta), ang kaulohan—ang “ulo.”</w:t>
      </w:r>
    </w:p>
    <w:p>
      <w:pPr>
        <w:pStyle w:val="ArticleBody"/>
        <w:jc w:val="left"/>
      </w:pPr>
      <w:r>
        <w:rPr>
          <w:rFonts w:ascii="Times New Roman" w:hAnsi="Times New Roman" w:eastAsia="Times New Roman" w:cs="Times New Roman"/>
        </w:rPr>
        <w:t>Sa dihang ang hari sa habagatan kaniadto nakapildi sa hari sa amihanan diha sa bersikulo pito ug walo, siya “misulod sa malig-ong salipdanan sa hari sa amihanan, ug” “nagdaug ug” “nagdalang mga binilanggo” pabalik ngadto sa “Egipto.” Sa mapanimaslon nga kadaugan sa hari sa amihanan, wala siya mosulod sa Egipto, sa ingon nagtimaan nga sa dihang ang Unyong Sobyet gilampaso sa 1989, ang Russia, ang iyang kaulohan—ang iyang ulo nagpabiling nagtindog. “If ye will not believe, surely ye shall not be established.” Ang Russia, nga girepresentar ingon nga hari sa habagatan diha sa bersikulo onse ug dose, mao ang nakadaug sa gubat sa yutang utlanan, nga sa karaang panahon mao ang Raphia, ug karon mao ang Ukraine.</w:t>
      </w:r>
    </w:p>
    <w:p>
      <w:pPr>
        <w:pStyle w:val="ArticleScripture"/>
        <w:jc w:val="left"/>
      </w:pPr>
      <w:r>
        <w:rPr>
          <w:rFonts w:ascii="Times New Roman" w:hAnsi="Times New Roman" w:eastAsia="Times New Roman" w:cs="Times New Roman"/>
        </w:rPr>
        <w:t>“‘BERSIKULO 10. Apan ang iyang mga anak mapukaw, ug magatigum sa usa ka panon sa dagkung mga kasundalohan: ug ang usa sa pagkamatuod moanhi, ug mobaha, ug molatas: unya siya mobalik, ug mapukaw, bisan hangtod sa iyang kuta.’</w:t>
      </w:r>
    </w:p>
    <w:p>
      <w:pPr>
        <w:pStyle w:val="ArticleScripture"/>
        <w:jc w:val="left"/>
      </w:pPr>
      <w:r>
        <w:rPr>
          <w:rFonts w:ascii="Times New Roman" w:hAnsi="Times New Roman" w:eastAsia="Times New Roman" w:cs="Times New Roman"/>
        </w:rPr>
        <w:t>“Ang unang bahin niini nga bersikulo naghisgot sa mga anak nga lalaki, sa plural; ang kataposang bahin, sa usa, sa singular. Ang mga anak nga lalaki ni Seleucus Callinicus mao sila si Seleucus Ceraunus ug Antiochus Magnus. Silang duruha misulod uban ang kaikag sa buluhaton sa pagpanalipod ug pagpanimalos alang sa katungod sa ilang amahan ug sa ilang nasud. Ang magulang kanila, si Seleucus, maoy unang milingkod sa trono. Gitigom niya ang usa ka dakung panon aron mabawi ang mga ginsakopan sa iyang amahan; apan tungod kay siya usa ka mahuyang ug talawan nga principe, sa lawas ug sa kahimtang, walay salapi, ug dili makapadayon sa iyang kasundalohan sa pagtuman, gihiloan siya sa duruha sa iyang mga heneral human sa usa ka makauulaw nga paghari sulod sa duha o tulo ka tuig. Ang iyang mas may katakus nga igsoon, si Antiochus Magnus, dayon gipahibalo nga hari, nga, sa pagdumala sa kasundalohan, nabawi pag-usab ang Seleucia ug napasig-uli ang Siria, nga naghimo sa iyang kaugalingon nga agalon sa pipila ka mga dapit pinaagi sa kasabotan, ug sa uban pinaagi sa kusog sa mga armas. Gisundan kini sa usa ka hunong-binisaya, diin ang duruha ka bahin nakigsabot alang sa pakigdait, apan nangandam alang sa gubat; tapos niini si Antiochus mibalik ug napildi sa gubat si Nicolas, ang Ehiptohanong heneral, ug may mga hunahuna sa pagsulong sa Ehipto mismo. Mao kini ang ‘usa’ nga sa pagkatinuod molapaw ug molatas.” Uriah Smith, Daniel and the Revelation, 253.</w:t>
      </w:r>
    </w:p>
    <w:p>
      <w:pPr>
        <w:pStyle w:val="ArticleBody"/>
        <w:jc w:val="left"/>
      </w:pPr>
      <w:r>
        <w:rPr>
          <w:rFonts w:ascii="Times New Roman" w:hAnsi="Times New Roman" w:eastAsia="Times New Roman" w:cs="Times New Roman"/>
        </w:rPr>
        <w:t>Ang pagkapukan sa Soviet Union niadtong 1989 maoy nagtimaan sa “panahon sa katapusan,” ug ang duha ka anak nga lalaki diha sa bersikulo nagrepresentar sa duha ka timaan sa dalan ni Reagan ug ni Bush nga nahauna. Sukad sa “panahon sa katapusan,” niadtong 1798, nga mao ang dapit diin nagsugod ang bersikulo kwarenta sa Daniel onse, ang bigaon sa Roma hingkalimtan na; kay siya, ingon kang Jezebel, nagpabilin sa luyo sa Samaria, samtang ang iyang bana nga si Ahab nagaatubang kang Elias didto sa Bukid Carmel. Siya didto sa tagoanan, apan sa tago nagaguyod sa mga pisi, maingon nga mao usab ang iyang gibuhat sa Unang Gubat sa Kalibotan ug sa Ikaduhang Gubat sa Kalibotan. Ang iyang bana mao ang iyang puli nga kasundalohan batok sa hari sa habagatan. Sa dihang mibalos siya niadtong 1989, siya, ingon nga hari sa amihanan, midala ug mga carro, mga sakayan, ug mga magkakabayo.</w:t>
      </w:r>
    </w:p>
    <w:p>
      <w:pPr>
        <w:pStyle w:val="ArticleScripture"/>
        <w:jc w:val="left"/>
      </w:pPr>
      <w:r>
        <w:rPr>
          <w:rFonts w:ascii="Times New Roman" w:hAnsi="Times New Roman" w:eastAsia="Times New Roman" w:cs="Times New Roman"/>
        </w:rPr>
        <w:t>Ug sa panahon sa katapusan ang hari sa habagatan mosulong batok kaniya; ug ang hari sa amihanan moabut batok kaniya sama sa usa ka unos, uban ang mga carro, ug uban ang mga mangangabayo, ug uban ang daghang mga sakayan; ug siya mosulod ngadto sa mga nasud, ug moawas ug molabang. Daniel 11:40.</w:t>
      </w:r>
    </w:p>
    <w:p>
      <w:pPr>
        <w:pStyle w:val="ArticleBody"/>
        <w:jc w:val="left"/>
      </w:pPr>
      <w:r>
        <w:rPr>
          <w:rFonts w:ascii="Times New Roman" w:hAnsi="Times New Roman" w:eastAsia="Times New Roman" w:cs="Times New Roman"/>
        </w:rPr>
        <w:t>Ang iyang puli sa panimalos gilarawan pinaagi sa “mga sakayan,” nga mao ang gahum sa ekonomiya, ug pinaagi sa “mga carro ug mga magkakabayo,” nga mao ang kusog sa militar. Ang kusog sa militar ug ang gahum sa ekonomiya mao ang duha ka propetikong kinaiya sa Estados Unidos diha sa mga tagna sa kataposang mga adlaw, kay ang Estados Unidos magdili niadtong dili moyukbo kang Jezebel sa pagpalit ug pagbaligya, ug kon magpadayon pa sila sa ilang pagdumili sa timaan sa awtoridad ni Jezebel, sila pagapatyon. Ang gahum sa ekonomiya ug ang kusog sa militar sa Estados Unidos mao ang gigamit sa pagtinabangay uban sa kapapahan nga maoy nakapahinabo sa pagbungkag sa Soviet Union niadtong 1989, bisan pa nga ang Russia nahibiling nagtindog.</w:t>
      </w:r>
    </w:p>
    <w:p>
      <w:pPr>
        <w:pStyle w:val="ArticleBody"/>
        <w:jc w:val="left"/>
      </w:pPr>
      <w:r>
        <w:rPr>
          <w:rFonts w:ascii="Times New Roman" w:hAnsi="Times New Roman" w:eastAsia="Times New Roman" w:cs="Times New Roman"/>
        </w:rPr>
        <w:t>Ang kasaysayan nga nagtuman sa bersikulo napulo sa Daniel kapitulo onse gisubli sa kasaysayan sa ikaduhang bahin sa bersikulo kuwarenta nga nag-ila sa panahon sa katapusan niadtong 1989. Ang kasaysayan sa mga bersikulo sais hangtod nuebe nagrepresentar sa kasaysayan nga mitultol ngadto sa panahon sa katapusan, nga giila sa unang bahin sa bersikulo kuwarenta. Ang mga bersikulo singko hangtod napulo sa Daniel kapitulo onse hingpit nga naghulagway sa kasaysayan sa bersikulo kuwarenta sa Daniel onse, kay ingon sa natala ni Sister White, “daghan sa kasaysayan nga natuman na sa ikanapulog-usa sa Daniel pagasublihon.”</w:t>
      </w:r>
    </w:p>
    <w:p>
      <w:pPr>
        <w:pStyle w:val="ArticleBody"/>
        <w:jc w:val="left"/>
      </w:pPr>
      <w:r>
        <w:rPr>
          <w:rFonts w:ascii="Times New Roman" w:hAnsi="Times New Roman" w:eastAsia="Times New Roman" w:cs="Times New Roman"/>
        </w:rPr>
        <w:t>Ang mga bersikulo usa hangtod upat sa Daniel onse nag-ila kang Ciro, ang ikaduhang hari sa nasod nga may duha ka sungay sa panahon sa katapusan sa ulahing mga adlaw. Ang “panahon sa katapusan” sa ulahing mga adlaw mao ang 1989, ug ang ikaduhang presidente, nga gilarawan ni Ciro, nagtukod ug usa ka propetikong sunod-sunod nga panghitabo nga nagtugot sa usa ka tinun-an sa tagna sa pag-ihap ngadto sa ikaunom nga presidente human sa 1989, nga mao unta ang labing adunahang presidente, ug nga mopukaw (magmata), sa mga gahum sa globalistang dragon, bisan pa man kon sila mao ang mga globalista sa kalibotan, o kadtong anaa sa Tinipong Bansa sa Amerika. Unya kining propetikong kasaysayan molukso ngadto sa ikapitong gingharian sa tagna sa Biblia, ang napulo ka mga hari sa United Nations, ug nag-ila sa iyang pangunang ug unang hari, sumala sa paglalarawan ni Alejandro nga Bantogan (nagaingon “Ang Manggugubat sa mga Tawo”), ug sa katapusang pagbungkag sa iyang gingharian sa dihang ang upat ka mga hangin sa Islam mapagawas sa hingpit sa panapos sa panahon sa pagsulay sa katawhan.</w:t>
      </w:r>
    </w:p>
    <w:p>
      <w:pPr>
        <w:pStyle w:val="ArticleBody"/>
        <w:jc w:val="left"/>
      </w:pPr>
      <w:r>
        <w:rPr>
          <w:rFonts w:ascii="Times New Roman" w:hAnsi="Times New Roman" w:eastAsia="Times New Roman" w:cs="Times New Roman"/>
        </w:rPr>
        <w:t>Unya ang bersikulo singko hangtod nuwebe naghulagway sa kasaysayan nga girepresentahan sa yugto nga miuna sa pagkatukod sa pagka-papa ibabaw sa trono niadtong 538, kay una ang gahum nga mahimong hari sa amihanan kinahanglan molampos batok sa tulo ka heograpikal nga mga babag, sama kang Seleucus, nga unya natukod ingon nga hari sa amihanan. Human niana sulod sa tulo ug tunga ka tuig, ingon nga girepresentahan sa katloan ug lima ka tinuod nga mga tuig, ang hari sa amihanan nagmando, hangtod nga ang hari sa habagatan misulod sa iyang kuta ug mikuha kaniya nga binihag, diin sa ulahi siya namatay didto sa Ehipto tungod sa pagkahulog gikan sa usa ka kabayo. Busa, ang mga bersikulo nagaila sa kasaysayan nga natapos sa panahon sa katapusan niadtong 1798.</w:t>
      </w:r>
    </w:p>
    <w:p>
      <w:pPr>
        <w:pStyle w:val="ArticleBody"/>
        <w:jc w:val="left"/>
      </w:pPr>
      <w:r>
        <w:rPr>
          <w:rFonts w:ascii="Times New Roman" w:hAnsi="Times New Roman" w:eastAsia="Times New Roman" w:cs="Times New Roman"/>
        </w:rPr>
        <w:t>Ang bersikulo napulo nagpaila sa kasaysayan sa panahon sa katapusan niadtong 1989, ug uban sa mga bersikulo singko hangtod nuebe, kini nagrepresentar sa kasaysayan sa bersikulo kwarenta, maingon usab sa kasaysayan sa mga bersikulo traynta hangtod traynta’y sais. Busa, sukad sa bersikulo uno hangtod sa bersikulo napulo, linya ibabaw sa linya, adunay duha ka mga profetikanhong linya. Ang nahaunang linya naghisgot sa mga pangulo sa ikaunom ug ikapitong mga gingharian, bisan pa adunay bakanteng luna tali sa ikaunom ug labing adunahang presidente sa ikaunom nga gingharian ug sa ikapitong gingharian.</w:t>
      </w:r>
    </w:p>
    <w:p>
      <w:pPr>
        <w:pStyle w:val="ArticleBody"/>
        <w:jc w:val="left"/>
      </w:pPr>
      <w:r>
        <w:rPr>
          <w:rFonts w:ascii="Times New Roman" w:hAnsi="Times New Roman" w:eastAsia="Times New Roman" w:cs="Times New Roman"/>
        </w:rPr>
        <w:t>Ang ikaduhang linya naglangkob sa kasaysayan sa pagtangtang sa tulo ka mga babag, sa yugto nga naghari ang hari sa amihanan, ug kon kinsa ang unya gitangtang niadtong 1798, ug hangtod sa 1989, ug sa ikaduhang presidente, nga girepresentahan sa miaging linya ni Ciro.</w:t>
      </w:r>
    </w:p>
    <w:p>
      <w:pPr>
        <w:pStyle w:val="ArticleBody"/>
        <w:jc w:val="left"/>
      </w:pPr>
      <w:r>
        <w:rPr>
          <w:rFonts w:ascii="Times New Roman" w:hAnsi="Times New Roman" w:eastAsia="Times New Roman" w:cs="Times New Roman"/>
        </w:rPr>
        <w:t>Ang bersikulo onse ug dose nagrepresentar sa ikatulong linya sa kasaysayan nga mahitabo human sa adunahang pangulo sa bersikulo dos, apan sa ulahi-lahi human sa pagkahugno sa Unyong Sobyet sa panahon sa katapusan niadtong 1989, ug sa usa ka panahon sa wala pa ang balaod sa Dominggo sa Tinipong Bansa sa Estados Unidos sumala sa girepresentahan diha sa bersikulo disi-sais.</w:t>
      </w:r>
    </w:p>
    <w:p>
      <w:pPr>
        <w:pStyle w:val="ArticleBody"/>
        <w:jc w:val="left"/>
      </w:pPr>
      <w:r>
        <w:rPr>
          <w:rFonts w:ascii="Times New Roman" w:hAnsi="Times New Roman" w:eastAsia="Times New Roman" w:cs="Times New Roman"/>
        </w:rPr>
        <w:t>Ang kasaysayan human sa panahon sa katapusan niadtong 1989, gidala ngadto sa ikaunom ug labing adunahang presidente nga nagpalihok sa mga globalista sugod sa 2016, sa unang linya. Ang propetikong kasaysayan gidala ngadto sa 1989, sa ikaduhang linya. Ang Gubat sa Raphia (“Ang Utlanan”) sa mga bersikulo onse ug dose, nag-una sa bersikulo trese, diin ang hari sa amihanan nga bag-o lang napildi nagpasig-uli sa iyang kasundalohan ug unya mopildi sa hari sa habagatan, sa dili pa ang balaod sa Domingo sa bersikulo diecisais. Ang gahum nga puli sa hari sa amihanan sa bersikulo trese, mao ang katapusan sa walo ka mga presidente nga naghari gikan sa 1989 hangtod sa balaod sa Domingo. Busa ang bersikulo trese kinahanglan mahitabo sa o human sa pagpili sa ikawalong presidente, nga kabahin sa pito. Ang mga bersikulo onse ug dose nagsugod sa wala pa ang ikaunom, labing adunahang presidente, ug lagmit matapos sa wala pa ang pagpili niadtong maong presidente, nga nahimong ikawalo nga kabahin sa pito, ug madaogon sa ikatulong gubat sa proxy war, sa mga bersikulo trese hangtod kinse.</w:t>
      </w:r>
    </w:p>
    <w:p>
      <w:pPr>
        <w:pStyle w:val="ArticleBody"/>
        <w:jc w:val="left"/>
      </w:pPr>
      <w:r>
        <w:rPr>
          <w:rFonts w:ascii="Times New Roman" w:hAnsi="Times New Roman" w:eastAsia="Times New Roman" w:cs="Times New Roman"/>
        </w:rPr>
        <w:t>Ang panimalos sa hari sa habagatan diha sa bersikulo onse ug dose maoy tubag sa kapildihan nga giantos sa hari sa habagatan diha sa bersikulo diyes. Ang bersikulo diyes nagtimaan sa kadaugan sa hari sa amihanan niadtong 1989, nga nahitabo pinaagi sa tinagong alyansa sa Estados Unidos ug sa Vatican. Ang kadaugan alang sa kasundalohan sa amihanan mao ang unang gubat sa proxy war. Ang literal nga mainit nga gubat nga natuman sa karaang panahon maoy tipo sa usa ka proxy war sa katapusang mga adlaw, ug busa ang kadaugan sa bersikulo onse ug dose mahimong kadaugan alang sa hari sa habagatan, sa ikaduhang gubat sa mga proxy war.</w:t>
      </w:r>
    </w:p>
    <w:p>
      <w:pPr>
        <w:pStyle w:val="ArticleBody"/>
        <w:jc w:val="left"/>
      </w:pPr>
      <w:r>
        <w:rPr>
          <w:rFonts w:ascii="Times New Roman" w:hAnsi="Times New Roman" w:eastAsia="Times New Roman" w:cs="Times New Roman"/>
        </w:rPr>
        <w:t>Adunay tulo ka mga gubat diha sa bersikulo napulo hangtod kinse, ug silang tanan natuman sa karaang panahon pinaagi sa literal nga mga mainit nga gubat, apan nagrepresentar sila sa tulo ka mga gubat sulod sa mga proxy war sa kataposang mga adlaw. Ang unang gubat gidaog pinaagi sa tinagong alyansa sa mananap ug sa mini nga propeta, batok sa dragon niadtong 1989. Ang ikaduhang gubat sa mga proxy war pagadaogon sa ateistiko nga gahum sa dragon sa hari sa habagatan, batok sa alyansa sa papa ug sa iyang proxy nga kasundalohan. Ang ikatulong gubat sa mga proxy war pagadaogon sa proxy nga kasundalohan sa hari sa amihanan, sumala sa girepresentar diha sa bersikulo trese hangtod kinse.</w:t>
      </w:r>
    </w:p>
    <w:p>
      <w:pPr>
        <w:pStyle w:val="ArticleBody"/>
        <w:jc w:val="left"/>
      </w:pPr>
      <w:r>
        <w:rPr>
          <w:rFonts w:ascii="Times New Roman" w:hAnsi="Times New Roman" w:eastAsia="Times New Roman" w:cs="Times New Roman"/>
        </w:rPr>
        <w:t>Sa paagi sa tagna, adunay tulo ka maiinit nga mga gubat sa kalibotan, tulo ka mga gubat nga pinaagi sa mga puli, nga naglangkob ug tulo ka mga gubat, ug ang pakiggubat sa tulo ka kaalautan sa Islam. Anaa usab ang usa ka Gubat Sibil ug usa ka gubat rebolusyonaryo. Ang ikaduhang gubat sa mga gubat nga pinaagi sa mga puli karon nagakahitabo na sa Ukraine, “Ang Utlanan,” ingon sa girepresentahan sa Raphia, nga mao ang utlanan tali sa hari sa habagatan ug sa hari sa amihanan, sa dihang ang mga bersikulo onse ug dose unang natuman sa kasaysayan.</w:t>
      </w:r>
    </w:p>
    <w:p>
      <w:pPr>
        <w:pStyle w:val="ArticleBody"/>
        <w:jc w:val="left"/>
      </w:pPr>
      <w:r>
        <w:rPr>
          <w:rFonts w:ascii="Times New Roman" w:hAnsi="Times New Roman" w:eastAsia="Times New Roman" w:cs="Times New Roman"/>
        </w:rPr>
        <w:t>Sa mao gayud nga panahon nga ginapahigayon ang ikaduhang gubat sa mga proxy war sa Ukraine, nagakahitabo usab ang ikaduha sa tulo ka mga pag-atake sa Islam batok sa mahimayaong yuta. Ang nahaunang pag-atake sa ikatulong alaut miabot niadtong Septyembre 11, 2001, ug misugod ang pagtimri sa usa ka gatus ug kap-atan ug upat ka libo. Ang panahon sa pagtimri matapos sa haduol nang umaabot nga balaod sa Domingo sa Tinipong Bansa, sa dihang ang Islam sa ikatulong alaut moatake na usab sa Tinipong Bansa. Ang nahauna ug ang kataposang mga pag-atake managsama, ug silang duha nagtimaan sa usa ka tingog sa manulonda sa Pinadayag napulo ug walo, nga mao usab ang tingog sa ikatulong manulonda, nga mao usab ang pagpatunog sa ikapitong trumpeta, nga mao usab ang ikatulong alaut.</w:t>
      </w:r>
    </w:p>
    <w:p>
      <w:pPr>
        <w:pStyle w:val="ArticleBody"/>
        <w:jc w:val="left"/>
      </w:pPr>
      <w:r>
        <w:rPr>
          <w:rFonts w:ascii="Times New Roman" w:hAnsi="Times New Roman" w:eastAsia="Times New Roman" w:cs="Times New Roman"/>
        </w:rPr>
        <w:t>Sa taliwala niadtong duha ka mga pag-atake, nga mao ang duha ka mga tingog, nga mao ang tingog sa ikapitong trumpeta, ang Islam sa ikatulong kaalautan miatake, dili sa modernong espirituhanong mahimayaong yuta, kondili sa karaang literal nga mahimayaong yuta niadtong Oktubre 7, 2023.</w:t>
      </w:r>
    </w:p>
    <w:p>
      <w:pPr>
        <w:pStyle w:val="ArticleBody"/>
        <w:jc w:val="left"/>
      </w:pPr>
      <w:r>
        <w:rPr>
          <w:rFonts w:ascii="Times New Roman" w:hAnsi="Times New Roman" w:eastAsia="Times New Roman" w:cs="Times New Roman"/>
        </w:rPr>
        <w:t>Ang pakiggubat nga misugod niadto, nagakahitabo karon sa tukma gayud nga dapit diin nahitabo ang Gubat sa Raphia sumala sa gihulagway sa bersikulo onse ug dose. Ang Gaza Strip mao ang utlanan tali sa habagatang gingharian sa Juda ug sa Egipto. Ang Oktubre 7, 2023, mao ang usa ka ligid sa sulod sa ubang mga ligid nga nagtimaan sa pagrebelde, o sa ikanapulog-tulo nga letra sa Hebreohanong alpabeto nga, uban sa nahauna ug sa naulahi nga mga letra, nagmugna sa pulong nga “kamatuoran.”</w:t>
      </w:r>
    </w:p>
    <w:p>
      <w:pPr>
        <w:pStyle w:val="ArticleBody"/>
        <w:jc w:val="left"/>
      </w:pPr>
      <w:r>
        <w:rPr>
          <w:rFonts w:ascii="Times New Roman" w:hAnsi="Times New Roman" w:eastAsia="Times New Roman" w:cs="Times New Roman"/>
        </w:rPr>
        <w:t>Ang ikaduhang pag-atake batok sa mahimayaong yuta sa Islam sa ikatulong kaalaotan, nahitabo niadtong Oktubre 7, 2023, ug nahitabo kini sa tukmang dapit diin nahitabo ang karaang Gubat sa Raphia, sa katumanan sa mga bersikulo onse ug dose. Ang ikaduhang pag-atake batok sa mahimayaong yuta, pinaagi sa simbolismong heograpikal nga propetiko, nalangkit sa ikaduhang gubat sa mga proxy wars, ingon sa girepresentahan sa gubat sa Ukraine.</w:t>
      </w:r>
    </w:p>
    <w:p>
      <w:pPr>
        <w:pStyle w:val="ArticleBody"/>
        <w:jc w:val="left"/>
      </w:pPr>
      <w:r>
        <w:rPr>
          <w:rFonts w:ascii="Times New Roman" w:hAnsi="Times New Roman" w:eastAsia="Times New Roman" w:cs="Times New Roman"/>
        </w:rPr>
        <w:t>Sunod sa sunod nga linya, ang ikaduhang gubat sa mga proxy war nga karon nagpadayon sa Ukraine (Ang Utlanan nga Yuta), nagalakip sa ikaduhang nota sa trumpeta sa ikatulong kaalaotan (Oktubre 7, 2023), nga natuman sa katapusang yugto sa pagpatik sa usa ka gatus kap-atan ug upat ka libo. Kining kasinatian sa pagpatik gihulagway ni Daniel diha sa kapitulo napulo, sa dihang iyang nakita ang panan-awon nga “marah” human sa kaluhaan ug usa ka adlaw nga panahon sa pagbangutan, nga mao ang tulo ug tunga ka adlaw nga ang duha ka mga manalagna nangamatay sa dalan. Ang panan-awon gihubad ingon nga pagpasabot sa “mahitungod sa mahitabo sa katawohan sa Dios sa ulahing mga adlaw.”</w:t>
      </w:r>
    </w:p>
    <w:p>
      <w:pPr>
        <w:pStyle w:val="ArticleBody"/>
        <w:jc w:val="left"/>
      </w:pPr>
      <w:r>
        <w:rPr>
          <w:rFonts w:ascii="Times New Roman" w:hAnsi="Times New Roman" w:eastAsia="Times New Roman" w:cs="Times New Roman"/>
        </w:rPr>
        <w:t>Ang kamatuoran nga gihulagway sa panan-awon sa Suba sa Hiddekel, nga mao ang kamatuoran sa pagpatik, natuman diha sa propetikong kasaysayan sa bersikulo onse hangtod kinse. Kini mao ang kasaysayan sa bersikulo kuwarenta nga nagsugod niadtong 1989, ug nagapadayon ngadto sa bersikulo kuwarenta’y-usa ug sa haduol na nga balaod sa Domingo. Kini mao ang kasaysayan sa ikaunom, labing adunahang presidente diha sa bersikulo dos nga girepresentahan hangtod sa ikapitong gingharian ni “Alexander the Great” sumala sa namatikdan diha sa bersikulo tulo.</w:t>
      </w:r>
    </w:p>
    <w:p>
      <w:pPr>
        <w:pStyle w:val="ArticleBody"/>
        <w:jc w:val="left"/>
      </w:pPr>
      <w:r>
        <w:rPr>
          <w:rFonts w:ascii="Times New Roman" w:hAnsi="Times New Roman" w:eastAsia="Times New Roman" w:cs="Times New Roman"/>
        </w:rPr>
        <w:t>Ang kasaysayan nga nagsugod sa sinugdanan sa ikaduhang gubat sa mga proxy war niadtong 2014, nga gisundan sa labing adunahang presidente nga nagsugod sa iyang kampanya niadtong 2015, mao ang walay sulod nga bahin sa bersikulo kap-atan, sukad sa 1989 hangtod sa balaod sa Dominggo diha sa bersikulo kap-atan ug usa, ug kini usab mao ang walay sulod nga bahin gikan sa ikaunom, labing adunahang presidente diha sa bersikulo dos, hangtod sa ikapitong gingharian. Mao kini ang kasaysayan nga nagsugod uban sa unang tingog sa Pinadayag kapitulo napulog walo niadtong Septyembre 11, 2001, ug matapos uban sa ikaduhang tingog sa takna sa dakong linog diha sa kapitulo napulog usa sa Pinadayag. Kana nga kasaysayan mao usab ang yugto sa kasaysayan nga giila ni Ezequiel diha sa kapitulo napulog duha, diin ang matag panan-awon matuman. Kana nga yugto sa panahon mao ang panahon sa pagtimri sa usa ka gatus ug kap-atan ug upat ka libo. Ang pagbalaan sa katawhan sa Dios ginatuman pinaagi sa Iyang pulong.</w:t>
      </w:r>
    </w:p>
    <w:p>
      <w:pPr>
        <w:pStyle w:val="ArticleScripture"/>
        <w:jc w:val="left"/>
      </w:pPr>
      <w:r>
        <w:rPr>
          <w:rFonts w:ascii="Times New Roman" w:hAnsi="Times New Roman" w:eastAsia="Times New Roman" w:cs="Times New Roman"/>
        </w:rPr>
        <w:t>Balaan sila pinaagi sa imong kamatuoran: ang imong pulong mao ang kamatuoran. Juan 17:17.</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“Kining panan-awon gihatag kang Ezequiel sa usa ka panahon nga ang iyang hunahuna napuno sa malaw-om nga mga pagbati sa umaabot nga kadaotan. Iyang nakita ang yuta sa iyang mga amahan nga nahimong biniyaan. Ang siyudad nga kaniadto puno sa katawhan wala na pagapuy-i. Ang tingog sa kalipay ug ang awit sa pagdayeg wala na madungog sulod sa iyang mga kuta. Ang propeta mismo usa ka dumuloong sa usa ka lumalang yuta, diin ang walay kinutuban nga ambisyon ug mabangis nga kapintasan maoy labing nagharing gahum. Ang iyang nakita ug nadungog mahitungod sa tawhanong paglupig ug kadaotan nakapasakit sa iyang kalag, ug siya nagminatay sa mapait adlaw ug gabii. Apan ang kahibulongang mga simbolo nga gipakita sa iyang atubangan tupad sa suba sa Chebar nagpadayag sa usa ka nagamando nga gahum nga labi pang makagagahum kay sa gahum sa mga magmamando sa yuta. Labaw sa mga mapahitas-on ug mabangis nga mga monarka sa Assyria ug Babilonia, ang Dios sa kalooy ug kamatuoran naglingkod sa trono. ”</w:t>
      </w:r>
    </w:p>
    <w:p>
      <w:pPr>
        <w:pStyle w:val="ArticleScripture"/>
        <w:jc w:val="left"/>
      </w:pPr>
      <w:r>
        <w:rPr>
          <w:rFonts w:ascii="Times New Roman" w:hAnsi="Times New Roman" w:eastAsia="Times New Roman" w:cs="Times New Roman"/>
        </w:rPr>
        <w:t>“Ang daw sama sa ligid nga mga kalisdanan nga nakita sa manalagna nga nalangkob sa maong pagkalibog, gigiyahan sa usa ka walay kinutuban nga kamot. Ang Espiritu sa Dios, nga gipadayag kaniya ingon nga nagpalihok ug nagmando niining mga ligid, nagdala ug panag-uyon gikan sa pagkalibog; busa ang tibuok kalibutan nailalom sa Iyang pagpugong. Linibo ka minilyon nga mga mahimayaong binuhat andam sa Iyang pulong sa pagpugong sa gahum ug palisiya sa daotang mga tawo, ug sa pagdala ug kaayohan ngadto sa Iyang mga matinumanon.”</w:t>
      </w:r>
    </w:p>
    <w:p>
      <w:pPr>
        <w:pStyle w:val="ArticleScripture"/>
        <w:jc w:val="left"/>
      </w:pPr>
      <w:r>
        <w:rPr>
          <w:rFonts w:ascii="Times New Roman" w:hAnsi="Times New Roman" w:eastAsia="Times New Roman" w:cs="Times New Roman"/>
        </w:rPr>
        <w:t>“Sa samang paagi, sa diha nga ang Dios hapit na magpadayag ngadto sa hinigugmang si Juan sa kasaysayan sa iglesia alang sa umaabot nga mga kapanahonan, Iyang gihatagan siya ug kasigurohan sa pagtagad ug pag-atiman sa Manluluwas alang sa Iyang katawhan pinaagi sa pagpadayag kaniya sa ‘Usa nga sama sa Anak sa tawo,’ nga nagalakaw taliwala sa mga tangkawan, nga nagsimbolo sa pito ka mga iglesia. Samtang gipakita kang Juan ang ulahing dagkung mga pakigbisog sa iglesia batok sa yutan-ong mga gahum, gitugotan usab siya sa pagtan-aw sa katapusang kadaugan ug kaluwasan sa mga matinumanon. Iyang nakita ang iglesia nga gidala ngadto sa makamatay nga pakig-away batok sa mapintas nga mananap ug sa iyang larawan, ug ang pagsimba nianang mapintas nga mananap gipugos ubos sa hulga sa kamatayon. Apan sa pagtan-aw niya lapas sa aso ug kasaba sa gubat, iyang nakita ang usa ka pundok didto sa Bukid sa Sion uban sa Cordero, nga adunay, ilis sa timaan sa mapintas nga mananap, ang ‘ngalan sa Amahan nga nahisulat sa ilang mga agtang.’ Ug usab iyang nakita ang ‘mga nakadaug batok sa mapintas nga mananap, ug batok sa iyang larawan, ug batok sa iyang timaan, ug batok sa gidaghanon sa iyang ngalan, nga nanagtindog sa ibabaw sa dagat nga bildo, nga may mga alpa sa Dios’ ug nagaawit sa awit ni Moises ug sa Cordero.</w:t>
      </w:r>
    </w:p>
    <w:p>
      <w:pPr>
        <w:pStyle w:val="ArticleScripture"/>
        <w:jc w:val="left"/>
      </w:pPr>
      <w:r>
        <w:rPr>
          <w:rFonts w:ascii="Times New Roman" w:hAnsi="Times New Roman" w:eastAsia="Times New Roman" w:cs="Times New Roman"/>
        </w:rPr>
        <w:t>“Kining mga leksyon alang sa atong kaayohan. Kinahanglan nga ipahimutang nato ang atong pagtuo diha sa Dios, kay ania na sa atong atubangan ang usa ka panahon nga mosulay sa mga kalag sa mga tawo. Si Cristo, didto sa Bukid sa mga Olibo, nagsaysay pag-usab sa makahahadlok nga mga paghukom nga magauna sa Iyang ikaduhang pag-anhi: ‘Makadungog kamo ug mga gubat ug mga dungogdungog sa mga gubat.’ ‘Ang nasud motindog batok sa nasud, ug ang gingharian batok sa gingharian: ug moabut ang mga gutom, ug mga kamatay, ug mga linog, sa nagkalainlaing mga dapit. Kining tanan mao ang sinugdanan sa mga kasakit.’ Samtang kining mga tagna nakadawat ug pinasikad nga katumanan sa pagkalaglag sa Jerusalem, aduna silay labi pang tuwirang pagpasabut ngadto sa kaulahiang mga adlaw.</w:t>
      </w:r>
    </w:p>
    <w:p>
      <w:pPr>
        <w:pStyle w:val="ArticleScripture"/>
        <w:jc w:val="left"/>
      </w:pPr>
      <w:r>
        <w:rPr>
          <w:rFonts w:ascii="Times New Roman" w:hAnsi="Times New Roman" w:eastAsia="Times New Roman" w:cs="Times New Roman"/>
        </w:rPr>
        <w:t>“Nagatindog kita sa pultahan sa dagku ug mahinuklogong mga hitabo. Ang tagna paspas nga natuman. Ang Ginoo anaa na sa pultahan. Sa dili madugay moabli sa atong atubangan ang usa ka panahon nga puno sa makapahingangha nga kaikag alang sa tanang buhi. Ang mga panaglalis sa nangagi pagabanhawon pag-usab; motungha ang bag-ong mga panaglalis. Ang mga talan-awon nga pagahimoon sa atong kalibutan wala pa gani mahandom. Si Satanas nagabuhat pinaagi sa tawhanong mga ahensya. Kadtong naningkamot sa pag-usab sa Konstitusyon ug sa pagsiguro og usa ka balaod nga magapatuman sa pagtuman sa Domingo gamay ra ang ilang nahibaloan kon unsa ang mahimong sangpotanan. Ang usa ka krisis ania na gayud sa atong ibabaw.”</w:t>
      </w:r>
    </w:p>
    <w:p>
      <w:pPr>
        <w:pStyle w:val="ArticleScripture"/>
        <w:jc w:val="left"/>
      </w:pPr>
      <w:r>
        <w:rPr>
          <w:rFonts w:ascii="Times New Roman" w:hAnsi="Times New Roman" w:eastAsia="Times New Roman" w:cs="Times New Roman"/>
        </w:rPr>
        <w:t>“Apan ang mga ulipon sa Dios dili mosalig sa ilang kaugalingon niining daku nga krisis. Diha sa mga panan-awon nga gihatag kang Isaias, kang Ezequiel, ug kang Juan atong makita kon unsa kakusog ang kalambigitan sa langit sa mga hitabo nga nagakahitabo sa ibabaw sa yuta, ug kon unsa kadaku ang pag-atiman sa Dios alang kanila nga matinumanon Kaniya. Ang kalibotan dili walay Magmamando. Ang laraw sa umaabot nga mga panghitabo anaa sa mga kamot sa Ginoo. Ang Kamahalan sa langit nagkupot sa kapalaran sa mga nasod, maingon man sa mga kalihokan sa Iyang iglesia, diha sa Iyang kaugalingong pagdumala.” Testimonies, volume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Kan-uman ug Pito</dc:title>
  <dc:subject>Paghubad sa Tagna: Pagbukas sa Kasaysayanon ug Matagnaong Kamahinungdanon sa Daniel 11:10 ug sa Labaw Pa</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