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Kan-uman ug Walo</w:t>
      </w:r>
    </w:p>
    <w:p>
      <w:pPr>
        <w:pStyle w:val="ArticleSubtitle"/>
        <w:jc w:val="left"/>
      </w:pPr>
      <w:r>
        <w:rPr>
          <w:rFonts w:ascii="Arial" w:hAnsi="Arial" w:eastAsia="Arial" w:cs="Arial"/>
        </w:rPr>
        <w:t>Pagpadayag sa Propetikong Kamatuoran: Ang Ikaduhang Gubat sa mga Proxy Wars ug ang Pagtimri sa 144,000</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2024-03-30</w:t>
      </w:r>
    </w:p>
    <w:p>
      <w:pPr>
        <w:pStyle w:val="ArticleBody"/>
        <w:jc w:val="left"/>
      </w:pPr>
      <w:r>
        <w:rPr>
          <w:rFonts w:ascii="Times New Roman" w:hAnsi="Times New Roman" w:eastAsia="Times New Roman" w:cs="Times New Roman"/>
        </w:rPr>
        <w:t>Giatubang na nato karon ang ikaduhang gubat sa mga proxy war, ingon sa gihulagway sa Daniel kapitulo onse, bersikulo onse ug dose. Ang ikaduhang gubat diha sa maong mga bersikulo nag-ila sa gubat sa Ukraine, tali sa ateistang gahum sa Rusya ug sa nasod sa Ukraine. Diha sa mga bersikulo, si Putin madaogon, maingon kang Ptolemy IV, apan human sa iyang kadaugan siya pagabayawon diha sa iyang kaugalingong kasingkasing, ug ang iyang narsisistikong pagbayaw sa kaugalingon maoy mahimong paagi sa iyang Waterloo. Ang historikal nga representasyon niining kasamtangang kasaysayan mapuslanon lamang alang kanila nga nakasabut kon unsay ginarepresentar sa kasamtangang kasaysayan sa espirituwal.</w:t>
      </w:r>
    </w:p>
    <w:p>
      <w:pPr>
        <w:pStyle w:val="ArticleBody"/>
        <w:jc w:val="left"/>
      </w:pPr>
      <w:r>
        <w:rPr>
          <w:rFonts w:ascii="Times New Roman" w:hAnsi="Times New Roman" w:eastAsia="Times New Roman" w:cs="Times New Roman"/>
        </w:rPr>
        <w:t>Sa bersikulo uno sa kapitulo diyes, si Daniel, nga nagrepresentar sa katawohan sa Dios sa kataposang mga adlaw, giila nga nakasabut sa “pananaon” ug sa “butang.” Ang panan-awon ug ang butang sa makadaghan gibutyag nga magkauban, apan lahi sa usag usa, ingon nga usa ka linya sa kamatuoran. Mao kini ang mga Suba sa Ulai ug Hiddekel. Mao kini ang mga panan-awon nga “mareh” ug “chazon.” Mao kini ang tagna sa duha ka libo lima ka gatus ug baynte ka tuig nga may kalabutan sa tagna sa duha ka libo tulo ka gatus ka tuig. Mao kini ang sulodnon ug gawasnon nga pagpamatuod sa katawohan sa Dios. Ang Ginoo dili magsubli sa mga butang nga walay kamahinungdanon. Ang lagda sa unang paghisgot nagpaila nga tungod kay ang unang butang nga gisulti kanato mahitungod kang Daniel, diha sa iyang katapusang panan-awon, mao nga siya nagrepresentar sa katawohan sa Dios sa kataposang mga adlaw nga nakasabut sa “chazon” ug sa “mareh.” Busa ang panan-awon ug ang butang mahinungdanon gayod nga makita, kon ang profetikong kasaysayan sa mga bersikulo onse ug dose pagasaboton sa husto.</w:t>
      </w:r>
    </w:p>
    <w:p>
      <w:pPr>
        <w:pStyle w:val="ArticleBody"/>
        <w:jc w:val="left"/>
      </w:pPr>
      <w:r>
        <w:rPr>
          <w:rFonts w:ascii="Times New Roman" w:hAnsi="Times New Roman" w:eastAsia="Times New Roman" w:cs="Times New Roman"/>
        </w:rPr>
        <w:t>Si Daniel nagrepresentar sa usa ka gatus ug kap-atan ug upat ka libo diha sa Pinadayag kapitulo onse, nga hingpit nga nagsubli sa sambingay sa napulo ka mga ulay, nga natuman sa kasaysayan sa mga Millerite. Sila, sama sa mga Millerite, nakaagom ug unang kapakyasan, nga sa Pinadayag kapitulo onse gihulagway ingon nga gipamatay sa ateistang “woke” nga mananap nga gikan sa bung-aw nga walay kinatumyan, ug nga unya nangahigda nga patay sa dalan sa dakong siyudad sa Egipto ug Sodoma, diin usab si Cristo gilansang sa krus. Ang ilang kamatayon nagmugna ug “kalipay” alang sa mga sumusunod sa dragon, apan nagmugna kini ug pagbangotan diha kang Daniel.</w:t>
      </w:r>
    </w:p>
    <w:p>
      <w:pPr>
        <w:pStyle w:val="ArticleBody"/>
        <w:jc w:val="left"/>
      </w:pPr>
      <w:r>
        <w:rPr>
          <w:rFonts w:ascii="Times New Roman" w:hAnsi="Times New Roman" w:eastAsia="Times New Roman" w:cs="Times New Roman"/>
        </w:rPr>
        <w:t>Ang kasaysayan sa pagtimri sa usa ka gatus kap-atan ug upat ka libo gilarawan usab pinaagi sa pagkabanhaw ni Lazaro, kansang pagkabanhaw giila ingon nga buhat sa pagtimri sa buluhaton ni Cristo, ug kinsa, isip usa ka simbolo niadtong mga gitimrihan ni Cristo, nangulo sa madaugong pagsulod ngadto sa Jerusalem, nga naghulagway sa lihok sa Tungang Gabii nga Singgit sa kasaysayan sa mga Millerite, ug usab sa kasaysayan sa usa ka gatus kap-atan ug upat ka libo. Ang pagkabanhaw ni Lazaro nahitabo samtang ang iyang mga igsoong babaye, si Maria ug si Marta, nagbakho, maingon usab kang Daniel sulod sa kaluhaan ug usa ka adlaw sa kapitulo napulo. Sa kapitulo napulo, ang pagbakho ni Daniel matapos pinaagi sa pagkanaog ni Miguel, ang mao gayud nga persona kansang “tingog” maoy nagdala kang Lazaro ug kang Moises pagbalik ngadto sa kinabuhi. Ang pagkabanhaw sa duha ka mga saksi diha sa Pinadayag kapitulo onse gilarawan pinaagi kang Daniel nga nabag-o tungod sa hinungdanong panan-awon sa “marah.”</w:t>
      </w:r>
    </w:p>
    <w:p>
      <w:pPr>
        <w:pStyle w:val="ArticleBody"/>
        <w:jc w:val="left"/>
      </w:pPr>
      <w:r>
        <w:rPr>
          <w:rFonts w:ascii="Times New Roman" w:hAnsi="Times New Roman" w:eastAsia="Times New Roman" w:cs="Times New Roman"/>
        </w:rPr>
        <w:t>Sa ikanapulo nga kapitulo, si Daniel nagrepresentar sa pagpatik sa usa ka gatus ug kap-atan ug upat ka libo nga girepresentar usab diha sa ikanapulo ug usa nga kapitulo sa Pinadayag. Diha sa maong kapitulo, si Gabriel sa tin-aw nagpahayag nga mianhi siya kang Daniel aron pasabton si Daniel kon unsa ang mahitabo sa katawohan sa Dios sa kataposang mga adlaw. Ang mensahe mahitungod sa mahitabo sa katawohan sa Dios sa kataposang mga adlaw, sa pagka-propetiko, gipahimutang sulod sa konteksto sa usa ka mensahe nga ginapamatud-an pinaagi sa pamaagi sa pagpatong sa propetikong linya ibabaw sa propetikong linya. Sulod niana nga aplikasyon ang lagda sa unang paghisgot nagapakita nga ang husto nga pagsabot makita lamang niadtong makakita sa sulodnon ug gawasnong mga kamatuoran diha sa mga linya nga gidugtong pagtinapok. Sila mao kadtong nakasabot sa “panan-awon” ug sa “butang”.</w:t>
      </w:r>
    </w:p>
    <w:p>
      <w:pPr>
        <w:pStyle w:val="ArticleBody"/>
        <w:jc w:val="left"/>
      </w:pPr>
      <w:r>
        <w:rPr>
          <w:rFonts w:ascii="Times New Roman" w:hAnsi="Times New Roman" w:eastAsia="Times New Roman" w:cs="Times New Roman"/>
        </w:rPr>
        <w:t>Ang usa ka gatus ug kap-atan ug upat ka libo makasabut sa mensaheng matagnaon, apan ila usab nga masinati ang maong mensahe, kay ang mensahe ug ang kasinatian dili mahimong bulagon. Ang mensahe mao ang nagabalaan, kay ang mensahe mao ang Pulong sa Dios, ug si Cristo mao ang Pulong sa Dios, ug ang Pulong sa Dios mao ang Kamatuoran. Ang Iyang mensahe ginapamatuoran ingon nga Kamatuoran, tungod kay kini girepresentar pinaagi sa mga prinsipyo sa matagnaong pag-aplikar nga walay labaw ni kulang kondili ang mga prinsipyo sa kung kinsa Siya ug unsa Siya. Siya mao si Palmoni, ang Katingalahang Tig-ihap, ang Tig-ihap sa mga Tinago. Siya mao ang Katingalahang Lingguwista, ang sinugdanan ug ang katapusan, ang nahauna ug ang naulahi, ang Alpha ug Omega. Kini nga mga elemento sa kung kinsa Siya mao ang naghubit sa matagnaong mga lagda nga nagatukod sa mensahe sa tagna, ug nagmugna sa kasinatian sa tagna.</w:t>
      </w:r>
    </w:p>
    <w:p>
      <w:pPr>
        <w:pStyle w:val="ArticleBody"/>
        <w:jc w:val="left"/>
      </w:pPr>
      <w:r>
        <w:rPr>
          <w:rFonts w:ascii="Times New Roman" w:hAnsi="Times New Roman" w:eastAsia="Times New Roman" w:cs="Times New Roman"/>
        </w:rPr>
        <w:t>Sa dili pa moabot ang Ulai ug Hiddekel, ang duha ka dagkong mga suba sa Shinar, sa Gulpo sa Persia, kini nagaporma ug usa ka malapukanon nga dapit duol sa ilang panagtagbo nga gitawag ug Shatt al-Arab, apan wala sila mahiusa ngadto sa usa lamang ka suba. Ang Shatt al-Arab usa ka subang delta nga naporma pinaagi sa panag-abot sa mga suba sa Eufrates ug Tigris, ingon man sa pipila ka gagmayng mga suba ug sapa. Apan, bisan sulod sa rehiyon sa delta, ang Eufrates ug Tigris nagapadayon sa ilang tagsa-tagsa nga pagkaila ug nagapaagay ngadto sa Gulpo sa Persia ingon nga managlahing mga suba. Ang sulodnon ug gawasnong mga mensahe sa tagna nagapadayon sa ilang managlahing relasyon, apan sa pag-abot nila sa ilang katapusan (sa katapusang mga adlaw), sila nagapamunga ug usa ka delta nga adunay pipila ka nakaamot nga mga suba ug mga sapa. Si Jesus nagalarawan sa espirituwal pinaagi sa kinaiyahan, ug sa katapusang mga adlaw ang epekto sa matag panan-awon nagaporma ug usa ka yutang binahaon sa delta, bisan pa nga ang duha ka dagkong mga suba nagapadayon sa ilang managlahing mga tahas.</w:t>
      </w:r>
    </w:p>
    <w:p>
      <w:pPr>
        <w:pStyle w:val="ArticleBody"/>
        <w:jc w:val="left"/>
      </w:pPr>
      <w:r>
        <w:rPr>
          <w:rFonts w:ascii="Times New Roman" w:hAnsi="Times New Roman" w:eastAsia="Times New Roman" w:cs="Times New Roman"/>
        </w:rPr>
        <w:t>Ang kalig-onan sa kawhaan ug usa ka adlaw sa pagbangotan nahiuyon sa panahon nga ang duha ka mga saksi patay diha sa dalan, ug kana nga yugto sa panahon nagsugod uban sa unang kapakyasan sa gipaabot, ug sa panahon sa paglangan. Kining yugtoa sa panahon mahitabo sulod sa mas halapad nga yugto sa panahon, diin ang pagtimri sa usa ka gatus kap-atan ug upat ka libo matuman. Ang pagtimri wala magsugod sa panahon sa katapusan niadtong 1989; kini nagsugod sa dihang si Cristo, ingon nga ikatulong manulonda, mikunsad niadtong Septiyembre 11, 2001. Iyang gidala ang Iyang katawhan ngadto sa ilang ikaduhang pagduaw sa Kades, ug niining higayona ang pipila nga andam mosulod sa yutang saad. Ang kasinatian sa katawhan sa Dios sukad sa panahon sa katapusan niadtong 1989 hangtod sa Septiyembre 11, 2001, wala makatimri kanila. Ang pagtimri nagsugod sa dihang mikunsad si Cristo ug gipatingog ang unang nota sa ikapitong trumpeta sa ikatulong kaalaotan.</w:t>
      </w:r>
    </w:p>
    <w:p>
      <w:pPr>
        <w:pStyle w:val="ArticleBody"/>
        <w:jc w:val="left"/>
      </w:pPr>
      <w:r>
        <w:rPr>
          <w:rFonts w:ascii="Times New Roman" w:hAnsi="Times New Roman" w:eastAsia="Times New Roman" w:cs="Times New Roman"/>
        </w:rPr>
        <w:t>Ang pagpatingog sa ikapitong trumpeta mao ang dapit diin mahuman ang tinago sa Dios, ug kana nga tinago nagrepresentar sa pagselyo sa usa ka gatus ug kap-atan ug upat ka libo, nga mahitabo sa panahon sa pagpatingog nianang trumpeta. Kana nga trumpeta mopatingog ug tulo ka nota, kay kini mao ang Kamatuoran. Ang unang nota mao ang Setyembre 11, 2001, ang ikaduhang nota mao ang Oktubre 7, 2023, ug ang ikatulo sa tulo ka nota anaa sa haduol nang umalabot nga balaod sa Dominggo. Kadtong tulo ka nota mao ang tulo ka mga lakang nga kanunay anaa sa kamatuoran. Ang tulo ka paghikap kang Daniel sa kapitulo napulo nagdugtong sa iyang kasinatian ngadto sa yugto sa kasaysayan nga girepresentahan sa tulo ka nota sa ikapitong trumpeta.</w:t>
      </w:r>
    </w:p>
    <w:p>
      <w:pPr>
        <w:pStyle w:val="ArticleBody"/>
        <w:jc w:val="left"/>
      </w:pPr>
      <w:r>
        <w:rPr>
          <w:rFonts w:ascii="Times New Roman" w:hAnsi="Times New Roman" w:eastAsia="Times New Roman" w:cs="Times New Roman"/>
        </w:rPr>
        <w:t>Ang mensaheng profetiko nga nagpatungha sa epekto sa pagkabag-o ngadto sa dagway ni Cristo, nga gihulagway ni Daniel sa kapitulo napulo, mao ang mensahe mahitungod sa mahitabo sa katawohan sa Dios sa ulahing mga adlaw, apan dili ang ulahing mga adlaw sa kinatibuk-ang diwa. Kini mao ang mensahe nga masabtan ug masinatian sa katawohan sa Dios sa panahon sa pagtimri sa usa ka gatus ug kap-atan ug upat ka libo.</w:t>
      </w:r>
    </w:p>
    <w:p>
      <w:pPr>
        <w:pStyle w:val="ArticleBody"/>
        <w:jc w:val="left"/>
      </w:pPr>
      <w:r>
        <w:rPr>
          <w:rFonts w:ascii="Times New Roman" w:hAnsi="Times New Roman" w:eastAsia="Times New Roman" w:cs="Times New Roman"/>
        </w:rPr>
        <w:t>Samtang si Gabriel nagsugod sa paglatid sa profetikong kasaysayan nga girepresentar diha sa kapitulo onse, iyang gipresentar ang piho nga mga linya sa tagna. Ang unang duha ka bersikulo nagsugod kang Cyrus (ingon kang Bush ang una), sa panahon sa katapusan niadtong 1989, ug nagpadayon hangtod sa kasaysayan ni Donald Trump ingon nga ikakwarenta ug ikalimang presidente (ang ikaunom), ug didto mihunong ang profetikong kasaysayan, hangtod nga ang kasaysayan sa United Nations (Alexander the Great), ingon nga ikapitong gingharian, hisgutan diha sa bersikulo tres ug kwatro. Busa, ang mensahe mahitungod kang Donald Trump ingon nga adunahang ikaunom nga presidente nga nagpalihok sa mga globalista, maoy kamatuoran nga natuman sa panahon sa pagtimri sa usa ka gatus ug kap-atan ug upat ka libo. Busa, kini maoy presente nga kamatuoran.</w:t>
      </w:r>
    </w:p>
    <w:p>
      <w:pPr>
        <w:pStyle w:val="ArticleBody"/>
        <w:jc w:val="left"/>
      </w:pPr>
      <w:r>
        <w:rPr>
          <w:rFonts w:ascii="Times New Roman" w:hAnsi="Times New Roman" w:eastAsia="Times New Roman" w:cs="Times New Roman"/>
        </w:rPr>
        <w:t>Sa mga bersikulo singko hangtod nuebe, ang kasaysayan sa pagkatukod sa papasiya ibabaw sa trono, gikan sa 538 hangtod sa makamatay nga samad ug sa panahon sa katapusan niadtong 1798, gipadayag. Kini, siyempre, maoy hinungdanon ug bililhon nga kamatuoran kay kini mosangkap ug mopamatuod sa bersikulo kwarenta, apan kini wala maghatag ug piho nga asoy nga profetiko nga mahitabo sulod sa panahon sa pagtak-op sa usa ka gatus ug kap-atan ug upat ka libo. Ang bersikulo diyes, sama sa mga bersikulo singko hangtod nuebe, nagapamatuod sa pagkabalido sa bersikulo kwarenta, apan wala maghisgot sa profetikong kasaysayan nga matuman sa panahon sa pagtak-op. Hinoon, kini nagtimaan sa 1989, ug busa pinaagi sa wala pagsulti niini nagatukod ug usa ka hilum nga yugto gikan sa 1989 hangtod sa balaod sa Domingo diha sa bersikulo kwarenta ug usa.</w:t>
      </w:r>
    </w:p>
    <w:p>
      <w:pPr>
        <w:pStyle w:val="ArticleBody"/>
        <w:jc w:val="left"/>
      </w:pPr>
      <w:r>
        <w:rPr>
          <w:rFonts w:ascii="Times New Roman" w:hAnsi="Times New Roman" w:eastAsia="Times New Roman" w:cs="Times New Roman"/>
        </w:rPr>
        <w:t>Ang mga bersikulo onse hangtod kinse nag-ila sa kasaysayan nga natuman sulod sa panahon sa pagpatik sa usa ka gatus ug kap-atan ug upat ka libo. Kining mga bersikulo nahiuyon sulod sa tinagong kasaysayan tali sa bersikulo dos ug tres, ug tali sa 1989 diha sa bersikulo kwarenta hangtod sa balaod sa Domingo diha sa bersikulo kwarenta ug usa. Kining mga bersikulo mao gayod ang kamatuoran alang niining panahona, ug kinahanglan ilhon ingon niana kon atong pagaanihon ang gituyo nga mga kaayohan sa pagsabot sa mga bersikulo.</w:t>
      </w:r>
    </w:p>
    <w:p>
      <w:pPr>
        <w:pStyle w:val="ArticleBody"/>
        <w:jc w:val="left"/>
      </w:pPr>
      <w:r>
        <w:rPr>
          <w:rFonts w:ascii="Times New Roman" w:hAnsi="Times New Roman" w:eastAsia="Times New Roman" w:cs="Times New Roman"/>
        </w:rPr>
        <w:t>Ang gituyo nga mga kaayohan adunay duha ka bahin, kay kini nagrepresentar sa pagsabot sa propetikanhong kasaysayan nga girepresentahan diha niini, ug usab sa kasinatian nga mapamunga pinaagi sa pagsabot sa mga kamatuoran nianang mensaheha. Ang pagsabot sa mensahe, usa ka kataposang pagdugang sa kahibalo, nga ginatuman sa panahon sa pagpatik, mao ang nagabalaan niadtong mga mahiapil sa usa ka gatus ug kap-atan ug upat ka libo. Tungod niini nga hinungdan, mahinungdanon ang pagtagad sa mga bersikulo gikan sa panglantaw sa sulod ug sa gawas.</w:t>
      </w:r>
    </w:p>
    <w:p>
      <w:pPr>
        <w:pStyle w:val="ArticleBody"/>
        <w:jc w:val="left"/>
      </w:pPr>
      <w:r>
        <w:rPr>
          <w:rFonts w:ascii="Times New Roman" w:hAnsi="Times New Roman" w:eastAsia="Times New Roman" w:cs="Times New Roman"/>
        </w:rPr>
        <w:t>Ang “pito ka mga panahon” sa Levitico 26 sa hingpit kabahin sa panahon sa pagpatik sa usa ka gatus ug kap-atan ug upat ka libo, kay ang duha ka mga pag-ampo ni Daniel, nga girepresentahan sa kapitulo 2 ug 9, nagrepresentar sa usa ka pilo-duha nga pag-ampo aron masabtan ang propetikong kasaysayan nga girepresentahan sa larawan sa mapintas nga mananap, ug usab aron madawat ang kasinatian nga mapamunga niadtong nagtuman sa pag-ampo sa Levitico 26 mahitungod sa kapasayloan sa ilang mga sala ug sa mga sala sa ilang mga amahan. Ang panggawas nga pag-ampo nagaila sa larawan sa mapintas nga mananap, ug ang pangsulod nga pag-ampo nagapamunga sa larawan ni Cristo.</w:t>
      </w:r>
    </w:p>
    <w:p>
      <w:pPr>
        <w:pStyle w:val="ArticleBody"/>
        <w:jc w:val="left"/>
      </w:pPr>
      <w:r>
        <w:rPr>
          <w:rFonts w:ascii="Times New Roman" w:hAnsi="Times New Roman" w:eastAsia="Times New Roman" w:cs="Times New Roman"/>
        </w:rPr>
        <w:t>Ang pagsabot sa kasaysayan nga girepresentahan sa nagkalainlaing mga pahayag sa Daniel onse, nga espesipikong naghisgot sa kasaysayan nga matuman sulod sa panahon sa pagpatik, girepresentahan sa pag-ampo ni Daniel sa kapitulo dos. Siya ug ang tulo ka takus naningkamot sa pagsabot sa tinagong mensahe sa damgo ni Nabucodonosor mahitungod sa larawan sa mga metal. Sa dihang ang husto nga pagsabot sa matagnaong kasaysayan nga girepresentahan sa tinagong damgo ni Nabucodonosor maila, ang maong pagsabot nagpaila sa mga nakasabut nga sila walay paglaum, gawas kon sila sa ilang kaugalingon magatuman sa kasinatian sa hingpit nga paghinulsol nga girepresentahan sa pag-ampo ni Daniel sa kapitulo nuebe.</w:t>
      </w:r>
    </w:p>
    <w:p>
      <w:pPr>
        <w:pStyle w:val="ArticleBody"/>
        <w:jc w:val="left"/>
      </w:pPr>
      <w:r>
        <w:rPr>
          <w:rFonts w:ascii="Times New Roman" w:hAnsi="Times New Roman" w:eastAsia="Times New Roman" w:cs="Times New Roman"/>
        </w:rPr>
        <w:t>Ang pagbulag sa kasinatian nga girepresentahan ni Daniel sa kapitulo napulo gikan sa propetikong asoy sa mga hitabo sa katapusang panahon diha sa kapitulo onse, maoy kapakyasan sa usa ka estudyante sa tagna. Diha sa Daniel kapitulo onse, bersikulo onse ug dose, ang gubat sa utlanan, ang Gubat sa Raphia ug ang kadaogan sa hari sa habagatan, nagrepresentar sa ikaduha sa tulo ka mga proxy nga gubat nga gimarkahan diha sa propetikong Pulong sa Dios. Ang yawe nga nagpadayag niining kapadayagan sa kamatuoran mao ang paggamit sa Talagsaong Lingguwista sa hari sa amihanan nga nag-awas ug miagi hangtod sa kuta (ang liog), diha sa bersikulo napulo. Naghatag Siya ug duha pa ka mga bersikulo nga naghisgot sa pag-awas ug pag-agi, ug sa pagbuhat niana Iyang gihiusa ang propetikong asoy sa mga hitabo ug ang kasinatian nga ang pagsabot nianang mga hitabo maoy magpatungha.</w:t>
      </w:r>
    </w:p>
    <w:p>
      <w:pPr>
        <w:pStyle w:val="ArticleScripture"/>
        <w:jc w:val="left"/>
      </w:pPr>
      <w:r>
        <w:rPr>
          <w:rFonts w:ascii="Times New Roman" w:hAnsi="Times New Roman" w:eastAsia="Times New Roman" w:cs="Times New Roman"/>
        </w:rPr>
        <w:t>Apan ang iyang mga anak mapasuko, ug magatigum ug panon sa dagkong mga kasundalohan; ug ang usa sa pagkatinuod moanhi, ug moawas nga daw baha, ug moagi: unya siya mobalik, ug mapasuko, bisan hangtod sa iyang kuta. Ug ang hari sa habagatan mapukaw sa kapungot, ug mogula ug makiggubat batok kaniya, batok sa hari sa amihanan: ug siya magapahimutang ug dakong panon; apan ang maong panon igatugyan ngadto sa iyang kamot. Ug sa diha nga nakuha na niya ang maong panon, ang iyang kasingkasing mapahitas-on; ug iyang pukanon ang daghang napulo ka libo: apan dili siya mapalig-on tungod niana. Daniel 11:10–12.</w:t>
      </w:r>
    </w:p>
    <w:p>
      <w:pPr>
        <w:pStyle w:val="ArticleBody"/>
        <w:jc w:val="left"/>
      </w:pPr>
      <w:r>
        <w:rPr>
          <w:rFonts w:ascii="Times New Roman" w:hAnsi="Times New Roman" w:eastAsia="Times New Roman" w:cs="Times New Roman"/>
        </w:rPr>
        <w:t>Sa tuig 2014, gisugdan ni Putin ang usa ka gubat sa Ukraine, ug aron maila kining kamatuoran ingon sa girepresentahan sa bersikulo onse sa kapitulo onse, ang usa ka estudyante sa tagna kinahanglan una nga makahimo sa pagtan-aw nga ang bersikulo napulo nagrepresentar sa usa ka kasaysayan nga naghulagway sa ikaduhang bahin sa bersikulo kuwarante sa Daniel kapitulo onse. Sa diha nga ila kining maila, ilang makita dayon nga ang gidugang sa bersikulo napulo ngadto sa bersikulo kuwarante mao nga, sa dihang ang Soviet Union gilagpot sa 1989, ang hari sa amihanan mitungas lamang ngadto sa iyang kuta (ang “liog”). Apan ang usa ka estudyante sa tagna dili makahibalo kon unsay gipasabot niana, hangtod nga makita niya ang Isaias kapitulo otso bersikulo otso. Unya siya adunay profetikanhong awtoridad sa pag-ila nga kining tulo ka mga bersikulo nalambigit sa usag usa pinaagi sa usa ka pahayag nga gigamit lamang sa tulo ka higayon diha sa Biblia.</w:t>
      </w:r>
    </w:p>
    <w:p>
      <w:pPr>
        <w:pStyle w:val="ArticleBody"/>
        <w:jc w:val="left"/>
      </w:pPr>
      <w:r>
        <w:rPr>
          <w:rFonts w:ascii="Times New Roman" w:hAnsi="Times New Roman" w:eastAsia="Times New Roman" w:cs="Times New Roman"/>
        </w:rPr>
        <w:t>Ang estudyante unya manginahanglan ug ikaduhang saksi nga ang tulo ka higayon nga makita sa Biblia ang pahayag nga “moulbo ug moagi sa pikas” usa ka tinuyo nga pag-usab. Ang ikaduhang saksi niini nga kamatuoran napalig-on tungod kay ang tanang tulo ka bersikulo (mga saksi) nag-ila sa usa ka hari sa amihanan nga nag-atake sa usa ka hari sa habagatan. Sa tingub, ang tulo ka mga saksi, nga napamatud-an nga mao ra nga simbolikong kasaysayan pinaagi sa duha ka matang sa sulodnong mga saksi, nagdala sa estudyante sa tagna ngadto sa pagpatong sa tanang tulo ka bersikulo sa usag usa, sa paaging linya ibabaw sa linya. Kana nga pag-aplikar mopadako sa sulod sa mga bersikulo, nga naghulagway sa gubat tali sa usa ka hari sa amihanan ug sa hari sa habagatan.</w:t>
      </w:r>
    </w:p>
    <w:p>
      <w:pPr>
        <w:pStyle w:val="ArticleBody"/>
        <w:jc w:val="left"/>
      </w:pPr>
      <w:r>
        <w:rPr>
          <w:rFonts w:ascii="Times New Roman" w:hAnsi="Times New Roman" w:eastAsia="Times New Roman" w:cs="Times New Roman"/>
        </w:rPr>
        <w:t>Ang kapitulo siyete sa Isaias, mga bersikulo otso ug nuwebe, naghatag sa yawe sa pagsulbad sa tigmo kung unsa ang girepresentahan sa “kuta” diha sa bersikulo diyes, kay ang Hebreohanong pulong alang sa “kuta” mao usab ang “kuta” nga gisudlan sa hari sa habagatan diha sa bersikulo siyete sa kapitulo onse. Ang “kuta” gihubad usab nga “kusog” sa hugpong nga “balaynga puloy-anan sa kusog” diha sa bersikulo traynta’y uno sa Daniel onse. Busa, ang duha ka bersikulo (siyete ug traynta’y uno), naghatag ug duha ka mga saksi nga ang “kuta” mao ang kaulohan sa usa ka gingharian o sa usa ka hari. Sa dihang kining kamatuoran natukod pinaagi sa duha ka mga saksi (parehong diha sa kapitulo onse), nan ang giila ni Isaias diha sa iyang malawom nga pahayag sa kapitulo siyete, mga bersikulo otso ug nuwebe, sa dihang iyang gitukod pinaagi sa duha ka sulodnong mga saksi nga ang kuta mao ang kaulohan sa usa ka gingharian, o ang hari sa gingharian, nagapamatuod nga sa wala pa ang 1989, ang Unyong Sobyet, nga ang kaulohan niini mao ang Rusya, uban sa iyang kaulohan nga siyudad sa Moscow, may pangulo nga si Mikal Gorbachev. Dili aksidente nga ang makita sa panagway nga kinaiya ni Gorbachev mao ang iyang agtang.</w:t>
      </w:r>
    </w:p>
    <w:p>
      <w:pPr>
        <w:pStyle w:val="ArticleBody"/>
        <w:jc w:val="left"/>
      </w:pPr>
      <w:r>
        <w:rPr>
          <w:rFonts w:ascii="Times New Roman" w:hAnsi="Times New Roman" w:eastAsia="Times New Roman" w:cs="Times New Roman"/>
        </w:rPr>
        <w:t>Linya ibabaw sa linya, ang konklusyon niini nga pagpadapat nagpasiugda sa kahinungdanon niini sa dihang nagaingon kini, “If ye will not believe, surely ye shall not be established.” Miingon si Jesus, “O fools, and slow of heart to believe all that the prophets have spoken.” [Tan-awa ang Lucas 24:25] Nagsulat si Ezra, “And they rose early in the morning, and went forth into the wilderness of Tekoa: and as they went forth, Jehoshaphat stood and said, Hear me, O Judah, and ye inhabitants of Jerusalem; Believe in the Lord your God, so shall ye be established; believe his prophets, so shall ye prosper.” [Tan-awa ang 2 Cronicas 20:20] Makapito sa basahon sa Pinadayag gihatag ang sugo sa pagpatalinghug. “He that hath an ear, let him hear what the Spirit saith unto the churches.”</w:t>
      </w:r>
    </w:p>
    <w:p>
      <w:pPr>
        <w:pStyle w:val="ArticleBody"/>
        <w:jc w:val="left"/>
      </w:pPr>
      <w:r>
        <w:rPr>
          <w:rFonts w:ascii="Times New Roman" w:hAnsi="Times New Roman" w:eastAsia="Times New Roman" w:cs="Times New Roman"/>
        </w:rPr>
        <w:t>Ang mapalig-on, mao ang pagpakig-uban sa mga maalamong ulay, kay ang mga buang mahinay sa kasingkasing sa pagtuo sa mga propeta. Ang mga manggialamon motuo sa gisulti sa Dios pinaagi sa Iyang mga propeta, ug sila mapalig-on ug mouswag, kay ilang madungog ang giingon sa Espiritu ngadto sa mga iglesia. Ang pag-ila sa Rusya, ug sa gubat nga gisugdan niini niadtong 2014 batok sa Ukraine, mao ang nagpalig-on niadtong mga maalamong estudyante sa tagna sa panahon nga si Cristo nagbukas sa maong kamatuoran.</w:t>
      </w:r>
    </w:p>
    <w:p>
      <w:pPr>
        <w:pStyle w:val="ArticleBody"/>
        <w:jc w:val="left"/>
      </w:pPr>
      <w:r>
        <w:rPr>
          <w:rFonts w:ascii="Times New Roman" w:hAnsi="Times New Roman" w:eastAsia="Times New Roman" w:cs="Times New Roman"/>
        </w:rPr>
        <w:t>Kana nga kamatuoran miabot sa kasaysayan niadtong 2014, nga human sa 2001, ug busa nahimutang sulod sa panahon sa pagpatik sa usa ka gatus ug kap-atan ug upat ka libo. Sa misunod nga tuig, 2015, ang labing adunahang presidente, nga mao ang ikaunom nga presidente sukad sa panahon sa katapusan niadtong 1989, misugod sa paghasmag sa mga globalista. Ang bersikulo 10 nag-ila sa kasaysayan sa 1989, apan nagatukod usab kini sa Russia ingon nga “kuta,” ug sa misunod nga duha ka bersikulo, ang Russia magsugod sa ikaduhang gubat sa mga proxy war, ug si Putin modaog nianang gubata. Ang kamatuoran sa mga bersikulo mapadayag sa dihang matuman ang kasaysayan nga ilang ginarepresentar.</w:t>
      </w:r>
    </w:p>
    <w:p>
      <w:pPr>
        <w:pStyle w:val="ArticleScripture"/>
        <w:jc w:val="left"/>
      </w:pPr>
      <w:r>
        <w:rPr>
          <w:rFonts w:ascii="Times New Roman" w:hAnsi="Times New Roman" w:eastAsia="Times New Roman" w:cs="Times New Roman"/>
        </w:rPr>
        <w:t>“Si Daniel nagatindog diha sa iyang bahin ug sa iyang dapit. Ang mga tagna ni Daniel ug ni Juan kinahanglan sabton. Sila nagahubad sa usag usa. Gihatag nila ngadto sa kalibotan ang mga kamatuoran nga ang matag usa kinahanglan makasabot. Kini nga mga tagna kinahanglan mahimong saksi sa kalibotan. Pinaagi sa ilang katumanan niining kaulahiang mga adlaw, sila sa ilang kaugalingon magapahulagway sa ilang kahulogan.” The Kress Collection, 105.</w:t>
      </w:r>
    </w:p>
    <w:p>
      <w:pPr>
        <w:pStyle w:val="ArticleBody"/>
        <w:jc w:val="left"/>
      </w:pPr>
      <w:r>
        <w:rPr>
          <w:rFonts w:ascii="Times New Roman" w:hAnsi="Times New Roman" w:eastAsia="Times New Roman" w:cs="Times New Roman"/>
        </w:rPr>
        <w:t>Ang tagna sa mga bersikulo onse ug dose nabuksan pinaagi sa ilang kasaysayanong katumanan sa panahon sa pagtimri sa usa ka gatos ug kap-atan ug upat ka libo, apan “linya ibabaw sa linya,” adunay laing mahinungdanong kamatuoran nga nalangkit niining mga bersikuloha. Aron ang estudyante sa tagna makapahiusa sa tulo ka mga tudling mahitungod sa “pag-awas, ug pagtabok,” kinahanglan usab nga iyang dad-on ang tagna sa kan-uman ug lima ka tuig ngadto sa linya sa tagna. Ang tagna sa kan-uman ug lima ka tuig maoy nagtimaan sa sinugdanan sa duha ka duha ka libo lima ka gatos ug baynte ka tuig nga mga tagna, ug kini nagpaila nga nagsugod sila nga may kalainan nga kap-atan ug unom ka tuig gikan sa usag usa. Sa pag-ila sa kan-uman ug lima ka tuig sa sinugdanan, kini nagpaila usab nga ang Alpha ug Omega magmugna ug kan-uman ug lima ka tuig sa katapusan.</w:t>
      </w:r>
    </w:p>
    <w:p>
      <w:pPr>
        <w:pStyle w:val="ArticleBody"/>
        <w:jc w:val="left"/>
      </w:pPr>
      <w:r>
        <w:rPr>
          <w:rFonts w:ascii="Times New Roman" w:hAnsi="Times New Roman" w:eastAsia="Times New Roman" w:cs="Times New Roman"/>
        </w:rPr>
        <w:t>Ang kan-uman ug lima ka tuig sa sinugdanan ug sa katapusan, ang matag usa kanila nagbaton sa timaan sa tulo ka mga waymark. Ang una mao ang 742 BC, unya napulog-siyam ka tuig sa ulahi ang 723 BC, ug dayon kap-atan ug unom ka tuig sa ulahi ang 677 BC. Kining tulo ka mga waymark gihulagway sa katapusan pinaagi sa 1798, 1844, ug 1863. Ang yugto sa kap-atan ug unom ka tuig sa sinugdanan (Alpha), nagrepresentar sa pagyatak-ilalom sa templo ug sa panon, ug ang kap-atan ug unom ka tuig sa katapusan (Omega), nagrepresentar sa pagpasig-uli sa balaang puloy-anan ug sa panon, sa dihang ang Mensahero sa Pakigsaad (nga mao usab ang Alpha ug Omega), sa kalit mosulod sa templo nga Iyang gitukod sulod sa kap-atan ug unom ka tuig gikan sa 1798 hangtod sa 1844.</w:t>
      </w:r>
    </w:p>
    <w:p>
      <w:pPr>
        <w:pStyle w:val="ArticleBody"/>
        <w:jc w:val="left"/>
      </w:pPr>
      <w:r>
        <w:rPr>
          <w:rFonts w:ascii="Times New Roman" w:hAnsi="Times New Roman" w:eastAsia="Times New Roman" w:cs="Times New Roman"/>
        </w:rPr>
        <w:t>Ang kap-atan ug unom ka tuig nga giunhan sa napulog-siyam ka tuig sa panahon sa dihang gipahayag ni Isaias ang tagna sa tuig 742 BC, nagrepresentar sa kap-atan ug unom ka tuig sa ilang pagkatapus, nga pagasundan dayon sa napulog-siyam ka tuig diha sa usa ka chiastic nga sumbanan. Ang napulog-siyam ka tuig gikan sa 1844 hangtod sa 1863 naghatag ug usa ka ilustrasyon sa mga tuyo ni Cristo alang sa usa ka gatos ug kap-atan ug upat ka libo nga nagpabiling wala matuman tungod sa pagsukol nga nahitabo nianang kasaysayana. Ang buluhaton nga gikinahanglan sa usa ka tinun-an sa tagna aron sa hustong pagbahin sa pulong sa kamatuoran mahitungod sa mga bersikulo napulo hangtod napulog-duha sa Daniel kapitulo onse, dili lamang nagapahimutang (kon ikaw motoo) nga ang Rusya maoy magpasugod sa usa ka gubat sa Ukraine niadtong 2014, kondili usab nga ang gubat pagapasugdán sa panahon sa pagtimri sa usa ka gatos ug kap-atan ug upat ka libo. Ingon kaimportante ang matagnaong kasaysayan nga girepresentahan sa mga bersikulo, ang kasaysayan usab diin ang kamatuoran nianang maong kasaysayan gibuksan gikan sa pagkakatak-om, girepresentahan usab sa kasaysayan sa napulog-siyam ka tuig gikan sa 1844 hangtod sa 1863.</w:t>
      </w:r>
    </w:p>
    <w:p>
      <w:pPr>
        <w:pStyle w:val="ArticleBody"/>
        <w:jc w:val="left"/>
      </w:pPr>
      <w:r>
        <w:rPr>
          <w:rFonts w:ascii="Times New Roman" w:hAnsi="Times New Roman" w:eastAsia="Times New Roman" w:cs="Times New Roman"/>
        </w:rPr>
        <w:t>Ang 1844 nagtimaan sa pag-abot sa ikatulong manulonda, ug kini nagatipo sa pag-abot sa ikatulong manulonda sa Septyembre 11, 2001. Ang 1863 nagarepresentar sa pagrebelde nga gisimbolohan sa pagtukod pag-usab sa Jerico. Ang waymark sa 1863 nagatipo usab sa pagkamasinugtanon sa usa ka gatus kap-atan ug upat ka libo nga gigamit aron “pabagsakon ang mga paril sa Jerico”, sa hapit na moabot nga balaod sa Dominggo. Sa mga bersikulo nga atong ginakonsiderar, ang bersikulo disi-sais nagarepresentar sa balaod sa Dominggo sa Tinipong Bansa sa Amerika. Ang bersikulo onse nagtimaan gikan sa 2014 ngadto sa kinatumyan nga kadaugan ni Putin. Ang mga bersikulo nagaila sa sinugdanan sa ikaduhang proxy war nga sundan sa ikatulong proxy war, sumala sa girepresentahan sa mga bersikulo trese ngadto sa kinse.</w:t>
      </w:r>
    </w:p>
    <w:p>
      <w:pPr>
        <w:pStyle w:val="ArticleBody"/>
        <w:jc w:val="left"/>
      </w:pPr>
      <w:r>
        <w:rPr>
          <w:rFonts w:ascii="Times New Roman" w:hAnsi="Times New Roman" w:eastAsia="Times New Roman" w:cs="Times New Roman"/>
        </w:rPr>
        <w:t>Sa pagdugtong sa bersikulo dos uban sa mga bersikulo onse ug dose, atong mailhan ang gubat sa Ukraine nga nagsugod niadtong 2014, nga gisundan dayon sa kampanya sakapresidente sa Estados Unidos niadtong 2015, ug sa misunod nga pagpili sa labing adunahang presidente niadtong 2016. Ang bersikulo dose gisundan sa panimalos sa katapusang presidente sa wala pa ang balaod sa Dominggo, sa ikatulong proxy war. Ang ikaduhang proxy war, nga mao ang gubat sa utlanan, nagsugod sa wala pa ang pagpili sa ikaunom ug labing adunahang presidente.</w:t>
      </w:r>
    </w:p>
    <w:p>
      <w:pPr>
        <w:pStyle w:val="ArticleBody"/>
        <w:jc w:val="left"/>
      </w:pPr>
      <w:r>
        <w:rPr>
          <w:rFonts w:ascii="Times New Roman" w:hAnsi="Times New Roman" w:eastAsia="Times New Roman" w:cs="Times New Roman"/>
        </w:rPr>
        <w:t>Sa kasaysayan gikan sa 1844 ngadto sa 1863, ang duha ka sungkod ni Ezekiel pagahiuson. Ang ilang pagkahiusa naglarawan sa paghiusa sa pagka-Dios ug pagkatawo, nga mao ang buluhaton sa pagtimri sa usa ka gatus ug kap-atan ug upat ka libo. Niadtong 1844 miabut ang ikatulong manulunda ug gibuksan pag-usab ang kahayag nga may kalabutan sa langitnong santuwaryo, sa balaod sa Dios, sa Igpapahulay, ug sa ikatulong manulunda. Niadtong 1849 gituy-od sa Ginoo ang Iyang kamot sa ikaduhang higayon aron tigumon ang nagkatibulaag nga panon nga nakaantus sa pagkakatibulaag sa dakong kapakyasan. Niadtong 1850 Iyang gimandoan ang Iyang katawhan sa pag-andam sa ikaduhang tsart ni Habakkuk, aron sa mahulagwayong paagi maipakita ang mensahe nga angay ilang imantala samtang Iyang gimandoan sila sa “pagpukan sa mga kuta sa Jericho”. Kana nga tsart naglakip sa “pito ka panahon” maingon usab sa “daan nga tsart”.</w:t>
      </w:r>
    </w:p>
    <w:p>
      <w:pPr>
        <w:pStyle w:val="ArticleBody"/>
        <w:jc w:val="left"/>
      </w:pPr>
      <w:r>
        <w:rPr>
          <w:rFonts w:ascii="Times New Roman" w:hAnsi="Times New Roman" w:eastAsia="Times New Roman" w:cs="Times New Roman"/>
        </w:rPr>
        <w:t>Niadtong 1856, Iyang gibuksan ang kahayag nga maoy magsilyo sa Iyang katawohan sa dili pa ang “Gubat sa Jerico”. Kining kahayag maoy pagdugang sa unang kahayag nga gipadayag sa Alpha ug Omega ngadto kang William Miller. Mao kini ang kahayag sa “pito ka mga panahon,” ingon sa balik-balik nga paghulagway niini diha sa karaang Gubat sa Jerico. Ang kahayag nga maoy magsilyo sa Iyang katawohan mao usab ang mensahe sa Laodicea nga maoy magapukaw kanila, ug magabalhin kanila pag-usab ngadto sa kasinatian sa Philadelphia. Kadtong ulahing kahayag maoy pagdugang sa unang kahayag, apan ang Iyang katawohan nagpasagad sa kahayag ug pinaagi sa ilang kapakyasan sa pagpili misulod sa pagpanglangyaw sa kamingawan sa Laodicea. Ang 1844, 1849, 1850, 1856 ug 1863 nagrepresentar sa lima ka mga timaan sa dalan nga gihulagway diha sa kasaysayan gikan sa Septiyembre 11, 2001 ngadto sa haduol nang umalabot nga balaod sa Domingo.</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Karon ang Jerico gisirhan ug maayo tungod sa mga anak sa Israel: walay migula, ug walay misulod. Ug ang Ginoo miingon kang Josue, Tan-awa, gitugyan ko na sa imong kamot ang Jerico, ug ang hari niini, ug ang mga gamhanang maisugong lalaki. Ug inyong libuton ang siyudad, kamong tanan nga mga lalaking iggugubat, ug maglibot sa palibot sa siyudad sa makausa. Mao kini ang imong pagabuhaton sulod sa unom ka adlaw. Ug pito ka mga pari ang magadala sa atubangan sa arka ug pito ka mga trumpeta nga sungay sa karnero: ug sa ikapito ka adlaw inyong libuton ang siyudad sa pito ka higayon, ug ang mga pari mohuyop sa mga trumpeta. Ug mahitabo, nga sa diha nga ilang pahabaon ang paghuyop sa sungay sa karnero, ug sa diha nga madungog ninyo ang tingog sa trumpeta, ang tanang katawhan mosinggit sa usa ka dakung singgit; ug ang paril sa siyudad mapukan nga patag, ug ang katawhan motungas, ang tagsatagsa ka tawo diretso sa iyang atubangan. Ug si Josue nga anak ni Nun mitawag sa mga pari, ug miingon kanila, Dad-a ninyo ang arka sa tugon, ug ipapas-an sa pito ka mga pari ang pito ka mga trumpeta nga sungay sa karnero sa atubangan sa arka sa Ginoo. Ug siya miingon sa katawhan, Lumabang kamo, ug liboti ang siyudad, ug paunaha ang nasangkap sa hinagiban sa atubangan sa arka sa Ginoo. Ug nahitabo, sa diha nga nakasulti na si Josue sa katawhan, nga ang pito ka mga pari nga nagadala sa pito ka mga trumpeta nga sungay sa karnero milabay sa atubangan sa Ginoo, ug mihuyop sa mga trumpeta: ug ang arka sa tugon sa Ginoo misunod kanila. Ug ang mga lalaking sinangkap sa hinagiban nanguna sa mga pari nga mihuyop sa mga trumpeta, ug ang talikod nga bantay misunod sa arka, samtang ang mga pari nagpadayon sa paglakaw ug sa paghuyop sa mga trumpeta. Ug si Josue nagsugo sa katawhan, nga nagaingon, Dili kamo mosinggit, ni magpagula ug bisan unsang tingog pinaagi sa inyong tingog, ni mogula ang bisan unsang pulong gikan sa inyong baba, hangtod sa adlaw nga ako moingon kaninyo nga mosinggit kamo; unya maninggit kamo.</w:t>
      </w:r>
    </w:p>
    <w:p>
      <w:pPr>
        <w:pStyle w:val="ArticleScripture"/>
        <w:jc w:val="left"/>
      </w:pPr>
      <w:r>
        <w:rPr>
          <w:rFonts w:ascii="Times New Roman" w:hAnsi="Times New Roman" w:eastAsia="Times New Roman" w:cs="Times New Roman"/>
        </w:rPr>
        <w:t>Busa ang arka ni Jehova milibot sa siyudad, nga miagi sa palibot niini sa makausa; ug sila mipauli ngadto sa campo, ug mipuyo sa campo. Ug si Josue mibangon pagsayo sa kabuntagon, ug ang mga sacerdote mipas-an sa arka ni Jehova. Ug ang pito ka mga sacerdote nga nagdala sa pito ka mga trumpeta nga hinimo sa sungay sa mga lakeng karnero sa atubangan sa arka ni Jehova nagpadayon sa paglakaw, ug nanaghuyop sa mga trumpeta; ug ang mga armadong tawo nag-una kanila; apan ang talikod nga panon misunod sa luyo sa arka ni Jehova, samtang ang mga sacerdote nagpadayon sa paglakaw ug nanaghuyop sa mga trumpeta. Ug sa ikaduhang adlaw ilang gilibot ang siyudad sa makausa, ug mipauli ngadto sa campo: mao kini ang ilang gibuhat sulod sa unom ka adlaw. Ug nahitabo sa ikapitong adlaw, nga sila mibangon pagsayo sa hapit na mosubang ang adlaw, ug ilang gilibot ang siyudad sa mao gihapong paagi sa makapito; kay niadtong adlawa lamang ilang gilibot ang siyudad sa makapito. Ug nahitabo sa ikapitong higayon, sa diha nga ang mga sacerdote nanaghuyop sa mga trumpeta, si Josue miingon sa katawhan, Singgit kamo; kay gihatag na ni Jehova kaninyo ang siyudad.</w:t>
      </w:r>
    </w:p>
    <w:p>
      <w:pPr>
        <w:pStyle w:val="ArticleScripture"/>
        <w:jc w:val="left"/>
      </w:pPr>
      <w:r>
        <w:rPr>
          <w:rFonts w:ascii="Times New Roman" w:hAnsi="Times New Roman" w:eastAsia="Times New Roman" w:cs="Times New Roman"/>
        </w:rPr>
        <w:t>Ug ang siyudad pagalaglagon ngadto sa Ginoo, kini ug ang tanang anaa sa sulod niini; si Rahab lamang nga bigaon maoy mabuhi, siya ug ang tanan nga uban kaniya sa balay, tungod kay iyang gitago ang mga sinugo nga among gipadala. Ug kamo, sa tanang paagi, bantayi ang inyong kaugalingon gikan sa butang nga linaglag, kay tingali unya mahimong linaglag usab kamo, kon kuhaon ninyo ang butang nga linaglag, ug himoon ninyong tinunglo ang campo sa Israel, ug samokon kini. Apan ang tanang salapi, ug bulawan, ug mga sudlanan nga tumbaga ug puthaw, balaan alang sa Ginoo: dad-on kini ngadto sa tipiganan sa bahandi sa Ginoo. Busa misinggit ang katawohan sa dihang mihuyop ang mga sacerdote sa mga trumpeta; ug nahitabo nga, sa pagkadungog sa katawohan sa tingog sa trumpeta, ug ang katawohan misinggit sa usa ka dakong singgit, ang kuta nahugno nga patag, mao nga ang katawohan misulong ngadto sa siyudad, ang matag usa diretso sa iyang atubangan, ug ilang naagaw ang siyudad.</w:t>
      </w:r>
    </w:p>
    <w:p>
      <w:pPr>
        <w:pStyle w:val="ArticleScripture"/>
        <w:jc w:val="left"/>
      </w:pPr>
      <w:r>
        <w:rPr>
          <w:rFonts w:ascii="Times New Roman" w:hAnsi="Times New Roman" w:eastAsia="Times New Roman" w:cs="Times New Roman"/>
        </w:rPr>
        <w:t>Ug gilaglag nila sa hingpit ang tanang diha sa ciudad, kapuwa lalaki ug babaye, batan-on ug tigulang, ug baka, ug carnero, ug asno, pinaagi sa sulab sa espada. Apan si Josue miingon ngadto sa duruha ka tawo nga nagsusi sa yuta, Sulod kamo sa balay sa bigaon, ug kuhaa gikan didto ang babaye, ug ang tanan nga iya, sumala sa inyong gipanumpa kaniya. Ug ang mga batan-ong lalaki nga maoy mga maniniid misulod, ug ilang gipagawas si Rahab, ug ang iyang amahan, ug ang iyang inahan, ug ang iyang mga igsoon, ug ang tanan nga iya; ug ilang gipagawas ang tanan niyang kaparyentihan, ug gipapuyo sila sa gawas sa campo sa Israel. Ug ilang gisunog ang ciudad pinaagi sa kalayo, ug ang tanan nga diha niana; gawas lamang sa salapi, ug sa bulawan, ug sa mga sudlanan nga tumbaga ug puthaw, kini ilang gibutang sa tipiganan sa balay ni Jehova. Ug giluwas ni Josue si Rahab nga bigaon nga buhi, ug ang panimalay sa iyang amahan, ug ang tanan nga iya; ug siya nagpuyo sa Israel hangtod niining adlawa; tungod kay iyang gitagoan ang mga sinugo, nga gipadala ni Josue aron sa pagsusi sa Jerico. Ug si Josue nagpapanumpa kanila niadtong panahona, nga nagaingon, Tinunglo ang tawo sa atubangan ni Jehova, nga motindog ug motukod pag-usab niining ciudad sa Jerico: sa iyang kamagulangan ibutang niya ang patukoranan niini, ug sa iyang kamanghuran ibarug niya ang mga ganghaan niini. Busa si Jehova nag-uban kang Josue; ug ang iyang kabantog mikaylap sa tibook yuta. Josue 6:1–27.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Kan-uman ug Walo</dc:title>
  <dc:subject>Pagpadayag sa Propetikong Kamatuoran: Ang Ikaduhang Gubat sa mga Proxy Wars ug ang Pagtimri sa 144,000</dc:subject>
  <dc:creator>Jeff Pippenger</dc:creator>
  <cp:keywords/>
  <dc:description>Generated by ArticleDigger from daniel\168_daniel.json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