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Kapitoan ug Lima</w:t>
      </w:r>
    </w:p>
    <w:p>
      <w:pPr>
        <w:pStyle w:val="ArticleSubtitle"/>
        <w:jc w:val="left"/>
      </w:pPr>
      <w:r>
        <w:rPr>
          <w:rFonts w:ascii="Arial" w:hAnsi="Arial" w:eastAsia="Arial" w:cs="Arial"/>
        </w:rPr>
        <w:t>Ang Mahimayaong Cristo: Mga Propetikong Pagkaparehas sa Daniel ug Pinadayag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Ang panan-awon ni Cristo sa Daniel kapitulo 10 mao ang mao gihapong panan-awon nga nakita ni Juan diha sa Pinadayag. Kini mao ang panan-awon nga “marah,” nga mao ang pambabaeng porma sa “mareh” nga panan-awon sa pagpakita ni Cristo. Ang “mareh” mao ang panan-awon sa duha ka libo ug tulo ka gatus ka tuig, ug ang pangunang kahulogan niini mao ang “pagpakita.” Ang “pagpakita” ni Cristo ngadto kang Daniel ug kang Juan, silang duha, mga panan-awon sa mahimayaong Cristo.</w:t>
      </w:r>
    </w:p>
    <w:p>
      <w:pPr>
        <w:pStyle w:val="ArticleScripture"/>
        <w:jc w:val="left"/>
      </w:pPr>
      <w:r>
        <w:rPr>
          <w:rFonts w:ascii="Times New Roman" w:hAnsi="Times New Roman" w:eastAsia="Times New Roman" w:cs="Times New Roman"/>
        </w:rPr>
        <w:t>Ug sa ikakaluhaan ug upat ka adlaw sa nahaunang bulan, samtang atua ako sa daplin sa dakong suba, nga mao ang Hiddekel; unya gibayaw ko ang akong mga mata, ug mitan-aw, ug ania karon, may usa ka tawo nga nagsul-ob ug lino, kansang hawak gibaksan sa lunsayng bulawan sa Uphaz: Ang iyang lawas usab sama sa berilo, ug ang iyang nawong ingon sa dagway sa kilat, ug ang iyang mga mata sama sa mga suga sa kalayo, ug ang iyang mga bukton ug ang iyang mga tiil sama sa kolor sa sininawng tumbaga, ug ang tingog sa iyang mga pulong sama sa tingog sa usa ka panon. Daniel 10:4–6.</w:t>
      </w:r>
    </w:p>
    <w:p>
      <w:pPr>
        <w:pStyle w:val="ArticleBody"/>
        <w:jc w:val="left"/>
      </w:pPr>
      <w:r>
        <w:rPr>
          <w:rFonts w:ascii="Times New Roman" w:hAnsi="Times New Roman" w:eastAsia="Times New Roman" w:cs="Times New Roman"/>
        </w:rPr>
        <w:t>Ang pulong “mareh” nga nagpasabot ug “panagway” gihubad sa maong pahayag ingon nga “ang panagway sa kilat.” Ang pulong gigamit upat ka higayon sa kapitulo napulo, ug sa duha ka higayon gihubad kini nga “panan-awon,” ug sa duha ka higayon nga “panagway.” Gigamit usab kini sa laing tulo ka higayon diha sa iyang pormang babaye. Ang pulong “marah” mao ang pormang babaye sa panan-awon sa “panagway.” Gihubit kini ingon nga “usa ka salamin,” ug kini usa ka “causative” nga adberbyo nga maoy hinungdan sa usa ka butang nga mahitabo sa dihang kini makita.</w:t>
      </w:r>
    </w:p>
    <w:p>
      <w:pPr>
        <w:pStyle w:val="ArticleBody"/>
        <w:jc w:val="left"/>
      </w:pPr>
      <w:r>
        <w:rPr>
          <w:rFonts w:ascii="Times New Roman" w:hAnsi="Times New Roman" w:eastAsia="Times New Roman" w:cs="Times New Roman"/>
        </w:rPr>
        <w:t>Ang usa ka adberbyong hinungdanon nagagikan sa usa ka adhetibo nga maoy hinungdan sa pagkahitabo sa usa ka butang o nagpatungha ug usa ka epekto. Sa pinulongan ug gramatika, kasagaran kini nagtumong sa mga berbo o mga pagkahimugso sa pulong nga nagpahayag sa ideya sa pagpahinabo sa usa ka tawo o usa ka butang sa pagbuhat sa usa ka lihok o sa pag-eksperyensiya sa usa ka kahimtang.</w:t>
      </w:r>
    </w:p>
    <w:p>
      <w:pPr>
        <w:pStyle w:val="ArticleBody"/>
        <w:jc w:val="left"/>
      </w:pPr>
      <w:r>
        <w:rPr>
          <w:rFonts w:ascii="Times New Roman" w:hAnsi="Times New Roman" w:eastAsia="Times New Roman" w:cs="Times New Roman"/>
        </w:rPr>
        <w:t>Pananglitan, sa hugpong sa pulong nga “She made him laugh,” ang berbo nga “made” maoy causative tungod kay kini nagpakita nga ang sujeto (she) maoy hinungdan nga ang objecto (him) mobuhat sa lihok (laughing).</w:t>
      </w:r>
    </w:p>
    <w:p>
      <w:pPr>
        <w:pStyle w:val="ArticleBody"/>
        <w:jc w:val="left"/>
      </w:pPr>
      <w:r>
        <w:rPr>
          <w:rFonts w:ascii="Times New Roman" w:hAnsi="Times New Roman" w:eastAsia="Times New Roman" w:cs="Times New Roman"/>
        </w:rPr>
        <w:t>“Gipaayo ko ang akong sakyanan.” (Niini nga tudling-pulong, ang simuno nga “ako” maoy hinungdan nga laing tawo maoy naghimo sa aksiyon sa pag-ayo sa sakyanan.)</w:t>
      </w:r>
    </w:p>
    <w:p>
      <w:pPr>
        <w:pStyle w:val="ArticleBody"/>
        <w:jc w:val="left"/>
      </w:pPr>
      <w:r>
        <w:rPr>
          <w:rFonts w:ascii="Times New Roman" w:hAnsi="Times New Roman" w:eastAsia="Times New Roman" w:cs="Times New Roman"/>
        </w:rPr>
        <w:t>“Gipatuon niya ang iyang mga estudyante alang sa eksaminasyon.” (Dinhi, ang tag-ingon nga “Siya” maoy nagpahinungdan sa iyang mga estudyante sa pagbuhat sa lihok sa pagtuon alang sa eksaminasyon.)</w:t>
      </w:r>
    </w:p>
    <w:p>
      <w:pPr>
        <w:pStyle w:val="ArticleBody"/>
        <w:jc w:val="left"/>
      </w:pPr>
      <w:r>
        <w:rPr>
          <w:rFonts w:ascii="Times New Roman" w:hAnsi="Times New Roman" w:eastAsia="Times New Roman" w:cs="Times New Roman"/>
        </w:rPr>
        <w:t>“Nagpagupit siya sa iyang buhok.” (Niining kahimtanga, ang simuno nga “Siya” maoy nagpahimo sa laing tawo sa pagbuhat sa pagputol sa iyang buhok.)</w:t>
      </w:r>
    </w:p>
    <w:p>
      <w:pPr>
        <w:pStyle w:val="ArticleBody"/>
        <w:jc w:val="left"/>
      </w:pPr>
      <w:r>
        <w:rPr>
          <w:rFonts w:ascii="Times New Roman" w:hAnsi="Times New Roman" w:eastAsia="Times New Roman" w:cs="Times New Roman"/>
        </w:rPr>
        <w:t>“Gipaayo sa kompanya ang bilding.” (Niini nga tudling-pulong, ang kompanya maoy nagpahimo sa laing tawo sa pagbuhat sa aksiyon sa pagpaayo sa bilding.)</w:t>
      </w:r>
    </w:p>
    <w:p>
      <w:pPr>
        <w:pStyle w:val="ArticleBody"/>
        <w:jc w:val="left"/>
      </w:pPr>
      <w:r>
        <w:rPr>
          <w:rFonts w:ascii="Times New Roman" w:hAnsi="Times New Roman" w:eastAsia="Times New Roman" w:cs="Times New Roman"/>
        </w:rPr>
        <w:t>“Paatabangon nato ang mga bata sa mga buluhaton sa panimalay.” (Dinhi, ang hilisgutan nga “We” nagplano nga maoy hinungdan sa pagpahimulos sa mga bata sa lihok sa pagtabang sa mga buluhaton sa panimalay.) Sa matag usa niini nga mga pananglitan, ang mga causative nga berbo (had, made, got, get) nagpakita nga ang hilisgutan maoy hinungdan nga ang laing tawo mohimo sa lihok nga gitino sa nag-unang berbo (repaired, study, cut, renovated, help).</w:t>
      </w:r>
    </w:p>
    <w:p>
      <w:pPr>
        <w:pStyle w:val="ArticleBody"/>
        <w:jc w:val="left"/>
      </w:pPr>
      <w:r>
        <w:rPr>
          <w:rFonts w:ascii="Times New Roman" w:hAnsi="Times New Roman" w:eastAsia="Times New Roman" w:cs="Times New Roman"/>
        </w:rPr>
        <w:t>Ang panan-awon nga “mareh” sa dagway, sa dihang gipahayag sa pambabayeng porma nga “marah”, ug gihubit ingon nga “salamin,” nagpaila nga ang panan-awon sa mahimayaong Cristo ginapasanag pag-usab diha niadtong mga nagatan-aw sa maong panan-awon. Sa dihang nakita ni Daniel ang “dagway” ni Cristo nga sama sa kilat, usa ka hut-ong sa mga tawo mikalagiw tungod sa kahadlok, apan alang kang Daniel kini nagpatungha ug milagrosong kausaban sa sulod niya.</w:t>
      </w:r>
    </w:p>
    <w:p>
      <w:pPr>
        <w:pStyle w:val="ArticleScripture"/>
        <w:jc w:val="left"/>
      </w:pPr>
      <w:r>
        <w:rPr>
          <w:rFonts w:ascii="Times New Roman" w:hAnsi="Times New Roman" w:eastAsia="Times New Roman" w:cs="Times New Roman"/>
        </w:rPr>
        <w:t>Ug ako si Daniel lamang ang nakakita sa panan-awon; kay ang mga tawo nga uban kanako wala makakita sa panan-awon; apan usa ka dakong pagkurog miabot kanila, mao nga nangalagiw sila aron manago. Busa ako nahibiling nag-inusara, ug nakita ko kining daku nga panan-awon, ug walay nahibiling kusog dinhi kanako; kay ang akong katahom sa sulod nako nahimong pagkadunot, ug wala na ako makapabilin ug kusog. Daniel 10:7, 8.</w:t>
      </w:r>
    </w:p>
    <w:p>
      <w:pPr>
        <w:pStyle w:val="ArticleBody"/>
        <w:jc w:val="left"/>
      </w:pPr>
      <w:r>
        <w:rPr>
          <w:rFonts w:ascii="Times New Roman" w:hAnsi="Times New Roman" w:eastAsia="Times New Roman" w:cs="Times New Roman"/>
        </w:rPr>
        <w:t>Ang kamatuoran girepresentahan sa Hebreohanon nga pulong nga “kamatuoran,” nga naporma pinaagi sa nahaunang, ikanapulog-tulo, ug kataposang letra sa Hebreohanong alpabeto. Ang nahaunang letra ug ang kataposang letra kanunayng mao ra alang kang Cristo, isip Alpha ug Omega, nga sa kanunay nagarepresentar sa katapusan uban sa sinugdanan. Ang tunga-tunga o ikanapulog-tulong letra nagarepresentar sa pagsukol. Si Daniel nagaingon, “Ako si Daniel lamang maoy nakakita sa panan-awon,” apan ang mga tawo nga uban ni Daniel, nga nanagpuyo diha sa pagsukol, “wala makakita sa panan-awon.” Busa si Daniel “lamang” “nakakita sa dakung panan-awon.” Sa sinugdanan ug sa katapusan si Daniel lamang ang nakakita sa panan-awon, ug ang ikaduhang pakisayran maoy hinungdan nga ang mga mikalagiw magpadayag sa ilang pagsukol. Si Daniel nagarepresentar sa katawohan sa Dios sa kataposang mga adlaw nga mausab ngadto sa dagway ni Cristo pinaagi sa proseso sa pagtan-aw sa Iyang dagway. Kinahanglan natong tan-awon ang panan-awon sa “salamin.”</w:t>
      </w:r>
    </w:p>
    <w:p>
      <w:pPr>
        <w:pStyle w:val="ArticleScripture"/>
        <w:jc w:val="left"/>
      </w:pPr>
      <w:r>
        <w:rPr>
          <w:rFonts w:ascii="Times New Roman" w:hAnsi="Times New Roman" w:eastAsia="Times New Roman" w:cs="Times New Roman"/>
        </w:rPr>
        <w:t>“Kinahanglan kita nga adunay kahibalo mahitungod sa Dios pinaagi sa buhing kasinatian. Kon magpadayon kita sa pag-ila sa Ginoo, mahibaloan nato nga ang Iyang paggula andam sama sa kabuntagon. Si Cristo nagatawag kanato nga mapuno sa tanang kahupnganan sa Dios. Unya makarepresentar kita sa tinuod sa kahingpitan sa Cristohanong relihiyon. ‘Bisan kinsa ang moinom sa tubig nga akong ihatag kaniya,’ nagapahayag ang Manluluwas, ‘dili na gayud uhawon; apan ang tubig nga akong ihatag kaniya mamahimong kaniya usa ka tuboran sa tubig nga mosibol ngadto sa kinabuhing walay katapusan.’ Gusto ni Cristo nga kita mahimong mga kaubanan Niya sa pagpanarbaho. Sa diha nga mahaw-asan kita sa kaugalingon, ihatag Niya kanato ang Iyang grasya aron ipaambit ngadto sa uban. Ang duha ka sanga sa olibo, nga pinaagi sa duha ka bulawang tubo nagabubo sa bulawang lana gikan sa ilang kaugalingon, sa pagkatinuod mohatag ngadto sa hinloang mga sudlanan ug kahayag ug kalipay ug paglaum ug gugma alang niadtong nanginahanglan. Kinahanglan nga mohatag kita sa Dios labaw pa sa panagsa-panagsang pag-alagad. Apan mahimo lamang nato kini pinaagi sa pagkat-on kang Jesus, sa pag-amping sa Iyang kaaghop ug pagpaubos sa kasingkasing. Magtago kita sa atong kaugalingon diha sa Dios. Magbaton kita ug pagsalig Kaniya. Magpabilin kita diha kang Cristo. Unya kitang tanan, ‘nga may nawong nga walay tabon sa pagtan-aw ingon sa salamin sa himaya sa Ginoo, nausab ngadto sa mao rang dagway gikan sa himaya ngadto sa himaya,’—gikan sa kinaiya ngadto sa kinaiya. Ang Dios wala magpaabut ug mga butang nga dili mahimo gikan kanimo o kanako. Sa pagtan-aw Kaniya, mahimo kitang mausab ngadto sa Iyang dagway.” Signs of the Times, Abril 25, 1900.</w:t>
      </w:r>
    </w:p>
    <w:p>
      <w:pPr>
        <w:pStyle w:val="ArticleBody"/>
        <w:jc w:val="left"/>
      </w:pPr>
      <w:r>
        <w:rPr>
          <w:rFonts w:ascii="Times New Roman" w:hAnsi="Times New Roman" w:eastAsia="Times New Roman" w:cs="Times New Roman"/>
        </w:rPr>
        <w:t>Sa Daniel kapitulo napulo ug kapitulo nuebe, si Gabriel naghatag kang Daniel sa hubad sa gawasnon ug sulodnon nga mga panan-awon sa tagna, ug ang unang pahayag ni Daniel sa bersikulo uno sa kapitulo napulo mao nga siya may pagsabot sa duruha ka panan-awon, nga girepresentahan ingon nga ang “butang” ug ang “panan-awon.” Nadawat niya kana nga pagsabot sa katapusan sa kaluhaan ug usa ka adlaw diin siya diha sa pagbangotan. Kadtong kaluhaan ug usa ka adlaw natapos uban sa pag-abot ni Miguel nga arkanghel. Ang numero nga duha ka gatus ug kaluhaan, ug ang numero nga kaluhaan ug duha, nga usa ka ikanapulo o ikapulo sa duha ka gatus ug kaluhaan, usa ka simbolo alang sa paghiusa sa Pagkadiyos uban sa pagkatawo, ug sa ikakaluhaan ug duha ka adlaw si Daniel giusab ngadto sa dagway ni Cristo.</w:t>
      </w:r>
    </w:p>
    <w:p>
      <w:pPr>
        <w:pStyle w:val="ArticleScripture"/>
        <w:jc w:val="left"/>
      </w:pPr>
      <w:r>
        <w:rPr>
          <w:rFonts w:ascii="Times New Roman" w:hAnsi="Times New Roman" w:eastAsia="Times New Roman" w:cs="Times New Roman"/>
        </w:rPr>
        <w:t>Wala ako mokaon ug mga makalipay nga tinapay, ni unod ni bino wala makasulod sa akong baba, ni magdihog man ako sa akong kaugalingon bisan gayod, hangtod nga natuman ang tulo ka tibuok semana. Ug sa ikakaluhaan ug upat ka adlaw sa nahaunang bulan, samtang didto ako sa daplin sa dakong suba, nga mao ang Hiddekel; unya giyahat ko ang akong mga mata, ug mitan-aw, ug ania karon, may usa ka tawo nga nagsul-ob ug lino, kansang hawak gibaksan sa lunsay nga bulawan sa Uphaz. Daniel 10:3–5.</w:t>
      </w:r>
    </w:p>
    <w:p>
      <w:pPr>
        <w:pStyle w:val="ArticleBody"/>
        <w:jc w:val="left"/>
      </w:pPr>
      <w:r>
        <w:rPr>
          <w:rFonts w:ascii="Times New Roman" w:hAnsi="Times New Roman" w:eastAsia="Times New Roman" w:cs="Times New Roman"/>
        </w:rPr>
        <w:t>Si Daniel nagrepresentar sa katawohan sa Dios sa kataposang mga adlaw nga nakaila pinaagi sa matagnaong Pulong sa Dios nga sila gipatibulaag, ug nga sila nagabalata tungod sa ilang nagkatibulaag nga kahimtang ug nangita ug kahayag. Ang ilang nagkatibulaag nga kahimtang gihulagway ingon nga usa ka walog nga puno sa mga bukog nga patay ug mamala diha sa Ezekiel kapitulo treinta y siete. Ang mga bukog patay, ug sila nagkatibulaag, apan sila giila ingon nga balay ni Israel. Ang balay ni Israel sa kataposang mga adlaw mao ang usa ka gatos ug kap-atan ug upat ka libo. Sila nagkatibulaag, maingon nga giila ni Daniel gikan sa mga basahon ni Jeremias ug ni Moises. Sa Ezekiel, ang pagkapatay nagtimaan nga sila nakaila sa ilang kahimtang.</w:t>
      </w:r>
    </w:p>
    <w:p>
      <w:pPr>
        <w:pStyle w:val="ArticleScripture"/>
        <w:jc w:val="left"/>
      </w:pPr>
      <w:r>
        <w:rPr>
          <w:rFonts w:ascii="Times New Roman" w:hAnsi="Times New Roman" w:eastAsia="Times New Roman" w:cs="Times New Roman"/>
        </w:rPr>
        <w:t>Unya siya miingon kanako, Anak sa tawo, kining mga bukog mao ang tibuok balay sa Israel: ania karon, nagaingon sila, Ang among mga bukog nangauga na, ug ang among paglaum nawala na: kita giputol na alang sa among mga bahin. Ezekiel 37:11.</w:t>
      </w:r>
    </w:p>
    <w:p>
      <w:pPr>
        <w:pStyle w:val="ArticleBody"/>
        <w:jc w:val="left"/>
      </w:pPr>
      <w:r>
        <w:rPr>
          <w:rFonts w:ascii="Times New Roman" w:hAnsi="Times New Roman" w:eastAsia="Times New Roman" w:cs="Times New Roman"/>
        </w:rPr>
        <w:t>Ang balay sa Israel, nga mao ang mga bukog, nagpahayag nga sila “naputol gikan sa among mga bahin.” Ila nang naila ang ilang nagkatibulaag nga kahimtang. Ang balay sa Israel sa katapusang mga adlaw nagtuman sa sambingay sa napulo ka mga ulay sa tukmang-tukma gayud, ug sa kasaysayan sa Millerite ang katumanan sa pag-ila nga sila naputol gikan sa ilang mga bahin, giila sa dihang ang mga maalamong ulay miabot sa pagsabot nga sila atua sa panahon sa paglangan, ug usab nga ang panahon sa paglangan usa ka piho nga yugto sa sambingay. Kadtong anaa sa Ezekiel nga nakaila sa ilang nagkatibulaag nga kahimtang mao kadtong human sa unang kapakyasan nakaila nga sila atua sa panahon sa paglangan.</w:t>
      </w:r>
    </w:p>
    <w:p>
      <w:pPr>
        <w:pStyle w:val="ArticleBody"/>
        <w:jc w:val="left"/>
      </w:pPr>
      <w:r>
        <w:rPr>
          <w:rFonts w:ascii="Times New Roman" w:hAnsi="Times New Roman" w:eastAsia="Times New Roman" w:cs="Times New Roman"/>
        </w:rPr>
        <w:t>Ang mga bukog ni Ezekiel ug ang mga manggialamon sa sambingay sa napulo ka mga ulay, parehong girepresentahan sa pagbangotan ni Daniel sulod sa kaluhaan ug usa ka adlaw. Human sa kaluhaan ug usa ka adlaw, sa ikakaluhaan ug duha ka adlaw, mikunsad si Michael, ug si Daniel gihatagan ug panan-awon sa mahimayaong Cristo nga nag-usab kang Daniel ngadto sa dagway ni Cristo. Ang mga manggialamon nga mga ulay ug ang mga patay nga bukog kinahanglan usab nga moagi sa pagbag-o nga ginatuman pinaagi sa panan-awon sa salamin.</w:t>
      </w:r>
    </w:p>
    <w:p>
      <w:pPr>
        <w:pStyle w:val="ArticleBody"/>
        <w:jc w:val="left"/>
      </w:pPr>
      <w:r>
        <w:rPr>
          <w:rFonts w:ascii="Times New Roman" w:hAnsi="Times New Roman" w:eastAsia="Times New Roman" w:cs="Times New Roman"/>
        </w:rPr>
        <w:t>Si Daniel, ang mga uga nga bukog ni Ezekiel, ug ang mga maalamong ulay sa kasaysayan sa mga Millerite, tanan nagkatakdo uban sa duha ka mga saksi nga gipatay diha sa Pinadayag kapitulo onse. Si Moises ug si Elias gipatay, apan sila pagabanhawon sa katapusan sa tulo ug tunga ka simbolikong mga adlaw. Si Moises gibanhaw ni Miguel, sumala sa giila sa basahon sa Judas.</w:t>
      </w:r>
    </w:p>
    <w:p>
      <w:pPr>
        <w:pStyle w:val="ArticleScripture"/>
        <w:jc w:val="left"/>
      </w:pPr>
      <w:r>
        <w:rPr>
          <w:rFonts w:ascii="Times New Roman" w:hAnsi="Times New Roman" w:eastAsia="Times New Roman" w:cs="Times New Roman"/>
        </w:rPr>
        <w:t>Apan si Miguel nga arkanghel, sa nakigbisog siya sa yawa ug nakiglalis mahitungod sa lawas ni Moises, wala mangahas sa pagdala batok kaniya ug mapasipalahong sumbong, kondili miingon, Ang Ginoo magbadlong kanimo. Judas 1:9.</w:t>
      </w:r>
    </w:p>
    <w:p>
      <w:pPr>
        <w:pStyle w:val="ArticleBody"/>
        <w:jc w:val="left"/>
      </w:pPr>
      <w:r>
        <w:rPr>
          <w:rFonts w:ascii="Times New Roman" w:hAnsi="Times New Roman" w:eastAsia="Times New Roman" w:cs="Times New Roman"/>
        </w:rPr>
        <w:t>Sa Daniel kapitulo napulo, nadawat ni Daniel ang panan-awon sa salaming panglantaw sa diha nga mikunsad si Miguel human sa kawhaan ug usa ka adlaw nga pagbangotan. Ang tingog ni Miguel mao ang nagbanhaw sa mga patay.</w:t>
      </w:r>
    </w:p>
    <w:p>
      <w:pPr>
        <w:pStyle w:val="ArticleScripture"/>
        <w:jc w:val="left"/>
      </w:pPr>
      <w:r>
        <w:rPr>
          <w:rFonts w:ascii="Times New Roman" w:hAnsi="Times New Roman" w:eastAsia="Times New Roman" w:cs="Times New Roman"/>
        </w:rPr>
        <w:t>Kay ang Ginoo gayod mismo mokanaug gikan sa langit uban sa usa ka singgit, uban sa tingog sa arkanghel, ug uban sa trumpeta sa Dios; ug ang mga patay diha kang Cristo mamangon una. 1 Tesalonica 4:16.</w:t>
      </w:r>
    </w:p>
    <w:p>
      <w:pPr>
        <w:pStyle w:val="ArticleBody"/>
        <w:jc w:val="left"/>
      </w:pPr>
      <w:r>
        <w:rPr>
          <w:rFonts w:ascii="Times New Roman" w:hAnsi="Times New Roman" w:eastAsia="Times New Roman" w:cs="Times New Roman"/>
        </w:rPr>
        <w:t>Ang kapitulo diyes sa Daniel nag-ilhan sa pagbalhin sa kalihokan sa ikatulong manulonda nga Laodiceano ngadto sa kalihokan sa ikatulong manulonda nga Philadelphiano. Kini nahiuyon sa duha ka mga saksi sa Pinadayag kapitulo onse, sa mga patay nga mga bukog sa Ezequiel kapitulo treinta y siete, sa mga manggialamon nga ulay diha sa sambingay sa napulo ka mga ulay, ug sa mga Millerita nga nagtuman nianang sambingay. Gihatag ni Gabriel ang paghubad sa dakong panan-awon sa salamin nga nagapakita, samtang gitapos niya ang buhat sa paghubad nga iyang gisugdan sa kapitulo nuebe. Natuman ang paghubad pinaagi sa pag-ila ni Gabriel sa kasaysayang matagnaon nga makita sa kapitulo onse, nga sa pagkatinuod nagapadayon ngadto sa unang tulo ka mga bersikulo sa kapitulo dose. Unya sa bersikulo upat sa kapitulo dose, gisultihan si Daniel nga selyohan ang iyang basahon.</w:t>
      </w:r>
    </w:p>
    <w:p>
      <w:pPr>
        <w:pStyle w:val="ArticleBody"/>
        <w:jc w:val="left"/>
      </w:pPr>
      <w:r>
        <w:rPr>
          <w:rFonts w:ascii="Times New Roman" w:hAnsi="Times New Roman" w:eastAsia="Times New Roman" w:cs="Times New Roman"/>
        </w:rPr>
        <w:t>Sa Daniel kapitulo napulo, “line upon line”, si Daniel nagrepresentar sa katawhan sa Dios sa kaulahiang mga adlaw nga girepresentar usab sa Daniel kapitulo dos ingong mga tawo nga sa mainiton nga pagtinguha nangita sa pagsabot (ilalom sa hulga sa kamatayon) sa panggawas nga mensaheng profesiya nga girepresentar sa tinagong hulagway sa mga mananap ni Nabucodonosor. Nangita usab siya sa pagsabot sa panan-awon sa sulodnong mensaheng profesiya nga girepresentar sa duruha ka libo ug tulo ka gatus ka mga adlaw. Human sa kaluhaan ug usa ka simbolikong mga adlaw sa pagbangutan diha sa kapitulo napulo, sa katapusan girepresentar siya ingon nga nakasabot sa duruha ka pagpadayag. Ang iyang pagsabot natuman sa dihang mikunsad ang arkanghel, ug gitandog siya sa makatulo.</w:t>
      </w:r>
    </w:p>
    <w:p>
      <w:pPr>
        <w:pStyle w:val="ArticleBody"/>
        <w:jc w:val="left"/>
      </w:pPr>
      <w:r>
        <w:rPr>
          <w:rFonts w:ascii="Times New Roman" w:hAnsi="Times New Roman" w:eastAsia="Times New Roman" w:cs="Times New Roman"/>
        </w:rPr>
        <w:t>Ang iyang kasinatian uban kang Miguel, ang panan-awon mahitungod kang Miguel nga siya lamang ang nakakita, nagaandam kaniya sa pagdawat sa hingpit nga hubad sa sulodnon ug gawasnong mga panan-awon sa tagna. Kana nga kasinatian gipahayag, linya ibabaw sa linya, sa usa ka hilabihan ka masusi nga paagi sa dihang ikahiusa kini sa Ezekiel kapitulo traynta’y-siyete, Pinadayag kapitulo onse ug Isaias kapitulo sais. Ang bersikulo sa kapitulo onse diin gihiusa ni Gabriel ang duha ka panan-awon mao ang bersikulo diyes, kay didto ang hari sa amihanan mopadayon paingon ngadto sa kuta, apan dili na molabaw pa. Ang kuta mao ang nasod, o ang kaulohan, o ang hari sa Egipto sa maong bersikulo, sumala sa gihubit ni Isaias sa kapitulo siyete.</w:t>
      </w:r>
    </w:p>
    <w:p>
      <w:pPr>
        <w:pStyle w:val="ArticleScripture"/>
        <w:jc w:val="left"/>
      </w:pPr>
      <w:r>
        <w:rPr>
          <w:rFonts w:ascii="Times New Roman" w:hAnsi="Times New Roman" w:eastAsia="Times New Roman" w:cs="Times New Roman"/>
        </w:rPr>
        <w:t>Kay ang ulo sa Siria mao ang Damasco, ug ang ulo sa Damasco mao si Rezin; ug sulod sa kan-uman ug lima ka tuig ang Efraim pagadugmokon, aron dili na kini mahimong usa ka katawohan. Ug ang ulo sa Efraim mao ang Samaria, ug ang ulo sa Samaria mao ang anak nga lalake ni Remalias. Kon kamo dili motoo, sa pagkatinuod dili gayud kamo mapalig-on. Isaias 7:8, 9.</w:t>
      </w:r>
    </w:p>
    <w:p>
      <w:pPr>
        <w:pStyle w:val="ArticleBody"/>
        <w:jc w:val="left"/>
      </w:pPr>
      <w:r>
        <w:rPr>
          <w:rFonts w:ascii="Times New Roman" w:hAnsi="Times New Roman" w:eastAsia="Times New Roman" w:cs="Times New Roman"/>
        </w:rPr>
        <w:t>Sa bersikulo 10 sa kapitulo 11 sa Daniel, ang hari sa amihanan misulong ngadto sa utlanan sa Ehipto, ug ang maong bersikulo naghubit niana ingon nga “kuta” sa Ehipto (ang hari sa habagatan). Ang bersikulo 10 mahimong ipakita nga nagrepresentar sa 1989, sa dihang ang Soviet Union gipang-anod sa kapapahan ug sa iyang puli nga kasundalohan, ang Tinipong Bansa sa Amerika. Mao kadto ang nahauna sa tulo ka mga puli nga gubat, nga sa katapusan mahimong Ikatulong Gubat sa Kalibotan sa ikatulong puli nga gubat (Panium). Ang ikaduhang puli nga gubat girepresentahan sa mga bersikulo 11 ug 12, ug nagakahitabo karon sa Ukraine, diin ang Russia nagrepresentar sa hari sa habagatan, maingon nga ang Soviet Union nagrepresentar sa hari sa habagatan sa iyang kapildihan niadtong 1989.</w:t>
      </w:r>
    </w:p>
    <w:p>
      <w:pPr>
        <w:pStyle w:val="ArticleBody"/>
        <w:jc w:val="left"/>
      </w:pPr>
      <w:r>
        <w:rPr>
          <w:rFonts w:ascii="Times New Roman" w:hAnsi="Times New Roman" w:eastAsia="Times New Roman" w:cs="Times New Roman"/>
        </w:rPr>
        <w:t>Gigamit ko kaniadto ang pulong nga “cold war” aron maipakita ang kalainan tali niining tulo ka mga proxy war ug sa mga gubat pangkalibotan. Aduna gayod karon og tinuod nga pakiggubat nga nagakahitabo sa Ukraine, busa dili kini sa pagkatinuod usa ka cold war, kondili usa kini ka proxy war tali sa kapapahan ug sa iyang mga kaalyado, ug sa Russia. Apan adunay moabut nga ikatulong gubat pangkalibotan, diin halos tanang nasod pagaisipon nga mga target.</w:t>
      </w:r>
    </w:p>
    <w:p>
      <w:pPr>
        <w:pStyle w:val="ArticleScripture"/>
        <w:jc w:val="left"/>
      </w:pPr>
      <w:r>
        <w:rPr>
          <w:rFonts w:ascii="Times New Roman" w:hAnsi="Times New Roman" w:eastAsia="Times New Roman" w:cs="Times New Roman"/>
        </w:rPr>
        <w:t>“O nga ang katawohan sa Dios adunay pagbati sa nagasingabut nga pagkalaglag sa linibo ka mga siyudad, nga karon hapit na mahatag ngadto sa pagsimba sa mga dios-dios!…”</w:t>
      </w:r>
    </w:p>
    <w:p>
      <w:pPr>
        <w:pStyle w:val="ArticleScripture"/>
        <w:jc w:val="left"/>
      </w:pPr>
      <w:r>
        <w:rPr>
          <w:rFonts w:ascii="Times New Roman" w:hAnsi="Times New Roman" w:eastAsia="Times New Roman" w:cs="Times New Roman"/>
        </w:rPr>
        <w:t>“Ang paglapas hapit na makaabot sa iyang kinutoban. Ang kalibotan napuno sa kalibog, ug usa ka dakong kalisang sa dili madugay moabot ibabaw sa mga tawo. Ang katapusan haduol na kaayo. Kitang nakaila sa kamatuoran angay nang mangandam alang sa hapit na modangat ibabaw sa kalibotan ingon nga usa ka makabug-atan nga kalit nga panghitabo.” Review and Herald, September 10, 1903.</w:t>
      </w:r>
    </w:p>
    <w:p>
      <w:pPr>
        <w:pStyle w:val="ArticleBody"/>
        <w:jc w:val="left"/>
      </w:pPr>
      <w:r>
        <w:rPr>
          <w:rFonts w:ascii="Times New Roman" w:hAnsi="Times New Roman" w:eastAsia="Times New Roman" w:cs="Times New Roman"/>
        </w:rPr>
        <w:t>Sa mga bersikulo onse ug dose, pildihon sa Rusya, ang hari sa habagatan, ang pwersang kasundalohan nga puli sa kapapahan, nga girepresentahan sa rehimeng Nazi nga maoy nagdumala sa paningkamot sa gubat sa Ukraine, ug nga gisuportahan sa miaging pwersang kasundalohan nga puli sa kapapahan, ang Estados Unidos. Sa Ikaduhang Gubat sa Kalibutan, ang pwersang kasundalohan nga puli sa kapapahan, ang hari sa amihanan, batok sa Komunistang Rusya mao ang rehimeng Nazi sa Alemanya, ug kadtong pwersang kasundalohan nga puli napildi, maingon nga mapildi usab kini pag-usab sa Ukraine sa haduol nga umaabot.</w:t>
      </w:r>
    </w:p>
    <w:p>
      <w:pPr>
        <w:pStyle w:val="ArticleBody"/>
        <w:jc w:val="left"/>
      </w:pPr>
      <w:r>
        <w:rPr>
          <w:rFonts w:ascii="Times New Roman" w:hAnsi="Times New Roman" w:eastAsia="Times New Roman" w:cs="Times New Roman"/>
        </w:rPr>
        <w:t>Ang ikatulong gubat nga puli-puli girepresentahan diha sa mga bersikulo trese hangtod kinse, ug natuman sa karaang kasaysayan pinaagi sa gubat sa Panium. Ang ikatulong gubat nga puli-puli pagahimoon sa Tinipong Bansa sa Amerika, ang puli nga kasundalohan sa pagka-papa, ug ang hari sa amihanan magmadaugon nianang gubata batok sa ateismo, maingon sa iyang gibuhat sa unang gubat nga puli-puli (cold war). Sa una ug sa ikatulong gubat nga puli-puli, ang hari sa amihanan—ang pagka-papa—mopildi sa hari sa habagatan (ang Unyong Sobyet), ug dayon mopildi sa United Nations. Ang iyang puli nga kasundalohan niadtong duha ka mga gubat mao ug mamahimong pag-usab ang Tinipong Bansa sa Amerika.</w:t>
      </w:r>
    </w:p>
    <w:p>
      <w:pPr>
        <w:pStyle w:val="ArticleBody"/>
        <w:jc w:val="left"/>
      </w:pPr>
      <w:r>
        <w:rPr>
          <w:rFonts w:ascii="Times New Roman" w:hAnsi="Times New Roman" w:eastAsia="Times New Roman" w:cs="Times New Roman"/>
        </w:rPr>
        <w:t>Si Trump mapili pag-usab isip ikawalong presidente, nga mao ang usa sa pito ka mga presidente nga naghari sa Estados Unidos sukad natuman ang unang proxy war (cold war) niadtong 1989, nga mao ang panahon sa katapusan alang sa kalihokan sa reporma sa ikatulong manulonda. Si Trump nagrepresentar sa Republikano nga sungay sa mapintas nga mananap sa yuta, ug nakadawat siya ug makamatay nga samad gikan sa mga kamot sa mapintas nga mananap sa “woke” nga ateismo niadtong 2020, sa katumanan sa kapitulo onse sa Pinadayag mahitungod sa duha ka mga saksi nga gipamatay sa dalan.</w:t>
      </w:r>
    </w:p>
    <w:p>
      <w:pPr>
        <w:pStyle w:val="ArticleBody"/>
        <w:jc w:val="left"/>
      </w:pPr>
      <w:r>
        <w:rPr>
          <w:rFonts w:ascii="Times New Roman" w:hAnsi="Times New Roman" w:eastAsia="Times New Roman" w:cs="Times New Roman"/>
        </w:rPr>
        <w:t>Ang Future for America nagrepresentar sa tinuod nga Protestante nga sungay sulod sa maong kaparehong kasaysayan, ug niadtong 2020, ang Future for America nakadawat ug makamatay nga samad gikan sa mga kamot sa mananap sa “woke” nga ateyismo. Niadtong 2023, baynte-dos ka tuig human sa 2001, mikunsad si Michael sa pagsugod sa proseso nga gihulagway ni Ezekiel, Juan, Daniel, ug Isaias sa pagbanhaw sa usa ka gamhanang kasundalohan nga igaalsa ingon nga usa ka bandila sa haduol nang umalabot nga balaod sa Domingo.</w:t>
      </w:r>
    </w:p>
    <w:p>
      <w:pPr>
        <w:pStyle w:val="ArticleBody"/>
        <w:jc w:val="left"/>
      </w:pPr>
      <w:r>
        <w:rPr>
          <w:rFonts w:ascii="Times New Roman" w:hAnsi="Times New Roman" w:eastAsia="Times New Roman" w:cs="Times New Roman"/>
        </w:rPr>
        <w:t>Niadtong 1856, ang kalihukang Millerite sa Filadelfia mibalhin ngadto sa kalihukang Millerite sa Laodicea, ug didto ug nianang higayona gisalikway niini ang nadugang nga kahibalo mahitungod sa pito ka mga panahon, ug unya sa hingpit gipahuman niini ang iyang pagrebelde niadtong 1863. Ang mga Millerite mibalhin gikan sa kahimtang nga girepresentahan sa ikaunom nga iglesia sa Filadelfia, ngadto sa kasinatian sa ikapitong iglesia, ug kana nga punto sa pagbalhin nahiuyon sa kasaysayan sa 2023, sa dihang ang kalihukang Laodicea sa Future for America mobalhin gikan sa kasinatian sa ikapitong iglesia, pabalik ngadto sa kasinatian sa ikaunom nga iglesia sa Filadelfia. Niining propetikong paggamit, ang tinuod nga Protestante nga sungay, maingon sa Republikano nga sungay, mahimong ikawalo, nga gikan sa pito.</w:t>
      </w:r>
    </w:p>
    <w:p>
      <w:pPr>
        <w:pStyle w:val="ArticleBody"/>
        <w:jc w:val="left"/>
      </w:pPr>
      <w:r>
        <w:rPr>
          <w:rFonts w:ascii="Times New Roman" w:hAnsi="Times New Roman" w:eastAsia="Times New Roman" w:cs="Times New Roman"/>
        </w:rPr>
        <w:t>Ang yawi sa pag-ila nga ang gubat sa Ukraine mao ang ikaduhang proxy war, mao ang “kuta” sa bersikulo 10, ug sa bersikulo 7. Sa bersikulo 7, nga nagrepresentar sa pagdawat sa papasiya sa iyang makamatay nga samad niadtong 1798, ang hari sa habagatan misulod ngadto sa “kuta” sa hari sa amihanan, ug kini natuman pinaagi sa pagsulod sa heneral ni Napoleon sa Vatican ug sa pagdakop sa papa. Ang hari sa habagatan misulod sa kuta. Sa bersikulo 10 ang hari sa amihanan, nga nagrepresentar sa papasiya ug sa iyang proxy nga kasundalohan nga mao ang Tinipong Bansa sa Amerika, mibanlas sa estruktura sa Unyong Sobyet, apan gibiyaan niini nga nagtindog ang “kuta.” Ang “kuta” mao ang ulo, ang kaulohan—kini mao ang Russia.</w:t>
      </w:r>
    </w:p>
    <w:p>
      <w:pPr>
        <w:pStyle w:val="ArticleBody"/>
        <w:jc w:val="left"/>
      </w:pPr>
      <w:r>
        <w:rPr>
          <w:rFonts w:ascii="Times New Roman" w:hAnsi="Times New Roman" w:eastAsia="Times New Roman" w:cs="Times New Roman"/>
        </w:rPr>
        <w:t>Apan ang “ulo,” o kuta, mahimo lamang mapalig-on ibabaw sa duha o tulo ka mga saksi pinaagi sa paggamit sa Isaias kapitulo pito, bersikulo pito ug walo. Ang Isaias pito, bersikulo walo ug nuebe, mao ang pangunang punto sa reperensiya alang sa sunod-sunod nga mga artikulo ni Hiram Edson bahin sa “pito ka mga panahon” nga gipatik niadtong 1856. Ang duha ka mga bersikulo nga nagapahimutang nga ang Russia mao ang kuta nga nagmadaogon sa kasamtangang gubat sa Ukraine, mao usab ang duha ka mga bersikulo nga nagapahimutang sa sinugdanan alang sa duha ka “pito ka mga panahon,” batok sa amihanang ug habagatang mga gingharian sa Israel. Ang bersikulo napulo sa kapitulo onse nagaila sa panggawas nga panan-awon, nga gitudlo ni Sister White nga gibase sa pagbangon ug pagkapukan sa mga gingharian.</w:t>
      </w:r>
    </w:p>
    <w:p>
      <w:pPr>
        <w:pStyle w:val="ArticleScripture"/>
        <w:jc w:val="left"/>
      </w:pPr>
      <w:r>
        <w:rPr>
          <w:rFonts w:ascii="Times New Roman" w:hAnsi="Times New Roman" w:eastAsia="Times New Roman" w:cs="Times New Roman"/>
        </w:rPr>
        <w:t>“Gikan sa pagsaka ug pagkapukan sa mga nasod sumala sa klarong gipadayag diha sa mga basahon ni Daniel ug sa Pinadayag, kinahanglan kita makakat-on kon unsa ka walay kapuslanan ang yano nga gawasnong ug kalibotanon nga himaya. Ang Babilonia, uban sa tanan niyang gahum ug pagkahalangdon, nga ang sama niini wala na gayud makita sa atong kalibotan sukad niadto,—gahum ug pagkahalangdon nga sa katawhan niadtong panahona daw ingon ka lig-on ug malungtaron kaayo,—pagkatib-ula gayud kini sa hingpit! Ingon sa “bulak sa balili,” kini nangahanaw. Santiago 1:10. Sa ingon nahanaw usab ang gingharian sa Medo-Persia, ug ang mga gingharian sa Grecia ug Roma. Ug sa ingon mangahanaw ang tanan nga walay Dios nga pundasyon. Ang maoy lamang magapadayon mao ang nahigot sa Iyang katuyoan, ug nagapadayag sa Iyang kinaiya. Ang Iyang mga prinsipyo mao lamang ang bugtong malig-on nga mga butang nga nahibaloan sa atong kalibotan.” Prophets and Kings, 548.</w:t>
      </w:r>
    </w:p>
    <w:p>
      <w:pPr>
        <w:pStyle w:val="ArticleBody"/>
        <w:jc w:val="left"/>
      </w:pPr>
      <w:r>
        <w:rPr>
          <w:rFonts w:ascii="Times New Roman" w:hAnsi="Times New Roman" w:eastAsia="Times New Roman" w:cs="Times New Roman"/>
        </w:rPr>
        <w:t>Ang tulo ka proxy nga mga gubat “ginahimo nga dayag diha sa mga basahon ni Daniel ug sa Pinadayag,” ug ang yawi niini nga kamatuoran mao ang “kuta” sa bersikulo 10, sa Daniel 11. Apan ang bersikulo 10 naghisgot usab sa sulodnon nga panan-awon, kay ang sinugdanan sa duha ka “pito ka panahon” giila usab diha sa Isaias kapitulo 7 bersikulo 8 ug 9. Ang gawasnon ug sulodnon dili mahimulag, ug ang duha ka yugto sa dos mil lima ka gatus ug kaluhaan ka tuig mao usab ang duha ka sungkod ni Ezekiel, nga sa dihang pagadugtongon, nagarepresentar sa pagtimri sa usa ka gatus ug kap-atan ug upat ka libo, nga mao ang paghiusa sa Pagka-Dios uban sa pagkatawo.</w:t>
      </w:r>
    </w:p>
    <w:p>
      <w:pPr>
        <w:pStyle w:val="ArticleBody"/>
        <w:jc w:val="left"/>
      </w:pPr>
      <w:r>
        <w:rPr>
          <w:rFonts w:ascii="Times New Roman" w:hAnsi="Times New Roman" w:eastAsia="Times New Roman" w:cs="Times New Roman"/>
        </w:rPr>
        <w:t>Ang kasinatian ni Daniel uban sa panan-awon nga hinungdanon nga “marah” nagrepresentar sa linya sa tagna diin si Michael manaog ug magabanhaw sa Iyang katawhan sa katapusang mga adlaw. Kana nga pagkabanhaw nagrepresentar sa mga lakang nga ginatuman ni Cristo aron paghiusahon ang Iyang pagka-Dios uban sa pagkatawo sa Iyang katawhan sa katapusang mga adlaw. Natuman kini pinaagi sa paghiusa sa Balaang hunahuna uban sa tawhanong hunahuna aron sila makabaton ug usa ka hunahuna, ug natuman kini sa lawak sa trono, sa Labing Balaan nga Dapit, nga mao ang “kuta” nga giila ni Sister White ingon nga “kuta” (fortress) sa kalag.</w:t>
      </w:r>
    </w:p>
    <w:p>
      <w:pPr>
        <w:pStyle w:val="ArticleBody"/>
        <w:jc w:val="left"/>
      </w:pPr>
      <w:r>
        <w:rPr>
          <w:rFonts w:ascii="Times New Roman" w:hAnsi="Times New Roman" w:eastAsia="Times New Roman" w:cs="Times New Roman"/>
        </w:rPr>
        <w:t>Sa lawak sa trono, ang katawohan sa Dios sa katapusang mga adlaw modawat sa hunahuna ni Cristo ug unya palingkoron uban kang Cristo diha sa langitnong mga dapit. Ang langitnong dapit diin nagalingkod si Cristo mao ang kuta o ang ulo sa templo. Ang templo sa lawas adunay ubos nga kinaiya, nga mao ang unod, o ang lawas. Aduna usab kini ug taas nga kinaiya, nga mao ang hunahuna. Sa bersikulo napulo sa Daniel kapitulo onse, ang yawe nga nagtimaan sa kuta sa gawasnong panan-awon, nagtimaan usab sa kuta sa sulodnong panan-awon, ug sa pagbuhat niini kini nag-ila sa kasaysayan diin ang mga sungay sa Republicanism ug sa Protestantism mobalhin ngadto sa larawan sa mananap nga mapintas (Republicanism), o sa larawan sa Dios (tinuod nga Protestantismo). Ang duha ka sungay unya mahimong ikawalo nga gikan sa pito.</w:t>
      </w:r>
    </w:p>
    <w:p>
      <w:pPr>
        <w:pStyle w:val="ArticleBody"/>
        <w:jc w:val="left"/>
      </w:pPr>
      <w:r>
        <w:rPr>
          <w:rFonts w:ascii="Times New Roman" w:hAnsi="Times New Roman" w:eastAsia="Times New Roman" w:cs="Times New Roman"/>
        </w:rPr>
        <w:t>Busa ang tinuod nga sungay sa Protestantismo mao ang sungay nga Filadelfianhon nga mao ang gamhanang kasundalohan ni Ezekiel, ug ang bandila ni Isaias nga ginabayaw sa gubat batok sa larawan sa mananap, una sa Estados Unidos ug unya sa kalibotan. Ang Daniel onse, bersikulo napulo, nagtimaan sa punto sa sagradong kasaysayan diin nagsugod ang paghiusa sa mga sungkod. Ang gubat sa Ukraine nagsugod niadtong 2014, apan didto lamang sa 2022 nga nagsugod ang Russia sa pagsulong sa Ukraine. Sa 2023, kaluhaan ug duha ka tuig human sa 2001, gisugdan ni Michael ang Iyang buluhaton sa pagbanhaw niadtong nakaantus sa ilang unang kapakyasan sa katumanan sa sambingay sa napulo ka ulay niadtong 2020. Una Niyang gibanhaw ang usa ka “tingog” nga karon nagasinggit na sa kamingawan. Niadtong Hulyo 2023, kana nga tingog nagsugod sa pagsinggit, ug mao kini ang mao rang tingog nga gibanhaw sa sinugdanan sa kalihokan sa reporma sa ikatulong manulonda niadtong 1989, kay si Jesus sa kanunay nagalarawan sa katapusan pinaagi sa sinugdanan.</w:t>
      </w:r>
    </w:p>
    <w:p>
      <w:pPr>
        <w:pStyle w:val="ArticleBody"/>
        <w:jc w:val="left"/>
      </w:pPr>
      <w:r>
        <w:rPr>
          <w:rFonts w:ascii="Times New Roman" w:hAnsi="Times New Roman" w:eastAsia="Times New Roman" w:cs="Times New Roman"/>
        </w:rPr>
        <w:t>Ang “tingog” nga nagasinggit didto sa kamingawan misugod sa pagpatunog pinaagi sa pagpresentar sa Pinadayag kapitulo uno, diin ang panaghiusa sa Pagka-Dios uban sa pagkatawo girepresentar ingon nga ang Pinadayag ni Jesu-Cristo, usa ka pinadayag nga ginabuksan sa dili pa matapos ang panahon sa pagsulay. Si Daniel nakasinati nianang pinadayag diha sa kapitulo napulo, uban sa panan-awon nga “causative.” Ang panaghiusa sa Pagka-Dios uban sa pagkatawo diha sa unang mga bersikulo sa Pinadayag nagarepresentar sa labing mahinungdanong kamatuoran, pinasikad sa lagda sa unang paghisgot. Ang panaghiusa sa Pagka-Dios uban sa pagkatawo, nga mao ang pagpatik sa usa ka gatus ug kap-atan ug upat ka libo, matuman pinaagi sa Pulong sa Dios. Kana nga Pulong gihatag gikan sa Amahan ngadto sa Anak, nga maoy nagahatag niini ngadto sa Iyang manulonda, nga unya nagahatag sa mensahe ngadto sa usa ka tawhanong representante. Ang unang duha ka lakang girepresentar sa Pagka-Dios. Kining duha ka lakang nagabaton sa kalainan nga ang ikaduhang lakang sa Pagka-Dios nagarepresentar sa Pagka-Dios nga nagbuhat sa tanang butang. Ang sunod nga duha ka lakang girepresentar sa mga binuhat sa Dios. Ang unang lakang mao ang usa ka manulonda nga wala mahulog, ug ang ikaduhang pagpakita sa binuhat sa Dios mao kadto nga gihatagan sa gahum sa paglalang pag-usab sumala sa iyang kaugalingong matang. Kana nga ikaupat nga lakang, nga nagarepresentar sa pagkatawo, kinahanglan unya nga modawat sa mensahe ug ipadala kini ngadto sa mga iglesia, aron ang mga iglesia “magbasa ug mamati” niadtong mga butang nga nahisulat didto.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Pinadayag ni Jesu-Cristo, nga gihatag sa Dios kaniya, aron ipakita sa iyang mga ulipon ang mga butang nga kinahanglan sa dili madugay mahitabo; ug iyang gipadala ug gipahibalo kini pinaagi sa iyang manulonda ngadto sa iyang ulipon nga si Juan: nga naghatag ug pagpamatuod sa pulong sa Dios, ug sa pagpanghimatuod ni Jesu-Cristo, ug sa tanang butang nga iyang nakita. Bulahan ang magabasa, ug sila nga magapatalinghug sa mga pulong niini nga tagna, ug magabantay sa mga butang nga nasulat dinhi: kay ang panahon haduol na. Si Juan ngadto sa pito ka mga iglesia nga anaa sa Asia: Ang grasya maanaa kaninyo, ug ang pakigdait, gikan kaniya nga mao, ug kaniadto, ug umalabot; ug gikan sa pito ka mga Espiritu nga anaa sa atubangan sa iyang trono; Ug gikan kang Jesu-Cristo, nga mao ang matinumanong saksi, ug ang panganay gikan sa mga patay, ug ang principe sa mga hari sa yuta. Kaniya nga nahigugma kanato, ug naghugas kanato gikan sa atong mga sala pinaagi sa iyang kaugalingong dugo, Ug naghimo kanato nga mga hari ug mga sacerdote ngadto sa Dios ug iyang Amahan; kaniya ang himaya ug ang kagamhanan hangtod sa kahangturan ug walay katapusan. Amen. Ania karon, moanhi siya uban sa mga panganod; ug ang tanang mata makakita kaniya, apil usab sila nga midughang kaniya: ug ang tanang kaliwatan sa yuta magabangutan tungod kaniya. Oo, Amen. Ako mao ang Alpha ug Omega, ang sinugdanan ug ang katapusan, nagaingon ang Ginoo, nga mao, ug kaniadto, ug umalabot, ang Makagagahum sa tanan. Ako si Juan, nga usab inyong igsoon, ug kauban sa kasakitan, ug sa gingharian ug sa pailub ni Jesu-Cristo, didto sa pulo nga ginatawag ug Patmos, tungod sa pulong sa Dios, ug tungod sa pagpanghimatuod ni Jesu-Cristo. Ako diha sa Espiritu sa adlaw sa Ginoo, ug nakadungog ako sa luyo ko ug usa ka dakung tingog, ingon sa usa ka trumpeta, Nga nagaingon, Ako mao ang Alpha ug Omega, ang nahauna ug ang ulahi: ug, Ang imong nakita, isulat sa usa ka basahon, ug ipadala kini ngadto sa pito ka mga iglesia nga anaa sa Asia; ngadto sa Efeso, ug ngadto sa Esmirna, ug ngadto sa Pergamo, ug ngadto sa Tiatira, ug ngadto sa Sardis, ug ngadto sa Filadelfia, ug ngadto sa Laodicea. Pinadayag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Kapitoan ug Lima</dc:title>
  <dc:subject>Ang Mahimayaong Cristo: Mga Propetikong Pagkaparehas sa Daniel ug Pinadayag</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