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Kawaloan ug Duha</w:t>
      </w:r>
    </w:p>
    <w:p>
      <w:pPr>
        <w:pStyle w:val="ArticleSubtitle"/>
        <w:jc w:val="left"/>
      </w:pPr>
      <w:r>
        <w:rPr>
          <w:rFonts w:ascii="Arial" w:hAnsi="Arial" w:eastAsia="Arial" w:cs="Arial"/>
        </w:rPr>
        <w:t>Mga Propetikong Alyansa ug mga Gubat: Gikan sa Karaang Seleucus ngadto sa Modernong Geopolitika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Ang mga bersikulo trese ug katorse nag-ilhan sa usa ka kasaysayan diin si Seleucus ug si Felipe sa Macedon nagmugna ug usa ka pakigsaad, ug sila nagtimaan sa Tinipong Bansa sa Amerika, nga mao ang unang proxy nga kasundalohan sa Roma, ug ang Macedon (Gresya) usa ka simbolo sa United Nations. Nianang sayong kasaysayan, ang usa ka pakigsaad sa hari sa amihanan (Seleucus) ug ni Felipe (Gresya) nagrepresentar sa kasaysayan nga modala ngadto sa Gubat sa Panium, nga, duha ka siglo sa ulahi, ang ngalan sa lungsod giusab gikan sa Panium ngadto sa lungsod sa Caesarea Philippi. Ang pilo ka ngalan sa lungsod wala maghandum sa pakigsaad ni Seleucus ug ni Felipe sa Macedon.</w:t>
      </w:r>
    </w:p>
    <w:p>
      <w:pPr>
        <w:pStyle w:val="ArticleBody"/>
        <w:jc w:val="left"/>
      </w:pPr>
      <w:r>
        <w:rPr>
          <w:rFonts w:ascii="Times New Roman" w:hAnsi="Times New Roman" w:eastAsia="Times New Roman" w:cs="Times New Roman"/>
        </w:rPr>
        <w:t>Ang ngalan nga “Caesarea Philippi” naggikan sa kasaysayanong pagbag-o sa karaang siyudad nga nailhan nga Paneas o Panium. Ang siyudad sa sinugdan ginganlan ug Paneas tungod sa kaduol niini sa usa ka bantogang tuboran nga gipahinungod sa Griegong diyos nga si Pan. Ang maong tuboran, nga usa ka mahinungdanong relihiyosong dapit sa karaang panahon, misubay ngadto sa Suba sa Jordan.</w:t>
      </w:r>
    </w:p>
    <w:p>
      <w:pPr>
        <w:pStyle w:val="ArticleBody"/>
        <w:jc w:val="left"/>
      </w:pPr>
      <w:r>
        <w:rPr>
          <w:rFonts w:ascii="Times New Roman" w:hAnsi="Times New Roman" w:eastAsia="Times New Roman" w:cs="Times New Roman"/>
        </w:rPr>
        <w:t>Sa panahon sa paghari ni Haring Herodes nga Bantugan, mga unang siglo sa wala pa si Cristo, ang siyudad nakaagi ug dagkong pag-ayo, ug kini gipalapdan ug gipadayandayanan. Ang Cesarea Filipos ginganlan ni Herodes Felipe, usa ka anak ni Herodes nga Bantugan. Iyang ginganlan ang siyudad nga Cesarea agig dungog sa Romanhong Emperador nga si Cesar Augusto, ug Filipos sumala sa iyang kaugalingon nga ngalan, busa nahimo kining Cesarea Filipos. Busa, ang “Cesarea Filipos” maoy usa ka kombinasyon sa “Cesarea,” nga nagpakita sa pagpasidungog ni Herodes kang Cesar Augusto, ug “Filipos,” nga nagpasidungog kang Herodes Felipe.</w:t>
      </w:r>
    </w:p>
    <w:p>
      <w:pPr>
        <w:pStyle w:val="ArticleBody"/>
        <w:jc w:val="left"/>
      </w:pPr>
      <w:r>
        <w:rPr>
          <w:rFonts w:ascii="Times New Roman" w:hAnsi="Times New Roman" w:eastAsia="Times New Roman" w:cs="Times New Roman"/>
        </w:rPr>
        <w:t>Sa paagi sa pagtagna, ang Panium nalangkit sa usa ka kompederasyon tali kang Seleucus ug Philip sa Macedon, ug usab sa alyansa tali kang Caesar ug Herod Philip. Kining duha ka alyansa nagtumong sa alyansa tali sa Estados Unidos ug sa United Nations nga mosunod sa pagkahugno sa Russia ni Putin ingon sa girepresentahan nila Seleucus ug Philip. Nagrerepresentar usab sila sa alyansa tali sa Kapapahan, nga mao ang inahan, ug sa Estados Unidos, nga mao ang anak nga babaye, ingon sa girepresentahan nila Caesar ug Philip, nga silang duha mga representante sa Roma. Sa tingub ilang giila ang Estados Unidos nga miabot “tabok sa pangpang aron kuptan ang kamot sa gahom sa Roma,” ug miabot “ibabaw sa kahiladman aron magkupotay og mga kamot uban sa Espirituwalismo.” Sa wala pa ang balaod sa Dominggo sa bersikulo disesais, ang tulo-ka-pilo nga panaghiusa natukod na daan.</w:t>
      </w:r>
    </w:p>
    <w:p>
      <w:pPr>
        <w:pStyle w:val="ArticleBody"/>
        <w:jc w:val="left"/>
      </w:pPr>
      <w:r>
        <w:rPr>
          <w:rFonts w:ascii="Times New Roman" w:hAnsi="Times New Roman" w:eastAsia="Times New Roman" w:cs="Times New Roman"/>
        </w:rPr>
        <w:t>Ang Panium nagarepresentar sa sentro sa Griyegong pagsimba sa dios nga si Pan. Ang tuboran nga gipahinungod sa Griyegong dios nga si Pan nailhan usab niadtong panahona ingon nga ang “Mga Ganghaan sa Impiyerno,” ug sa dihang miduaw si Jesus didto, ang Iyang pahayag mahitungod sa “Mga Ganghaan sa Impiyerno” nagtimaan sa usa ka pakigbisog tali sa politikal ug relihiyosong mga kinaiya sa Gresya (globalismo), ug sa apostatang Protestantehon nga mahitabo sa kaulahiang mga adlaw. Mao kini ang gubat nga unang gisugdan sa adunahang Presidente nga nakapukaw sa gingharian sa Grecia diha sa bersikulo dos. Kini usa ka pangkalibutang gawasnong gubat ug usab usa ka sulodnong gubat sulod sa Tinipong Bansa sa Amerika.</w:t>
      </w:r>
    </w:p>
    <w:p>
      <w:pPr>
        <w:pStyle w:val="ArticleBody"/>
        <w:jc w:val="left"/>
      </w:pPr>
      <w:r>
        <w:rPr>
          <w:rFonts w:ascii="Times New Roman" w:hAnsi="Times New Roman" w:eastAsia="Times New Roman" w:cs="Times New Roman"/>
        </w:rPr>
        <w:t>Ang relihiyon sa globalismo mao ang relihiyon sa dragon, nga sa atong modernong kahimtang mao ang relihiyon sa woke-ism. Niadtong 2020, ang mananap gikan sa bung-aw nga walay kinutoban, nga giila diha sa Pinadayag kapitulo onse, nagpadayag sa iyang politikal ug relihiyosong gahum ug mipatay sa duha ka sungay sa mananap sa yuta. Kanang bung-aw nga walay kinutoban, lakip sa ubang mga butang, girepresentahan sa “Tuboran ni Pan,” nga maoy nagpakaon sa Suba sa Jordan.</w:t>
      </w:r>
    </w:p>
    <w:p>
      <w:pPr>
        <w:pStyle w:val="ArticleBody"/>
        <w:jc w:val="left"/>
      </w:pPr>
      <w:r>
        <w:rPr>
          <w:rFonts w:ascii="Times New Roman" w:hAnsi="Times New Roman" w:eastAsia="Times New Roman" w:cs="Times New Roman"/>
        </w:rPr>
        <w:t>Sa mitolohiyang Griyego, si Pan gilambigit sa kinaiyahan, sa kamingawan, ug sa musikang bukidnon, ug ang presensya sa usa ka tuboran nga gipahinungod kaniya adunay relihiyosong kamahinungdanon alang sa mga magsisimba. Ang dios nga si Pan sa kasagaran gihulagway nga may mga bitiis, sungay, ug dalunggan sa kanding. Si Pan giisip nga dios sa mga magbalantay sa karnero ug sa mga panon, ug sa kanunay gihulagway ingon nga usa ka maligdong ug malimbongong diyos nga nagdula-dula sa kalasangan ug sa kabukiran. Ang hulagway ni Pan ingon nga usa ka diyos nga may mga bitiis sa kanding nahiuyon sa Daniel kapitulo otso, diin ang Gresya girepresentahan pinaagi sa usa ka laking kanding. Ang mga kanding maoy kasagarang mananap nga binuhi sa karaang Gresya, ug sa kanunay makaplagan sa kabukirang dapit diin gitoohan nga naglatagaw si Pan. Kining paghulagwaya nahimong bantugang bahin sa ikonograpiya ni Pan ug mipadayon sa arte ug literatura sa Gresya nga naghulagway sa maong dios, lakip ang nasodnong salapi.</w:t>
      </w:r>
    </w:p>
    <w:p>
      <w:pPr>
        <w:pStyle w:val="ArticleBody"/>
        <w:jc w:val="left"/>
      </w:pPr>
      <w:r>
        <w:rPr>
          <w:rFonts w:ascii="Times New Roman" w:hAnsi="Times New Roman" w:eastAsia="Times New Roman" w:cs="Times New Roman"/>
        </w:rPr>
        <w:t>Sa dihang miduaw si Jesus sa Caesarea Philippi, Iyang gipahayag nga ang “Mga Ganghaan sa Impiyerno” dili makadaug batok sa iglesia. Ang gipahayag ni Pedro isip tubag sa pangutana ni Jesus nasabtan sa kasaysayan ug tradisyon sa Kristiyanismo ingon nga “Kristohanong Pagtuoang Pagpamatuod.”</w:t>
      </w:r>
    </w:p>
    <w:p>
      <w:pPr>
        <w:pStyle w:val="ArticleScripture"/>
        <w:jc w:val="left"/>
      </w:pPr>
      <w:r>
        <w:rPr>
          <w:rFonts w:ascii="Times New Roman" w:hAnsi="Times New Roman" w:eastAsia="Times New Roman" w:cs="Times New Roman"/>
        </w:rPr>
        <w:t>Sa pag-abot ni Jesus sa mga utlanan sa Cesarea Filipos, nangutana siya sa iyang mga tinun-an, nga nagaingon: Kinsa man kuno ako, ang Anak sa tawo, sumala sa giingon sa mga tawo? Ug sila miingon: Ang uban nagaingon nga ikaw si Juan nga Magbabautismo; ang uban, si Elias; ug ang uban pa, si Jeremias, o usa sa mga propeta. Siya miingon kanila: Apan kamo, kinsa man ako sumala sa inyong giingon? Ug si Simon Pedro mitubag ug miingon: Ikaw mao ang Cristo, ang Anak sa Dios nga buhi. Ug si Jesus mitubag ug miingon kaniya: Bulahan ikaw, Simon Barjona; kay dili unod ug dugo ang nagpadayag niini kanimo, kondili ang akong Amahan nga atua sa langit. Ug ako usab magaingon kanimo, nga ikaw si Pedro, ug ibabaw niining bato tukoron ko ang akong iglesia; ug ang mga ganghaan sa hades dili makabuntog batok niini. Ug ihatag ko kanimo ang mga yawi sa gingharian sa langit; ug bisan unsa ang imong gapuson dinhi sa yuta, pagagapuson sa langit; ug bisan unsa ang imong buhian dinhi sa yuta, pagabuhian sa langit. Unya gisugo niya ang iyang mga tinun-an nga dili nila isugilon kang bisan kinsa nga siya mao si Jesus nga Cristo. Mateo 16:13–20.</w:t>
      </w:r>
    </w:p>
    <w:p>
      <w:pPr>
        <w:pStyle w:val="ArticleBody"/>
        <w:jc w:val="left"/>
      </w:pPr>
      <w:r>
        <w:rPr>
          <w:rFonts w:ascii="Times New Roman" w:hAnsi="Times New Roman" w:eastAsia="Times New Roman" w:cs="Times New Roman"/>
        </w:rPr>
        <w:t>Kini nga teksto mahinungdanon tungod kay kini nagrepresentar sa usa ka mapasaligon nga takna sa ministeryo ni Jesus ug sa pag-uswag sa Kristohanong teyolohiya. Ang pagsugid ni Pedro kang Jesus ingon nga Mesiyas, ang Anak sa buhing Dios, giisip nga pundasyon sa Kristohanong pagtuo ug batong pamag-ang diin gitukod ang iglesia. Ang pulong nga “ibabaw niining batoa pagatukoron ko ang akong iglesia” gihubad sa tradisyong Katoliko ingon nga usa ka pagtumong kang Pedro mismo, nga giila ni Jesus ingon nga “bato” diin pagatukoron ang iglesia. Kini nga paghubad mao ang nag-alagad nga patukoranan sa pagkalabaw ug awtoridad sa papa sa Katolikong teyolohiya.</w:t>
      </w:r>
    </w:p>
    <w:p>
      <w:pPr>
        <w:pStyle w:val="ArticleBody"/>
        <w:jc w:val="left"/>
      </w:pPr>
      <w:r>
        <w:rPr>
          <w:rFonts w:ascii="Times New Roman" w:hAnsi="Times New Roman" w:eastAsia="Times New Roman" w:cs="Times New Roman"/>
        </w:rPr>
        <w:t>Sa Protestante nga teolohiya, ang “bato” wala sabta nga nagtumong kang Pedro sa iyang kaugalingon, kondili sa pagtuo nga gikumpisal ni Pedro mahitungod kang Jesus ingon nga Mesiyas ug Anak sa Dios. Niining panglantaw, ang patukoranan sa iglesia dili si Pedro, kondili ang kumpisal nga si Jesus mao ang Cristo ug ang Anak sa Dios. Bisan pa sa teolohikanhong paghubad, ang Kumpisal ni Pedro diha sa Mateo 16:13–20 giisip nga usa ka sentral ug pundasyonal nga teksto sa Kristohanong pagtuo, nga naghatag og pagpalandong sa identidad ni Jesus ingon nga Mesiyas ug Anak sa Dios, ug nga nagpamatuod sa misyon ug katuyoan sa iglesia.</w:t>
      </w:r>
    </w:p>
    <w:p>
      <w:pPr>
        <w:pStyle w:val="ArticleBody"/>
        <w:jc w:val="left"/>
      </w:pPr>
      <w:r>
        <w:rPr>
          <w:rFonts w:ascii="Times New Roman" w:hAnsi="Times New Roman" w:eastAsia="Times New Roman" w:cs="Times New Roman"/>
        </w:rPr>
        <w:t>Sa miaging artikulo among gipresentar ang usa ka pahayag gikan sa The Desire of Ages, diin si Sister White nag-ila sa pipila ka mga isyu nga nalangkit sa pagduaw ni Cristo sa Caesarea Philippi. Usa sa mga punto nga iyang namatikdan mao nga gidala ni Cristo ang mga tinun-an palayo sa impluwensiya sa mga Judio aron ipahamtang ang mga leksyon sa Caesarea Philippi.</w:t>
      </w:r>
    </w:p>
    <w:p>
      <w:pPr>
        <w:pStyle w:val="ArticleScripture"/>
        <w:jc w:val="left"/>
      </w:pPr>
      <w:r>
        <w:rPr>
          <w:rFonts w:ascii="Times New Roman" w:hAnsi="Times New Roman" w:eastAsia="Times New Roman" w:cs="Times New Roman"/>
        </w:rPr>
        <w:t>“Si Jesus ug ang Iyang mga tinun-an niadto nakasulod na sa usa sa mga lungsod duol sa Cesarea Filipos. Naa na sila sa gawas sa mga utlanan sa Galilea, sa usa ka rehiyon diin mikaylap ang pagsimba sa mga dios-dios. Dinhi ang mga tinun-an gipalayo gikan sa nagdumalang impluwensiya sa Judaismo, ug gidala ngadto sa mas suod nga pakigdugtong sa pagano nga pagsimba. Sa ilang palibot makita ang mga porma sa patuotuo nga naglungtad sa tanang bahin sa kalibotan. Gitinguha ni Jesus nga ang pagtan-aw niini nga mga butang magdala kanila sa pagbati sa ilang responsibilidad ngadto sa mga pagano. Sa panahon sa Iyang pagpuyo niining maong rehiyon, naningkamot Siya sa paglikay sa pagtudlo sa katawhan, ug sa paghalad sa Iyang kaugalingon sa labi pang bug-os ngadto sa Iyang mga tinun-an.” The Desire of Ages, 411.</w:t>
      </w:r>
    </w:p>
    <w:p>
      <w:pPr>
        <w:pStyle w:val="ArticleBody"/>
        <w:jc w:val="left"/>
      </w:pPr>
      <w:r>
        <w:rPr>
          <w:rFonts w:ascii="Times New Roman" w:hAnsi="Times New Roman" w:eastAsia="Times New Roman" w:cs="Times New Roman"/>
        </w:rPr>
        <w:t>Niadtong Hulyo 18, 2020, gikuha ni Cristo ang mga tinun-an sa Septyembre 11, 2001 gikan sa impluwensiya sa Laodiceanong Adventismo. Ang unang kapakyasan sa sambingay sa napulo ka ulay nagpatungha ug pagbulag sa kalihokan gikan sa katilingban sa mga mabugalbugalon nga anaa na sa proseso sa pagabiyaan. Kini nga kamatuoran natuman sa kasaysayan sa mga Millerita niadtong Abril 19, 1844, ug pag-usab niadtong Hulyo 18, 2020. Unya misugod ang kasaysayan sa panahon sa paglangan, ug kini nagbaton sa timaan sa “Kamatuoran” diha sa kalihokan sa nahaunang ug ikatulong mga manulonda.</w:t>
      </w:r>
    </w:p>
    <w:p>
      <w:pPr>
        <w:pStyle w:val="ArticleBody"/>
        <w:jc w:val="left"/>
      </w:pPr>
      <w:r>
        <w:rPr>
          <w:rFonts w:ascii="Times New Roman" w:hAnsi="Times New Roman" w:eastAsia="Times New Roman" w:cs="Times New Roman"/>
        </w:rPr>
        <w:t>Ang unang kapakyasan mao ang una sa tulo ka mga timaan sa dalan, ug ang maong kasaysayan natapos sa Dakong Kapakyasan sa Oktubre 22, 1844, nga nagapatigayon sa “dakong linog” sa Pinadayag kapitulo onse. Ang sinugdanan, ang unang letra sa Hebreohanong alpabeto, nagarepresentar sa usa ka kapakyasan, ug ang katapusan, ang ikakaluha ug ikaduhang letra sa Hebreohanong alpabeto, nagarepresentar usab sa usa ka kapakyasan. Ang ikapulog tulo ka letra, nga nagarepresentar sa pagsukol, nagaila sa kapakyasan sa mga buang nga ulay nga nagapadayag sa ilang nawalang kahimtang sa dihang ang tawag sa Tungang Gabhii nagaila kon kinsa ang nangandam ug kinsa ang wala mangandam alang sa krisis. Ang kawhaan ug duha ka mga letra sa Hebreohanong alpabeto nagarepresentar sa simbolo sa pagkahiusa sa Pagka-Dios uban sa pagkatawo nga natuman sulod nianang maong kasaysayan, bisan pa nga ang kasaysayan sa mga Millerita nagarepresentar sa unang Kades, ug ang atong kasaysayan karon nagarepresentar sa katapusang Kades.</w:t>
      </w:r>
    </w:p>
    <w:p>
      <w:pPr>
        <w:pStyle w:val="ArticleBody"/>
        <w:jc w:val="left"/>
      </w:pPr>
      <w:r>
        <w:rPr>
          <w:rFonts w:ascii="Times New Roman" w:hAnsi="Times New Roman" w:eastAsia="Times New Roman" w:cs="Times New Roman"/>
        </w:rPr>
        <w:t>Ang duha ka linya managsama, apan ang usa nagrepresentar sa kapakyasan sa katawohan sa Dios ug ang usa nagrepresentar sa kadaugan sa katawohan sa Dios. Sa dili pa ang krus, gidala ni Jesus ang Iyang mga tinun-an ngadto sa Panium, maingon usab nga Iyang gidala ang Iyang mga tinun-an sa katapusang mga adlaw ngadto sa Panium, ug sa pagbuhat niana Iyang gitugotan nga ang usa ka kapakyasan magpahilayo sa Iyang mga tinun-an sa katapusang mga adlaw gikan sa “controlling influence” sa Laodicean Adventism, nga girepresentahan sa “Judaism” diha sa kasaysayan sa Mateo kapitulo sais. Sa pagbuhat niana, sa samang higayon gidala usab Niya ang Iyang mga tinun-an ngadto sa labi pang suod nga pakighilambigit sa pagkaheathen, sa ingon nagrepresentar sa palibot sa pagtrabaho sa Iyang mga tinun-an sa katapusang mga adlaw nga karon nagkinabuhi sa hingpit nang pagpakita sa satanikong gahum nga girepresentahan sa modernong mga sistema sa komunikasyon nga gigamit aron sa paggiya sa tibuok kalibotan ngadto sa pagdawat sa marka sa mananap.</w:t>
      </w:r>
    </w:p>
    <w:p>
      <w:pPr>
        <w:pStyle w:val="ArticleBody"/>
        <w:jc w:val="left"/>
      </w:pPr>
      <w:r>
        <w:rPr>
          <w:rFonts w:ascii="Times New Roman" w:hAnsi="Times New Roman" w:eastAsia="Times New Roman" w:cs="Times New Roman"/>
        </w:rPr>
        <w:t>Ang kasaysayan sa Cesarea Filipos nagkauyon sa kasaysayan sa Gubat sa Panium, ug sa mga bersikulo trese hangtod kinse. Si Cristo ug ang Iyang mga tinun-an nagtindog sa landong sa krus, nga naghulagway sa Iyang mga tinun-an sa katapusang mga adlaw nga nagtindog sa landong sa balaod sa Domingo. Didto, sa mga bersikulo trese hangtod kinse, nga mao ang Cesarea Filipos, ug usab ang Gubat sa Panium, nga mao ang dapit diin kita nagatindog karon, si Cristo nagsugod sa pagtudlo sa Iyang mga tinun-an mahitungod sa mahitabo na sa bersikulo diecisais.</w:t>
      </w:r>
    </w:p>
    <w:p>
      <w:pPr>
        <w:pStyle w:val="ArticleScripture"/>
        <w:jc w:val="left"/>
      </w:pPr>
      <w:r>
        <w:rPr>
          <w:rFonts w:ascii="Times New Roman" w:hAnsi="Times New Roman" w:eastAsia="Times New Roman" w:cs="Times New Roman"/>
        </w:rPr>
        <w:t>“Magasugilon na unta Siya kanila mahitungod sa pag-antos nga nagaabot Kaniya. Apan una Siya mipahawa nga nag-inusara, ug nag-ampo aron ang ilang mga kasingkasing maandam sa pagdawat sa Iyang mga pulong.” The Desire of Ages, 411.</w:t>
      </w:r>
    </w:p>
    <w:p>
      <w:pPr>
        <w:pStyle w:val="ArticleBody"/>
        <w:jc w:val="left"/>
      </w:pPr>
      <w:r>
        <w:rPr>
          <w:rFonts w:ascii="Times New Roman" w:hAnsi="Times New Roman" w:eastAsia="Times New Roman" w:cs="Times New Roman"/>
        </w:rPr>
        <w:t>Sa wala pa si Cristo mosulti sa Iyang mga tinun-an mahitungod sa krus, una Siyang mipahawa, o naglangan, sa ingon nagtimaan sa panahon sa paglangan diha sa sambingay ug sa kasaysayan gikan sa Hulyo 18, 2020 hangtod sa Hulyo 2023.</w:t>
      </w:r>
    </w:p>
    <w:p>
      <w:pPr>
        <w:pStyle w:val="ArticleScripture"/>
        <w:jc w:val="left"/>
      </w:pPr>
      <w:r>
        <w:rPr>
          <w:rFonts w:ascii="Times New Roman" w:hAnsi="Times New Roman" w:eastAsia="Times New Roman" w:cs="Times New Roman"/>
        </w:rPr>
        <w:t>“Sa dihang miduyog Siya kanila, wala Niya dihadiha ipahibalo kadto nga Iyang gitinguhang ipahayag. Sa wala pa Niya kini buhata, gihatagan Niya sila ug higayon sa pagsugid sa ilang pagtoo Kaniya aron sila mapalig-on alang sa umaabot nga pagsulay.” The Desire of Ages, 411.</w:t>
      </w:r>
    </w:p>
    <w:p>
      <w:pPr>
        <w:pStyle w:val="ArticleBody"/>
        <w:jc w:val="left"/>
      </w:pPr>
      <w:r>
        <w:rPr>
          <w:rFonts w:ascii="Times New Roman" w:hAnsi="Times New Roman" w:eastAsia="Times New Roman" w:cs="Times New Roman"/>
        </w:rPr>
        <w:t>Niadtong Hulyo 2023, ang Ginoo nagsugod sa paghatag ug kahigayonan alang niadtong mga nalambigit sa kapakyasan, sa pagpahayag sa ilang pagtuo. Gibuhat Niya kini pinaagi sa pag-abli sa mensahe sa Ezekiel 37, nga usa ka pagpamatuod sa mensahe sa Septiyembre 11, 2001. Kini mao ang hibla nga nagdugtong sa panahon sa pagpatik gikan sa Septiyembre 11, 2001 ngadto sa haduol nang umaabot nga balaod sa Dominggo. Gibuhat kini pinaagi sa pagbutang sa kapakyasan sa Hulyo 18, 2020 sulod sa gambalay sa kamatuoran, kay kadtong mga andam nga makakita, makaila nga ang matag kalihokang repormatoryo adunay usa ka tema nga nagdagan latas sa ilang talagsaong sagradong kasaysayan.</w:t>
      </w:r>
    </w:p>
    <w:p>
      <w:pPr>
        <w:pStyle w:val="ArticleBody"/>
        <w:jc w:val="left"/>
      </w:pPr>
      <w:r>
        <w:rPr>
          <w:rFonts w:ascii="Times New Roman" w:hAnsi="Times New Roman" w:eastAsia="Times New Roman" w:cs="Times New Roman"/>
        </w:rPr>
        <w:t>Sa kataposang mga adlaw, ang mensahe sa ikatulong kaalaut miabut niadtong Septiyembre 11, 2001; unya gipahibalo ang usa ka bakak nga mensahe sa ikatulong kaalaut nga nagpatungha ug kapakyasan; apan ang mensahe nga nagdala kanila pag-usab ngadto sa kinabuhi human sa tulo ug tunga ka adlaw sa pagkahimong mga bukog nga patay, uga, ug nagkatibulaag mao ang mensahe sa upat ka hangin, nga mao usab ang ikatulong kaalaut.</w:t>
      </w:r>
    </w:p>
    <w:p>
      <w:pPr>
        <w:pStyle w:val="ArticleBody"/>
        <w:jc w:val="left"/>
      </w:pPr>
      <w:r>
        <w:rPr>
          <w:rFonts w:ascii="Times New Roman" w:hAnsi="Times New Roman" w:eastAsia="Times New Roman" w:cs="Times New Roman"/>
        </w:rPr>
        <w:t>Ang mga tinun-an sa ulahing mga adlaw makakita, kon pilion nila ang pagtan-aw, nga ang tulo ka mga timailhan sa pagpatik sa usa ka gatus ug kap-atan ug upat ka libo mao ang samang tema sa matag lakang, ug nga sa ikaduhang lakang, ang pagsukol nga girepresentahan sa ikanapulo ug tulo ka letra sa Hebreohanong alpabeto nagpamatuod sa mensahe ingon nga “Kamatuoran.” Ang ikaduhang saksi nga gihatag sa Ginoo makita sa kamatuoran nga ang unang kapakyasan sa nangaging mga kalihokang repormatibo nagasukad sa pagsukol batok sa gipadayag nga kabubut-on sa Dios, bisan pa kon kini mao si Moises nga wala magpatuli sa iyang anak, o si Uzza nga mihikap sa arka, o si Marta ug Maria nga nagduhaduha sa pulong ni Jesus mahitungod sa kamatayon ni Lazaro. Ang bugtong linya sa reporma nga wala magpalig-on sa kamatuoran nga ang unang kapakyasan nagasukad sa pagkamasupilon mao ang kalihokang repormatibo sa mga Millerita, apan gipakita usab niadtong panahona nga ang kasaysayan sa mga Millerita adunay sulodnon nga mga timailhan nga nagasukad sa kamatuoran sa ikawalo, nga iya sa pito.</w:t>
      </w:r>
    </w:p>
    <w:p>
      <w:pPr>
        <w:pStyle w:val="ArticleBody"/>
        <w:jc w:val="left"/>
      </w:pPr>
      <w:r>
        <w:rPr>
          <w:rFonts w:ascii="Times New Roman" w:hAnsi="Times New Roman" w:eastAsia="Times New Roman" w:cs="Times New Roman"/>
        </w:rPr>
        <w:t>Ang kamatuoran nga ang ikawalo iya sa pito maoy usa ka dakong elemento sa Pinadayag ni Jesu-Cristo nga karon ginabuksan na, ug ang pagbalhin sa Philadelphian nga Millerite nga kalihukan ngadto sa iglesya sa Laodicea maoy usa ka timaan sa dalan nga nagpaila kon kanus-a ang Laodicean nga kalihukan sa ikatulong manulonda mobalhin ngadto sa Philadelphian nga kalihukan sa usa ka gatus ug kap-atan ug upat ka libo. Busa, ang kamatuoran nga ang unang kahigawad sa mga Millerite natuman nga wala ang ilang kalihukan nagpakita og pagkamasinupakon, naghatag sa pagtandi alang sa maong mao rang timaan sa dalan sa katapusang mga adlaw diin ang Laodicean nga kalihukan sa ikatulong manulonda mosupak ug mopahinabo og usa ka kahigawad, ug sa pagbuhat niana motakdo kini sa Millerite nga timaan sa dalan, ug magmugna sa lohika aron makita nga ang kalihukan sa usa ka gatus ug kap-atan ug upat ka libo mao ang ikawalo, nga iya sa pito.</w:t>
      </w:r>
    </w:p>
    <w:p>
      <w:pPr>
        <w:pStyle w:val="ArticleBody"/>
        <w:jc w:val="left"/>
      </w:pPr>
      <w:r>
        <w:rPr>
          <w:rFonts w:ascii="Times New Roman" w:hAnsi="Times New Roman" w:eastAsia="Times New Roman" w:cs="Times New Roman"/>
        </w:rPr>
        <w:t>Niadtong Hulyo 2023, ang Ginoo nagpatindog ug usa ka “tingog sa kamingawan” aron sa pag-andam sa Iyang katawohan sa kataposang mga adlaw alang sa krisis sa balaod sa Domingo, ug sa dihang mibalik Siya gikan sa paglangan sa pag-ampo ngadto sa mga tinun-an, gihatagan Niya sila ug kahigayonan sa pagpahayag sa ilang pagtuo. Sa mga adlaw ni Cristo ang mensahe mao ang Iyang bautismo, ang punto diin si Jesus, nahimong si Jesu-Cristo. Kana nga timailhan nahiuyon sa Septiyembre 11, 2001, ug ang Iyang mga tinun-an gipangutana kon unsay hunahuna sa mga tawo, ug dayon gipangutana unsa gayud ang hunahuna sa mga tinun-an mahitungod kang Cristo.</w:t>
      </w:r>
    </w:p>
    <w:p>
      <w:pPr>
        <w:pStyle w:val="ArticleScripture"/>
        <w:jc w:val="left"/>
      </w:pPr>
      <w:r>
        <w:rPr>
          <w:rFonts w:ascii="Times New Roman" w:hAnsi="Times New Roman" w:eastAsia="Times New Roman" w:cs="Times New Roman"/>
        </w:rPr>
        <w:t>“Sa diha nga mikuyog Siya kanila, wala Niya dayon ipahibalo ang maong butang nga Iyang gitinguhang ipaambit. Sa dili pa Niya kini buhata, Iyang gihatagan sila ug higayon sa pagsugid sa ilang pagtuo Kaniya aron sila mapalig-on alang sa umaabot nga pagsulay. Nangutana Siya, ‘Kinsa man ang giingon sa mga tawo nga Ako, ang Anak sa tawo, mao?’”</w:t>
      </w:r>
    </w:p>
    <w:p>
      <w:pPr>
        <w:pStyle w:val="ArticleScripture"/>
        <w:jc w:val="left"/>
      </w:pPr>
      <w:r>
        <w:rPr>
          <w:rFonts w:ascii="Times New Roman" w:hAnsi="Times New Roman" w:eastAsia="Times New Roman" w:cs="Times New Roman"/>
        </w:rPr>
        <w:t>“Makapaguol, napugos ang mga tinun-an sa pag-ila nga ang Israel napakyas sa pag-ila sa ilang Mesiyas. Aduna gayod pipila nga, sa dihang nakita nila ang Iyang mga milagro, nagpahayag nga Siya mao ang Anak ni David. Ang mga panon nga gipakaon didto sa Bethsaida nangandoy sa pagmantala Kaniya nga hari sa Israel. Daghan ang andam sa pagdawat Kaniya ingon nga usa ka propeta; apan wala sila motoo nga Siya mao ang Mesiyas.” The Desire of Ages, 411.</w:t>
      </w:r>
    </w:p>
    <w:p>
      <w:pPr>
        <w:pStyle w:val="ArticleBody"/>
        <w:jc w:val="left"/>
      </w:pPr>
      <w:r>
        <w:rPr>
          <w:rFonts w:ascii="Times New Roman" w:hAnsi="Times New Roman" w:eastAsia="Times New Roman" w:cs="Times New Roman"/>
        </w:rPr>
        <w:t>Ang kadaghanan sa Adventismo wala motoo sa ikatulong kaalaut sa Septiyembre 11, 2001. Mituo sila sa pipila sa mga katingalahang buhat sa pulong sa tagna nga gipadayag diha sa kalihukan, ug ang uban nakasabot nga ang mensahe sa Septiyembre 11, 2001 adunay mga bahin sa kamatuoran, apan wala gayod sila motuo sa mga pag-angkon sa Septiyembre 11, 2001.</w:t>
      </w:r>
    </w:p>
    <w:p>
      <w:pPr>
        <w:pStyle w:val="ArticleBody"/>
        <w:jc w:val="left"/>
      </w:pPr>
      <w:r>
        <w:rPr>
          <w:rFonts w:ascii="Times New Roman" w:hAnsi="Times New Roman" w:eastAsia="Times New Roman" w:cs="Times New Roman"/>
        </w:rPr>
        <w:t>Ang pag-angkon sa Septiyembre 11, 2001, gitipohan na daan pinaagi sa pag-angkon sa Agosto 11, 1840, ug kana nga pag-angkon gipadayag ni Sister White sa dihang siya mikomentaryo bahin sa katumanan sa Agosto 11, 1840. Siya miingon:</w:t>
      </w:r>
    </w:p>
    <w:p>
      <w:pPr>
        <w:pStyle w:val="ArticleScripture"/>
        <w:jc w:val="left"/>
      </w:pPr>
      <w:r>
        <w:rPr>
          <w:rFonts w:ascii="Times New Roman" w:hAnsi="Times New Roman" w:eastAsia="Times New Roman" w:cs="Times New Roman"/>
        </w:rPr>
        <w:t>“Sa takna gayod nga gitakda, ang Turkiya, pinaagi sa iyang mga embahador, midawat sa panalipod sa mga kaalyadong gahom sa Uropa, ug sa ingon gibutang ang iyang kaugalingon ilalom sa pagpugong sa mga Cristohanong nasod. Ang hitabo mituman sa tagna sa tukma gayod. Sa pagkahibalo niini, daghan kaayo ang nakombinsir sa kahustuhan sa mga prinsipyo sa paghubad sa tagna nga gisagop ni Miller ug sa iyang mga kauban, ug usa ka kahibulongang kusog ang nahatag sa kalihokan sa advento. Ang mga tawo nga may kinaadman ug kahimtang nakighiusa kang Miller, sa pagwali ingon man sa pagmantala sa iyang mga panglantaw, ug gikan sa 1840 hangtod sa 1844 ang buluhaton mitubo sa matulin nga paagi.” The Great Controversy, 334, 335.</w:t>
      </w:r>
    </w:p>
    <w:p>
      <w:pPr>
        <w:pStyle w:val="ArticleBody"/>
        <w:jc w:val="left"/>
      </w:pPr>
      <w:r>
        <w:rPr>
          <w:rFonts w:ascii="Times New Roman" w:hAnsi="Times New Roman" w:eastAsia="Times New Roman" w:cs="Times New Roman"/>
        </w:rPr>
        <w:t>Ang gikompirmar niadtong Agosto 11, 1840 mao nga husto ang mga propetikong panglantaw ni Miller, ug ang pangangkon sa Septyembre 11, 2001 mao ang pagpamatuod nga husto ang mga propetikong panglantaw sa Future for America. Ang walay paghinulsol nga panon niadtong Hulyo sa 2023 dili makadawat ug dili gyud modawat sa pasikaran nga ang pamaagi nga gidisenyo ni Cristo, ug gisalig ngadto sa Future for America, mao gayud ang pamaagi sa ulahing ulan. Apan unya gipangutana ni Cristo ang Iyang mga tinun-an kon unsa ang ilang hunahuna, dili ang sa panon.</w:t>
      </w:r>
    </w:p>
    <w:p>
      <w:pPr>
        <w:pStyle w:val="ArticleScripture"/>
        <w:jc w:val="left"/>
      </w:pPr>
      <w:r>
        <w:rPr>
          <w:rFonts w:ascii="Times New Roman" w:hAnsi="Times New Roman" w:eastAsia="Times New Roman" w:cs="Times New Roman"/>
        </w:rPr>
        <w:t>Unya si Jesus mipangutana pag-usab sa ikaduhang pangutana, nga may kalabotan sa mga tinun-an mismo: “Apan kamo, kinsa man ang nagaingon nga ako?” Mitubag si Pedro, “Ikaw mao ang Cristo, ang Anak sa buhing Dios.”</w:t>
      </w:r>
    </w:p>
    <w:p>
      <w:pPr>
        <w:pStyle w:val="ArticleScripture"/>
        <w:jc w:val="left"/>
      </w:pPr>
      <w:r>
        <w:rPr>
          <w:rFonts w:ascii="Times New Roman" w:hAnsi="Times New Roman" w:eastAsia="Times New Roman" w:cs="Times New Roman"/>
        </w:rPr>
        <w:t>“Gikan pa sa sinugdan, si Pedro nagtuo na nga si Jesus mao ang Mesiyas. Daghan pang uban nga nakombinsi pinaagi sa pagwali ni Juan Bautista, ug midawat kang Cristo, misugod sa pagduhaduha mahitungod sa buluhaton ni Juan sa dihang siya gipriso ug gipapatay; ug sila karon nagduhaduha nga si Jesus mao ang Mesiyas, nga ilang gihulat sulod sa hataas nga panahon. Daghan sa mga tinun-an nga mainiton nga nagpaabut nga si Jesus molingkod sa Iyang dapit sa trono ni David mibiya Kaniya sa dihang ilang nasabtan nga Siya walay maong tuyo. Apan si Pedro ug ang iyang mga kauban wala motalikod sa ilang pagkamaunongon. Ang mausab-usab nga paglihok niadtong mga nagdayeg kagahapon ug naghukom sa silot karon wala makaguba sa pagtuo sa matuod nga sumusunod sa Manluluwas. Si Pedro mipahayag, ‘Ikaw mao ang Cristo, ang Anak sa buhing Dios.’ Wala siya maghulat sa harianong mga dungog aron purongpurongan ang iyang Ginoo, kondili gidawat niya Siya diha sa Iyang pagpaubos.”</w:t>
      </w:r>
    </w:p>
    <w:p>
      <w:pPr>
        <w:pStyle w:val="ArticleScripture"/>
        <w:jc w:val="left"/>
      </w:pPr>
      <w:r>
        <w:rPr>
          <w:rFonts w:ascii="Times New Roman" w:hAnsi="Times New Roman" w:eastAsia="Times New Roman" w:cs="Times New Roman"/>
        </w:rPr>
        <w:t>“Gipahayag ni Pedro ang pagtuo sa napulog-duha. Apan ang mga tinun-an layo pa kaayo sa pagsabut sa buluhaton ni Cristo. Ang pagsupak ug sayop nga paglarawan sa mga sacerdote ug mga punoan, bisan tuod dili makapahilayo kanila gikan kang Cristo, nakapahinabo gihapon kanila ug dakong kalibog. Wala nila makita sa tin-aw ang ilang dalan. Ang impluwensya sa ilang unang pagbansay, ang pagtulon-an sa mga rabbi, ang gahum sa tradisyon, nagpugong gihapon sa ilang pagtan-aw sa kamatuoran. Matag karon ug unya ang bililhong mga sidlak sa kahayag gikan kang Jesus misidlak ibabaw kanila, apan sa makadaghan sila sama sa mga tawo nga nagapanghapa taliwala sa mga anino. Apan niadtong adlawa, sa wala pa sila atubangon sa dakong pagsulay sa ilang pagtuo, ang Espiritu Santo mikunsad ibabaw kanila uban sa gahum. Sulod sa hamubo nga panahon ang ilang mga mata gipaliso gikan sa ‘mga butang nga makita,’ aron tan-awon ang ‘mga butang nga dili makita.’ 2 Corinto 4:18. Ilalom sa dagway sa pagka-tawo ilang nailhan ang himaya sa Anak sa Dios.”</w:t>
      </w:r>
    </w:p>
    <w:p>
      <w:pPr>
        <w:pStyle w:val="ArticleScripture"/>
        <w:jc w:val="left"/>
      </w:pPr>
      <w:r>
        <w:rPr>
          <w:rFonts w:ascii="Times New Roman" w:hAnsi="Times New Roman" w:eastAsia="Times New Roman" w:cs="Times New Roman"/>
        </w:rPr>
        <w:t>“Si Jesus mitubag kang Pedro, nga nagaingon, ‘Bulahan ka, Simon Bar-jona: kay dili unod ug dugo ang nagpahayag niini kanimo, kondili ang Akong Amahan nga anaa sa langit.’” The Desire of Ages, 412.</w:t>
      </w:r>
    </w:p>
    <w:p>
      <w:pPr>
        <w:pStyle w:val="ArticleBody"/>
        <w:jc w:val="left"/>
      </w:pPr>
      <w:r>
        <w:rPr>
          <w:rFonts w:ascii="Times New Roman" w:hAnsi="Times New Roman" w:eastAsia="Times New Roman" w:cs="Times New Roman"/>
        </w:rPr>
        <w:t>Ang pag-ila ni Pedro nga si Cristo mao ang Anak sa Dios misulti sa tin-aw gayud ngadto sa pangutana sa pagsulay niadtong kasaysayana. Miabot na ang panahon nga ang Mesias motungha, sumala sa gipahimutang sa pulong sa tagna sa Dios, ug kadto lamang nga midawat nianang kamatuoran maapil uban niadtong girepresentahan sa pahayag ni Pedro. Si Pedro nagrepresentar niadtong midawat sa mensahe nga natukod niadtong Septyembre 11, 2001, ug nga nagsugid nga si Jesus mao ang Anak sa Dios. “Peter had expressed the faith of the twelve,” ug ang napulog-duha nga iyang girepresentahan mao ang usa ka gatos ug kap-atan ug upat ka libo. Tungod niini, giilisan ni Cristo ang ngalan ni Pedro gikan kang Simon Bar-jona ngadto kang Pedro diha sa maong pahayag.</w:t>
      </w:r>
    </w:p>
    <w:p>
      <w:pPr>
        <w:pStyle w:val="ArticleBody"/>
        <w:jc w:val="left"/>
      </w:pPr>
      <w:r>
        <w:rPr>
          <w:rFonts w:ascii="Times New Roman" w:hAnsi="Times New Roman" w:eastAsia="Times New Roman" w:cs="Times New Roman"/>
        </w:rPr>
        <w:t>Ang “Simon” nagkahulogan ug “siya nga nakadungog,” ug ang “bar” nagkahulogan ug “anak ni,” ug ang Jonah nagkahulogan ug “salampati.” Si Simon nagrepresentar niadtong mga nakadungog sa mensahe sa salampati, nga nagrepresentar sa mga kamatuoran nga may kalabotan sa bautismo ni Jesus, sa dihang Siya nahimong Cristo, nga gidihogan sa gahum, ingon sa simbolikong girepresentar pinaagi sa pagkanaog sa Espiritu Santo sa dagway sa usa ka salampati.</w:t>
      </w:r>
    </w:p>
    <w:p>
      <w:pPr>
        <w:pStyle w:val="ArticleBody"/>
        <w:jc w:val="left"/>
      </w:pPr>
      <w:r>
        <w:rPr>
          <w:rFonts w:ascii="Times New Roman" w:hAnsi="Times New Roman" w:eastAsia="Times New Roman" w:cs="Times New Roman"/>
        </w:rPr>
        <w:t>Ang mga linya sa reporma nagkahan-ay nga magkapareha sa usag usa, ug si Juan nagrepresentar sa mga Millerita, nga niadtong Agosto 11, 1840, mikaon sa gamayng basahon. Si Jeremias nahiuyon niana nga hitabo, ug sa dihang mikaon siya sa gamayng basahon, unya gitawag siya pinaagi sa ngalan sa Dios.</w:t>
      </w:r>
    </w:p>
    <w:p>
      <w:pPr>
        <w:pStyle w:val="ArticleScripture"/>
        <w:jc w:val="left"/>
      </w:pPr>
      <w:r>
        <w:rPr>
          <w:rFonts w:ascii="Times New Roman" w:hAnsi="Times New Roman" w:eastAsia="Times New Roman" w:cs="Times New Roman"/>
        </w:rPr>
        <w:t>Ang imong mga pulong hingkaplagan, ug gikaon ko kini; ug ang imong pulong nahimong kalipay ug pagmaya sa akong kasingkasing; kay ako gitawag sa imong ngalan, Oh Jehova nga Dios sa mga panon. Jeremias 15:16.</w:t>
      </w:r>
    </w:p>
    <w:p>
      <w:pPr>
        <w:pStyle w:val="ArticleBody"/>
        <w:jc w:val="left"/>
      </w:pPr>
      <w:r>
        <w:rPr>
          <w:rFonts w:ascii="Times New Roman" w:hAnsi="Times New Roman" w:eastAsia="Times New Roman" w:cs="Times New Roman"/>
        </w:rPr>
        <w:t>Sa dihang ang Ginoo misulod sa pakigsaad uban kang Abram, giilisan Niya ang iyang ngalan ngadto kang Abraham, maingon sa Iyang gibuhat kang Sarai ug kang Jacob. Ang pag-ilis sa usa ka ngalan nagrepresentar sa usa ka relasyon sa pakigsaad, ug sa timaan sa dalan diin mokanaog ang Balaang simbolo, ang katawohan sa Dios kinahanglan mokaon sa mensahe, mosulod sa pakigsaad, ug unya mausab ang ilang ngalan. Ingon nga representante sa mga tinun-an sa panahon ni Cristo, si Simon Bar-jona nagrepresentar niadtong mga “nakadungog” sa mensahe sa “salampati.”</w:t>
      </w:r>
    </w:p>
    <w:p>
      <w:pPr>
        <w:pStyle w:val="ArticleBody"/>
        <w:jc w:val="left"/>
      </w:pPr>
      <w:r>
        <w:rPr>
          <w:rFonts w:ascii="Times New Roman" w:hAnsi="Times New Roman" w:eastAsia="Times New Roman" w:cs="Times New Roman"/>
        </w:rPr>
        <w:t>Sa diha nga siya mihatag ug pagpamatuod nga iyang giila nga niadtong timailhan sa dalan si Jesus nahimong Cristo, ug nga Siya mao ang Anak sa Dios, ug ang tanan nga kauban niana, unya giusab ni Cristo ang iyang ngalan ngadto kang Pedro. Gipadayag niya ang mensahe nga gidawat sa mga katawhan sa tugon ni Cristo niadtong maong kasaysayan, ug sa pagbuhat niana siya usab nahimong hulagway sa usa ka gatus ug kap-atan ug upat ka libo sa katapusang mga adlaw.</w:t>
      </w:r>
    </w:p>
    <w:p>
      <w:pPr>
        <w:pStyle w:val="ArticleBody"/>
        <w:jc w:val="left"/>
      </w:pPr>
      <w:r>
        <w:rPr>
          <w:rFonts w:ascii="Times New Roman" w:hAnsi="Times New Roman" w:eastAsia="Times New Roman" w:cs="Times New Roman"/>
        </w:rPr>
        <w:t>Ang litera nga “P” mao ang ikanapulog-unom nga litera sa alpabetong Iningles, ug ang litera nga “E” mao ang ikalima nga litera sa alpabeto, ug ang litera nga “T” mao ang ikakaluhaan nga litera, ang litera nga “E” gisubli, ug ang ngalan natapos sa litera nga “R” nga mao ang ikanapulog-walo nga litera. Ang napulog-unom nga “gibulagway sa” lima, “gibulagway sa” kaluhaan, “gibulagway sa” lima, “gibulagway sa” napulog-walo katumbas sa usa ka gatus ug kap-atan ug upat ka libo. Ang Kahibulongang Lingguwista misulti kang Pedro sa Hebreohanon, ug ang Bag-ong Tugon gisulat sa pinulongang Griyego, ug ang mga maghuhubad sa King James Version nagmugna sa Bag-ong Tugon sa Iningles.</w:t>
      </w:r>
    </w:p>
    <w:p>
      <w:pPr>
        <w:pStyle w:val="ArticleBody"/>
        <w:jc w:val="left"/>
      </w:pPr>
      <w:r>
        <w:rPr>
          <w:rFonts w:ascii="Times New Roman" w:hAnsi="Times New Roman" w:eastAsia="Times New Roman" w:cs="Times New Roman"/>
        </w:rPr>
        <w:t>Bisan pa sa tulo ka ang-ang sa nagkalainlaing mga pinulongan, si Cristo, nga mao ang Anak sa Dios, ang Katingalahang Lingguwista, ug ang Katingalahang Mag-iihap, nagbutang ug usa ka hulagway sa pagtimri sa usa ka gatus kap-atan ug upat ka libo diha sa Mateo kapitulo sais, nga nahiuyon sa Gubat sa Panium, ug sa Iyang pagduaw sa Caesarea Philippi. Gibuhat Niya kini pinaagi sa paggamit sa Iyang pagdumala sa pinulongan ug sa mga numero, kay Siya mao ang Palmoni (ang Katingalahang Mag-iihap), ug ang Pulong (ang Katingalahang Lingguwista).</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“Halos duha ka libo ka tuig na ang milabay, usa ka tingog nga adunay tinagong kahulogan nadungog didto sa langit, gikan sa trono sa Dios, ‘Ania, mianhi Ako.’ ‘Sa halad ug sa paghalad wala Ka mahimuot, apan usa ka lawas ang Imong giandam alang Kanako…. Ania, mianhi Ako (sa linukot nga basahon kini nahisulat mahitungod Kanako,) sa pagbuhat sa Imong kabubut-on, Oh Dios.’ Hebreohanon 10:5–7. Niining mga pulonga gipahibalo ang katumanan sa katuyoan nga natago sukad sa walay kinutuban nga mga kapanahonan. Si Cristo hapit na mobisita sa atong kalibotan, ug mahimong nagpakatawo. Siya nagaingon, ‘Usa ka lawas ang Imong giandam alang Kanako.’ Kon Siya magpakita pa uban sa himaya nga Iya uban sa Amahan sa wala pa ang kalibotan, dili kita makalahutay sa kahayag sa Iyang presensya. Aron atong matan-aw kini ug dili kita malaglag, ang pagpadayag sa Iyang himaya gitabonan. Ang Iyang pagka-Dios gitabonan sa pagkatawo,—ang dili makita nga himaya diha sa makita nga tawhanong porma.</w:t>
      </w:r>
    </w:p>
    <w:p>
      <w:pPr>
        <w:pStyle w:val="ArticleScripture"/>
        <w:jc w:val="left"/>
      </w:pPr>
      <w:r>
        <w:rPr>
          <w:rFonts w:ascii="Times New Roman" w:hAnsi="Times New Roman" w:eastAsia="Times New Roman" w:cs="Times New Roman"/>
        </w:rPr>
        <w:t>“Kining daku nga katuyoan gipaila nang daan pinaagi sa mga hulagway ug mga simbolo. Ang nagdilaab nga sapinit, diin si Cristo mitungha kang Moises, nagpadayag sa Dios. Ang simbolo nga gipili aron magrepresentar sa Pagka-Dios mao ang usa ka mapaubsanon nga sapinit, nga daw walay bisan unsang makadani. Dinhi gipuy-an ang Walay-Kataposan. Ang Dios nga puno sa kalooy mitabon sa Iyang himaya diha sa labing mapaubsanon nga hulagway, aron si Moises makatan-aw niini ug mabuhi. Busa usab, pinaagi sa haligi sa panganod sa adlaw ug sa haligi sa kalayo sa gabii, ang Dios nakigsulti sa Israel, nagpadayag sa mga tawo sa Iyang kabubut-on, ug nagahatag kanila sa Iyang grasya. Ang himaya sa Dios gipahinay, ug ang Iyang pagkahalangdon gitabonan, aron ang maluya nga panan-aw sa kinutuban nga mga tawo makasud-ong niini. Sa ingon niini, si Cristo moanhi diha sa ‘lawas sa atong pagpaubos’ (Filipos 3:21, R. V.), ‘diha sa dagway sa mga tawo.’ Sa panan-aw sa kalibotan Siya walay katahom nga pagatinguhon nila Kaniya; apan Siya mao ang Dios nga nahimong unod, ang kahayag sa langit ug sa yuta. Ang Iyang himaya gitabonan, ang Iyang pagkadaku ug pagkahalangdon gitago, aron Siya makaduol sa masulob-on ug tinintal nga mga tawo.</w:t>
      </w:r>
    </w:p>
    <w:p>
      <w:pPr>
        <w:pStyle w:val="ArticleScripture"/>
        <w:jc w:val="left"/>
      </w:pPr>
      <w:r>
        <w:rPr>
          <w:rFonts w:ascii="Times New Roman" w:hAnsi="Times New Roman" w:eastAsia="Times New Roman" w:cs="Times New Roman"/>
        </w:rPr>
        <w:t>“Gisugo sa Dios si Moises alang sa Israel, ‘Ug himoan nila Ako ug usa ka balaang puloy-anan; aron magapuyo Ako sa taliwala nila’ (Exodo 25:8), ug Siya mipuyo sa maong balaang puloy-anan, sa taliwala sa Iyang katawhan. Sa tibuok nilang kapoy ug hago nga pagpanglatagaw sa kamingawan, ang simbolo sa Iyang presensya nag-uban kanila. Busa si Cristo nagtukod sa Iyang tabernakulo sa taliwala sa among tawhanong pinuy-anan. Iyang gitindog ang Iyang tolda tupad sa mga tolda sa mga tawo, aron Siya magapuyo sa taliwala nato, ug aron himoon kitang pamilyar sa Iyang diosnong kinaiya ug kinabuhi. ‘Ang Pulong nahimong unod, ug nagtabernakulo sa taliwala nato (ug nakita namo ang Iyang himaya, himaya ingon sa bugtong Anak gikan sa Amahan), nga puno sa grasya ug kamatuoran.’ Juan 1:14, R. V., margin.”</w:t>
      </w:r>
    </w:p>
    <w:p>
      <w:pPr>
        <w:pStyle w:val="ArticleScripture"/>
        <w:jc w:val="left"/>
      </w:pPr>
      <w:r>
        <w:rPr>
          <w:rFonts w:ascii="Times New Roman" w:hAnsi="Times New Roman" w:eastAsia="Times New Roman" w:cs="Times New Roman"/>
        </w:rPr>
        <w:t>“Sukad si Jesus mianhi aron magpuyo uban kanato, nahibalo kita nga ang Dios nakaila sa atong mga pagsulay, ug nagabati og kaluoy sa atong mga kasub-anan. Ang matag anak nga lalaki ug babaye ni Adan makasabot nga ang atong Magbubuhat mao ang higala sa mga makasasala. Kay diha sa matag pagtulon-an sa grasya, matag saad sa kalipay, matag buhat sa gugma, matag langitnong pagdani nga gipadayag sa kinabuhi sa Manluluwas dinhi sa yuta, atong makita ang ‘Dios uban kanato.’”</w:t>
      </w:r>
    </w:p>
    <w:p>
      <w:pPr>
        <w:pStyle w:val="ArticleScripture"/>
        <w:jc w:val="left"/>
      </w:pPr>
      <w:r>
        <w:rPr>
          <w:rFonts w:ascii="Times New Roman" w:hAnsi="Times New Roman" w:eastAsia="Times New Roman" w:cs="Times New Roman"/>
        </w:rPr>
        <w:t>“Gihulagway ni Satanas ang balaod sa gugma sa Dios ingon nga usa ka balaod sa kahakog. Iyang gipamatuod nga imposible alang kanato ang pagtuman sa mga lagda niini. Ang pagkapukan sa atong unang mga ginikanan, uban sa tanang kasubo nga miresulta gikan niini, iyang gipapasangil sa Magbubuhat, nga nagdala sa mga tawo sa pagtan-aw sa Dios ingon nga maoy tinubdan sa sala, ug pag-antos, ug kamatayon. Si Jesus maoy magapadayag niini nga paglimbong. Ingon nga usa kanato Siya magahatag ug panig-ingnan sa pagkamatinumanon. Alang niini Iyang gisul-ob sa Iyang kaugalingon ang atong kinaiya, ug miagi sa atong mga kasinatian. ‘Sa tanang mga butang gikinahanglan nga Siya mahisama sa Iyang mga igsoon.’ Hebreohanon 2:17. Kon kita kinahanglan mag-antus ug bisan unsa nga wala maantus ni Jesus, nan niining bahinha igalarawan ni Satanas ang gahum sa Dios ingon nga dili igo alang kanato. Busa si Jesus ‘sa tanang mga bahin gitintal sama kanato.’ Hebreohanon 4:15. Iyang giantus ang matag pagsulay nga atong masinati. Ug Siya wala mogamit alang sa Iyang kaugalingong kapuslanan ug bisan unsang gahum nga wala ihatag nga walay bayad usab kanato. Ingon nga tawo, Iyang giatubang ang pagtintal, ug midaog pinaagi sa kusog nga gihatag Kaniya gikan sa Dios. Siya nagaingon, ‘Nalipay Ako sa pagbuhat sa Imong kabubut-on, O Akong Dios: oo, ang Imong balaod ania sa sulod sa Akong kasingkasing.’ Salmo 40:8. Samtang Siya naglibot sa pagbuhat ug maayo, ug sa pagpang-ayo sa tanan nga gisakit ni Satanas, Iyang gipatin-aw ngadto sa mga tawo ang kinaiya sa balaod sa Dios ug ang kinaiya sa Iyang pag-alagad. Ang Iyang kinabuhi nagpamatuod nga posible usab alang kanato ang pagtuman sa balaod sa Dios.</w:t>
      </w:r>
    </w:p>
    <w:p>
      <w:pPr>
        <w:pStyle w:val="ArticleScripture"/>
        <w:jc w:val="left"/>
      </w:pPr>
      <w:r>
        <w:rPr>
          <w:rFonts w:ascii="Times New Roman" w:hAnsi="Times New Roman" w:eastAsia="Times New Roman" w:cs="Times New Roman"/>
        </w:rPr>
        <w:t>“Pinaagi sa Iyang pagkatawo, gihikap ni Cristo ang katawhan; pinaagi sa Iyang pagka-Dios, gikupot Niya ang trono sa Dios. Ingon nga Anak sa tawo, naghatag Siya kanato ug panig-ingnan sa pagkamasinugtanon; ingon nga Anak sa Dios, gihatagan Niya kita ug gahum sa pagtuman. Si Cristo mao ang nagsulti kang Moises gikan sa sapinit didto sa Bukid sa Horeb, nga nagaingon, ‘AKO MAO ANG AKO MAO.… Mao kini ang igasulti mo sa mga anak sa Israel, AKO MAO maoy nagsugo kanako nganha kaninyo.’ Exodo 3:14. Kini mao ang pasalig sa kaluwasan sa Israel. Busa sa dihang mianhi Siya ‘diha sa dagway sa mga tawo,’ gipahayag Niya ang Iyang kaugalingon ingon nga AKO MAO. Ang Bata sa Betlehem, ang malumo ug mapaubsanong Manluluwas, mao ang Dios nga ‘gipadayag diha sa unod.’ 1 Timoteo 3:16. Ug kanato Siya nagaingon: ‘AKO MAO ang Maayong Magbalantay sa mga Karnero.’ ‘AKO MAO ang buhing Tinapay.’ ‘AKO MAO ang Dalan, ang Kamatuoran, ug ang Kinabuhi.’ ‘Ang tanang gahum gihatag Kanako sa langit ug sa yuta.’ Juan 10:11; 6:51; 14:6; Mateo 28:18. AKO MAO ang kasigurohan sa matag saad. AKO MAO; ayaw kahadlok. ‘Ang Dios uban kanato’ mao ang pasalig sa atong kaluwasan gikan sa sala, ang kasigurohan sa atong gahum sa pagtuman sa balaod sa langit.” The Desire of Ages,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Kawaloan ug Duha</dc:title>
  <dc:subject>Mga Propetikong Alyansa ug mga Gubat: Gikan sa Karaang Seleucus ngadto sa Modernong Geopolitika</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