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Numero Usa ka Gatos ug Kasiyaman</w:t>
      </w:r>
    </w:p>
    <w:p>
      <w:pPr>
        <w:pStyle w:val="ArticleSubtitle"/>
        <w:jc w:val="left"/>
      </w:pPr>
      <w:r>
        <w:rPr>
          <w:rFonts w:ascii="Arial" w:hAnsi="Arial" w:eastAsia="Arial" w:cs="Arial"/>
        </w:rPr>
        <w:t>Ang Propetikong Kasakitan: Pagpadayag sa Gubat sa Panium ug sa Paunang Hulagway sa Balaod sa Domingo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2024-04-20</w:t>
      </w:r>
    </w:p>
    <w:p>
      <w:pPr>
        <w:pStyle w:val="ArticleBody"/>
        <w:jc w:val="left"/>
      </w:pPr>
      <w:r>
        <w:rPr>
          <w:rFonts w:ascii="Times New Roman" w:hAnsi="Times New Roman" w:eastAsia="Times New Roman" w:cs="Times New Roman"/>
        </w:rPr>
        <w:t>Ang miaging artikulo natapos pinaagi sa usa ka teksto nga naglakip sa parapo nga nagaingon, “Ang kalapasan hapit na makaabot sa iyang kinutoban. Ang kalibog nagapuno sa kalibutan, ug usa ka dakung kahadlok sa dili madugay moabut ibabaw sa mga tawo. Ang katapusan haduol na kaayo. Kita nga nakaila sa kamatuoran kinahanglan mangandam alang sa maoy sa dili madugay mobuto ibabaw sa kalibutan ingon nga usa ka makalumos nga katingala.” Ang “kalapasan” makaabot sa iyang kinutoban sa dihang mapuno ang kopa sa panahon sa pagsulay, ug kana nga kinutoban maabot alang sa Estados Unidos sa balaod sa Dominggo.</w:t>
      </w:r>
    </w:p>
    <w:p>
      <w:pPr>
        <w:pStyle w:val="ArticleScripture"/>
        <w:jc w:val="left"/>
      </w:pPr>
      <w:r>
        <w:rPr>
          <w:rFonts w:ascii="Times New Roman" w:hAnsi="Times New Roman" w:eastAsia="Times New Roman" w:cs="Times New Roman"/>
        </w:rPr>
        <w:t>“Apan si Cristo mipahayag nga walay usa ka yota o kudlit sa kasugoan ang mapakyas hangtod nga ang langit ug ang yuta mahanaw. Ang mismong buhat nga iyang gianhi aron tumanon mao ang pagpataas sa kasugoan, ug sa pagpakita ngadto sa mga gibuhat nga kalibotan ug ngadto sa langit nga ang Dios matarong, ug nga ang iyang kasugoan dili kinahanglan usbon. Apan ania karon ang tuong-kamot nga tawo ni Satanas nga andam mopadayon sa buhat nga gisugdan ni Satanas sa langit, nga mao ang pagsulay sa pag-usab sa kasugoan sa Dios. Ug gihatagan sa Kristohanong kalibotan og pagsang-ayon ang iyang mga paningkamot pinaagi sa pagdawat niining anak sa pagkapapa,—ang institusyon sa Domingo. Ilang gialimahan kini, ug magapadayon sila sa pag-alima niini, hangtod nga ang Protestanteismo mohatag sa kamot sa pakig-uban ngadto sa gahum sa Roma. Unya adunay balaod batok sa Igpapahulay sa binuhat sa Dios, ug unya mao kana ang panahon nga ang Dios ‘magabuhat ug talagsaong buhat sa yuta.’ Dugay na siyang mapailobon sa pagkabaliko sa kaliwatan; siya naningkamot sa pagdani kanila ngadto sa iyang kaugalingon. Apan moabot ang panahon nga mapuno na nila ang taksanan sa ilang kasal-anan; ug unya mao kana ang panahon nga ang Dios molihok. Hapit na gayud maabot kini nga panahon. Ang Dios nagatipig ug tala uban sa mga nasod: ang mga numero nagahubag batok kanila diha sa mga basahon sa langit; ug sa dihang mahimo nang balaod nga ang paglapas sa unang adlaw sa semana pagatubagon pinaagi sa silot, nan mapuno na ang ilang copa.” Review and Herald, Marso 9, 1886.</w:t>
      </w:r>
    </w:p>
    <w:p>
      <w:pPr>
        <w:pStyle w:val="ArticleBody"/>
        <w:jc w:val="left"/>
      </w:pPr>
      <w:r>
        <w:rPr>
          <w:rFonts w:ascii="Times New Roman" w:hAnsi="Times New Roman" w:eastAsia="Times New Roman" w:cs="Times New Roman"/>
        </w:rPr>
        <w:t>Sa balaod sa Domingo ang Tinipong Bansa sa Amerika makapuno na sa iyang copa hangtod sa tumoy, ug ang nasudnong apostasya pagasundan sa nasudnong pagkalaglag. Ang parapo nga atong gihunahuna nagaingon, “ang paglapas hapit na maabot ang iyang kinutoban,” ug “ang usa ka dakung kalisang sa dili madugay moabot ibabaw sa mga tawo.” Sa balaod sa Domingo, nga mao ang “takna sa dakung linog” diha sa ikanapulog-usa nga kapitulo sa Pinadayag, “ang ikapulo ka bahin sa siyudad nangapukan,” ug “ania karon, ang ikatulong alaut nagaabut sa madali,” ug ang “ikapitong manolunda mipatingog.” Ang ikatulong alaut mao ang ikapitong trumpeta, ug kini moabot sa balaod sa Domingo nga nagadala ug “dakung kalisang.” Nianang puntoha “ang katapusan haduol na kaayo,” ug kini moabot ingon nga “usa ka makapabug-at nga katingala.” Sa balaod sa Domingo ang copa usab sa panahon sa pagsulay mapuno alang sa kapapahan, kay unya ang ikaduhang tingog sa Pinadayag dieciocho nagamantala, “Gumula kamo gikan kaniya, akong katawohan, aron dili kamo makaambit sa iyang mga sala, ug aron dili kamo makadawat sa iyang mga hampak. Kay ang iyang mga sala nakaabot na ngadto sa langit, ug ang Dios nakahinomdom sa iyang mga kasal-anan. Balusi siya sumala sa iyang pagbalus kaninyo, ug dublihi siya sa makaduha sumala sa iyang mga buhat: sa copa nga iyang gipuno, pun-i siya sa makaduha.”</w:t>
      </w:r>
    </w:p>
    <w:p>
      <w:pPr>
        <w:pStyle w:val="ArticleBody"/>
        <w:jc w:val="left"/>
      </w:pPr>
      <w:r>
        <w:rPr>
          <w:rFonts w:ascii="Times New Roman" w:hAnsi="Times New Roman" w:eastAsia="Times New Roman" w:cs="Times New Roman"/>
        </w:rPr>
        <w:t>Kana nga kasaysayan magsugod sa balaod sa Domingo, ug nagtimaan sa usa ka simbolikong yugto sa panahon sa dihang ang pagkapapa “mogula uban sa dakong kapungot aron sa paglaglag, ug sa hingpit sa pagpapas sa daghan,” kay “sa ulahing mga adlaw daghan ang mamahimong mga martir.” Ang nakapasuko sa pagkapapa mao ang “mga balita gikan sa sidlakan ug gikan sa amihanan” nga “makasamok kaniya,” apan “moabot siya sa iyang katapusan, ug walay motabang kaniya.” Gikan sa balaod sa Domingo hangtod sa katapusan sa pagkapapa, nagsugod ang unang hugna sa ehekutibong paghukom sa Dios. Sunda kini sa ikaduhang hugna nga mao ang pito ka ulahing mga hampak, ug sa katapusan ang walay katapusang paglaglag sa mga dautan sa pagtapos sa linibo ka tuig nga milenyo. Ang kasaysayan sa ehekutibong paghukom sa Dios gibutang sulod sa konteksto sa gubat.</w:t>
      </w:r>
    </w:p>
    <w:p>
      <w:pPr>
        <w:pStyle w:val="ArticleScripture"/>
        <w:jc w:val="left"/>
      </w:pPr>
      <w:r>
        <w:rPr>
          <w:rFonts w:ascii="Times New Roman" w:hAnsi="Times New Roman" w:eastAsia="Times New Roman" w:cs="Times New Roman"/>
        </w:rPr>
        <w:t>“Ania kita nagatindog sa tukmang pultahan sa dagku ug balaan nga mga hitabo. Ang mga tagna nagakatuman. Katingalahang, masidhing kasaysayan ginarekord diha sa mga basahon sa langit. Ang tanang butang sa atong kalibotan anaa sa kasamok. Adunay mga gubat, ug mga hungihong sa mga gubat. Ang mga nasod nangasuko, ug miabot na ang panahon sa mga patay, nga sila pagahukman. Ang mga hitabo nagabag-o aron mapahinabo ang adlaw sa Dios nga nagadali gayud. Morag usa na lamang ka gutlo sa panahon ang nahibilin. Apan samtang bisan karon ang nasod nagatindog batok sa nasod, ug gingharian batok sa gingharian, wala pa karon ang kinatibuk-ang panag-engkuwentro. Sa pagkakaron ang upat ka mga hangin ginapugngan pa hangtod nga ang mga sulugoon sa Dios pagatimrihan sa ilang mga agtang. Unya ang mga gahum sa yuta magapahimutang sa ilang mga kusog alang sa katapusang dakung gubat.” Christian Service, 50, 51.</w:t>
      </w:r>
    </w:p>
    <w:p>
      <w:pPr>
        <w:pStyle w:val="ArticleBody"/>
        <w:jc w:val="left"/>
      </w:pPr>
      <w:r>
        <w:rPr>
          <w:rFonts w:ascii="Times New Roman" w:hAnsi="Times New Roman" w:eastAsia="Times New Roman" w:cs="Times New Roman"/>
        </w:rPr>
        <w:t>Selyohan sa Dios ang usa ka gatos ug kap-atan ug upat ka libo ug dayon tawgon Niya ang Iyang laing panon gikan sa Babilonia, ug ang laing panon usab modawat sa selyo sa Dios, bisan pa nga sila gihulagway ingon nga “dakong panon” taliwag sa usa ka gatos ug kap-atan ug upat ka libo. Ang mahinungdanong punto nga makita sa miaging kinutlo mao nga “ang upat ka hangin ginapugngan hangtud nga ang mga ulipon sa Dios maselyohan sa ilang mga agtang.” Sa balaod sa Domingo ang usa ka gatos ug kap-atan ug upat ka libo naselyohan na, “ug ania karon, ang ikatulong kaalaut moabut sa madali,” apan dili pa hangtud nga ang kataposan sa laing panon sa Dios nakadawat sa selyo nga ang upat ka hangin hingpit nga mapagawas.</w:t>
      </w:r>
    </w:p>
    <w:p>
      <w:pPr>
        <w:pStyle w:val="ArticleScripture"/>
        <w:jc w:val="left"/>
      </w:pPr>
      <w:r>
        <w:rPr>
          <w:rFonts w:ascii="Times New Roman" w:hAnsi="Times New Roman" w:eastAsia="Times New Roman" w:cs="Times New Roman"/>
        </w:rPr>
        <w:t>“Ang mga nasod karon nagkasuko na, apan sa dihang ang atong Labing Halangdong Saserdote makakompleto na sa Iyang buluhaton didto sa Santuwaryo, motindog Siya, magsul-ob sa mga sapot sa panimalos, ug unya igabubo ang pito ka ulahing mga hampak. Nakita ko nga pugngan sa upat ka mga manulonda ang upat ka mga hangin hangtod mahuman ang buluhaton ni Jesus sa Santuwaryo, ug unya moabot ang pito ka ulahing mga hampak.” Review and Herald, Agosto 1, 1849.</w:t>
      </w:r>
    </w:p>
    <w:p>
      <w:pPr>
        <w:pStyle w:val="ArticleBody"/>
        <w:jc w:val="left"/>
      </w:pPr>
      <w:r>
        <w:rPr>
          <w:rFonts w:ascii="Times New Roman" w:hAnsi="Times New Roman" w:eastAsia="Times New Roman" w:cs="Times New Roman"/>
        </w:rPr>
        <w:t>Ang “dagku ug solemne nga mga panghitabo” nga kita “nagatindog sa pultahan niini,” gihulagway ingon nga “mga gubat, ug mga dungogdungog sa mga gubat.” Gihulagway kini nga mahitabo sa dihang “ang tanang butang sa atong kalibotan anaa sa kasamok,” sa dihang ang mga nasod “nagatindog na batok sa nasod.” Ang Panium nagrepresentar sa “katingad-an ug hitaboon nga kasaysayan,” diha sa bersikulo kinse sa Daniel kapitulo onse, nga nagadala ngadto sa, ug nagapasulod sa bersikulo sais, nga mao ang balaod sa Domingo, diin ang “kinatibuk-ang panag-away,” nga alang niini “ang tanang mga gahum sa yuta” nagahan-ay sa ilang mga kusog alang sa katapusang dakung gubat. Kana nga “katapusang dakung gubat” mao ang ikatulong Gubat sa Kalibotan, ug girepresentahan sa Gubat sa Actium niadtong 31 BC.</w:t>
      </w:r>
    </w:p>
    <w:p>
      <w:pPr>
        <w:pStyle w:val="ArticleBody"/>
        <w:jc w:val="left"/>
      </w:pPr>
      <w:r>
        <w:rPr>
          <w:rFonts w:ascii="Times New Roman" w:hAnsi="Times New Roman" w:eastAsia="Times New Roman" w:cs="Times New Roman"/>
        </w:rPr>
        <w:t>Ang mga bersikulo uno ug dos, ug ang mga bersikulo napulo hangtod kinse nagrepresentar sa tinagong kasaysayan sa bersikulo kuwarenta sa Daniel onse. Ang bersikulo kuwarenta nagpaila sa kasaysayan sa Estados Unidos ug sa Adventismo gikan sa 1798 hangtod sa 1989. Dayon kini naghilom hangtod sa katapusan sa Estados Unidos ingon nga ikaunom nga gingharian sa tagna sa Biblia ug sa pagsuka gawas sa iglesya sa Laodicean nga Seventh-day Adventist diha sa bersikulo kuwarenta’y-uno, nga mao ang balaod sa Domingo, nga mao usab ang bersikulo disi-sais. Ang mga bersikulo uno ug dos nagpaila sa panahon sa katapusan sa 1989, ug sa mga presidente sa Estados Unidos gikan nianang puntoa hangtod sa ikaunom nga adunahang presidente nga nagdasig sa satanikong mga globalista. Ang bersikulo dos nagdala sa kasaysayan ngadto sa pagkapili ni Donald Trump sa 2016, ug dayon ang bersikulo tres mopadayon sa kasaysayan sa napulo ka mga hari, nga girepresentahan ni Alexander the Great, nga mao ang ikapitong gingharian sa tagna sa Biblia, nga naghatag sa ilang gingharian ngadto sa kapapahan sa haduol nang krisis sa balaod sa Domingo.</w:t>
      </w:r>
    </w:p>
    <w:p>
      <w:pPr>
        <w:pStyle w:val="ArticleBody"/>
        <w:jc w:val="left"/>
      </w:pPr>
      <w:r>
        <w:rPr>
          <w:rFonts w:ascii="Times New Roman" w:hAnsi="Times New Roman" w:eastAsia="Times New Roman" w:cs="Times New Roman"/>
        </w:rPr>
        <w:t>Ang bersikulo napulo nagtapos pinaagi sa pag-ila sa 1989 ingon nga panahon sa katapusan, ug ang mga bersikulo onse ug dose naglatid sa gubat sa Ukraine, nga nagaila nga si Putin, ug ang Rusya modaog sa gubat, apan sila dili makabenepisyo gikan sa ilang kadaugan. Ang Gubat sa Ukraine nagsugod niadtong 2014, usa ka tuig sa wala pa nagsugod ang unang kampanya ni Trump. Kining mga bersikulo modala ngadto sa pagkabanhaw (sa politika) ni Donald Trump samtang nagsugod siya sa iyang ikatulong kampanya aron mahimong ikawalong presidente, nga mao ang sa pito. Ang bersikulo trese nagaila sa mga pakigbisog sa politika ni Trump nga nag-una sa iyang kadaugan sa Panium diha sa bersikulo kinse, ug ang bersikulo katorse nagtumong sa kasaysayan nga mahitabo sa panahon sa Gubat sa Panium hangtod sa iyang kadaugan diha sa bersikulo kinse, ang kasaysayan sa dihang ang tawo sa sala magsugod sa dayag nga pagsamok ngadto sa politikal nga kasaysayan. Sa dihang ang kapapahan mosamok ngadto sa profetikanhong kasaysayan, ang bigaon sa Tiro magsugod sa pag-awit ug ang panan-awon mapalig-on.</w:t>
      </w:r>
    </w:p>
    <w:p>
      <w:pPr>
        <w:pStyle w:val="ArticleBody"/>
        <w:jc w:val="left"/>
      </w:pPr>
      <w:r>
        <w:rPr>
          <w:rFonts w:ascii="Times New Roman" w:hAnsi="Times New Roman" w:eastAsia="Times New Roman" w:cs="Times New Roman"/>
        </w:rPr>
        <w:t>Ang kadaugan sa Panium niadtong 200 BC gisundan sa ilhanang pangtagna sa “pag-alsa” sa mga Maccabeo didto sa Modein (nga nagkahulogan ug protesta) niadtong 167 BC. Niadtong 164 BC, ang mga Maccabeo naghalad pag-usab sa Templo, ug si Antiochus Epiphanes namatay, nga nagtimaan sa kausaban nga punto sa pakigbisog sa mga Maccabeo batok sa Griyegong relihiyosong impluwensiya. Sa yugto gikan sa 161 BC ngadto sa 158 BC, gisugdan ug gitapos ang buluhaton sa pagsulod ngadto sa usa ka pakigsaad. Ang mga ilhanang pangtagna nagbalik sa Dinastiyang Hasmonean sulod sa kasaysayan sa mga bersikulo kinse hangtod sa bersikulo baynte-traytres.</w:t>
      </w:r>
    </w:p>
    <w:p>
      <w:pPr>
        <w:pStyle w:val="ArticleBody"/>
        <w:jc w:val="left"/>
      </w:pPr>
      <w:r>
        <w:rPr>
          <w:rFonts w:ascii="Times New Roman" w:hAnsi="Times New Roman" w:eastAsia="Times New Roman" w:cs="Times New Roman"/>
        </w:rPr>
        <w:t>Ang pakigsaad uban sa Roma diha sa bersikulo beinte-tres usa ka tuwirang reperensiya, apan diha sa bersikulo kinse, ang upat ka Maccabean nga mga timaan sa dalan sa 167 BC, 164 BC, 161 BC ug 158 BC makita lamang sa dihang ang kasaysayan sa “pakigsaad” iaplikar ngadto sa maong bersikulo. Sa dihang si Pompey miilog sa Jerusalem diha sa bersikulo disesais, iyang giatubang ang usa ka gubat sibil nga nagakahitabo sulod sa siyudad, ug ang duruha ka nagkasupak nga mga pundok kapwa mga nabahin nga sanga sa Dinastiyang Hasmonean. Busa, ang mga Maccabeo anaa usab sa kasaysayan sa bersikulo disesais.</w:t>
      </w:r>
    </w:p>
    <w:p>
      <w:pPr>
        <w:pStyle w:val="ArticleBody"/>
        <w:jc w:val="left"/>
      </w:pPr>
      <w:r>
        <w:rPr>
          <w:rFonts w:ascii="Times New Roman" w:hAnsi="Times New Roman" w:eastAsia="Times New Roman" w:cs="Times New Roman"/>
        </w:rPr>
        <w:t>Ang bersikulo baynte nagtimaan sa pagkatawo ni Cristo ug ang mga bersikulo baynte-uno ug baynte-dos nagtimaan sa kasaysayan sa kamatayon ni Cristo; busa, niana nga kasaysayan anaa ang linya sa Dinastiyang Hasmonean nga girepresentahan sa mga Pariseo. Ang mga bersikulo kinse hangtod baynte-tres nagtimaan sa literal nga mahimayaong yuta, ug sa apostatang katawhan sa Judea sa Dios nga nag-angkon nga sila mao ang mga manlalaban sa Iyang mga kamatuoran, apan dili na sila mga representante sa Dios labaw pa kay sa apostatang Protestantismo.</w:t>
      </w:r>
    </w:p>
    <w:p>
      <w:pPr>
        <w:pStyle w:val="ArticleBody"/>
        <w:jc w:val="left"/>
      </w:pPr>
      <w:r>
        <w:rPr>
          <w:rFonts w:ascii="Times New Roman" w:hAnsi="Times New Roman" w:eastAsia="Times New Roman" w:cs="Times New Roman"/>
        </w:rPr>
        <w:t>Si Sister White nagpahibalo kanato nga “daghan sa kasaysayan nga nahitabo sa katumanan sa” “ang ikanapulog-usa sa Daniel” “pagausbon.” Ang linya sa tagna nga girepresentahan sa Dinastiyang Hasmonean nagarepresentar sa linya sa tagna nga naghulagway sa apostatang sungay sa Protestantismo nga nagsugod sa ikatulong kampanya pagkapresidente nga gidala sa ikaunom nga labing adunahang presidente. Si Trump midagan isip presidente sa makatulo, sa una ug sa katapusang higayon nga midagan siya siya nagmadaugon, apan sa ikaduhang higayon ang pagsukol nga girepresentahan sa numero trese nagtimaan sa gikawat nga eleksyon sa 2020. Ang kalibotan unya ginabahín ngadto sa duha ka hut-ong, ang usa ka hut-ong makakita sa 2020, ug ang laing hut-ong buta. Kini nagsimbolo sa dakong pagsulay nga nag-una sa pagtapos sa panahon sa gracia alang sa mga Adventista diha sa pagporma sa dagway sa mananap.</w:t>
      </w:r>
    </w:p>
    <w:p>
      <w:pPr>
        <w:pStyle w:val="ArticleScripture"/>
        <w:jc w:val="left"/>
      </w:pPr>
      <w:r>
        <w:rPr>
          <w:rFonts w:ascii="Times New Roman" w:hAnsi="Times New Roman" w:eastAsia="Times New Roman" w:cs="Times New Roman"/>
        </w:rPr>
        <w:t>“Sa karon ang mga pagpangandam nagapadayon na, ug ang mga lihok nagakahitabo na, nga moresulta sa paghimo ug usa ka larawan sa mapintas nga mananap. Ang mga hitabo pagadalaon sa kasaysayan sa yuta nga motuman sa mga tagna sa propesiya alang niining kataposang mga adlaw.” Review and Herald, Abril 23, 1889.</w:t>
      </w:r>
    </w:p>
    <w:p>
      <w:pPr>
        <w:pStyle w:val="ArticleBody"/>
        <w:jc w:val="left"/>
      </w:pPr>
      <w:r>
        <w:rPr>
          <w:rFonts w:ascii="Times New Roman" w:hAnsi="Times New Roman" w:eastAsia="Times New Roman" w:cs="Times New Roman"/>
        </w:rPr>
        <w:t>Ang nagapadayon nga mga “pagpangandam,” ang mga “lihok” nga karon “nagakahitabo na,” ug ang mga “panghitabo” “nga mosangpot sa paghimo ug larawan sa mananap,” ug “nga motuman sa mga tagna sa propesiya alang niining kaulahing mga adlaw,” naglakip sa mga timailhan sa Dinastiyang Hasmonean gikan sa bersikulo kinse hangtod baynte-trés sa Daniel kapitulo onse. Ang apostatang Dinastiyang Hasmonean, nga nagrepresentar sa apostatang Protestanteismo, hinabol sulod sa pagpamatuod ni Donald Trump, ang ikaunom ug ikawalo nga Republikano nga presidente nga nagdasig ug nagpalihok sa iyang MAGA-ism batok sa woke-ism sa bag-ong kalibotang kahusay.</w:t>
      </w:r>
    </w:p>
    <w:p>
      <w:pPr>
        <w:pStyle w:val="ArticleBody"/>
        <w:jc w:val="left"/>
      </w:pPr>
      <w:r>
        <w:rPr>
          <w:rFonts w:ascii="Times New Roman" w:hAnsi="Times New Roman" w:eastAsia="Times New Roman" w:cs="Times New Roman"/>
        </w:rPr>
        <w:t>Ang pagpamatuod mahitungod kang Trump moabot ngadto sa 2020 diha sa bersikulo dos sa Daniel onse, ug naglakip kini sa iyang kampanya ug sa iyang unang termino; unya ang mga bersikulo trese hangtod kinse nag-ila sa iyang ikatulong ug katapusang kampanya, kadaugan, ug sa iyang katapusang termino. Taliwala sa duha ka mga termino, ang Pinadayag kapitulo onse nag-ila nga ang sungay nga Republikano gipatay, ug gibutang nga patay sa dalan sulod sa tulo ug tunga ka adlaw. Kana nga linya sa kasaysayan ni Trump nagdugtong sa sinugdanan ug katapusan sa iyang mga pagkapresidente diha sa Daniel kapitulo onse. Busa, ang pagpamatuod mahitungod kang Donald Trump nahimutang sa duha ka mga basahon, sa Daniel ug sa Pinadayag, ug nahimutang kini sa duha ka mga basahon diha sa kapitulo onse.</w:t>
      </w:r>
    </w:p>
    <w:p>
      <w:pPr>
        <w:pStyle w:val="ArticleBody"/>
        <w:jc w:val="left"/>
      </w:pPr>
      <w:r>
        <w:rPr>
          <w:rFonts w:ascii="Times New Roman" w:hAnsi="Times New Roman" w:eastAsia="Times New Roman" w:cs="Times New Roman"/>
        </w:rPr>
        <w:t>Ang tulo ka bahin-bahing linya, sa dihang pagahiuson, nagaila sa tibuok kasaysayan ni Trump ingon nga ikaunom ug ikawalo nga pangulo, ug kini natukod ibabaw sa pirma sa “Kamatuoran”. Gikan kini sa mga basahon ni Daniel ug Pinadayag, ug nagmugna ug usa ka linya sa kasaysayan nga nagahiuyon nianang “bahin sa basahon ni Daniel nga may kalabotan sa katapusang mga adlaw.”</w:t>
      </w:r>
    </w:p>
    <w:p>
      <w:pPr>
        <w:pStyle w:val="ArticleBody"/>
        <w:jc w:val="left"/>
      </w:pPr>
      <w:r>
        <w:rPr>
          <w:rFonts w:ascii="Times New Roman" w:hAnsi="Times New Roman" w:eastAsia="Times New Roman" w:cs="Times New Roman"/>
        </w:rPr>
        <w:t>Kana nga bahin sa Daniel mao ang gibuksan sa Leon sa banay ni Juda, sa dili pa ang pagtapos sa panahon sa kaluoy, ug busa usa kini ka bahin sa mensahe sa pagtimri sa usa ka gatus kap-atan ug upat ka libo. Apan nagkinahanglan kini og espirituhanong tin-aw nga panan-aw aron makita ang mga ilhanan sa tagna mahitungod sa pagpatay sa duha ka mga saksi sa 2020.</w:t>
      </w:r>
    </w:p>
    <w:p>
      <w:pPr>
        <w:pStyle w:val="ArticleBody"/>
        <w:jc w:val="left"/>
      </w:pPr>
      <w:r>
        <w:rPr>
          <w:rFonts w:ascii="Times New Roman" w:hAnsi="Times New Roman" w:eastAsia="Times New Roman" w:cs="Times New Roman"/>
        </w:rPr>
        <w:t>Ang bersikulo kinse sa Daniel onse nagarepresentar sa Gubat sa Panium ug sa linya sa Dinastiyang Hasmonean, nga natuman pinaagi sa usa ka literal nga gubat, sa ingon nagsimbolo sa usa ka mahimatikodong hulagway sa usa ka espirituwal nga gubat tali sa relihiyon sa apostatang Protestantismo ug sa relihiyon sa bag-ong kapanahonan sa globalista. Ang Gubat sa Panium, nga nahitabo niadtong 200 BC, nagarepresentar sa gubat sa sungay sa Republikano, ug ang panagbangi nga girepresentahan sa Pag-alsa sa mga Maccabeo nagarepresentar sa gubat sa apostatang Protestanteng sungay. Bisan pa nga ang pag-alsa sa mga Maccabeo nahitabo niadtong 167 BC, kini nagakatakdo sa mahimatikodong paagi sa Gubat sa sungay sa Republikano niadtong 200 BC, kay sa pagpanagna ang mga sungay nagaparalelo sa kasaysayan sa usag usa.</w:t>
      </w:r>
    </w:p>
    <w:p>
      <w:pPr>
        <w:pStyle w:val="ArticleBody"/>
        <w:jc w:val="left"/>
      </w:pPr>
      <w:r>
        <w:rPr>
          <w:rFonts w:ascii="Times New Roman" w:hAnsi="Times New Roman" w:eastAsia="Times New Roman" w:cs="Times New Roman"/>
        </w:rPr>
        <w:t>Ang bersikulo kinse nagrepresentar sa propetikong kasaysayan nga diha-diha nag-una ug nagdala ngadto sa umalabot sa dili madugay nga balaod sa Domingo. Busa kini nagrepresentar sa mao gayud nga punto sulod sa panahon sa pagpatik sa usa ka gatos ug kap-atan ug upat ka libo, sa dihang ang gahum nga anaa sulod sa mensahe sa pagpatik walay kataposang mopatik sa timri ibabaw sa katawhan sa Dios sa kataposang mga adlaw.</w:t>
      </w:r>
    </w:p>
    <w:p>
      <w:pPr>
        <w:pStyle w:val="ArticleBody"/>
        <w:jc w:val="left"/>
      </w:pPr>
      <w:r>
        <w:rPr>
          <w:rFonts w:ascii="Times New Roman" w:hAnsi="Times New Roman" w:eastAsia="Times New Roman" w:cs="Times New Roman"/>
        </w:rPr>
        <w:t>Ang Leon sa banay ni Juda mao ang nagbukas nianang kamatuoran, ug kana nga kamatuoran mao ang Pinadayag ni Jesu-Cristo. Ang usa ka gatus ug kap-atan ug upat ka libo mao kadtong “nagasunod sa Cordero bisan asa Siya moadto,” ug sa dihang Iyang gibuksan ang bersikulo kinse, ang Leon sa banay ni Juda maoy nagmando sa Iyang katawhan sa kataposang mga adlaw ngadto sa Panium. Gilarawan ni Jesus kining maong punto sa proseso sa pagtimri sa dihang gidala Niya ang Iyang mga tinun-an ngadto sa Panium, sa wala pa ang krus.</w:t>
      </w:r>
    </w:p>
    <w:p>
      <w:pPr>
        <w:pStyle w:val="ArticleBody"/>
        <w:jc w:val="left"/>
      </w:pPr>
      <w:r>
        <w:rPr>
          <w:rFonts w:ascii="Times New Roman" w:hAnsi="Times New Roman" w:eastAsia="Times New Roman" w:cs="Times New Roman"/>
        </w:rPr>
        <w:t>Ang gubat sa Panium espesipikong gituki ni Cristo, sa dihang Siya nagtindog sa Panium uban sa Iyang mga tinun-an ug didto nagtudlo kanila nga ang Iyang iglesia pagatukoron ibabaw sa pagsugid ni Pedro, ug nga “ang mga ganghaan sa impiyerno” dili makadaug batok niini. Giila ni Jesus ang pakiggubat nga girepresentahan sa Gubat sa Panium. Ang Gubat sa Panium mao ang bersikulo kinse, ug ang bersikulo diyesais mao ang Gubat sa Actium. Mitindog si Cristo sa Panium, sa dili pa matuman ang buhat sa Iyang kamatayon.</w:t>
      </w:r>
    </w:p>
    <w:p>
      <w:pPr>
        <w:pStyle w:val="ArticleBody"/>
        <w:jc w:val="left"/>
      </w:pPr>
      <w:r>
        <w:rPr>
          <w:rFonts w:ascii="Times New Roman" w:hAnsi="Times New Roman" w:eastAsia="Times New Roman" w:cs="Times New Roman"/>
        </w:rPr>
        <w:t>Ang kasaysayan gikan sa Panium ngadto sa balaod sa Domingo mao ang kasaysayan sa politikal ug relihiyosong pakigbisog sa duha ka sungay sa mananap sa yuta, nga mao ang Protestantismo ug Republikanismo. Silang duha giatake sa ateyistikong mananap gikan sa bung-aw nga walay kinutoban niadtong 2020, ug ang pakiggubat sa duha ka sungay batok sa politikal ug relihiyosong mga dios sa globalismo ginarepresentar sulod sa kasaysayan sa mga bersikulo onse hangtod sa disisais.</w:t>
      </w:r>
    </w:p>
    <w:p>
      <w:pPr>
        <w:pStyle w:val="ArticleBody"/>
        <w:jc w:val="left"/>
      </w:pPr>
      <w:r>
        <w:rPr>
          <w:rFonts w:ascii="Times New Roman" w:hAnsi="Times New Roman" w:eastAsia="Times New Roman" w:cs="Times New Roman"/>
        </w:rPr>
        <w:t>Gikan sa Gubat sa Ukraine nga nagsugod niadtong 2014, ngadto sa unang kampanya pagkapresidente ni Donald Trump nga nagsugod niadtong 2015, hangtod sa kamatayon sa duha ka sungay niadtong 2020, hangtod sa pagkabanhaw sa 2023, ngadto sa ikatulong kampanya ni Trump nga nagsugod sa Nobyembre 15, 2022, ang kasaysayan modala ngadto sa bersikulo trese ngadto sa kinse. Niadtong mga bersikuloha ang kasaysayan nga gipadayag pinaagi sa matagnaong Pulong sa Dios nagrepresentar sa matagnaong mga kamatuoran nga nagtimri sa usa ka gatus ug kap-atan ug upat ka libo.</w:t>
      </w:r>
    </w:p>
    <w:p>
      <w:pPr>
        <w:pStyle w:val="ArticleBody"/>
        <w:jc w:val="left"/>
      </w:pPr>
      <w:r>
        <w:rPr>
          <w:rFonts w:ascii="Times New Roman" w:hAnsi="Times New Roman" w:eastAsia="Times New Roman" w:cs="Times New Roman"/>
        </w:rPr>
        <w:t>Kadtong mga kamatuoran gihulagway diha sa pagduaw ni Cristo sa Cesarea Filipos sa Mateo kapitulo 16 ug 17. Niadtong mga bersikulo, ang tawo sa sala mibalik sa propetikong kasaysayan nga nagaawit sa mga awit sa bigaon sa Tiro, ug sa pagbuhat niana gitukod niya ang panan-awon, sa ingon gibutang ang maong mga bersikulo sa konteksto sa Singgit sa Tunga sa Gabii, kay diin walay panan-awon ang katawhan mapukan.</w:t>
      </w:r>
    </w:p>
    <w:p>
      <w:pPr>
        <w:pStyle w:val="ArticleScripture"/>
        <w:jc w:val="left"/>
      </w:pPr>
      <w:r>
        <w:rPr>
          <w:rFonts w:ascii="Times New Roman" w:hAnsi="Times New Roman" w:eastAsia="Times New Roman" w:cs="Times New Roman"/>
        </w:rPr>
        <w:t>Diin walay panan-awon, ang katawohan mangalaglag: apan siya nga nagabantay sa kasugoan, bulahan siya. Proverbio 29:18.</w:t>
      </w:r>
    </w:p>
    <w:p>
      <w:pPr>
        <w:pStyle w:val="ArticleBody"/>
        <w:jc w:val="left"/>
      </w:pPr>
      <w:r>
        <w:rPr>
          <w:rFonts w:ascii="Times New Roman" w:hAnsi="Times New Roman" w:eastAsia="Times New Roman" w:cs="Times New Roman"/>
        </w:rPr>
        <w:t>Kadtong adunay mga mata, apan dili motan-aw, ug adunay mga dalunggan, apan magdumili sa pagpaminaw, mao ang mga buang nga mga ulay sa Laodicea nga walay “lana.” Ang “lana” mao ang pagdugang sa kahibalo nga mamunga sa dihang ang Pinadayag ni Jesu-Cristo pagabuksan sa wala pa manira ang panahon sa pagsulay, ug sumala kang Hosea, ang katawhan sa Dios nga modumili ug mosalikway sa kahibalo pagalaglagon.</w:t>
      </w:r>
    </w:p>
    <w:p>
      <w:pPr>
        <w:pStyle w:val="ArticleScripture"/>
        <w:jc w:val="left"/>
      </w:pPr>
      <w:r>
        <w:rPr>
          <w:rFonts w:ascii="Times New Roman" w:hAnsi="Times New Roman" w:eastAsia="Times New Roman" w:cs="Times New Roman"/>
        </w:rPr>
        <w:t>Ang akong katawhan nangalaglag tungod sa kakulang sa kahibalo: tungod kay gisalikway mo ang kahibalo, isalikway ko usab ikaw, aron dili ka na mahimong pari alang kanako: sanglit hikalimtan mo ang balaod sa imong Dios, hikalimtan ko usab ang imong mga anak. Hosea 4:6.</w:t>
      </w:r>
    </w:p>
    <w:p>
      <w:pPr>
        <w:pStyle w:val="ArticleScripture"/>
        <w:jc w:val="left"/>
      </w:pPr>
      <w:r>
        <w:rPr>
          <w:rFonts w:ascii="Times New Roman" w:hAnsi="Times New Roman" w:eastAsia="Times New Roman" w:cs="Times New Roman"/>
        </w:rPr>
        <w:t>Ang pulong ni Jehova miabut usab kanako, nga nagaingon: Anak sa tawo, nagpuyo ka sa taliwala sa usa ka masukihong panimalay, nga may mga mata sa pagtan-aw, apan wala makakita; sila may mga dalunggan sa pagpatalinghug, apan wala makadungog: kay sila usa ka masukihong panimalay. Ezekiel 12:1, 2.</w:t>
      </w:r>
    </w:p>
    <w:p>
      <w:pPr>
        <w:pStyle w:val="ArticleScripture"/>
        <w:jc w:val="left"/>
      </w:pPr>
      <w:r>
        <w:rPr>
          <w:rFonts w:ascii="Times New Roman" w:hAnsi="Times New Roman" w:eastAsia="Times New Roman" w:cs="Times New Roman"/>
        </w:rPr>
        <w:t>Ug siya miingon, Lakaw, ug suginli kining katawohan: Sa pagkatinuod kamo makadungog, apan dili makasabut; ug sa pagkatinuod kamo makakita, apan dili makaila. Patamboka ang kasingkasing niining katawohan, ug pabug-ata ang ilang mga dalunggan, ug piringi ang ilang mga mata; aron dili sila makakita pinaagi sa ilang mga mata, ug dili makadungog pinaagi sa ilang mga dalunggan, ug dili makasabut pinaagi sa ilang kasingkasing, ug dili mobalik, ug mamaayo. Isaias 6:9, 10.</w:t>
      </w:r>
    </w:p>
    <w:p>
      <w:pPr>
        <w:pStyle w:val="ArticleScripture"/>
        <w:jc w:val="left"/>
      </w:pPr>
      <w:r>
        <w:rPr>
          <w:rFonts w:ascii="Times New Roman" w:hAnsi="Times New Roman" w:eastAsia="Times New Roman" w:cs="Times New Roman"/>
        </w:rPr>
        <w:t>Ug miduol ang mga tinun-an, ug miingon kaniya, Ngano nga nagsulti ka kanila pinaagi sa mga sambingay? Mitubag siya ug miingon kanila, Tungod kay gihatag kaninyo ang pag-ila sa mga tinago sa gingharian sa langit, apan kanila wala kini ihatag. Kay bisan kinsa nga adunay anaa kaniya pagahatagan, ug siya makabaton ug labi pang kadagaya; apan bisan kinsa nga walay anaa kaniya pagakuhaon bisan ang anaa na kaniya. Busa nagsulti ako kanila pinaagi sa mga sambingay; tungod kay sa pagtan-aw wala sila makakita; ug sa pagpaminaw wala sila makadungog, ni makasabut sila. Ug diha kanila natuman ang tagna ni Esaias, nga nagaingon, Sa pagpaminaw mamati kamo, ug dili makasabut; ug sa pagtan-aw motan-aw kamo, ug dili makaila: Kay ang kasingkasing niining katawhan nahimong mabaga, ug ang ilang mga dalunggan mabug-at sa pagpaminaw, ug ang ilang mga mata ilang gipiyong; kay tingali unya makakita sila pinaagi sa ilang mga mata, ug makadungog pinaagi sa ilang mga dalunggan, ug makasabut pinaagi sa ilang kasingkasing, ug mangakabig, ug sila akong ayohon. Apan bulahan ang inyong mga mata, kay sila makakita: ug ang inyong mga dalunggan, kay sila makadungog. Kay sa pagkatinuod nagaingon ako kaninyo, nga daghang mga propeta ug mga matarong nga tawo nangandoy sa pagtan-aw niadtong mga butanga nga inyong nakita, ug wala makakita niini; ug sa pagpamati niadtong mga butanga nga inyong nadungog, ug wala makadungog niini. Mateo 13:10–17.</w:t>
      </w:r>
    </w:p>
    <w:p>
      <w:pPr>
        <w:pStyle w:val="ArticleScripture"/>
        <w:jc w:val="left"/>
      </w:pPr>
      <w:r>
        <w:rPr>
          <w:rFonts w:ascii="Times New Roman" w:hAnsi="Times New Roman" w:eastAsia="Times New Roman" w:cs="Times New Roman"/>
        </w:rPr>
        <w:t>“Ang tanang mga mensahe nga gihatag gikan sa 1840–1844 kinahanglan karon himoong mapugsanon, kay daghan ang mga tawo nga nawad-an sa ilang giya. Ang mga mensahe kinahanglan moadto sa tanang mga iglesia.</w:t>
      </w:r>
    </w:p>
    <w:p>
      <w:pPr>
        <w:pStyle w:val="ArticleScripture"/>
        <w:jc w:val="left"/>
      </w:pPr>
      <w:r>
        <w:rPr>
          <w:rFonts w:ascii="Times New Roman" w:hAnsi="Times New Roman" w:eastAsia="Times New Roman" w:cs="Times New Roman"/>
        </w:rPr>
        <w:t>Si Cristo miingon, ‘Bulahan ang inyong mga mata, kay sila nakakita; ug ang inyong mga dalunggan, kay sila nakadungog. Kay sa pagkatinuod magaingon Ako kaninyo, Nga daghang mga manalagna ug matarung nga mga tawo nangandoy sa pagtan-aw niadtong mga butanga nga inyong nakita, ug wala makakita niini; ug sa pagdungog niadtong mga butanga nga inyong nadungog, ug wala makadungog niini’ [Mateo 13:16, 17]. Bulahan ang mga mata nga nakakita sa mga butang nga nakita niadtong 1843 ug 1844.</w:t>
      </w:r>
    </w:p>
    <w:p>
      <w:pPr>
        <w:pStyle w:val="ArticleScripture"/>
        <w:jc w:val="left"/>
      </w:pPr>
      <w:r>
        <w:rPr>
          <w:rFonts w:ascii="Times New Roman" w:hAnsi="Times New Roman" w:eastAsia="Times New Roman" w:cs="Times New Roman"/>
        </w:rPr>
        <w:t>“Ang mensahe gihatag na. Ug kinahanglan nga walay paglangan sa pagsubli sa mensahe, kay ang mga timailhan sa mga panahon nagakatuman na; ang panapos nga buluhaton kinahanglan pagahimoon. Usa ka dakung buluhaton pagahimoon sulod sa hamubo nga panahon. Usa ka mensahe sa dili madugay igahatag pinaagi sa pagtudlo sa Dios nga motubo ngadto sa usa ka makusog nga singgit. Unya si Daniel motindog diha sa iyang bahin, sa paghatag sa iyang pagpamatuod.” Manuscript Releases, volume 21, 437.</w:t>
      </w:r>
    </w:p>
    <w:p>
      <w:pPr>
        <w:pStyle w:val="ArticleBody"/>
        <w:jc w:val="left"/>
      </w:pPr>
      <w:r>
        <w:rPr>
          <w:rFonts w:ascii="Times New Roman" w:hAnsi="Times New Roman" w:eastAsia="Times New Roman" w:cs="Times New Roman"/>
        </w:rPr>
        <w:t>Padayonon nato kining pagtuon sa sunod nga artikulo.</w:t>
      </w:r>
    </w:p>
    <w:p>
      <w:pPr>
        <w:pStyle w:val="ArticleScripture"/>
        <w:jc w:val="left"/>
      </w:pPr>
      <w:r>
        <w:rPr>
          <w:rFonts w:ascii="Times New Roman" w:hAnsi="Times New Roman" w:eastAsia="Times New Roman" w:cs="Times New Roman"/>
        </w:rPr>
        <w:t>Ang Pinadayag ni Jesu-Cristo, nga gihatag sa Dios kaniya, aron ipakita sa iyang mga ulipon ang mga butang nga kinahanglan mahitabo sa dili madugay; ug iyang gipadala ug gipadayag kini pinaagi sa iyang anghel ngadto sa iyang ulipong si Juan: Siya nga nagpamatuod sa pulong sa Dios, ug sa pagpanghimatuod ni Jesu-Cristo, ug sa tanang mga butang nga iyang nakita. Bulahan ang nagabasa, ug sila nga nanagpatalinghug sa mga pulong niining panagna, ug nanagbantay sa mga butang nga nahisulat dinhi: kay ang panahon haduol na. Pinadayag 1:1–3.</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Numero Usa ka Gatos ug Kasiyaman</dc:title>
  <dc:subject>Ang Propetikong Kasakitan: Pagpadayag sa Gubat sa Panium ug sa Paunang Hulagway sa Balaod sa Domingo</dc:subject>
  <dc:creator>Jeff Pippenger</dc:creator>
  <cp:keywords/>
  <dc:description>Generated by ArticleDigger from daniel\190_daniel.json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