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Siyamnapu’g Usa</w:t>
      </w:r>
    </w:p>
    <w:p>
      <w:pPr>
        <w:pStyle w:val="ArticleSubtitle"/>
        <w:jc w:val="left"/>
      </w:pPr>
      <w:r>
        <w:rPr>
          <w:rFonts w:ascii="Arial" w:hAnsi="Arial" w:eastAsia="Arial" w:cs="Arial"/>
        </w:rPr>
        <w:t>Ang Propetikong Hinabol sa Daniel 11: Pagbutyag sa mga Kasalimuotan sa Panahon ni Trump ug sa Pasiunang Bahin sa Balaod sa Domingo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Sa hustong pagsabot, ang mga bersikulo napulo hangtod baynte-tres sa Daniel kapitulo onse, tanan nahiuyon sa tinagong kasaysayan sa bersikulo kuwarenta sa maong kapitulo. Ang bersikulo kuwarenta naglangkob sa kasaysayan gikan sa 1989 hangtod sa bersikulo kuwarenta’y uno. Ang mga bersikulo uno ug dos sa kapitulo onse nagsugod sa 1989, ug nagtimaan sa unang kampanya ni Donald Trump alang sa pagkapresidente niadtong 2015 hangtod sa 2020, sa dihang ang piniliay gikawat gikan kang Trump pinaagi sa mananap nga pagka-ateista. Kining duha ka mga bersikulo nagtimaan sa pakigbisog nga nagsugod sa dihang si Trump “stirs up all the realm of Grecia.”</w:t>
      </w:r>
    </w:p>
    <w:p>
      <w:pPr>
        <w:pStyle w:val="ArticleBody"/>
        <w:jc w:val="left"/>
      </w:pPr>
      <w:r>
        <w:rPr>
          <w:rFonts w:ascii="Times New Roman" w:hAnsi="Times New Roman" w:eastAsia="Times New Roman" w:cs="Times New Roman"/>
        </w:rPr>
        <w:t>Ang kampanya ni Trump nagsugod ug usa ka pakiggubat nga mipadayon sa tibuok niyang unang pagkapresidente. Gi-impeach siya sa House of Representatives niadtong Disyembre 2019, ug unya ilang gibuhat kini pag-usab niadtong Enero 13, 2020. Sa duha ka higayon gisalikway sa Senado ang mga paningkamot sa House. Bisan pa niana, siya ra ang bugtong presidente sa kasaysayan sa Tinipong Bansa sa Amerika nga na-impeach kaduha. Napukaw ang globalismo.</w:t>
      </w:r>
    </w:p>
    <w:p>
      <w:pPr>
        <w:pStyle w:val="ArticleScripture"/>
        <w:jc w:val="left"/>
      </w:pPr>
      <w:r>
        <w:rPr>
          <w:rFonts w:ascii="Times New Roman" w:hAnsi="Times New Roman" w:eastAsia="Times New Roman" w:cs="Times New Roman"/>
        </w:rPr>
        <w:t>Ug karon ipakita ko kanimo ang kamatuoran. Ania karon, motungha pa ang tulo ka mga hari sa Persia; ug ang ikaupat mahimong labi pang dato kay kanilang tanan: ug pinaagi sa iyang kusog tungod sa iyang mga bahandi, iyang pakiglison ang tanan batok sa gingharian sa Grecia. Daniel 11:2.</w:t>
      </w:r>
    </w:p>
    <w:p>
      <w:pPr>
        <w:pStyle w:val="ArticleBody"/>
        <w:jc w:val="left"/>
      </w:pPr>
      <w:r>
        <w:rPr>
          <w:rFonts w:ascii="Times New Roman" w:hAnsi="Times New Roman" w:eastAsia="Times New Roman" w:cs="Times New Roman"/>
        </w:rPr>
        <w:t>Sama sa bersikulo kwarenta, ang bersikulo dos nagbilin ug usa ka tinagong kasaysayan gikan sa unang kampanya ni Trump ug sa iyang termino isip presidente nga natapos niadtong Enero 20, 2021. Gikan nianang adlawa sa 2021 hangtod sa bersikulo tres, diin si Alexander the Great gipaila isip usa ka simbolo sa United Nations (ang ikapitong gingharian sa tagna sa Biblia), ang kasaysayan gikan sa inagurasyon sa 2021 ngadto sa balaod sa Dominggo, diin matukod ang tulo-ka-pilo nga panaghiusa, nagrepresentar ug usa ka tinagong kasaysayan. Ang mga tinagong kasaysayan sa bersikulo kwarenta ug bersikulo dos kapwa modala ngadto ug matapos sa balaod sa Dominggo.</w:t>
      </w:r>
    </w:p>
    <w:p>
      <w:pPr>
        <w:pStyle w:val="ArticleBody"/>
        <w:jc w:val="left"/>
      </w:pPr>
      <w:r>
        <w:rPr>
          <w:rFonts w:ascii="Times New Roman" w:hAnsi="Times New Roman" w:eastAsia="Times New Roman" w:cs="Times New Roman"/>
        </w:rPr>
        <w:t>Ang bersikulo napulo nagdala kanato pag-usab ngadto sa panahon sa katapusan sa 1989, maingon usab sa gibuhat sa bersikulo uno, ug silang duha nagaila sa konklusyon sa tinuod nga pagpamatuod sa bersikulo kwarenta, bisan pa adunay kasaysayan tali sa konklusyon diha sa bersikulo kwarenta ug sa hapit nang moabot nga balaod sa Domingo. Labaw pa sa pag-ila sa 1989, ang bersikulo napulo nahimong yawe nga naghiusa sa tulo ka mga saksi ngadto sa kasaysayan sa bersikulo kwarenta, nga nagkomplemento sa buhat sa kapapahan ug sa iyang puli nga gahum, ang Tinipong Bansa sa Amerika, sa pagpanilhig sa Unyong Sobyet sa 1989. Kining tulo ka mga saksi nagatukod sa usa ka mahinungdanong bahin sa mapanagnaong gambalay sa bersikulo kwarenta gikan sa 1989 hangtod sa balaod sa Domingo.</w:t>
      </w:r>
    </w:p>
    <w:p>
      <w:pPr>
        <w:pStyle w:val="ArticleBody"/>
        <w:jc w:val="left"/>
      </w:pPr>
      <w:r>
        <w:rPr>
          <w:rFonts w:ascii="Times New Roman" w:hAnsi="Times New Roman" w:eastAsia="Times New Roman" w:cs="Times New Roman"/>
        </w:rPr>
        <w:t>Ang historikal nga propetikong estruktura sa usa ka gubat tali sa usa ka hari sa amihanan ug usa ka hari sa habagatan, diin ang hari sa amihanan mopanaw ug moagi sa ibabaw, gipaila sa bersikulo kwarenta, ug usab sa bersikulo diyes.</w:t>
      </w:r>
    </w:p>
    <w:p>
      <w:pPr>
        <w:pStyle w:val="ArticleBody"/>
        <w:jc w:val="left"/>
      </w:pPr>
      <w:r>
        <w:rPr>
          <w:rFonts w:ascii="Times New Roman" w:hAnsi="Times New Roman" w:eastAsia="Times New Roman" w:cs="Times New Roman"/>
        </w:rPr>
        <w:t>Ang historikal nga estruktura sa profesiya gisuportahan usab sa gramatikal nga pamatuod nga ang “pag-awas ug pagtabok,” sa hari sa amihanan batok sa hari sa habagatan, mao ang mao gihapong Hebreohanong hugpong sa mga pulong sa duha ka bersikulo, maingon usab sa ikatulong saksi nga makita sa Isaias kapitulo walo, ug bersikulo otso.</w:t>
      </w:r>
    </w:p>
    <w:p>
      <w:pPr>
        <w:pStyle w:val="ArticleBody"/>
        <w:jc w:val="left"/>
      </w:pPr>
      <w:r>
        <w:rPr>
          <w:rFonts w:ascii="Times New Roman" w:hAnsi="Times New Roman" w:eastAsia="Times New Roman" w:cs="Times New Roman"/>
        </w:rPr>
        <w:t>Sa bersikulo diez, ang hari sa amihanan “sa pagkatinuod moabut, ug molapaw, ug moagi,” ug sa bersikulo kuwarenta, ang hari sa amihanan “molapaw ug molabang.” Sa Isaias kapitulo otso, bersikulo otso, ang hari sa amihanan “molapaw ug moagi.” Kining tulo ka mga pahayag mao ang mao gayud nga Hebreohanon nga gihubad lamang sa diyutayng kalainan, samtang gipadayon ang mao gihapong kahulogan. Ang hari sa habagatan sa bersikulo diez mao ang Ehipto ni Ptolemy, apan sa bersikulo kuwarenta ang hari sa habagatan mao ang espirituwal nga Ehipto, ang hari sa ateyismo, ang Soviet Union, ug sa Isaias, ang habagatang gingharian sa Juda mao ang hari sa habagatan. Sa tagsatagsa ka kahimtang, ang hari sa amihanan mao ang Imperyong Seleucid, unya ang kapapahan, ug sa Isaias kini mao ang Asiria.</w:t>
      </w:r>
    </w:p>
    <w:p>
      <w:pPr>
        <w:pStyle w:val="ArticleBody"/>
        <w:jc w:val="left"/>
      </w:pPr>
      <w:r>
        <w:rPr>
          <w:rFonts w:ascii="Times New Roman" w:hAnsi="Times New Roman" w:eastAsia="Times New Roman" w:cs="Times New Roman"/>
        </w:rPr>
        <w:t>Sa duha sa tulo ka nagkatakdo nga mga bersikulo, ang punto diin natapos ang pagsulong sa hari sa amihanan espesipikong giila. Sa bersikulo 10 kini natapos sa “kuta,” nga sa kasaysayan natuman sa dihang gitapos sa mga Seleucid ang ilang kampanya sa utlanan sa Ehipto, kay ang profetikanhong Pulong nag-ingon nga ang hari sa amihanan “moanhi gayud, ug mobaha, ug moagi: unya mobalik siya, ug mapukaw, bisan hangtod sa iyang kuta.” Ang “kuta” nagrepresentar sa Ehipto, nga mao ang kaulohan sa ilang gingharian.</w:t>
      </w:r>
    </w:p>
    <w:p>
      <w:pPr>
        <w:pStyle w:val="ArticleBody"/>
        <w:jc w:val="left"/>
      </w:pPr>
      <w:r>
        <w:rPr>
          <w:rFonts w:ascii="Times New Roman" w:hAnsi="Times New Roman" w:eastAsia="Times New Roman" w:cs="Times New Roman"/>
        </w:rPr>
        <w:t>Diha sa Isaias 8, si Sennacherib “moagi latas sa Juda; moawas siya ug molukop, moabot siya bisan hangtod sa liog.” Ang “kapital”, ang “hari” ug ang “ulo” pulos mga simbolo nga mapulihanay ug kahulogan, nga natukod pinaagi sa duha ka mga saksi diha gayod sa maong pahayag diin si Sennacherib misulong paingon sa Jerusalem.</w:t>
      </w:r>
    </w:p>
    <w:p>
      <w:pPr>
        <w:pStyle w:val="ArticleScripture"/>
        <w:jc w:val="left"/>
      </w:pPr>
      <w:r>
        <w:rPr>
          <w:rFonts w:ascii="Times New Roman" w:hAnsi="Times New Roman" w:eastAsia="Times New Roman" w:cs="Times New Roman"/>
        </w:rPr>
        <w:t>Kay ang ulo sa Siria mao ang Damasco, ug ang ulo sa Damasco mao si Rezin; ug sulod sa kan-uman ug lima ka tuig pagadugmokon ang Ephraim, aron dili na kini mahimong usa ka katawohan. Ug ang ulo sa Ephraim mao ang Samaria, ug ang ulo sa Samaria mao ang anak ni Remalias. Kong kamo dili motuo, sa pagkatinuod dili kamo mapalig-on. Isaias 7:8, 9.</w:t>
      </w:r>
    </w:p>
    <w:p>
      <w:pPr>
        <w:pStyle w:val="ArticleBody"/>
        <w:jc w:val="left"/>
      </w:pPr>
      <w:r>
        <w:rPr>
          <w:rFonts w:ascii="Times New Roman" w:hAnsi="Times New Roman" w:eastAsia="Times New Roman" w:cs="Times New Roman"/>
        </w:rPr>
        <w:t>Ang Syria mao ang nasod, ang Damasco mao ang kapitolyo nga siyudad, ug si Rezin mao ang hari, ug ang kapitolyo ug ang hari maoy mga simbolo nga mahimong pulihan sa usag usa. Ang kapitolyo ug ang hari pulos mga “ulo.” Sa dihang si Sennacherib miabut “hangtod sa liog” sa Juda, miabut siya sa Jerusalem ug mihunong, kay mihunong siya sa “ulo,” nga gisuportahan sa “liog.” Sa dihang ang mga Seleucid miabot batok kang Ptolemy, mihunong sila sa “kuta,” ug ang “kuta” mao ang nasod sa Ehipto.</w:t>
      </w:r>
    </w:p>
    <w:p>
      <w:pPr>
        <w:pStyle w:val="ArticleBody"/>
        <w:jc w:val="left"/>
      </w:pPr>
      <w:r>
        <w:rPr>
          <w:rFonts w:ascii="Times New Roman" w:hAnsi="Times New Roman" w:eastAsia="Times New Roman" w:cs="Times New Roman"/>
        </w:rPr>
        <w:t>Ang bersikulo 10 sa Daniel 11, ug ang bersikulo 8 sa Isaias 8, sa konteksto sa mga bersikulo 8 ug 9 sa kapitulo 7 sa Isaias, nagrepresentar ug duha ka mga saksi nga nagpaila nga, sa dihang ang hari sa amihanan diha sa bersikulo 40 sa Daniel 11 “miawas ug milabay ibabaw” sa hari sa habagatan niadtong 1989, ang ulo, ang nasod nga maoy kapital sa gingharian sa habagatan (Russia), nagpabiling nagbarog.</w:t>
      </w:r>
    </w:p>
    <w:p>
      <w:pPr>
        <w:pStyle w:val="ArticleBody"/>
        <w:jc w:val="left"/>
      </w:pPr>
      <w:r>
        <w:rPr>
          <w:rFonts w:ascii="Times New Roman" w:hAnsi="Times New Roman" w:eastAsia="Times New Roman" w:cs="Times New Roman"/>
        </w:rPr>
        <w:t>Ang “kuta” sa bersikulo napulo mao ang yawi sa pag-ila sa kasamtangang Gubat sa Ukraine, ug usab sa kamatuoran nga ang Rusya magmadaogon. Apan ang propetikong aplikasyon nga nagapamatuod niining kamatuoranha direktang nalambigit ug bug-os nga gitukod ibabaw sa mao rang mga bersikulo nga gibuksan alang kang Hiram Edson, nga gipatik sa mga artikulo sa Review and Herald niadtong 1856. Ang mga artikulo nag-ila sa “pito ka mga panahon,” sa Levitico baynte-sais.</w:t>
      </w:r>
    </w:p>
    <w:p>
      <w:pPr>
        <w:pStyle w:val="ArticleBody"/>
        <w:jc w:val="left"/>
      </w:pPr>
      <w:r>
        <w:rPr>
          <w:rFonts w:ascii="Times New Roman" w:hAnsi="Times New Roman" w:eastAsia="Times New Roman" w:cs="Times New Roman"/>
        </w:rPr>
        <w:t>Sukad pa sa Hulyo sa 2023, gipadayag sa Leon sa banay ni Juda gikan nianang maong mga bersikulo, nga ang duruha ka mga tagna sa duruha ka libo lima ka gatus ug kaluhaan ka tuig batok sa amihanang ug habagatang mga gingharian, nagrepresentar dili lamang og usa ka panahon sa pagkatibulaag, kondili naghulagway usab kini sa mismong buluhaton ni Cristo sa pagpatuman sa paghiusa sa pagka-Dios uban sa pagkatawo. Diha niana nga pagpadayag, gipaila nga ang “ulo” mao ang labing hataas nga kinaiya sa tawo. Ang “ulo” mao ang “kuta” diha sa tawhanong templo, nga giila ni Sister White ingon nga kuta sa kalag. Ang usa ka kuta mao ang usa ka depensaang kuta.</w:t>
      </w:r>
    </w:p>
    <w:p>
      <w:pPr>
        <w:pStyle w:val="ArticleBody"/>
        <w:jc w:val="left"/>
      </w:pPr>
      <w:r>
        <w:rPr>
          <w:rFonts w:ascii="Times New Roman" w:hAnsi="Times New Roman" w:eastAsia="Times New Roman" w:cs="Times New Roman"/>
        </w:rPr>
        <w:t>Busa natukod nga ang panggawas nga “kuta” sa Daniel kapitulo onse bersikulo diyes, nagrepresentar usab sa usa ka sulodnong “kuta.” Sa dihang nagsugod ang gubat (panggawas) sa Ukraine niadtong 2014, ang pagsulod sa mga satanikong pagtulon-an nga miabot gikan sa “down under” ug sa Wales (sulodnon) gipaila sa kalihokan sa Future for America, ug ang proseso sa pagpatik nakaabot na sa laing lakang. Pag-abot sa 2020, ang Republikano ug ang Protestante nga mga sungay kapuwa gipatay sa kadalanan niadtong dakong siyudad, diin usab ang atong Ginoo gilansang sa krus.</w:t>
      </w:r>
    </w:p>
    <w:p>
      <w:pPr>
        <w:pStyle w:val="ArticleBody"/>
        <w:jc w:val="left"/>
      </w:pPr>
      <w:r>
        <w:rPr>
          <w:rFonts w:ascii="Times New Roman" w:hAnsi="Times New Roman" w:eastAsia="Times New Roman" w:cs="Times New Roman"/>
        </w:rPr>
        <w:t>Niadtong 2020, napakyas si Donald Trump sa iyang ikaduhang kampanya sa pagkapresidente, ug miabot na ang panahon sa paghulat sa napulo ka mga ulay. Niadtong 2022, opisyal nga gisugdan ni Trump ang iyang ikatulong kampanya sa pagkapresidente, ug ang iyang unang malampusong kampanya sa pagkapresidente nagrepresentar sa iyang ulahi. Niadtong 2023, usa ka “tingog gikan sa kamingawan” misugod sa pagsulti ngadto sa mga uga nga bukog nga nangamatay.</w:t>
      </w:r>
    </w:p>
    <w:p>
      <w:pPr>
        <w:pStyle w:val="ArticleBody"/>
        <w:jc w:val="left"/>
      </w:pPr>
      <w:r>
        <w:rPr>
          <w:rFonts w:ascii="Times New Roman" w:hAnsi="Times New Roman" w:eastAsia="Times New Roman" w:cs="Times New Roman"/>
        </w:rPr>
        <w:t>Ang mga bersikulo trese hangtod kinse nagpadayon sa kasaysayan human sa gubat sa Ukraine ni Putin, bisan pa nga ang kadaugan dili makapahimulos kaniya, maingon nga gisubli sa Russia ang kasaysayan ni Napoleon Bonaparte.</w:t>
      </w:r>
    </w:p>
    <w:p>
      <w:pPr>
        <w:pStyle w:val="ArticleBody"/>
        <w:jc w:val="left"/>
      </w:pPr>
      <w:r>
        <w:rPr>
          <w:rFonts w:ascii="Times New Roman" w:hAnsi="Times New Roman" w:eastAsia="Times New Roman" w:cs="Times New Roman"/>
        </w:rPr>
        <w:t>Ang pagkabihag ni Napoleon ug ang iyang katapusan gitipo sa pagkabihag ni hari Uzzias ug sa iyang katapusan, nga siya usab wala mapalig-on pinaagi sa iyang mga kadaugan sa militar, ug nga naghulagway nang daan kang Ptolemeo IV sa mga bersikulo onse ug dose, nga silang duha wala usab mapalig-on pinaagi sa ilang mga kadaugan sa militar. Si Uzzias ug si Ptolemeo IV nangita nga maghalad sa sulod sa templo ug silang duha gipugngan sa pagbuhat niana. Si hari Uzzias gihampak ug sanla sa iyang agtang samtang naningkamot siya sa pagbuhat niana. Ang timaan sa iyang agtang dili lamang nagrepresentar sa timaan sa mananap, kondili nagtipo usab kini sa unang hari sa habagatan niadtong 1989, nga miadto usab sa usa ka matang sa pagkabihag sa dihang siya (si Gorbachev) mibiya sa Unyong Sobyet aron mahimong kabahin sa United Nations. Sama kang hari Uzzias, si Gorbachev adunay usa ka mahinungdanong timaan sa iyang agtang. Si hari Uzzias, si hari Ptolemeo IV, si Napoleon, ug si Gorbachev tanan nagtipo sa katapusan ni Putin. Ang tanan nilang upat mga hari sa habagatan nga nagtapos sa tagsatagsa nilang kaugalingong dinastiya, nga nagtipo sa katapusan sa Rusya ni Putin.</w:t>
      </w:r>
    </w:p>
    <w:p>
      <w:pPr>
        <w:pStyle w:val="ArticleBody"/>
        <w:jc w:val="left"/>
      </w:pPr>
      <w:r>
        <w:rPr>
          <w:rFonts w:ascii="Times New Roman" w:hAnsi="Times New Roman" w:eastAsia="Times New Roman" w:cs="Times New Roman"/>
        </w:rPr>
        <w:t>Unya ang bersikulo trese hangtod kinse nagbukas sa pagpamatuod nga nagsugod niadtong 200 BC, ug nagasagisag sa ikatulo ug katapusang termino ni Donald Trump, nga nagarepresentar sa sungay sa Republikano. Ang bersikulo katorse nagtimaan kon kanus-a ang kapapahan nagsugod sa pag-awit sa iyang mga alawiton sa pakighilawas ingon nga bigaon sa Tiro, ug ang bersikulo kinse nagpaila sa linya sa apostatang sungay sa Protestante uban sa kasaysayan sa mga Maccabees. Ang tulo ka bersikulo naglangkob sa tulo ka propetikong mga linya.</w:t>
      </w:r>
    </w:p>
    <w:p>
      <w:pPr>
        <w:pStyle w:val="ArticleBody"/>
        <w:jc w:val="left"/>
      </w:pPr>
      <w:r>
        <w:rPr>
          <w:rFonts w:ascii="Times New Roman" w:hAnsi="Times New Roman" w:eastAsia="Times New Roman" w:cs="Times New Roman"/>
        </w:rPr>
        <w:t>Ang kasaysayan sa mga Maccabees dili tinago sama sa katapusan sa bersikulo dos hangtod sa bersikulo tres, o sama sa katapusan sa bersikulo kuwarenta hangtod sa bersikulo kuwarenta ug usa, apan ang linya, sa labing gamay, malawom ug malisod masabtan sa unang pagsusi. Apan diha nianang medyo dili tin-aw nga kasaysayang propetiko gipadayag ang pakigsaad sa mga Judio uban sa Roma, ug kini nagtimaan sa pagporma sa hulagway sa mananap. Ang pagporma sa hulagway sa mananap gitipo usab diha sa tinagong kasaysayan sa Daniel kapitulo dos, diin si Nebukadnezar may usa ka damgo, nga dili niya mahinumduman, ug nga si Daniel, ilalom sa hulga sa kamatayon, gikinahanglan sa paghubad, bisan wala mahibalo sa damgo. Ang pag-ampo ni Daniel ug sa tulo ka takus sa kapitulo dos nagrepresentar sa pag-ampo alang sa gawasnong kahayag nga nagdugang sa pag-ampo ni Daniel sa kapitulo nuebe alang sa sulodnong pagbag-o.</w:t>
      </w:r>
    </w:p>
    <w:p>
      <w:pPr>
        <w:pStyle w:val="ArticleBody"/>
        <w:jc w:val="left"/>
      </w:pPr>
      <w:r>
        <w:rPr>
          <w:rFonts w:ascii="Times New Roman" w:hAnsi="Times New Roman" w:eastAsia="Times New Roman" w:cs="Times New Roman"/>
        </w:rPr>
        <w:t>Ang linya sa mga Maccabeo nahiuyon sa tinagong tinago sa Daniel kapitulo dos. Ang tinago sa Daniel dos naghatag sa unang profetikanhong pagpamatuod sa profetikanhong talinghaga sa ikawalo nga iya sa pito, nga nakaamot sa kapadayagan sa pagkabanhaw sa duha ka mga saksi diha sa Pinadayag onse. Ang pagkabanhaw sa duha ka mga saksi, sa kalambigitan sa ikawalo nga iya sa pito, nagapahimutang nga sa managsama nga kasaysayan sa mga Millerita ug sa usa ka gatus kap-atan ug upat ka libo, ang baliktad nga pagbalhin sa mga Millerita ngadto sa Laodicea nahiuyon sa usa ka gatus kap-atan ug upat ka libo nga nagbalhin gikan sa Laodicea ngadto sa Philadelphia.</w:t>
      </w:r>
    </w:p>
    <w:p>
      <w:pPr>
        <w:pStyle w:val="ArticleBody"/>
        <w:jc w:val="left"/>
      </w:pPr>
      <w:r>
        <w:rPr>
          <w:rFonts w:ascii="Times New Roman" w:hAnsi="Times New Roman" w:eastAsia="Times New Roman" w:cs="Times New Roman"/>
        </w:rPr>
        <w:t>Ang malabong linya sa mga Maccabees ug ang tinagong damgo ni Nabucodonosor silang tanan piho gayud nga pinaselyohan hangtod lamang human nagsugod ang proseso sa pagkabanhaw sa duha ka mga saksi niadtong 2023. Sila pagabukhadon diha-diha sa wala pa ang takna sa “dakong linog”, nga nagtimaan sa panapos sa panahon sa pagsulay alang sa mga Seventh-day Adventists. Ang pagsulay nga kinahanglan malabyan sa maong mga Adventists sa dili pa nila madawat ang patik sa Dios, ug sa dili pa matapos ang panahon sa pagsulay, mao ang pagsulay nga nalangkit sa pagporma sa larawan sa mananap.</w:t>
      </w:r>
    </w:p>
    <w:p>
      <w:pPr>
        <w:pStyle w:val="ArticleBody"/>
        <w:jc w:val="left"/>
      </w:pPr>
      <w:r>
        <w:rPr>
          <w:rFonts w:ascii="Times New Roman" w:hAnsi="Times New Roman" w:eastAsia="Times New Roman" w:cs="Times New Roman"/>
        </w:rPr>
        <w:t>Ang kaliwatan sa mga Maccabeo, ang tinagong damgo ni Nabucodonosor, ang tigmo sa ikawalong gikan sa pito, ug ang duha ka sungay sa mananap sa yuta, tanan nakaamot sa proseso sa pagsulay nga matuman sa dihang maporma ang hulagway sa mananap. Ang pag-ila niining mga linya ingon nga mga kamatuoran nga sa usa ka paagi nga mahitungod sa tagna mga “tinagong kamatuoran,” mao ang nagapamatood nga kini mao ang mga kamatuoran nga ang Leon sa banay ni Juda karon nagabukas sa mga selyo.</w:t>
      </w:r>
    </w:p>
    <w:p>
      <w:pPr>
        <w:pStyle w:val="ArticleBody"/>
        <w:jc w:val="left"/>
      </w:pPr>
      <w:r>
        <w:rPr>
          <w:rFonts w:ascii="Times New Roman" w:hAnsi="Times New Roman" w:eastAsia="Times New Roman" w:cs="Times New Roman"/>
        </w:rPr>
        <w:t>Ang pagtangtang sa selyo sa pag-ila sa duha ka mga saksi, nga nagrepresentar sa Republikano ug Protestante nga mga sungay sa mananap sa yuta sa Pinadayag trese, inubanan sa kamatuoran nga ang matag sungay nagdagan nga kaagapay sa usa, ug usab nga ang matag sungay adunay duruha ka sulodnong kinaiya, nagtimaan sa sinugdanan sa pagtangtang sa selyo sa Pinadayag ni Jesu-Cristo. Ang kamatuorang gitangtangan na sa selyo naglakip sa pagtangtang sa selyo sa tinagong kasaysayan sa pito ka mga dalogdog, ug usab sa kahulogan sa Hebreohanon nga pulong nga “Truth.”</w:t>
      </w:r>
    </w:p>
    <w:p>
      <w:pPr>
        <w:pStyle w:val="ArticleBody"/>
        <w:jc w:val="left"/>
      </w:pPr>
      <w:r>
        <w:rPr>
          <w:rFonts w:ascii="Times New Roman" w:hAnsi="Times New Roman" w:eastAsia="Times New Roman" w:cs="Times New Roman"/>
        </w:rPr>
        <w:t>Sa dihang ang kataposang yugto sa pito ka mga dalugdog giila nga nagrepresentar sa tulo ka mga timailhan sa unang kapakyasan, gisundan sa mensahe sa Tunga-tungang Gabii nga Singgit, ug unya gitapus pinaagi sa dakong kapakyasan, nga nahiuyon sa Hebreohanon nga pulong nga “Kamatuoran,” ang kapadayagan nga nagtimaan sa Hulyo 18, 2020, nga mao ang hingpit nga katumanan sa mensahe sa Tunga-tungang Gabii nga Singgit nga nagmando ngadto sa balaod sa Domingo, napalig-on dayon.</w:t>
      </w:r>
    </w:p>
    <w:p>
      <w:pPr>
        <w:pStyle w:val="ArticleBody"/>
        <w:jc w:val="left"/>
      </w:pPr>
      <w:r>
        <w:rPr>
          <w:rFonts w:ascii="Times New Roman" w:hAnsi="Times New Roman" w:eastAsia="Times New Roman" w:cs="Times New Roman"/>
        </w:rPr>
        <w:t>Ang pito ka mga dalugdog giila na sa wala pa ang Hulyo, 2023 ingon nga kaparis nga kasaysayan sa kalihokan sa unang manulonda ug sa kalihokan sa ikatulong manulonda, apan niadtong panahona ang katapusang tulo ka lakang nga yugto wala pa hisgoti ingon nga usa ka piho nga yugto nga girepresentahan isip ang pito ka mga dalugdog. Karon nga kana nga pag-ila natukod na, “Kamatuoran.”</w:t>
      </w:r>
    </w:p>
    <w:p>
      <w:pPr>
        <w:pStyle w:val="ArticleBody"/>
        <w:jc w:val="left"/>
      </w:pPr>
      <w:r>
        <w:rPr>
          <w:rFonts w:ascii="Times New Roman" w:hAnsi="Times New Roman" w:eastAsia="Times New Roman" w:cs="Times New Roman"/>
        </w:rPr>
        <w:t>Ang Kapadayagan ni Jesu-Cristo ginabuklad sa dili pa matapos ang panahon sa pagsulay, ug kini naglakip sa duha ka mga saksi sa Kapadayagan kapitulo onse. Ang Kapadayagan ni Jesu-Cristo naglakip sa tinagong kasaysayan sa pito ka mga dalugdog. Ang Kapadayagan ni Jesu-Cristo naglakip sa tigmo nga “ang ikawalo gikan sa pito”, nga sa baylo nagaila sa pagbalhin sa mga Millerite ngadto sa Laodicea, uban sa kaangay nga pagbalhin sa usa ka gatus ug kap-atan ug upat ka libo ngadto sa Philadelphia. Ang ikawalo nga gikan sa pito, nagrepresentar usab sa usa ka profetikanhong pagpamulong sa pagsulay sa larawan sa mapintas nga mananap, tungod kay ang Republikano ug Protestante nga mga sungay parehong moabot sa ilang katapusan sa dihang ang Republikano nga sungay magmugna ug usa ka politikanhong larawan sa mapintas nga mananap, sukwahi sa, ug taliwala sa panaglalis uban sa, tinuod nga Protestante nga sungay nga nagaporma ug usa ka larawan ni Cristo, nga unya ginabayaw ingon nga bandila.</w:t>
      </w:r>
    </w:p>
    <w:p>
      <w:pPr>
        <w:pStyle w:val="ArticleBody"/>
        <w:jc w:val="left"/>
      </w:pPr>
      <w:r>
        <w:rPr>
          <w:rFonts w:ascii="Times New Roman" w:hAnsi="Times New Roman" w:eastAsia="Times New Roman" w:cs="Times New Roman"/>
        </w:rPr>
        <w:t>Kining mga kamatuoran nagsugod sa pag-abli sa katapusan sa Hulyo, 2023 ug kining tanan nga mga kamatuoran nagrepresentar sa propetikong kasaysayan nga natuman diha sa tinagong kasaysayan, nga mao ang “kana nga bahin sa tagna ni Daniel nga may kalabutan sa ulahing mga adlaw.”</w:t>
      </w:r>
    </w:p>
    <w:p>
      <w:pPr>
        <w:pStyle w:val="ArticleBody"/>
        <w:jc w:val="left"/>
      </w:pPr>
      <w:r>
        <w:rPr>
          <w:rFonts w:ascii="Times New Roman" w:hAnsi="Times New Roman" w:eastAsia="Times New Roman" w:cs="Times New Roman"/>
        </w:rPr>
        <w:t>Busa kita adunay usa ka propetikong estruktura sa tinagong kasaysayan sa bersikulo kwarenta, gikan sa panahon sa katapusan sa 1989, ngadto sa balaod sa Domingo sa bersikulo kwarenta ug usa nga nagtugot kanato sa pagpahimutang sa mga bersikulo usa ug duha sa Daniel kapitulo onse sa ibabaw niini. Unya mahimo nato nga ipahimutang ang mga bersikulo napulo hangtod kinse sulod sa maong linya. Unya mahimo nato nga kuhaon ang linya sa mga Maccabeo nga, kon husto nga masabtan, nagsugod sa bersikulo trese ug nagapadayon hangtod sa bersikulo baynte-tres sulod sa maong linya. Mahimo usab nato nga kuhaon ang linya sa duha ka mga saksi sa Pinadayag kapitulo onse, mga bersikulo pito hangtod dose, sulod sa maong linya. Uban sa duha ka mga saksi sa Daniel ug Pinadayag, kita adunay usa ka estruktura sa tinagong kasaysayan sa bersikulo kwarenta.</w:t>
      </w:r>
    </w:p>
    <w:p>
      <w:pPr>
        <w:pStyle w:val="ArticleBody"/>
        <w:jc w:val="left"/>
      </w:pPr>
      <w:r>
        <w:rPr>
          <w:rFonts w:ascii="Times New Roman" w:hAnsi="Times New Roman" w:eastAsia="Times New Roman" w:cs="Times New Roman"/>
        </w:rPr>
        <w:t>Niadtong 1989, ang Unyong Sobyet gilaglag pinaagi sa usa ka alyansa tali sa kapapahan ug sa iyang puli nga kasundalohan, ang Tinipong Bansa sa Amerika. Sa dihang ang Unyong Sobyet gibungkag ni Gorbachev, miabot ang panahon sa katapusan alang sa usa ka gatus ug kap-atan ug upat ka libo. Si Ronald Reagan mao ang unang manalagnong hari sa Tinipong Bansa sa Amerika sukad sa panahon sa katapusan; si Reagan, usa ka apostatang Protestante nga Republikano nga girepresentahan ni Haring Dario, gisundan ni Ciro, unya sa laing tulo ka mga hari, ug dayon sa ikaupat nga adunahang hari.</w:t>
      </w:r>
    </w:p>
    <w:p>
      <w:pPr>
        <w:pStyle w:val="ArticleBody"/>
        <w:jc w:val="left"/>
      </w:pPr>
      <w:r>
        <w:rPr>
          <w:rFonts w:ascii="Times New Roman" w:hAnsi="Times New Roman" w:eastAsia="Times New Roman" w:cs="Times New Roman"/>
        </w:rPr>
        <w:t>Si Haring Ciro nagrepresentar kang Bush ang Una, usa ka nag-angkon nga Republikano nga globalista nga gisundan sa Demokratang globalista nga si Clinton, nga gisundan sa nag-angkon nga Republikano nga globalista nga si Bush ang Ulahi, nga gisundan sa Islamikong Demokratang globalista nga si Obama, nga gisundan sa labing adunahang presidente kanilang tanan, usa ka apostatang Protestante nga Republikano, si Donald Trump.</w:t>
      </w:r>
    </w:p>
    <w:p>
      <w:pPr>
        <w:pStyle w:val="ArticleBody"/>
        <w:jc w:val="left"/>
      </w:pPr>
      <w:r>
        <w:rPr>
          <w:rFonts w:ascii="Times New Roman" w:hAnsi="Times New Roman" w:eastAsia="Times New Roman" w:cs="Times New Roman"/>
        </w:rPr>
        <w:t>Sa 2014, misugod ang Gubat sa Ukraina tali sa Rusya ug sa papal nga pamuling-pulong nga kasundalohan nga Nazi, diin ang kaniadto nga pamuling-pulong nga kasundalohan sa kapapahan (ang Estados Unidos) naghatag ug suporta sa pamuling-pulong nga kasundalohan sa Ukraina. Sa 2014, ang kalihukan sa Future for America gisudlan sa mga representante sa dragon, ug sa 2015, gisugdan ni Donald Trump ang nahaunang sa tulo ka kampanya pagkapresidente nga iyang pagatumanon. Midaug siya sa iyang unang kampanya, apan ang iyang tunga-tungang kampanya gikawat, ug sa iyang katapusang kampanya siya modaug pag-usab. Sa 2020, ang Republikano nga sungay nakadawat ug usa ka makamatay nga samad samtang gikawat ang eleksiyon, ug ang tinuod nga Protestante nga sungay nakadawat ug usa ka makamatay nga samad pinaagi sa pagpamatuod sa usa ka bakak nga panagna, nga gidala sa bahin pinaagi sa pagsulod nga nagsugod niadtong 2014, ug nga mikawat sa mensahe pinaagi sa pagpaila sa nagkalainlaing bakak nga mga aplikasyon sa tagna.</w:t>
      </w:r>
    </w:p>
    <w:p>
      <w:pPr>
        <w:pStyle w:val="ArticleBody"/>
        <w:jc w:val="left"/>
      </w:pPr>
      <w:r>
        <w:rPr>
          <w:rFonts w:ascii="Times New Roman" w:hAnsi="Times New Roman" w:eastAsia="Times New Roman" w:cs="Times New Roman"/>
        </w:rPr>
        <w:t>Niadtong 2020, usa ka eleksyon ug usa ka manalagnong mensahe gikawat, ug ang duruha ka sungay sa simbolikong paagi gipamatay pinaagi sa mga representante sa dragon. Ang eleksyon gikawat pinaagi sa duruha ka pilo nga alyansa sa nag-angkon nga mga Republikano nga mga globalista ug sa mga Demokratang mga globalista, nga gisuportahan sa usa ka globalistang propagandang media ug sa mga globalistang magpapatigayon. Ang mensahe gikawat pinaagi sa usa ka mubo nga wala minyong babaye gikan sa down under ug usa ka mubo nga diborsiyadong batang lalaki gikan sa Wales, kansang tinagong laraw mao ang pagpaila ug pagpasiugda sa gay agenda, ug ang pagpangayo og pasaylo ngadto sa “tawo sa sala.” Ang lider sa Future for America nagdala sa tanang pagbasol alang sa satanikong paglusot, kay siya may responsibilidad sa pagpanalipod sa kalihukan, apan hilabihan siyang andam sa pagtugot nga ang mga mensaherong wala mabalaan mopahimutang sa ilang kaugalingon sa usa ka posisyon sa pagpangulo. Si Donald Trump ang angay basulon sa gikawat nga eleksyon, kay kadtong iyang gipili nga tugotan sa sulod sa iyang sulodnong sirkulo sa gahum tinuyoang nagbungkag sa buluhaton nga iyang gisugdan.</w:t>
      </w:r>
    </w:p>
    <w:p>
      <w:pPr>
        <w:pStyle w:val="ArticleBody"/>
        <w:jc w:val="left"/>
      </w:pPr>
      <w:r>
        <w:rPr>
          <w:rFonts w:ascii="Times New Roman" w:hAnsi="Times New Roman" w:eastAsia="Times New Roman" w:cs="Times New Roman"/>
        </w:rPr>
        <w:t>Sa tuig 2022, gisugdan ni Donald Trump ang iyang ikatulong kampanya, ug sa tuig 2023 usa ka “tingog nga nagasinggit diha sa kamingawan” misugod sa pagpadala ug mensahe ngadto sa mga iglesia. Bag-ohay lang, usa ka “bato” (nga akong gihubit ingong kadtong mga anaa sa gawas sa “karon nga kamatuoran” maoy misinggit), nga tingali mao ang labing hait nga hunahuna sa kasamtangang politikal nga kahimtang sa publikong entablado, nagpahayag ug pipila ka masinabuton kaayong mga kamatuoran. Ang iyang ngalan mao si Victor Davis Hanson, ug kon imong gisundan ang mga panghitabo nga nagakahitabo sa imong palibot ug gitandi ang maong mga panghitabo uban sa mga tagna sa Iyang Pulong, nan si Victor Davis Hanson usa sa mga “bato,” nga nagapalanog sa mao ra nga mensahe nga, hinaut, imong gitun-an.</w:t>
      </w:r>
    </w:p>
    <w:p>
      <w:pPr>
        <w:pStyle w:val="ArticleScripture"/>
        <w:jc w:val="left"/>
      </w:pPr>
      <w:r>
        <w:rPr>
          <w:rFonts w:ascii="Times New Roman" w:hAnsi="Times New Roman" w:eastAsia="Times New Roman" w:cs="Times New Roman"/>
        </w:rPr>
        <w:t>“Buot sa Dios nga tun-an nato ang mga hitabo nga nagakahitabo sa atong palibot, ug itandi kini sa mga tagna sa Iyang pulong, aron masabtan nato nga nagkinabuhi kita sa kataposang mga adlaw. Gusto nato ang atong mga Biblia, ug gusto nato nga mahibaloan kung unsay nahisulat diha niini. Ang masinantusong estudyante sa tagna pagagantihan pinaagi sa tin-aw nga mga pagpadayag sa kamatuoran, kay miingon si Jesus, ‘Ang Imong pulong mao ang kamatuoran.’” Signs of the Times, Oktubre 1, 1894.</w:t>
      </w:r>
    </w:p>
    <w:p>
      <w:pPr>
        <w:pStyle w:val="ArticleBody"/>
        <w:jc w:val="left"/>
      </w:pPr>
      <w:r>
        <w:rPr>
          <w:rFonts w:ascii="Times New Roman" w:hAnsi="Times New Roman" w:eastAsia="Times New Roman" w:cs="Times New Roman"/>
        </w:rPr>
        <w:t>Sa usa ka interbyu nga gi-post ni @FreyjaTarte sa X.com, nagsugod si Hanson pinaagi sa pagpahayag, “Sila [ang mga Demokratiko] nagtan-aw kang Trump ingon nga usa ka bampira.” Mipadayon siya pinaagi sa paghisgot sa kahadlok sa mga Demokratiko mahitungod sa pagpili pag-usab kang Donald Trump. Wala akoy hinungdan sa pagtuo nga nasabtan ni Hanson nga sumala sa Pinadayag kapitulo onse, si Trump gibanhaw pag-usab (ingon nga usa ka bampira), ug nga sa dihang nahitabo kana, kadtong kaniadto nangalipay sa iyang kamatayon mangahadlok. Apan mao kana ang iyang giila sa tibuok niyang komentaryo.</w:t>
      </w:r>
    </w:p>
    <w:p>
      <w:pPr>
        <w:pStyle w:val="ArticleScripture"/>
        <w:jc w:val="left"/>
      </w:pPr>
      <w:r>
        <w:rPr>
          <w:rFonts w:ascii="Times New Roman" w:hAnsi="Times New Roman" w:eastAsia="Times New Roman" w:cs="Times New Roman"/>
        </w:rPr>
        <w:t>Ug human sa tulo ka adlaw ug tunga, ang Espiritu sa kinabuhi nga gikan sa Dios misulod kanila, ug sila mitindog sa ilang mga tiil; ug dakung kahadlok miabot ibabaw niadtong mga nakakita kanila. Pinadayag 11:11.</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“Naabot na nato ang yugto nga gitagna niining mga kasulatan. Miabut na ang panahon sa katapusan, ang mga panan-awon sa mga propeta gibuksan na, ug ang ilang mabug-at nga mga pahimangno nagatudlo kanato ngadto sa pag-anhi sa atong Ginoo diha sa himaya ingon nga haduol na gayud.</w:t>
      </w:r>
    </w:p>
    <w:p>
      <w:pPr>
        <w:pStyle w:val="ArticleScripture"/>
        <w:jc w:val="left"/>
      </w:pPr>
      <w:r>
        <w:rPr>
          <w:rFonts w:ascii="Times New Roman" w:hAnsi="Times New Roman" w:eastAsia="Times New Roman" w:cs="Times New Roman"/>
        </w:rPr>
        <w:t>“Sayop nga gihubad ug sayop nga gigamit sa mga Judio ang pulong sa Dios, ug wala nila mailhi ang panahon sa ilang pagduaw. Ang mga tuig sa ministeryo ni Cristo ug sa Iyang mga apostoles,—ang bililhon nga katapusang mga tuig sa grasya alang sa piniling katawhan,—ilang gigugol sa paglaraw sa paglaglag sa mga mensahero sa Ginoo. Ang yutan-ong mga ambisyon misakmit kanila sa hingpit, ug ang tanyag sa espirituhanong gingharian miabot kanila nga kawang. Busa usab karon ang gingharian niini nga kalibotan maoy misakmit sa mga hunahuna sa mga tawo, ug wala nila tagda ang mga profesiya nga paspas nang natuman ug ang mga timailhan sa madali nang moabot nga gingharian sa Dios.</w:t>
      </w:r>
    </w:p>
    <w:p>
      <w:pPr>
        <w:pStyle w:val="ArticleScripture"/>
        <w:jc w:val="left"/>
      </w:pPr>
      <w:r>
        <w:rPr>
          <w:rFonts w:ascii="Times New Roman" w:hAnsi="Times New Roman" w:eastAsia="Times New Roman" w:cs="Times New Roman"/>
        </w:rPr>
        <w:t>“‘Apan, mga igsoon, wala man sa kangitngit, aron kadtong adlawa makakaplag kaninyo ingon sa usa ka kawatan. Kamong tanan mga anak sa kahayag, ug mga anak sa adlaw: kita dili iya sa gabii, ni sa kangitngit.’ Samtang dili nato mahibaloan ang takna sa pagbalik sa atong Ginoo, mahibaloan nato kon haduol na kini. ‘Busa dili kita mangatulog, sama sa uban; kondili magmatngon kita ug magmapinugnganon.’ 1 Tesalonica 5:4-6.’ The Desire of Ages,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Siyamnapu’g Usa</dc:title>
  <dc:subject>Ang Propetikong Hinabol sa Daniel 11: Pagbutyag sa mga Kasalimuotan sa Panahon ni Trump ug sa Pasiunang Bahin sa Balaod sa Domingo</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