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Kasiyaman ug Duha</w:t>
      </w:r>
    </w:p>
    <w:p>
      <w:pPr>
        <w:pStyle w:val="ArticleSubtitle"/>
        <w:jc w:val="left"/>
      </w:pPr>
      <w:r>
        <w:rPr>
          <w:rFonts w:ascii="Arial" w:hAnsi="Arial" w:eastAsia="Arial" w:cs="Arial"/>
        </w:rPr>
        <w:t>Pagpadayag sa Tinagong Kasaysayan: Mga Propetikong Pagtakdo gikan sa Daniel 11 ug ang Pagsilyo sa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Gikonsiderar nato ang “tinago nga kasaysayan” sa bersikulo kuwarenta sa Daniel kapitulo onse, sa dihang mohunong ang sinulat nga pagpamatuod niini sa panahon sa katapusan niadtong 1989, padulong sa balaod sa Dominggo sa bersikulo kuwarenta’y uno. Ang tinago nga kasaysayan nagrepresentar sa balangkas diin ipahaum ang tanang mga propetikong linya sa kataposang mga adlaw, kay ang pagpatik sa usa ka gatus ug kap-atan ug upat ka libo mahitabo sulod nianang tinago nga kasaysayan. Kana nga kasaysayan mao ang dapit diin mahitabo ang pagsulay nga nalangkit sa pagporma sa larawan sa mapintas nga mananap. Busa, kini mao ang kasaysayan diin maablihan ang tinago nga damgo ni Nabucodonosor mahitungod sa larawan sa mga mapintas nga mananap. Kana nga tinago nga kasaysayan mao ang dapit diin ang tinago nga kasaysayan gikan sa unang termino ni Donald Trump magatapos sa bersikulo dos sa Daniel onse ngadto sa bersikulo tres. Kana nga tinago nga kasaysayan mao ang bahin sa tagna ni Daniel nga may kalabutan sa kataposang mga adlaw, ug kini mao ang Pinadayag ni Jesu-Cristo nga pagaablihan sa dili pa mosira ang panahon sa pagpasulay diha sa balaod sa Dominggo. Kining tanang mga linya sa kamatuoran girepresentahan ingon nga ang pagtangtang sa ikapito ug katapusang patik.</w:t>
      </w:r>
    </w:p>
    <w:p>
      <w:pPr>
        <w:pStyle w:val="ArticleBody"/>
        <w:jc w:val="left"/>
      </w:pPr>
      <w:r>
        <w:rPr>
          <w:rFonts w:ascii="Times New Roman" w:hAnsi="Times New Roman" w:eastAsia="Times New Roman" w:cs="Times New Roman"/>
        </w:rPr>
        <w:t>Ang mga bersikulo napulo hangtod kinse sa Daniel onse kinahanglan ipahaom nianang tinagong kasaysayan, ug ang katapusang tulo nianang mga bersikulo nagpresentar ug tulo ka mga propetikong linya. Ilang gipaila kon kanus-a ang pagka-papa misulod pag-usab ngadto sa kasaysayan, maingon sa nahitabo sa tuig 200 BC, sa dihang ang paganong Roma unang misulod sa propetikong kasaysayan nga girepresentahan diha sa Daniel kapitulo onse, bersikulo katorse. Kana nga bersikulo, ug ang katumanan niana nga bersikulo diha sa kasaysayan sa paganong Roma, maoy nagpatukod sa panan-awon, kay ang paganong Roma mao ang simbolo sa gahum nga nagpahitaas sa iyang kaugalingon, nangilog gikan sa katawohan sa Dios ug unya napukan. Ang apostatang Protestantismo mipadapat sa maong bersikulo kang Antiochus Epiphanes, apan ang mga Millerite mipadapat niini sa paganong Roma, nga nag-ila sa maong bersikulo ingon nga kamatuoran sa pagsulay diha sa kasaysayan sa mga Millerite. Karon ang mga teologo sa modernong Laodiceanong Adventismo nagtudlo na usab nga kini si Antiochus Epiphanes, busa kini nahimo na usab nga kamatuoran sa pagsulay.</w:t>
      </w:r>
    </w:p>
    <w:p>
      <w:pPr>
        <w:pStyle w:val="ArticleBody"/>
        <w:jc w:val="left"/>
      </w:pPr>
      <w:r>
        <w:rPr>
          <w:rFonts w:ascii="Times New Roman" w:hAnsi="Times New Roman" w:eastAsia="Times New Roman" w:cs="Times New Roman"/>
        </w:rPr>
        <w:t>Dili lamang kini usa ka kamatuoran sa pagsulay, kondili ang bersikulo ug ang katumanan niini sa 200 BC nagaila kon kanus-a ang bigaon sa Tiro (modernong Roma) nagsugod sa pag-awit sa iyang satanikong mga awit, ug nagtudlo sa pagpasulod sa pagkapapa ngadto sa kasaysayan sa kataposang mga adlaw, ug busa nagrepresentar sa nag-unang kamatuoran sa pagsulay sa kataposang mga adlaw, nga nahiuyon sa kamatuoran sa pagsulay nga girepresentahan sa lalis sa kasaysayan sa mga Millerita.</w:t>
      </w:r>
    </w:p>
    <w:p>
      <w:pPr>
        <w:pStyle w:val="ArticleBody"/>
        <w:jc w:val="left"/>
      </w:pPr>
      <w:r>
        <w:rPr>
          <w:rFonts w:ascii="Times New Roman" w:hAnsi="Times New Roman" w:eastAsia="Times New Roman" w:cs="Times New Roman"/>
        </w:rPr>
        <w:t>Ang tulo ka bersikulo nagrepresentar usab sa linya sa Republikano nga sungay sa mananap sa yuta, ug nag-ila sa mga propetikong lakang ni Donald Trump sa iyang pagsulod sa iyang ikaduhang termino ingon nga ikawalong presidente nga gikan sa pito ka mga presidente, sulod sa usa ka linya sa mga presidente nga nagsugod kang Ronald Reagan sa panahon sa katapusan niadtong 1989. Human sa Gubat sa Raphia sa bersikulo dose, si “Antiochus” una nga mopugong sa usa ka pagrebelde sulod sa Tinipong Bansa sa Amerika, unya mag-andam alang sa usa ka gubat batok sa globalismo, nga girepresentahan sa Ehipto sa Gubat sa Panium. Madaog ni Trump kana nga gubat, apan ang maong gubat maoy magsugod sa Ikatulong Gubat sa Kalibotan (Actium). Kining mga kalihokan gipahulagway nang daan ni Antiochus III Magnus, nga napildi sa Ehipto sa Gubat sa Raphia, apan mobalos nga madinaugon sa Gubat sa Panium.</w:t>
      </w:r>
    </w:p>
    <w:p>
      <w:pPr>
        <w:pStyle w:val="ArticleBody"/>
        <w:jc w:val="left"/>
      </w:pPr>
      <w:r>
        <w:rPr>
          <w:rFonts w:ascii="Times New Roman" w:hAnsi="Times New Roman" w:eastAsia="Times New Roman" w:cs="Times New Roman"/>
        </w:rPr>
        <w:t>Sa bersikulo trese, “human sa pipila ka mga tuig,” si Antiochus Magnus, sumala sa giingon ni Uriah Smith, “Si Antiochus, sa napugngan na niya ang pagrebelde sa iyang gingharian, ug napasakop ug napahiluna ang sidlakang mga dapit sa ilang pagkamasinugtanon, gawasnon na siya sa pagbuhat sa bisan unsang buluhaton sa dihang ang batan-ong si Epiphanes miabot sa trono sa Ehipto; ug sa paghunahuna nga kini maoy usa ka kahigayonan nga labi ka maayo kaayo alang sa pagpalapad sa iyang kagamhanan aron pasagdan lamang nga moagi, nagtigom siya ug usa ka hilabihan kadaku nga kasundalohan nga mas daku kay sa nahauna.” Si Trump una nga mopugong sa usa ka rebelyon sulod sa iyang gingharian, ug unya mag-andam ug usa ka mas dakung kasundalohan kay sa iyang nabatonan sa dihang siya kaniadto napildi. Si Trump napildi niadtong 2020, sa katumanan sa Pinadayag kapitulo onse, sa dihang ang mapintas nga mananap sa ateismo, nga nagarepresentar sa kalibotanong globalismo, ug ang mga globalista sa duha ka partido, Demokratiko ug Republikano, nangawat sa eleksiyon, ug isip pangunang puli nga kasundalohan sa bigaon nga babaye sa Tiro, kini usab mahimong usa ka kapildihan sa dihang si Putin mahimong mananaog batok sa Ukraine.</w:t>
      </w:r>
    </w:p>
    <w:p>
      <w:pPr>
        <w:pStyle w:val="ArticleBody"/>
        <w:jc w:val="left"/>
      </w:pPr>
      <w:r>
        <w:rPr>
          <w:rFonts w:ascii="Times New Roman" w:hAnsi="Times New Roman" w:eastAsia="Times New Roman" w:cs="Times New Roman"/>
        </w:rPr>
        <w:t>Ang ikatulong propetikong linya sa tulo ka bersikulo nga atong ginatagad mao ang linya sa apostatang Protestantismo, ingon nga girepresentahan sa linya sa mga Macabeo, ug sa ilang pag-alsa batok sa mga paningkamot ni Antiochus Epiphanes sa pagpugos sa relihiyon sa Gresya ngadto sa mga Judio. Ang linya ni Trump ug ang linya sa apostatang Protestantismo nagarepresentar sa duha ka gahum nga sa kataposan maghiusa ngadto sa sungay nga girepresentahan ingon nga larawan sa mananap. Ang mga bersikulo trese hangtod kinse nagarepresentar sa kasaysayan nga modala ngadto sa balaod sa Domingo, ug ang duha ka linya sa apostatang Protestantismo ug apostatang Republikano naghulagway sa pagtinabangay sa duha ka gahum samtang nagkahiusa sila ug naghiusa sa Iglesia ug Estado sa dili pa ang balaod sa Domingo.</w:t>
      </w:r>
    </w:p>
    <w:p>
      <w:pPr>
        <w:pStyle w:val="ArticleBody"/>
        <w:jc w:val="left"/>
      </w:pPr>
      <w:r>
        <w:rPr>
          <w:rFonts w:ascii="Times New Roman" w:hAnsi="Times New Roman" w:eastAsia="Times New Roman" w:cs="Times New Roman"/>
        </w:rPr>
        <w:t>Sa nangaging mga artikulo atong giila nga ang tulo ka mga hitabo nga girepresentahan sa mga petsa nga 1776, 1789, ug 1798, nga nagrepresentar sa Declaration of Independence, sa Constitution, ug sa Alien and Sedition Acts, nagtimaan sa usa ka yugto nga mitultol ngadto sa sinugdanan sa mananap sa yuta ingon nga ikaunom nga gingharian sa tagna sa Biblia. Tungod niini, kadtong tulo ka mga waymark nagrepresentar usab sa tulo ka mga waymark nga nagmando ngadto sa katapusan sa ikaunom nga gingharian sa tagna sa Biblia. Atong giila nga ang kaluhaan ug duha ka tuig nga mikapin gikan sa 1776 ngadto sa 1798 nagsimbolo sa panahon sa pagpatik sa usa ka gatos kap-atan ug upat ka libo, kay ang numero nga kaluhaan ug duha usa ka simbolo sa pagkahiusa sa Pagka-Dios uban sa pagkatawo.</w:t>
      </w:r>
    </w:p>
    <w:p>
      <w:pPr>
        <w:pStyle w:val="ArticleBody"/>
        <w:jc w:val="left"/>
      </w:pPr>
      <w:r>
        <w:rPr>
          <w:rFonts w:ascii="Times New Roman" w:hAnsi="Times New Roman" w:eastAsia="Times New Roman" w:cs="Times New Roman"/>
        </w:rPr>
        <w:t>Among naila ang kasaysayan nga nagdala sa pirma sa “Kamatuoran,” kay ang nahauna ug kataposang mga timaan nagrepresentar sa kagawasan nga natukod ug sa kagawasan nga giwagtang. Ang tanan nga tulo ka mga timaan nagrepresentar sa pangunang simbolo sa mananap sa yuta, kay silang tanan nagrepresentar sa pagsulti sa Tinipong Bansa sa Amerika, kay ang “pagsulti sa usa ka nasud maoy binuhatan sa mga lehislatibo ug hudisyal nga mga awtoridad.” Ang tunga-tungang timaan sa 1789 ug ang Konstitusyon giaprobahan sa napulog tulo ka mga kolonya, ug ang tunga-tungang letra sa Hebreohanon nga pulong nga “Kamatuoran” mao ang ikapulog tulo. Ang baynte-dos ka tuig gikan sa 1776 hangtod sa 1798 nagakatakdo usab sa baynte-dos ka mga letra nga naglangkob sa Hebreohanon nga alpabeto.</w:t>
      </w:r>
    </w:p>
    <w:p>
      <w:pPr>
        <w:pStyle w:val="ArticleBody"/>
        <w:jc w:val="left"/>
      </w:pPr>
      <w:r>
        <w:rPr>
          <w:rFonts w:ascii="Times New Roman" w:hAnsi="Times New Roman" w:eastAsia="Times New Roman" w:cs="Times New Roman"/>
        </w:rPr>
        <w:t>Nailhan usab namo nga ang Alien and Sedition Acts sa 1798 nagrepresentar sa punto diin ang Estados Unidos mosulti ingon nga usa ka dragon. Ang kasaysayan sa pakigsaad sa mga Judio uban sa Roma, nga kabahin sa linya sa apostatang Protestantismo diha sa bersikulo trese ngadto sa kinse sa Daniel onse, nagrepresentar sa usa ka yugto sa dihang maporma ang larawan sa mananap, ug ang pagporma nianang larawan mao ang katapusang pagsulay alang sa usa ka gatus kap-atan ug upat ka libo. Mao kini ang pagsulay nga ilang kinahanglan malabyan sa dili pa sila timrihan. Busa, ang pakigsaad sa mga Judio gikan sa 161 BC ngadto sa 158 BC usa ka seryoso nga elemento sa pagsulay diin matuman kadtong mga gitawag nga maapil sa usa ka gatus kap-atan ug upat ka libo.</w:t>
      </w:r>
    </w:p>
    <w:p>
      <w:pPr>
        <w:pStyle w:val="ArticleBody"/>
        <w:jc w:val="left"/>
      </w:pPr>
      <w:r>
        <w:rPr>
          <w:rFonts w:ascii="Times New Roman" w:hAnsi="Times New Roman" w:eastAsia="Times New Roman" w:cs="Times New Roman"/>
        </w:rPr>
        <w:t>Ang pagdawat nga ang 161 BC ngadto sa 158 BC nagrepresentar sa usa ka yugto sa panahon nga gisimbolohan sa pakigsaad sa mga Judio, supak sa pagtulon-an sa kasaysayan, kay ang mga historyador nagtudlo nga ang maong pakigsaad didto sa 161 BC, samtang ang mga Millerite nagtudlo nga kini 158 BC, ug ang ilang kombiksyon mahitungod niana nga kamatuoran girepresentar diha sa duruha ka sagradong tsart.</w:t>
      </w:r>
    </w:p>
    <w:p>
      <w:pPr>
        <w:pStyle w:val="ArticleBody"/>
        <w:jc w:val="left"/>
      </w:pPr>
      <w:r>
        <w:rPr>
          <w:rFonts w:ascii="Times New Roman" w:hAnsi="Times New Roman" w:eastAsia="Times New Roman" w:cs="Times New Roman"/>
        </w:rPr>
        <w:t>Ang pangutana dili lamang kon husto ba ang mga historyador sa pagtakda sa 161 BC alang sa pakigsaad sa mga Judio, o kon husto ba ang mga Millerite sa pag-ila sa 158 BC. Sa bisan hain niining duha ka kapilian, adunay usa ka pundok nga mouyon sa imong kapilian. Ang pangutana mao kon husto ba ang duha, ang mga historyador ug ang mga Millerite, ug kon ang kamatuoran mahitungod sa pakigsaad uban sa mga Judio sa pagkatinuod nagrepresentar ug usa ka yugto sa panahon, sukwahi sa usa lamang sa duha ka posibleng nag-inusarang punto sa kasaysayan.</w:t>
      </w:r>
    </w:p>
    <w:p>
      <w:pPr>
        <w:pStyle w:val="ArticleBody"/>
        <w:jc w:val="left"/>
      </w:pPr>
      <w:r>
        <w:rPr>
          <w:rFonts w:ascii="Times New Roman" w:hAnsi="Times New Roman" w:eastAsia="Times New Roman" w:cs="Times New Roman"/>
        </w:rPr>
        <w:t>Sa nangaging mga artikulo among gipresentar ang among gituohang balido nga pinabalaan nga lohika nga ang pakigsaad sa Roma ug sa mga Judio nagrepresentar sa usa ka yugto gikan sa 161 BC ngadto sa 158 BC, ug nga kana nga yugto nagatipo sa pagkaporma sa larawan sa mananap. Tungod kay mao kini ang kahimtang, bisan pa ang pagbuot sa pagdawat nga ang pakigsaad sa mga Judio uban sa Roma maoy usa ka yugto sa panahon, nahimong usa ka pagsulay, ug sa maong propetikanhong diwa nagkauyon kini sa kamatuoran nga ang pagkaporma sa larawan sa mananap mao ang “dakong pagsulay alang sa katawohan sa Dios.”</w:t>
      </w:r>
    </w:p>
    <w:p>
      <w:pPr>
        <w:pStyle w:val="ArticleBody"/>
        <w:jc w:val="left"/>
      </w:pPr>
      <w:r>
        <w:rPr>
          <w:rFonts w:ascii="Times New Roman" w:hAnsi="Times New Roman" w:eastAsia="Times New Roman" w:cs="Times New Roman"/>
        </w:rPr>
        <w:t>Bisan pa niana, ang 158 BC nagtimaan kon kanus-a ang pakigsaad tali sa apostatang mga Judio nga nailhan nga mga Maccabeo lig-ong natukod uban sa Roma, ug busa naghulagway sa balaod sa Domingo, kay ang Biblia nangutana sa usa ka retorikal nga pangutana, “Can two walk together, except they be agreed?” Ang 158 BC nagtimaan kon asa ug kanus-a ang apostatang Protestantismo makigdaup sa kamot sa gahum sa pagkapapa, ug ang yugto nga nagsugod sa 161 BC nga mitultol ngadto sa 158 BC nagtimaan sa yugto sa panahon nga nagarepresentar sa pagkaporma sa larawan sa mapintas nga mananap. Mahinungdanon kaayo nga ilhon nga ang maong yugto nagtimaan kon kanus-a ang apostatang Protestantismo makig-uban sa apostatang Republikano. Ang maong duha ka apostatang mga gahum girepresentar diha sa bersikulo trese hangtod kinse, busa sila adunay pipila ka managsamang mga ilhanan sa agianan.</w:t>
      </w:r>
    </w:p>
    <w:p>
      <w:pPr>
        <w:pStyle w:val="ArticleBody"/>
        <w:jc w:val="left"/>
      </w:pPr>
      <w:r>
        <w:rPr>
          <w:rFonts w:ascii="Times New Roman" w:hAnsi="Times New Roman" w:eastAsia="Times New Roman" w:cs="Times New Roman"/>
        </w:rPr>
        <w:t>Husto ang pag-aplikar sa 1776, 1789 ug 1798 ingon nga nagatipolohiya sa Septyembre 11, 2001, nga gisundan sa mga Pagsulay ni Pelosi sa peke nga bandila nga kalihukan nga may kalabutan sa Enero 6, 2021, ug sa panahon sa inagurasyon sa gikawat nga eleksiyon ni Biden, nga modala ngadto sa balaod sa Domingo. Sa maong pag-aplikar, ang Patriot Act sa 2001, nga nagakaangay sa Declaration of Independence, nagapresentar ug usa ka timaan sa dalan nga nagaila sa sinugdanan sa pagtangtang sa independensiya. Unya ang ikaduhang timaan sa dalan sa kangaroo court nila Pelosi ug Schiff, nga nagakaangay sa ratipikasyon sa Konstitusyon, sa ingon nagatipolohiya sa sinugdanan sa pagpangbaligtad sa Konstitusyon, gisundan sa ikatulong timaan sa dalan sa Alien and Sedition Acts nga nagarepresentar sa Estados Unidos nga nagasulti ingon nga usa ka dragon. Ang pag-aplikar niining mga timaan sa dalan sa maong paagi mao ang pag-ila sa mga timaan sa dalan sa apostatang Protestantismo ingon nga girepresentahan sa mga Maccabees.</w:t>
      </w:r>
    </w:p>
    <w:p>
      <w:pPr>
        <w:pStyle w:val="ArticleBody"/>
        <w:jc w:val="left"/>
      </w:pPr>
      <w:r>
        <w:rPr>
          <w:rFonts w:ascii="Times New Roman" w:hAnsi="Times New Roman" w:eastAsia="Times New Roman" w:cs="Times New Roman"/>
        </w:rPr>
        <w:t>Sa laing ang-ang, ang pag-ila sa tulo ka mga timaan nga may kalabutan sa apostatang Republikanoismo nagpatungha ug diyutayng lahi nga pag-aplikar. Ang Septiyembre 11, 2001 motakdo sa 1776, apan ang 1789, alang sa apostatang Republikanoismo, motakdo sa Alien and Sedition Acts, ug nagtukod ug kalainan tali niadtong mga “buhat” ug sa pagsulti sa dragon, nga girepresentahan sa pagpatuman sa Domingo. Sa dihang ang duha ka mga linya ipahimutang pag-uban sulod sa konteksto sa pagsulay sa larawan sa mananap, kini nagaporma sa propetikong estruktura sa pagpatindog sa larawan sa mananap, ug ang dakong pagsulay alang sa katawhan sa Dios mao ang pagporma sa larawan sa mananap. Alang sa katawhan sa Dios, ang pagporma sa larawan sa mananap kinahanglan una maila ingon sa paagi nga kini girepresentahan (giporma) diha sa Pulong sa Dios, aron kadtong mga katawhan sa katapusang mga adlaw makaila nianang pagporma diha sa politikal ug relihiyosong kalibutan.</w:t>
      </w:r>
    </w:p>
    <w:p>
      <w:pPr>
        <w:pStyle w:val="ArticleBody"/>
        <w:jc w:val="left"/>
      </w:pPr>
      <w:r>
        <w:rPr>
          <w:rFonts w:ascii="Times New Roman" w:hAnsi="Times New Roman" w:eastAsia="Times New Roman" w:cs="Times New Roman"/>
        </w:rPr>
        <w:t>Busa unsaon man nga ang mga Pagsulay ni Pelosi sa Enero 6, 2021 motakdo sa Alien and Sedition Acts? Ang mga Pagsulay ni Pelosi nagtimaan sa pagsaulog sa mananap gikan sa kailadman nga walay kinutoban nga bag-o pa nakapatay sa adunahang presidente nga nakapukaw sa globalismo. Kana nga kasaysayan sa pagsaulog nagsugod uban sa panahon sa inagurasyon ni Biden ug kini naghulagway sa usa ka yugto nga matapos sa ikaduhang inagurasyon ni Trump. Angay nga hinumdoman nga si Trump mikampanya alang sa pagkapresidente sa tulo ka higayon, ug sa nahauna ug sa naulahi midaog siya, apan sa taliwala ang iyang kadaugan gikawat sa gahum nga giila sa Kasulatan ingon nga amahan sa mga bakak. Ang mga Pagsulay ni Pelosi nga nagsugod uban sa gikawat nga eleksiyon nagtimaan sa ikaduhang hugpong sa mapanimaslong mga Pagsulay ni Pelosi nga magsugod sa dihang si Trump iinagurar sa Enero 20, 2025.</w:t>
      </w:r>
    </w:p>
    <w:p>
      <w:pPr>
        <w:pStyle w:val="ArticleBody"/>
        <w:jc w:val="left"/>
      </w:pPr>
      <w:r>
        <w:rPr>
          <w:rFonts w:ascii="Times New Roman" w:hAnsi="Times New Roman" w:eastAsia="Times New Roman" w:cs="Times New Roman"/>
        </w:rPr>
        <w:t>Ang yugto sa termino sa pagkapresidente ni Joe Biden nagsugod uban sa usa ka sunod-sunod nga mga Pagsulay ni Pelosi ug natapos usab uban sa usa ka sunod-sunod nga mga Pagsulay ni Pelosi. Ang duha ka mga hugpong mao ang mga politikanhong pagsulay, apan kadtong gipasakaan sa kaso sa ikaduhang hugpong sa mga pagsulay mao ang mga nanguna sa unang mga pagsulay. Sa ikaduhang inagurasyon ni Trump, gimarkahan ang tuig 164 BC. Ang ikaduhang inagurasyon ni Trump gitipohan sa 164 BC, ug ang pagpahinungod pag-usab sa Judio nga templo nagrepresentar sa pagpahinungod pag-usab sa politikanhong templo sa ikaduhang higayon.</w:t>
      </w:r>
    </w:p>
    <w:p>
      <w:pPr>
        <w:pStyle w:val="ArticleBody"/>
        <w:jc w:val="left"/>
      </w:pPr>
      <w:r>
        <w:rPr>
          <w:rFonts w:ascii="Times New Roman" w:hAnsi="Times New Roman" w:eastAsia="Times New Roman" w:cs="Times New Roman"/>
        </w:rPr>
        <w:t>Mao kadto gayud ang tuig nga namatay si Antiochus Epiphanes, ug siya mao ang gahum nga nagpugos sa relihiyosong mga buhat sa Gresya ibabaw sa mga Judio, sa ingon maoy hinungdan sa Maccabean nga pag-alsa niadtong 167 BC. Sa ikaduhang inagurasyon ni Trump sa 2025, ang relihiyon sa Gresya (globalismo) bug-os nga mapailalom sa Tinipong Bansa, ug ang satanikong mga milagro magsugod sa paghatag og gahum sa buluhaton sa paghiusa sa iglesia ug sa estado. Nianang higayona mopirma si Trump og mga executive order nga managsama sa Alien and Sedition Acts, sa ingon nagtimaan sa sinugdanan sa pagporma sa larawan sa mananap (161 BC), ug magsugod siya sa ikaduhang hugpong sa Pelosi Trials. Ang Alien and Sedition Acts nagtimaan sa sinugdanan sa yugto sa pagporma sa larawan sa mananap, ug kana nga yugto matapos diha sa balaod sa Domingo, sumala sa gipaila pinaagi sa 158 BC.</w:t>
      </w:r>
    </w:p>
    <w:p>
      <w:pPr>
        <w:pStyle w:val="ArticleBody"/>
        <w:jc w:val="left"/>
      </w:pPr>
      <w:r>
        <w:rPr>
          <w:rFonts w:ascii="Times New Roman" w:hAnsi="Times New Roman" w:eastAsia="Times New Roman" w:cs="Times New Roman"/>
        </w:rPr>
        <w:t>Busa, ang yugto nga mao ang pagkaporma sa larawan sa mananap magsugod pinaagi sa mga “lihok” nga motugot kang Trump sa pagpahunong sa mainstream media, sa pagpalagpot sa mga iligal nga langyaw, ug sa pagdakop ug pagpasaka sa husay niadtong mga nalambigit sa konspirasiya sa Democratic party. Ang sinugdanan sa maong yugto nagtimaan sa politikanhong paglutos nga gidala ni Trump, ug kini matapos sa relihiyosong paglutos.</w:t>
      </w:r>
    </w:p>
    <w:p>
      <w:pPr>
        <w:pStyle w:val="ArticleBody"/>
        <w:jc w:val="left"/>
      </w:pPr>
      <w:r>
        <w:rPr>
          <w:rFonts w:ascii="Times New Roman" w:hAnsi="Times New Roman" w:eastAsia="Times New Roman" w:cs="Times New Roman"/>
        </w:rPr>
        <w:t>Niining diwa, ang tunga nga waymark sa 1789 ug ang Konstitusyon mao ang mga pagsulay ni Pelosi sa 2021, nga nagrepresentar sa usa ka yugto nga matapos uban sa maong kasaysayan nga anaa sa sinugdanan; apan ang katapusang hugpong sa mga pagsulay ni Pelosi usa ka politikal nga pagbaligtad batok niadtong karon ginapusil ug ginapriso. Ang ikaduhang waymark sa linya sa apostatang Protestantismo mao ang mga pagsulay ni Pelosi nga naglangkob sa pagkapresidente ni Joe Biden, ug ang maong yugto matapos sa Enero 2025, sa dihang ang waymark sa 1789, sa linya sa apostatang Republicanismo, moabot sa Enero 20, 2025, uban sa mga executive order nga mosunod dayon sa ikaduhang inagurasyon ni Trump. Kana nagsugod sa usa ka yugto diin ang nasod mosulti ingon sa usa ka dragon (Alien and Sedition Acts), nga modala ngadto sa balaod sa Domingo diin ang nasod mosulti ingon sa usa ka dragon. Niining maong yugto, ang Konstitusyon, nga girepresentahan sa 1789, anam-anam nga ginapukan.</w:t>
      </w:r>
    </w:p>
    <w:p>
      <w:pPr>
        <w:pStyle w:val="ArticleBody"/>
        <w:jc w:val="left"/>
      </w:pPr>
      <w:r>
        <w:rPr>
          <w:rFonts w:ascii="Times New Roman" w:hAnsi="Times New Roman" w:eastAsia="Times New Roman" w:cs="Times New Roman"/>
        </w:rPr>
        <w:t>Sa ikaduhang inagurasyon ni Trump nahimo siyang ikawalong presidente nga gikan sa pito, ug ang pagporma sa larawan sa mapintas nga mananap nagaila kung giunsa ang mga apostatang sungay sa Protestantismo ug Republikanohong ideolohiya naghiusa ingon nga usa ka sungay, uban sa mga Protestante nga nagkontrolar sa maong relasyon. Sa mao rang kasaysayan, kadtong mga gitawag aron mahimong usa ka gatus ug kap-atan ug upat ka libo gisilyohan daan sa dili pa sila bayawon ingon nga sungay sa tinuod nga Protestantismo sa haduol nang Balaod sa Domingo.</w:t>
      </w:r>
    </w:p>
    <w:p>
      <w:pPr>
        <w:pStyle w:val="ArticleBody"/>
        <w:jc w:val="left"/>
      </w:pPr>
      <w:r>
        <w:rPr>
          <w:rFonts w:ascii="Times New Roman" w:hAnsi="Times New Roman" w:eastAsia="Times New Roman" w:cs="Times New Roman"/>
        </w:rPr>
        <w:t>Ang mensahe sa pagpatik nga mao ang Pinadayag ni Jesu-Cristo, nga gibuksan diha-diha una sa pagsira sa panahon sa pagtugot, mao kadtong bahin sa Daniel nga may kalabutan sa kaulahiang mga adlaw. Kadtong bahina nga gibuksan mao ang tinago nga kasaysayan sa Daniel onse bersikulo kwarenta, ug ang mga bersikulo trese hangtod kinse nagkauyon nianang tinago nga kasaysayan. Busa, ang mensahe nga gibuksan diha-diha una sa pagsira sa panahon sa pagtugot, nga gitipoan pinaagi sa tinago nga mensaheng profesiya sa larawan ni Nabucodonosor sa mga mananap, mao gayud ang mensahe sa pagdugtong sa duha ka sungkod sa mga apostatang sungay sa Protestantismo ug Republikano nga gilarawan sa mga Maccabeo ug Antiochus III diha sa bersikulo trese hangtod kinse.</w:t>
      </w:r>
    </w:p>
    <w:p>
      <w:pPr>
        <w:pStyle w:val="ArticleBody"/>
        <w:jc w:val="left"/>
      </w:pPr>
      <w:r>
        <w:rPr>
          <w:rFonts w:ascii="Times New Roman" w:hAnsi="Times New Roman" w:eastAsia="Times New Roman" w:cs="Times New Roman"/>
        </w:rPr>
        <w:t>Ang mensahe nga nag-ila sa pagporma sa dagway sa mapintas nga mananap mao ang mensahe nga nagadala sa pagpakabalaan nga nagtimri sa tinuod nga Protestante nga sungay.</w:t>
      </w:r>
    </w:p>
    <w:p>
      <w:pPr>
        <w:pStyle w:val="ArticleBody"/>
        <w:jc w:val="left"/>
      </w:pPr>
      <w:r>
        <w:rPr>
          <w:rFonts w:ascii="Times New Roman" w:hAnsi="Times New Roman" w:eastAsia="Times New Roman" w:cs="Times New Roman"/>
        </w:rPr>
        <w:t>Sa bersikulo katorse, sa tuig 200 BC, ang paganong Roma unang gipaila ngadto sa profetikong asoy, sa dihang mitindog kini aron sa pagpanalipod sa bag-ong masuso nga hari sa Ehipto gikan sa usa ka alyansa batok sa Ehipto nga naporma nila ni Antiochus III ug ni Felipe sa Macedon. Nianang tuiga ang Gubat sa Panium gihimo ni Antiochus III batok kang Ptolemy V. Ang pagpaila sa mga tulisan sa imong katawhan, nga nagapalig-on sa panan-awon, usa ka alyansa tali ni Antiochus ug ni Felipe, ug ang Gubat sa Panium tanan nahitabo nianang tuiga. Busa, ang timailhan nagaila sa usa ka alyansa tali ni Antiochus, nga nagalarawan sa Republikano nga sungay sa mananap sa yuta, ug ni Felipe sa Macedon, ang karaang ngalan alang sa Gresya, nga nagalarawan sa United Nations.</w:t>
      </w:r>
    </w:p>
    <w:p>
      <w:pPr>
        <w:pStyle w:val="ArticleBody"/>
        <w:jc w:val="left"/>
      </w:pPr>
      <w:r>
        <w:rPr>
          <w:rFonts w:ascii="Times New Roman" w:hAnsi="Times New Roman" w:eastAsia="Times New Roman" w:cs="Times New Roman"/>
        </w:rPr>
        <w:t>Sa lebel nga propetiko, sa Gubat sa Panium mahitabo ang usa ka pakig-alyansa tali sa dragon (Macedon) ug sa bakak nga propeta (USA). Ang nag-unang kadasig sa maong alyansa mao ang pagbahinbahin sa teritoryo sa Ehipto, nga magrepresentar sa usa ka nagkagubang nga Russia.</w:t>
      </w:r>
    </w:p>
    <w:p>
      <w:pPr>
        <w:pStyle w:val="ArticleBody"/>
        <w:jc w:val="left"/>
      </w:pPr>
      <w:r>
        <w:rPr>
          <w:rFonts w:ascii="Times New Roman" w:hAnsi="Times New Roman" w:eastAsia="Times New Roman" w:cs="Times New Roman"/>
        </w:rPr>
        <w:t>Sa dihang gidala ni Jesus ang Iyang mga tinun-an ngadto sa Panium, kini gitawag na niadtong panahona nga Caesarea Philippi. Si Herod Philippi, apo ni Herodes nga Daku, nakahuman sa pagpahiuli sa siyudad ug ginganlan kini sunod kang Caesar Augustus ug sa iyang kaugalingon, busa Caesarea Philippi. Ang ilang relasyon nagrepresentar sa Roma uban sa Roma, apan ang Philippi usa ka ubos nga Roma may kalabutan kang Caesar, ug sa lebel nga propetiko si Herod Philippi nagrepresentar kang Salome, ang anak nga babaye ni Herodias. Busa, diha sa ngalang Caesarea Philippi atong makita si Herod Philippi nga nagrepresentar sa mini nga manalagna, ug si Caesar nga nagrepresentar sa kapapahan.</w:t>
      </w:r>
    </w:p>
    <w:p>
      <w:pPr>
        <w:pStyle w:val="ArticleBody"/>
        <w:jc w:val="left"/>
      </w:pPr>
      <w:r>
        <w:rPr>
          <w:rFonts w:ascii="Times New Roman" w:hAnsi="Times New Roman" w:eastAsia="Times New Roman" w:cs="Times New Roman"/>
        </w:rPr>
        <w:t>Busa ang propetikanhong kasaysayan sa Panium nagapadayag ug duha ka pakigsaad: ang usa diin ang bakak nga manalagna (Trump) nakig-uban sa dragon (ang United Nations), ug ang usa pa diin ang bakak nga manalagna (Trump) nakig-uban sa kapapahan (Caesar). Diha sa bersikulo napulog-unom ang balaod sa Domingo gilarawan, ug didto gipatuman ang tulo-ka-pilo nga panaghiusa; apan ang kahikayan sa pagkatinuod napahimutang na sa wala pa ang balaod sa Domingo, sa bersikulo napulog-lima ug sa Gubat sa Panium.</w:t>
      </w:r>
    </w:p>
    <w:p>
      <w:pPr>
        <w:pStyle w:val="ArticleScripture"/>
        <w:jc w:val="left"/>
      </w:pPr>
      <w:r>
        <w:rPr>
          <w:rFonts w:ascii="Times New Roman" w:hAnsi="Times New Roman" w:eastAsia="Times New Roman" w:cs="Times New Roman"/>
        </w:rPr>
        <w:t>“Pinaagi sa kamandoan nga magpatuman sa pagkatukod sa Papasiya nga naglapas sa balaod sa Dios, ang atong nasud hingpit nga moputol sa iyang kaugalingon gikan sa pagkamatarung. Sa diha nga ang Protestantismo molatas sa iyang kamot tabok sa bung-aw aron kuptan ang kamot sa Romanhong gahum, sa diha nga kini molabang ibabaw sa kahiladman aron makiglamano sa Espiritwalismo, sa diha nga, ubos sa impluwensya niining tulo ka pilo nga panaghiusa, ang atong nasud mosalikway sa matag prinsipyo sa iyang Konstitusyon ingon nga usa ka Protestante ug republikano nga pangagamhanan, ug maghimo og pamaagi alang sa pagpakaylap sa mga kabakakan ug mga limbong sa kapapahan, nan atong mahibaloan nga miabot na ang panahon alang sa kahibulongang paglihok ni Satanas ug nga haduol na ang katapusan.” Testimonies, tomo 5, 451.</w:t>
      </w:r>
    </w:p>
    <w:p>
      <w:pPr>
        <w:pStyle w:val="ArticleBody"/>
        <w:jc w:val="left"/>
      </w:pPr>
      <w:r>
        <w:rPr>
          <w:rFonts w:ascii="Times New Roman" w:hAnsi="Times New Roman" w:eastAsia="Times New Roman" w:cs="Times New Roman"/>
        </w:rPr>
        <w:t>Padayonon nato kining pagtuon sa atong sunod nga artikulo.</w:t>
      </w:r>
    </w:p>
    <w:p>
      <w:pPr>
        <w:pStyle w:val="ArticleScripture"/>
        <w:jc w:val="left"/>
      </w:pPr>
      <w:r>
        <w:rPr>
          <w:rFonts w:ascii="Times New Roman" w:hAnsi="Times New Roman" w:eastAsia="Times New Roman" w:cs="Times New Roman"/>
        </w:rPr>
        <w:t>“Ang pagpadayag dili mao ang paglalang o pag-imbento ug usa ka butang nga bag-o, kondili ang pagpakita sa nahisgotan nga butang nga kaniadto, hangtod nga mapadayag, wala mailhi sa mga tawo. Ang dagku ug walay katapusang mga kamatuoran nga anaa sa ebanghelyo ginapadayag pinaagi sa matinud-anong pagpangita ug sa pagpaubos sa atong kaugalingon sa atubangan sa Dios. Ang langitnong Magtutudlo nagamando sa hunahuna sa mapainubsanong tigpangita sa kamatuoran; ug pinaagi sa paggiya sa Balaang Espiritu, ang mga kamatuoran sa Pulong ginapaila kaniya. Ug wala nay laing paagi sa kahibalo nga labi pang sigurado ug epektibo kay sa pagkagiya sa ingon niini. Ang saad sa Manluluwas mao kini, ‘Apan sa pag-abot niya, ang Espiritu sa kamatuoran, siya magamando kaninyo ngadto sa tanang kamatuoran.’ Pinaagi sa paghatag sa Balaang Espiritu kita gipasabot sa Pulong sa Dios.</w:t>
      </w:r>
    </w:p>
    <w:p>
      <w:pPr>
        <w:pStyle w:val="ArticleScripture"/>
        <w:jc w:val="left"/>
      </w:pPr>
      <w:r>
        <w:rPr>
          <w:rFonts w:ascii="Times New Roman" w:hAnsi="Times New Roman" w:eastAsia="Times New Roman" w:cs="Times New Roman"/>
        </w:rPr>
        <w:t>Ang magsusulat sa salmo nagaingon, “Unsa man ang igalimpyo sa usa ka batan-ong lalaki sa iyang dalan? pinaagi sa pagtuman niini sumala sa imong pulong. Sa bug-os ko nga kasingkasing gipangita ko ikaw: O ayaw ako tugoti sa pagsalaag gikan sa imong mga sugo.... Ablihi ang akong mga mata, aron makita ko ang mga kahibulongang butang gikan sa imong balaod.”</w:t>
      </w:r>
    </w:p>
    <w:p>
      <w:pPr>
        <w:pStyle w:val="ArticleScripture"/>
        <w:jc w:val="left"/>
      </w:pPr>
      <w:r>
        <w:rPr>
          <w:rFonts w:ascii="Times New Roman" w:hAnsi="Times New Roman" w:eastAsia="Times New Roman" w:cs="Times New Roman"/>
        </w:rPr>
        <w:t>“Gipasidan-an kita sa pagpangita sa kamatuoran maingon sa tinagong bahandi. Ang Ginoo maoy nag-abli sa pagsabot sa tinuod nga mangangita sa kamatuoran; ug ang Balaang Espiritu maoy nagahatag kaniya sa gahum sa pagsabut sa mga kamatuoran sa pinadayag. Mao kini ang gipasabot sa salmista sa dihang siya nangamuyo nga maablihan ang iyang mga mata aron makita ang mga kahibulongang butang gikan sa Kasugoan. Sa dihang ang kalag adunay dakong handum alang sa mga kahalangdon ni Jesu-Cristo, ang hunahuna ginatugotan sa pagsabut sa mga himaya sa mas maayong kalibotan. Pinaagi lamang sa tabang sa langitnong Magtutudlo makasabot kita sa mga kamatuoran sa Pulong sa Dios. Sa tulon-an ni Cristo atong makat-onan ang pagkamalumo ug pagkamapaubsanon, tungod kay gihatagan kita sa pagsabot sa mga tinago sa pagkadiosnon.”</w:t>
      </w:r>
    </w:p>
    <w:p>
      <w:pPr>
        <w:pStyle w:val="ArticleScripture"/>
        <w:jc w:val="left"/>
      </w:pPr>
      <w:r>
        <w:rPr>
          <w:rFonts w:ascii="Times New Roman" w:hAnsi="Times New Roman" w:eastAsia="Times New Roman" w:cs="Times New Roman"/>
        </w:rPr>
        <w:t>“Siya nga nagdasig sa Pulong mao ang tinuod nga maghuhubad sa Pulong. Gihulagway ni Cristo ang iyang mga pagtulon-an pinaagi sa pagdani sa pagtagad sa iyang mga tigpaminaw ngadto sa yano nga mga balaod sa kinaiyahan, ug sa pamilyar nga mga butang nga ilang makita ug magunitan matag adlaw. Sa ingon niini iyang gidala ang ilang mga hunahuna gikan sa natural ngadto sa espirituwal. Daghan ang napakyas sa pag-ilog dayon sa kahulogan sa iyang mga sambingay; apan samtang sila sa adlaw-adlaw nakahimamat sa mga butang nga gihiusa sa Dakong Magtutudlo sa espirituwal nga mga kamatuoran, may pipila nga nakasabut sa mga leksyon sa balaang kamatuoran nga iyang gitinguhang ipasantop, ug kini sila nakombinsir sa kamatuoran sa iyang buluhaton ug nakabig ngadto sa ebanghelyo.”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Kasiyaman ug Duha</dc:title>
  <dc:subject>Pagpadayag sa Tinagong Kasaysayan: Mga Propetikong Pagtakdo gikan sa Daniel 11 ug ang Pagsilyo sa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