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Kasiyaman ug Tulo</w:t>
      </w:r>
    </w:p>
    <w:p>
      <w:pPr>
        <w:pStyle w:val="ArticleSubtitle"/>
        <w:jc w:val="left"/>
      </w:pPr>
      <w:r>
        <w:rPr>
          <w:rFonts w:ascii="Arial" w:hAnsi="Arial" w:eastAsia="Arial" w:cs="Arial"/>
        </w:rPr>
        <w:t>Ang Pagpadayag sa Katapusang mga Panahon: Gikan sa Kapalaran sa Russia ngadto sa Pagbalik ni Trump ug sa Pagporma sa Larawan sa Mapintas nga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Sa haduol nga umalabot, tapuson sa Russia ang gubat sa Ukraine pinaagi sa usa ka kadaugan, ug ang maong kadaugan mapamatud-an nga sinugdanan sa katapusan alang kang Putin ug sa Russia. Sama sa pag-usab ni Gorbachev (perestroika) sa iyang imperyo ug unya mikalagiw ngadto sa United Nations, ang politikal nga Russia ipasakop ilalom sa awtoridad sa United Nations, samtang ang relihiyosong Russia ipailalom sa pagkontrol sa kapapahan. Si Trump pagapilion sa 2024, ug magmadaogon batok sa mga globalistang Democrat ug sa mga nag-angkon nga Republikano nga mga globalista, ug magporma siya ug usa ka alyansa uban sa mga globalista sa United Nations, alang sa katuyoan sa pagsulbad sa mga sangpotanan sa pagkapukan ni Putin ug sa Russia. Unya ang bigaong babaye sa Tiro motaliwala alang sa Russia.</w:t>
      </w:r>
    </w:p>
    <w:p>
      <w:pPr>
        <w:pStyle w:val="ArticleBody"/>
        <w:jc w:val="left"/>
      </w:pPr>
      <w:r>
        <w:rPr>
          <w:rFonts w:ascii="Times New Roman" w:hAnsi="Times New Roman" w:eastAsia="Times New Roman" w:cs="Times New Roman"/>
        </w:rPr>
        <w:t>Sa Gubat sa Panium, gisubli ang kasaysayan sa nahauna sa tulo ka mga gubat sa bersikulo kuwarenta. Sa nahaunang gubat, nga girepresentahan sa pagkapukan sa Soviet Union niadtong 1989, ang nahauna sa katapusang walo ka mga presidente nagserbisyo ingon nga puli nga kasundalohan sa pagka-papa. Kadto nga nahaunang presidente usa ka Republikano, nga nagtimaan nga ang katapusan usab mahimong usa ka Republikano nga presidente. Ang nahaunang presidente nailhan tungod sa iyang retorika mahitungod sa bungbong sa Iron Curtain, nga isip usa ka propetikanhong ilhanan nahugno sa dihang nahugno ang Berlin Wall niadtong Nobyembre 9, 1989. Ang katapusang Republikano nga presidente mailhan tungod sa iyang retorika mahitungod sa bungbong sa habagatang utlanan sa Estados Unidos, ug ang ilhanan nga motimaan sa pagpamatuod ni Trump sa pagtukod sa bungbong mao ang balaod sa Domingo, diin ang simbolikong “bungbong sa pagkabulag sa iglesia ug estado” wagtangon.</w:t>
      </w:r>
    </w:p>
    <w:p>
      <w:pPr>
        <w:pStyle w:val="ArticleBody"/>
        <w:jc w:val="left"/>
      </w:pPr>
      <w:r>
        <w:rPr>
          <w:rFonts w:ascii="Times New Roman" w:hAnsi="Times New Roman" w:eastAsia="Times New Roman" w:cs="Times New Roman"/>
        </w:rPr>
        <w:t>Kadtong unang presidente usa ka kanhing bituon sa media, ilado tungod sa iyang hait nga abilidad sa pagsulti ug pagbati sa humor. Ang ulahing presidente usa usab ka kanhing bituon sa media, ilado tungod sa iyang hait nga abilidad sa pagsulti ug pagbati sa humor. Ang 1989 nagtimaan sa pagkatibulaag sa imperyo nga nailhan ingon nga Unyong Sobyet, ug ang ulahi sa tulo ka mga gubat sa bersikulo kwarenta naghulagway sa pagkatibulaag sa imperyo nga nailhan ingon nga Rusya.</w:t>
      </w:r>
    </w:p>
    <w:p>
      <w:pPr>
        <w:pStyle w:val="ArticleBody"/>
        <w:jc w:val="left"/>
      </w:pPr>
      <w:r>
        <w:rPr>
          <w:rFonts w:ascii="Times New Roman" w:hAnsi="Times New Roman" w:eastAsia="Times New Roman" w:cs="Times New Roman"/>
        </w:rPr>
        <w:t>Ang Gubat sa Panium mao ang ikatulo ug kataposang gubat sa bersikulo kwarenta, ug kini gipakita daan pinaagi sa unang gubat. Sa dihang natapos ang unang gubat, ang tibuok kalibotan miila nga ang bugtong superpower sa kalibotan mao ang Tinipong Bansa sa Amerika. Kana nga paggahom sa kalibotan pagausabon sa pagtapos sa kataposang gubat, kay didto, bisan pa sa alyansa nga naporma tali ni Antiochus III ug ni Felipe sa Macedonia, (ang Tinipong Bansa sa Amerika ug ang Nagkahiusang mga Nasod), ang Tinipong Bansa sa Amerika (ang mini nga manalagna) pagatukoron ingon nga labing pangunang hari sa napulo ka mga hari (ang dragon—ang Nagkahiusang mga Nasod.)</w:t>
      </w:r>
    </w:p>
    <w:p>
      <w:pPr>
        <w:pStyle w:val="ArticleBody"/>
        <w:jc w:val="left"/>
      </w:pPr>
      <w:r>
        <w:rPr>
          <w:rFonts w:ascii="Times New Roman" w:hAnsi="Times New Roman" w:eastAsia="Times New Roman" w:cs="Times New Roman"/>
        </w:rPr>
        <w:t>Ang tulo ka mga gubat sa bersikulo kwarenta nagadala sa timaan sa “Kamatuoran,” kay ang nahauna nagrepresentar sa naulahi, ug ang tunga-tungang gubat nagrepresentar sa pagsukol. Ang nahauna ug naulahi nga madaugong puli nga kasundalohan (ang Tinipong Bansa sa Amerika) modaug, apan ang ikaduhang puli nga kasundalohan mapildi, ug ang ikaduhang puli nga kasundalohan mao ang Nazismo, usa ka pangkalibotang simbolo sa pagsukol.</w:t>
      </w:r>
    </w:p>
    <w:p>
      <w:pPr>
        <w:pStyle w:val="ArticleBody"/>
        <w:jc w:val="left"/>
      </w:pPr>
      <w:r>
        <w:rPr>
          <w:rFonts w:ascii="Times New Roman" w:hAnsi="Times New Roman" w:eastAsia="Times New Roman" w:cs="Times New Roman"/>
        </w:rPr>
        <w:t>Ang tulo ka politikal nga kampanya ni Donald Trump nagadala sa timailhan sa “Kamatuoran,” kay siya midaog sa eleksiyon sa iyang nahauna ug kataposang mga kampanya, apan sa tunga nga kampanya siya napildi pinaagi sa mapintas nga mananap sa ateyismo, nga mao ang gahum sa dragon, sa makausa pa ang simbolo sa pagrebelde nga girepresentahan sa ikanapulog-tulo nga letra sa Hebreohanong alpabeto nga, sa dihang ipahimutang uban sa nahauna ug kataposang letra, nagaporma sa Hebreohanong pulong nga “Kamatuoran.”</w:t>
      </w:r>
    </w:p>
    <w:p>
      <w:pPr>
        <w:pStyle w:val="ArticleBody"/>
        <w:jc w:val="left"/>
      </w:pPr>
      <w:r>
        <w:rPr>
          <w:rFonts w:ascii="Times New Roman" w:hAnsi="Times New Roman" w:eastAsia="Times New Roman" w:cs="Times New Roman"/>
        </w:rPr>
        <w:t>Ang bersikulo napulo sa Daniel onse nag-ila sa panahon sa katapusan sa 1989, ug ang bersikulo sais nag-ila sa haduol nang umabot nga balaod sa Dominggo. Ang mga bersikulo napulo hangtod kinse nagrepresentar sa tinagong kasaysayan sa bersikulo kuwarenta, nga mao ang bahin sa basahon ni Daniel nga gitimbrehan hangtod sa ulahing mga adlaw. Sa dihang ang mga bersikulo napulo hangtod kinse ibutang (linya ibabaw sa linya) ngadto sa tinagong kasaysayan sa bersikulo kuwarenta, ang bahin sa Daniel nga may kalabutan sa ulahing mga adlaw mabuksan na. Kana nga bahin mabuksan sa dili pa mosira ang panahon sa pagsulay alang sa mga nagabantay sa Igpapahulay sa haduol nang umabot nga balaod sa Dominggo. Busa, kini nagrepresentar sa kataposan o ikapitong timri.</w:t>
      </w:r>
    </w:p>
    <w:p>
      <w:pPr>
        <w:pStyle w:val="ArticleScripture"/>
        <w:jc w:val="left"/>
      </w:pPr>
      <w:r>
        <w:rPr>
          <w:rFonts w:ascii="Times New Roman" w:hAnsi="Times New Roman" w:eastAsia="Times New Roman" w:cs="Times New Roman"/>
        </w:rPr>
        <w:t>Ug sa diha nga iyang giabrihan ang ikapitong patik, dihay kahilom sa langit nga may gidugayon nga ingon sa tunga sa usa ka takna. Ug nakita ko ang pito ka mga manulonda nga nagtindog sa atubangan sa Dios; ug kanila gihatag ang pito ka mga trumpeta. Ug miabut ang laing manulonda ug mitindog sa halaran, nga may bulawang incensaryo; ug gihatag kaniya ang daghang incienso, aron iyang ihalad kini uban sa mga pag-ampo sa tanang mga balaan ibabaw sa bulawang halaran nga atua sa atubangan sa trono. Ug ang aso sa incienso, nga mikuyog sa mga pag-ampo sa mga balaan, mitungas sa atubangan sa Dios gikan sa kamot sa manulonda. Ug gikuha sa manulonda ang incensaryo, ug gipuno kini sa kalayo gikan sa halaran, ug gilabay kini ngadto sa yuta: ug dihay mga tingog, ug mga dalugdog, ug mga kilat, ug usa ka linog. Ug ang pito ka mga manulonda nga may pito ka mga trumpeta nangandam sa pagtunog. Pinadayag 8:1–6.</w:t>
      </w:r>
    </w:p>
    <w:p>
      <w:pPr>
        <w:pStyle w:val="ArticleBody"/>
        <w:jc w:val="left"/>
      </w:pPr>
      <w:r>
        <w:rPr>
          <w:rFonts w:ascii="Times New Roman" w:hAnsi="Times New Roman" w:eastAsia="Times New Roman" w:cs="Times New Roman"/>
        </w:rPr>
        <w:t>Ang pito ka manulonda nga may pito ka trumpeta nagrepresentar sa ehekutibong paghukom nga nagsugod sa balaod sa Domingo sa Estados Unidos, ug sila usab nagrepresentar sa ehekutibong paghukom nga magsugod sa dihang si Miguel motindog ug ang tawhanong panahon sa pagsulay matapos. Ang unang yugto, gikan sa balaod sa Domingo hangtod nga si Miguel motindog, ang mga paghukom sa Dios sinagolan pa ug kalooy, apan unya ang pito ka ulahing hampak mao ang mga paghukom sa Dios nga wala na masagoli ug kalooy. Ang pag-abli sa ikapitong timri mao ang panahon nga ang ehekutibong mga paghukom ginapangandam, ingon nga girepresentar sa pito ka manulonda.</w:t>
      </w:r>
    </w:p>
    <w:p>
      <w:pPr>
        <w:pStyle w:val="ArticleBody"/>
        <w:jc w:val="left"/>
      </w:pPr>
      <w:r>
        <w:rPr>
          <w:rFonts w:ascii="Times New Roman" w:hAnsi="Times New Roman" w:eastAsia="Times New Roman" w:cs="Times New Roman"/>
        </w:rPr>
        <w:t>Ang mga kapitulo dos ug nuwebe sa Daniel nag-ila sa “mga pag-ampo sa mga balaan” ingon nga usa ka pag-ampo aron masabtan ang mga hitabo nga may kalabutan sa tinagong damgo ni Nabucodonosor mahitungod sa larawan sa mga mananap, ug ang paghinulsol ug pagsugid nga may kalabutan sa “pito ka mga panahon,” sa Levitico kapitulo baynte-sais. Ang mga pag-ampo nga gisagol uban sa incienso sa “bulawang incensaryo” nga mikayab sa atubangan sa Dios, giampo niadtong mga gitawag aron mahiapil sa usa ka gatus ug kap-atan ug upat ka libo, nga niadtong panahona nagadawat sa patik sa buhing Dios, sa dihang ang kalayo gikan sa halaran igisalibay ngadto sa yuta.</w:t>
      </w:r>
    </w:p>
    <w:p>
      <w:pPr>
        <w:pStyle w:val="ArticleBody"/>
        <w:jc w:val="left"/>
      </w:pPr>
      <w:r>
        <w:rPr>
          <w:rFonts w:ascii="Times New Roman" w:hAnsi="Times New Roman" w:eastAsia="Times New Roman" w:cs="Times New Roman"/>
        </w:rPr>
        <w:t>Sa Ezekiel kapitulo 9, kadtong mao rang mga balaan nagapanghupaw ug nagatu-aw tungod sa mga dulumtanan nga gibuhat sa yuta ug sa iglesia, ug samtang ilang gipadayag ang ilang halalum nga pagbasol tungod sa sala, ang manolunda nga nagtimaan nagabutang ug timaan sa ilang mga agtang. Maingon sa kapitulo 8 sa Pinadayag, ang mga paghukom nga gilarawan pinaagi sa mga manolunda nga maglalaglag anaa didto sa luyo nga nagahulat sa sugo nga ang pagtimri nahuman na.</w:t>
      </w:r>
    </w:p>
    <w:p>
      <w:pPr>
        <w:pStyle w:val="ArticleScripture"/>
        <w:jc w:val="left"/>
      </w:pPr>
      <w:r>
        <w:rPr>
          <w:rFonts w:ascii="Times New Roman" w:hAnsi="Times New Roman" w:eastAsia="Times New Roman" w:cs="Times New Roman"/>
        </w:rPr>
        <w:t>“Sa walay kasaypanang katukma ang Walay Kinutoban sa gihapon nagatipig ug husay sa tanang mga nasud. Samtang ang Iyang kalooy ginatanyag pinaagi sa mga tawag sa paghinulsol, kini nga husay magpabiling bukás; apan sa dihang ang mga ihap makaabot sa usa ka tino nga gidaghanon nga gitakda sa Dios, ang pag-alagad sa Iyang kapungot magasugod. Ang husay gisirhan na. Ang balaang pagkamainantuson matapos na. Wala nay pakilooy nga igapangamuyo alang kanila.”</w:t>
      </w:r>
    </w:p>
    <w:p>
      <w:pPr>
        <w:pStyle w:val="ArticleScripture"/>
        <w:jc w:val="left"/>
      </w:pPr>
      <w:r>
        <w:rPr>
          <w:rFonts w:ascii="Times New Roman" w:hAnsi="Times New Roman" w:eastAsia="Times New Roman" w:cs="Times New Roman"/>
        </w:rPr>
        <w:t>“Ang propeta, sa pagtan-aw ngadto sa umaabot nga mga kapanahonan, nakita kini nga panahon nga gipahimutang sa atubangan sa iyang panan-awon. Ang mga nasod niining panahona nakadawat sa mga kalooy nga wala pa gayud hitabo sukad kaniadto. Ang labing pinili sa mga panalangin sa langit gihatag kanila, apan ang nagkadaghang pagkamapahitas-on, kahakog, pagsimba sa mga diosdios, pagtamay sa Dios, ug ubos nga pagkawalay pagpasalamat nasulat batok kanila. Sa madali nilang ginatapos ang ilang husay sa atubangan sa Dios.”</w:t>
      </w:r>
    </w:p>
    <w:p>
      <w:pPr>
        <w:pStyle w:val="ArticleScripture"/>
        <w:jc w:val="left"/>
      </w:pPr>
      <w:r>
        <w:rPr>
          <w:rFonts w:ascii="Times New Roman" w:hAnsi="Times New Roman" w:eastAsia="Times New Roman" w:cs="Times New Roman"/>
        </w:rPr>
        <w:t>“Apan ang hinungdan nga ako mangurog mao ang kamatuoran nga kadtong nakadawat sa labing dakong kahayag ug mga pribilehiyo nahugawan sa nagkagamhanang kasal-anan. Naimpluwensiyahan sa mga dili matarung nga naglibot kanila, daghan, bisan gani sa mga nagaangkon sa kamatuoran, nangabugnaw ug gidala sa kusog nga sulog sa dautan. Ang kinatibuk-ang pagtamay nga gipanglabay batok sa tinuod nga pagkadiosnon ug pagkabalaan nagadala sa mga dili mahugot nga nakigdugtong sa Dios sa pagkawala sa ilang pagtahud sa Iyang balaod. Kon sila nagsunod pa sa kahayag ug mituman sa kamatuoran gikan sa kasingkasing, kining balaan nga balaod daw labi pang bililhon alang kanila sa dihang kini tinamayan ug gisalikway. Samtang ang walay pagtahud sa balaod sa Dios nagakahayag sa labi pa, ang utlanan sa pagkalahi tali sa mga nagtuman niini ug sa kalibutan nagakahimong labi pang matin-aw. Ang gugma alang sa balaan nga mga sugo nagadugang sa usa ka pundok sumala sa pagdugang sa pagtamay alang kanila sa laing pundok.</w:t>
      </w:r>
    </w:p>
    <w:p>
      <w:pPr>
        <w:pStyle w:val="ArticleScripture"/>
        <w:jc w:val="left"/>
      </w:pPr>
      <w:r>
        <w:rPr>
          <w:rFonts w:ascii="Times New Roman" w:hAnsi="Times New Roman" w:eastAsia="Times New Roman" w:cs="Times New Roman"/>
        </w:rPr>
        <w:t>“Ang krisis nagkaduol sa matulin. Ang paspas nga nagkadaghang mga numero nagapakita nga ang panahon sa pagduaw sa Dios hapit na miabut. Bisan ug dili Siya andam sa pagsilot, apan mosilot gayud Siya, ug sa madali. Kadtong nagalakaw diha sa kahayag makakita sa mga timailhan sa nagkaduol nga katalagman; apan dili sila angay molingkod sa hilom, walay kabalaka nga pagpaabut sa kalaglagan, nga nagalipay sa ilang kaugalingon pinaagi sa pagtuo nga panalipdan sa Dios ang Iyang katawhan sa adlaw sa pagduaw. Halayo gayud kana sa kamatuoran. Kinahanglan nilang masabtan nga ilang katungdanan ang maningkamot sa masinatiyon sa pagluwas sa uban, nga nagatan-aw uban sa malig-on nga pagtoo ngadto sa Dios alang sa tabang. ‘Ang mainiton ug mabinungahong pag-ampo sa matarung nga tawo adunay dakong mahimo.’”</w:t>
      </w:r>
    </w:p>
    <w:p>
      <w:pPr>
        <w:pStyle w:val="ArticleScripture"/>
        <w:jc w:val="left"/>
      </w:pPr>
      <w:r>
        <w:rPr>
          <w:rFonts w:ascii="Times New Roman" w:hAnsi="Times New Roman" w:eastAsia="Times New Roman" w:cs="Times New Roman"/>
        </w:rPr>
        <w:t>“Ang levadura sa pagka-diosnon wala pa gayod hingpit mawad-i sa iyang gahum. Sa panahon nga ang kapeligrohan ug kasubo sa iglesia labing dako, ang diyutayng pundok nga nagatindog diha sa kahayag managpanghupaw ug managtuaw tungod sa mga dulumtanan nga ginabuhat sa yuta. Apan ilabi na gayod nga ang ilang mga pag-ampo mosaka alang sa iglesia tungod kay ang mga sakop niini nagabuhat sumala sa paagi sa kalibotan.</w:t>
      </w:r>
    </w:p>
    <w:p>
      <w:pPr>
        <w:pStyle w:val="ArticleScripture"/>
        <w:jc w:val="left"/>
      </w:pPr>
      <w:r>
        <w:rPr>
          <w:rFonts w:ascii="Times New Roman" w:hAnsi="Times New Roman" w:eastAsia="Times New Roman" w:cs="Times New Roman"/>
        </w:rPr>
        <w:t>Ang mainitong mga pag-ampo niining matinumanong pipila dili mahimong kawang. Sa dihang ang Ginoo mogula ingon nga manimalos, moanhi usab Siya ingon nga manlalaban sa tanang mga nagbantay sa pagtuo diha sa kaputli niini ug nagtipig sa ilang kaugalingon nga walay buling gikan sa kalibutan. Niining panahona nga ang Dios nagsaad sa pagpanimalos alang sa Iyang kaugalingong mga pinili, nga nagatuaw ngadto Kaniya adlaw ug gabii, bisan pa Siya nagdugay sa pagpailub kanila.</w:t>
      </w:r>
    </w:p>
    <w:p>
      <w:pPr>
        <w:pStyle w:val="ArticleScripture"/>
        <w:jc w:val="left"/>
      </w:pPr>
      <w:r>
        <w:rPr>
          <w:rFonts w:ascii="Times New Roman" w:hAnsi="Times New Roman" w:eastAsia="Times New Roman" w:cs="Times New Roman"/>
        </w:rPr>
        <w:t>“Ang sugo mao kini: ‘Agi sa taliwala sa ciudad, sa taliwala sa Jerusalem, ug butangi ug timaan ang mga agtang sa mga tawo nga nanghupaw ug nagatuaw tungod sa tanang mga kangil-ad nga ginabuhat sa taliwala niini.’ Kining mga nanghupaw ug nagatuaw maoy nagpadayag sa mga pulong sa kinabuhi; sila nanaway, nagtambag, ug nangamuyo. Ang uban nga nagapasipala sa Dios naghinulsol ug nagpaubos sa ilang mga kasingkasing sa atubangan Niya. Apan ang himaya sa Ginoo mibulag na gikan sa Israel; bisan pa nga daghan ang nagpadayon gihapon sa mga dagway sa relihiyon, ang Iyang gahum ug presensya wala na didto.” Testimonies, tomo 5, 208–210.</w:t>
      </w:r>
    </w:p>
    <w:p>
      <w:pPr>
        <w:pStyle w:val="ArticleBody"/>
        <w:jc w:val="left"/>
      </w:pPr>
      <w:r>
        <w:rPr>
          <w:rFonts w:ascii="Times New Roman" w:hAnsi="Times New Roman" w:eastAsia="Times New Roman" w:cs="Times New Roman"/>
        </w:rPr>
        <w:t>Ang mga bersikulo napulo hangtod kinse nagabukas sa tinagong kasaysayan sa bersikulo kwarenta, ug sa pagbuhat niini ila usab sa samang higayon gipaila nga ang pagtimri sa usa ka gatus ug kap-atan ug upat ka libo ginatuman karon ibabaw niadtong nakatuman sa mga kinahanglanon sa mga pag-ampo nga girepresentahan ni Daniel ug sa tulo ka takus sa kapitulo dos, ug ni Daniel sa kapitulo nuebe. Ang kalainan tali sa duha ka mga pag-ampo mailhan ingon nga usa ka pag-ampo alang sa pagsabot sa gawasnong mga hitabo sa tagna (Daniel dos), ug usa ka pag-ampo aron maamgohan ang sulodnong kasinatian sa tagna (Daniel nuebe). Ang laing kalainan mao nga ang mga balaan sa kinatibuk-an nangita sa pagsabot sa mensahe sa pagsulay mahitungod sa larawan sa mananap (Daniel dos), apan sila kinahanglan tagsatagsa nga matuman ang buluhaton sa hingpit nga paghinulsol (Daniel nuebe). Ang ilang mga pag-ampo kinahanglan anaa sulod sa konteksto sa Ezekiel nuebe, kay sila kinahanglan magsubo tungod sa mga sala sa yuta ug sa iglesia.</w:t>
      </w:r>
    </w:p>
    <w:p>
      <w:pPr>
        <w:pStyle w:val="ArticleScripture"/>
        <w:jc w:val="left"/>
      </w:pPr>
      <w:r>
        <w:rPr>
          <w:rFonts w:ascii="Times New Roman" w:hAnsi="Times New Roman" w:eastAsia="Times New Roman" w:cs="Times New Roman"/>
        </w:rPr>
        <w:t>“Sa panahon nga mogula ang Iyang kapungot pinaagi sa mga paghukom, kining mga mapaubsanon ug matinud-anong sumusunod ni Cristo mailhan gikan sa ubang kalibutan tungod sa kasakit sa ilang kalag, nga gipahayag diha sa pagminatay ug paghilak, sa mga pagbadlong ug mga pasidaan. Samtang ang uban mosulay sa pagtabon sa karon nga dautan, ug mangatarungan sa dakong pagkadaotan nga naglukop sa tanang dapit, kadtong adunay kasibot alang sa kadungganan sa Dios ug gugma alang sa mga kalag dili magpakahilom aron makabaton sa pabor ni bisan kinsa. Ang ilang matarong nga mga kalag gisakit adlaw-adlaw tungod sa dili balaang mga buhat ug sinultihan sa mga dili matarong. Wala silay gahum sa pagpahunong sa nagadagayang sulog sa kasal-anan, ug busa napuno sila sa kasubo ug kahadlok. Nagabalata sila sa atubangan sa Dios sa pagkakita nga ang relihiyon gitamay sa mismong mga panimalay niadtong nakadawat ug dakong kahayag. Nagminatay sila ug nagsakit sa ilang mga kalag tungod kay ang pagkamapahitas-on, kahakog, pagkamainiton sa kaugalingon, ug limbong sa hapit tanang matang anaa sa iglesia. Ang Espiritu sa Dios, nga nagaaghat ngadto sa pagbadlong, gitamakan lamang, samtang ang mga alagad ni Satanas nagmadaugon. Ang Dios gipakaulawan, ang kamatuoran gihimo nga walay kapuslanan.”</w:t>
      </w:r>
    </w:p>
    <w:p>
      <w:pPr>
        <w:pStyle w:val="ArticleScripture"/>
        <w:jc w:val="left"/>
      </w:pPr>
      <w:r>
        <w:rPr>
          <w:rFonts w:ascii="Times New Roman" w:hAnsi="Times New Roman" w:eastAsia="Times New Roman" w:cs="Times New Roman"/>
        </w:rPr>
        <w:t>“Ang pundok sa mga tawo nga wala mobati og kasubo tungod sa ilang kaugalingong espirituhanong pagkahugno, ni magminatay tungod sa mga sala sa uban, pagabiyaan nga walay patik sa Dios. Ang Ginoo naghatag og sugo sa Iyang mga sinugo, ang mga tawo nga may mga hinagiban sa pagpatay diha sa ilang mga kamot: ‘Sunod kamo kaniya latas sa siyudad, ug tigbasa: ayaw pagpasayloa sa inyong mata, ni malooy kamo: laglaga sa hingpit ang tigulang ug batan-on, ang mga dalaga, ug ang mga gagmayng bata, ug ang mga babaye: apan ayaw duol sa bisan kinsang tawo nga anaa kaniya ang timaan; ug sugdi sa Akong santuwaryo. Unya misugod sila sa mga tigulang nga mga tawo nga diha sa atubangan sa balay.’”</w:t>
      </w:r>
    </w:p>
    <w:p>
      <w:pPr>
        <w:pStyle w:val="ArticleScripture"/>
        <w:jc w:val="left"/>
      </w:pPr>
      <w:r>
        <w:rPr>
          <w:rFonts w:ascii="Times New Roman" w:hAnsi="Times New Roman" w:eastAsia="Times New Roman" w:cs="Times New Roman"/>
        </w:rPr>
        <w:t>“Dinhi atong makita nga ang iglesia—ang balaang puloy-anan sa Ginoo—mao ang nahauna sa pagbati sa hampak sa kapungot sa Dios. Ang mga tigulang nga tawo, sila nga gihatagan sa Dios ug dakong kahayag ug nanindog ingon nga mga magbalantay sa espirituhanong mga kapalaran sa katawhan, nagbudhi sa salig nga gitugyan kanila. Gikuha nila ang baruganan nga dili na kita kinahanglan magpaabut ug mga milagro ug sa dayag nga pagpakita sa gahum sa Dios sama sa nangaging mga adlaw. Nausab na ang mga panahon. Kining mga pulonga nagpalig-on sa ilang pagkadili-matuohon, ug sila nagaingon: Ang Ginoo dili mobuhat ug maayo, ni mobuhat Siya ug dautan. Hilabihan ra Siya ka maloloy-on aron silotan ang Iyang katawhan pinaagi sa paghukom. Busa ang ‘Kalinaw ug kasigurohan’ mao ang singgit sa mga tawo nga dili na gayud mopatugbaw sa ilang tingog sama sa usa ka trompeta aron ipakita sa katawhan sa Dios ang ilang mga kalapasan ug sa balay ni Jacob ang ilang mga sala. Kining mga amang nga iro nga dili maningog mao ang mga mobati sa matarong nga panimalos sa usa ka nasuko nga Dios. Ang mga lalaki, mga dalaga, ug mga gagmayng kabataan mangalaglag nga tanan managsama.” Testimonies, tomo 5, 210, 211.</w:t>
      </w:r>
    </w:p>
    <w:p>
      <w:pPr>
        <w:pStyle w:val="ArticleBody"/>
        <w:jc w:val="left"/>
      </w:pPr>
      <w:r>
        <w:rPr>
          <w:rFonts w:ascii="Times New Roman" w:hAnsi="Times New Roman" w:eastAsia="Times New Roman" w:cs="Times New Roman"/>
        </w:rPr>
        <w:t>Ang bersikulo uno ug dos sa Daniel onse nagsugod sa panahon sa katapusan niadtong 1989, maingon man ang bersikulo dies. Ang bersikulo dos modala sa kasaysayan ngadto sa unang termino ni Donald Trump, ug unya mobiya ug usa ka tinagong kasaysayan gikan nianang ikaunom nga labing adunahang presidente ngadto sa ikapitong gingharian (ang United Nations), nga girepresentahan ni Alexander the Great. Tali sa adunahang hari nga si Xerxes sa bersikulo dos, ug kang Alexander the Great, may walo ka mga hari sa Persia. Ang tinagong kasaysayan sa bersikulo dos hangtod sa bersikulo tres nagarepresentar ug walo ka mga hari. Busa, gikan sa pagtapos sa unang termino ni Trump hangtod sa ikapitong gingharian sa tagna sa Biblia, adunay kinatibuk-ang napulo ka mga hari nga naglangkob sa tinagong kasaysayan sa bersikulo dos ngadto sa tres sa Daniel kapitulo onse.</w:t>
      </w:r>
    </w:p>
    <w:p>
      <w:pPr>
        <w:pStyle w:val="ArticleBody"/>
        <w:jc w:val="left"/>
      </w:pPr>
      <w:r>
        <w:rPr>
          <w:rFonts w:ascii="Times New Roman" w:hAnsi="Times New Roman" w:eastAsia="Times New Roman" w:cs="Times New Roman"/>
        </w:rPr>
        <w:t>Ang numero nga napulo usa ka simbolo sa usa ka pagsulay, ug ang pagsulay nga mahitabo niadto gayud nga kasaysayan mao ang pagporma sa larawan sa mapintas nga mananap. Ang ikaunom nga labing adunahang presidente nagpukaw sa mga globalista sugod sa iyang unang kampanya niadtong 2015, ug sa pagbuhat niana iyang gimarkahan ang sinugdanan sa usa ka pakigbisog tali sa duha ka mga saksi sa Pinadayag kapitulo onse ug sa mapintas nga mananap nga dragon sa ateyismo, nga wala mohunong hangtod sa balaod sa Domingo sa mga bersikulo sais ug kap-atan ug usa. Sulod niana nga pakiggubat si Donald Trump mao ang unang presidente nga nagpukaw sa dragon ug siya usab ang ulahi. Si Trump mao ang ulahing presidente sa mapintas nga mananap sa yuta, ug si Trump mahimong unang pangulo sa ikapitong gingharian. Sa pagbuhat niana, si Trump nagrepresentar sa nahauna ug naulahi sa napulo ka mga hari, ug ang napulo nagrepresentar sa usa ka pagsulay.</w:t>
      </w:r>
    </w:p>
    <w:p>
      <w:pPr>
        <w:pStyle w:val="ArticleBody"/>
        <w:jc w:val="left"/>
      </w:pPr>
      <w:r>
        <w:rPr>
          <w:rFonts w:ascii="Times New Roman" w:hAnsi="Times New Roman" w:eastAsia="Times New Roman" w:cs="Times New Roman"/>
        </w:rPr>
        <w:t>Ang 1776, 1789 ug 1798 nagrepresentar sa tulo ka mga kasaysayan nga nagapahimutang nga ang ikawalong pangulo iya sa pito. Ang 1776 nagrepresentar sa pagmantala sa Declaration of Independence, ug sa kasaysayan sa Una ug Ikaduhang Continental Congresses. Ang 1789 nagrepresentar sa usa ka yugto sa kasaysayan diin ang Articles of Confederation gihimo. Ang maong yugto nagsugod niadtong 1781, ug natapos sa pagmantala sa Constitution niadtong 1789. Ang 1798 nagrepresentar sa pagmantala sa Alien and Sedition Acts, ug sa sinugdanan sa mapintas nga mananap sa yuta ingon nga ikaunom nga gingharian sa tagna sa Biblia.</w:t>
      </w:r>
    </w:p>
    <w:p>
      <w:pPr>
        <w:pStyle w:val="ArticleBody"/>
        <w:jc w:val="left"/>
      </w:pPr>
      <w:r>
        <w:rPr>
          <w:rFonts w:ascii="Times New Roman" w:hAnsi="Times New Roman" w:eastAsia="Times New Roman" w:cs="Times New Roman"/>
        </w:rPr>
        <w:t>Ang mga Continental Congress gibahin ngadto sa duha ka manalagnang mga yugto: ang unang kongreso ug ang ulahing kongreso. Ang First Continental Congress adunay duha ka mga presidente ug si Peyton Randolph mao ang unang presidente. Ang Second Continental Congress adunay unom ka mga presidente. Si Peyton Randolph mao ang unang presidente sa First ug usab sa Second Continental Congress. Adunay kinatibuk-ang walo ka mga presidente sulod sa kasaysayan sa First ug Second Continental Congress. Si Peyton Randolph mao ang unang presidente sa First ug Second Continental Congress, sa usa ka manalagnang yugto diin adunay walo ka mga presidente, apan ang unang presidente sa matag usa sa duha ka mga yugto mao ang mao ra nga tawo. Busa, bisan pa man nga adunay walo ka mga termino sa pagkapresidente, sa tinuod pito lamang ka mga presidente. Ang unang presidente sa makaduha mao ang unang presidente sa pito ka mga tawo nga nahimong mga presidente, ug si Randolph busa nagrepresentar sa ikawalo, nga gikan sa pito, ug pinaagi sa duha ka mga saksi naghulagway siya sa unang tinuod nga presidente, nga mao si George Washington.</w:t>
      </w:r>
    </w:p>
    <w:p>
      <w:pPr>
        <w:pStyle w:val="ArticleBody"/>
        <w:jc w:val="left"/>
      </w:pPr>
      <w:r>
        <w:rPr>
          <w:rFonts w:ascii="Times New Roman" w:hAnsi="Times New Roman" w:eastAsia="Times New Roman" w:cs="Times New Roman"/>
        </w:rPr>
        <w:t>Ang Washington girepresentahan ni Randolph, ug busa si Randolph, ingon nga simbolo sa Washington, nagpadayag sa duha ka butang: ang mga profetikanhong kinaiya ni Randolph nga unang presidente, ug nga si Randolph mao ang ikawalo, nga gikan sa pito. Busa si George Washington, ingon nga unang presidente ug unang Commander in Chief, profetikanhon usab mao ang ikawalo, ug gikan sa pito; ug si Trump, ingon nga katapusang presidente, mao usab ang ikawalo, nga gikan sa pito.</w:t>
      </w:r>
    </w:p>
    <w:p>
      <w:pPr>
        <w:pStyle w:val="ArticleBody"/>
        <w:jc w:val="left"/>
      </w:pPr>
      <w:r>
        <w:rPr>
          <w:rFonts w:ascii="Times New Roman" w:hAnsi="Times New Roman" w:eastAsia="Times New Roman" w:cs="Times New Roman"/>
        </w:rPr>
        <w:t>Ang ikaduhang pangulo sa Ikaduhang Continental Congress mao si John Hancock. Ang Ikaduhang Continental Congress natapos niadtong 1781. Gikan sa 1781 hangtod sa 1789, kini nagtimaan sa kasaysayan sa mga Articles of Confederation. Ang maong yugto gisimbulo sa petsang 1789, uban sa pagmantala sa Konstitusyon. Niadtong panahona aduna usab walo ka mga pangulo. Ang Articles of Confederation nagrepresentar sa unang Konstitusyon, apan ang kahuyang sa mga Articles of Confederation maoy hinungdan sa pag-ilis niini, ug sa ratipikasyon sa Konstitusyon sa 1789 sa napulog tulo ka mga kolonya.</w:t>
      </w:r>
    </w:p>
    <w:p>
      <w:pPr>
        <w:pStyle w:val="ArticleBody"/>
        <w:jc w:val="left"/>
      </w:pPr>
      <w:r>
        <w:rPr>
          <w:rFonts w:ascii="Times New Roman" w:hAnsi="Times New Roman" w:eastAsia="Times New Roman" w:cs="Times New Roman"/>
        </w:rPr>
        <w:t>Niadtong panahona ang walo ka mga presidente naglangkob sa pito ka mga presidente nga dili mga presidente sa kasaysayan sa maong yugto nga girepresentahan sa miaging duha ka Continental Congresses, ug usa nga usa ka presidente niadtong unang propetikong yugto. Si John Hancock nagserbisyo sa ikaduhang Continental Congress, ug usab sa yugto nga girepresentahan sa Articles of Confederation. Sa propetikong lebel, pito lamang ka mga lalaki ang nahimong presidente sa panahon sa duha ka Continental Congresses; busa sa propetikong paagi si John Hancock usa sa walo sa yugto sa Articles of Confederation, apan usa usab siya sa pito ka mga lalaki gikan sa miaging yugto. Busa siya mao ang ikawalo, nga gikan sa pito.</w:t>
      </w:r>
    </w:p>
    <w:p>
      <w:pPr>
        <w:pStyle w:val="ArticleBody"/>
        <w:jc w:val="left"/>
      </w:pPr>
      <w:r>
        <w:rPr>
          <w:rFonts w:ascii="Times New Roman" w:hAnsi="Times New Roman" w:eastAsia="Times New Roman" w:cs="Times New Roman"/>
        </w:rPr>
        <w:t>Ang ikaduhang mapanagnaong yugto, nga girepresentahan sa 1781 hangtod 1789, sama sa unang yugto, adunay usa ka presidente (Hancock) nga mao ang ikawalo, ug gikan sa pito, maingon kang Randolph sa unang mapanagnaong yugto nga girepresentahan sa 1776.</w:t>
      </w:r>
    </w:p>
    <w:p>
      <w:pPr>
        <w:pStyle w:val="ArticleBody"/>
        <w:jc w:val="left"/>
      </w:pPr>
      <w:r>
        <w:rPr>
          <w:rFonts w:ascii="Times New Roman" w:hAnsi="Times New Roman" w:eastAsia="Times New Roman" w:cs="Times New Roman"/>
        </w:rPr>
        <w:t>Sa duha ka yugto sa walo ka presidente, gihulagway ang talinghaga nga ang ikawalo gikan sa pito. Kining duha ka yugto nagahatag ug pagpamatuod nga ang unang tinuod nga presidente (Washington) may kalakip usab nga matagnaong talinghaga sa iyang simbolismo, pinaagi sa iyang tipolohiya nga girepresentahan ni Randolph. Kining tulo ka mga saksi naghisgot kang Trump. Si Trump, ingon sa girepresentahan diha sa mga bersikulo uno ug dos sa kapitulo onse, gihulagway lamang pinaagi sa iyang unang termino, nga natapos sa dihang ang ikaduhang eleksiyon gikawat sa mapintas nga mananap nga gikan sa bung-aw nga walay kinutoban.</w:t>
      </w:r>
    </w:p>
    <w:p>
      <w:pPr>
        <w:pStyle w:val="ArticleBody"/>
        <w:jc w:val="left"/>
      </w:pPr>
      <w:r>
        <w:rPr>
          <w:rFonts w:ascii="Times New Roman" w:hAnsi="Times New Roman" w:eastAsia="Times New Roman" w:cs="Times New Roman"/>
        </w:rPr>
        <w:t>Ang kasaysayan nga nagtuman nianang mga bersikulo nagalakip ug tinagong kasaysayan tali sa maong punto sa labing bahandianong hari (Xerxes) ug sa pagpaila kang Alexander the Great, nga nagrepresentar sa balaod sa Domingo, sa dihang ang napulo ka mga hari sa mubo nga panahon mahimong ikapitong gingharian. Tali sa bahandianong hari ug sa napulo ka mga hari nga nagkauyon sa paghatag sa ilang ikapitong gingharian ngadto sa pagka-papa, may walo ka mga hari. Kining walo ka mga hari nga naglangkob sa tinagong kasaysayan gikan sa bersikulo dos ngadto sa bersikulo tres, makakaplag ug duha ka mga saksi nga mao ang walo ka mga presidente diha sa kasaysayan sa 1776, 1789, ug 1798.</w:t>
      </w:r>
    </w:p>
    <w:p>
      <w:pPr>
        <w:pStyle w:val="ArticleBody"/>
        <w:jc w:val="left"/>
      </w:pPr>
      <w:r>
        <w:rPr>
          <w:rFonts w:ascii="Times New Roman" w:hAnsi="Times New Roman" w:eastAsia="Times New Roman" w:cs="Times New Roman"/>
        </w:rPr>
        <w:t>Kana nga kasaysayan nagdala sa simbolismo sa kaluhaan ug duha ka tuig, nga nag-ila niini ingon nga usa ka kasaysayan sa pagpatik sa usa ka gatus ug kap-atan ug upat ka libo sa dihang ang Pagkadios gikahiusa sa pagkatawo. Nagdala usab kini sa pagpamatuod sa “Kamatuoran,” kay ang sinugdanan nagtimaan sa kagawasan ug ang katapusan nagtimaan sa pagtangtang sa kagawasan, samtang napulog tulo ka tuig human sa 1776, ang napulog tulo ka mga kolonya mipatuman sa Konstitusyon. Nag-ila usab kini sa duha ka yugto sa walo ka mga hari (mga presidente) nga silang duha naglangkob sa enigmatikong kahulogan nga ang ikawalo iya sa pito.</w:t>
      </w:r>
    </w:p>
    <w:p>
      <w:pPr>
        <w:pStyle w:val="ArticleBody"/>
        <w:jc w:val="left"/>
      </w:pPr>
      <w:r>
        <w:rPr>
          <w:rFonts w:ascii="Times New Roman" w:hAnsi="Times New Roman" w:eastAsia="Times New Roman" w:cs="Times New Roman"/>
        </w:rPr>
        <w:t>Si Trump isip ang ikaunom nga pangulo niadtong 2016, ug isip katapusang pangulo sa ikaunom nga gingharian nagrepresentar usab sa nahauna ug katapusan sa napulo ka sunod-sunod nga mga hari. Ang gidaghanon nga napulo nagpaila sa proseso sa pagsulay nianang kasaysayan, ug ang pagsulay nga nag-una ug matuman sa balaod sa Dominggo mao ang pagporma sa dagway sa mananap. Ang dagway sa damgo ni Nabucodonosor mahitungod sa mananap nagrepresentar sa walo ka gingharian, ug sa pagbuhat niini naghatag sa pagpamatuod nga ang pagsulay sa dagway sa mananap girepresentahan sa gidaghanon nga “walo”.</w:t>
      </w:r>
    </w:p>
    <w:p>
      <w:pPr>
        <w:pStyle w:val="ArticleBody"/>
        <w:jc w:val="left"/>
      </w:pPr>
      <w:r>
        <w:rPr>
          <w:rFonts w:ascii="Times New Roman" w:hAnsi="Times New Roman" w:eastAsia="Times New Roman" w:cs="Times New Roman"/>
        </w:rPr>
        <w:t>Sa kasaysayan sa pagsulay sa kaliwatan sa mga Maccabeo, nga nagrepresentar sa kaliwatan sa sungay sa apostatang Protestante ug sa kaliwatan sa sungay sa apostatang Republikano nga girepresentahan ni Antiochus III, ang mga kaliwatan ug mga sungay maghiusa ngadto sa usa ka sungay, nga mao ang usa ka larawan sa pagkapapa. Sa maong kasaysayan usab, ang larawan sa Dios hingpit ug sa walay kataposan mapamunga pag-usab diha niadtong girepresentahan ingon nga usa ka gatus ug kap-atan ug upat ka libo.</w:t>
      </w:r>
    </w:p>
    <w:p>
      <w:pPr>
        <w:pStyle w:val="ArticleBody"/>
        <w:jc w:val="left"/>
      </w:pPr>
      <w:r>
        <w:rPr>
          <w:rFonts w:ascii="Times New Roman" w:hAnsi="Times New Roman" w:eastAsia="Times New Roman" w:cs="Times New Roman"/>
        </w:rPr>
        <w:t>Ang tinagong kasaysayan sa bersikulo kwarenta ginabuksan sulod sa tinagong kasaysayan sa bersikulo dos ngadto sa bersikulo tres, ug sa kasaysayan sa mga bersikulo napulo hangtod kinse. Sa dihang si Trump mahimong ikawalong presidente nga iya sa pito sa iyang pagpanglingkod sa katungdanan niadtong Enero 20, 2025, ang walo ka mga hari tali sa Xerxes ug Alexander the Great nagtimaan sa pag-abot sa pagporma sa larawan sa mapintas nga mananap, ug si Trump nagrepresentar sa nahauna ug naulahi sa napulo ka sunod-sunod nga mga hari.</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nakita ko diha sa tuong kamot niadtong nagalingkod sa trono ang usa ka basahon nga sinulatan sa sulod ug sa likod nga bahin, tinimrihan sa pito ka mga timri. Ug nakita ko ang usa ka gamhanang manulunda nga nagmantala sa makusog nga tingog: Kinsa ba ang takus sa pag-abli sa basahon ug sa pagtangtang sa mga timri niini? Ug walay bisan kinsa sa langit, ni sa yuta, ni sa ilalom sa yuta, nga arang makabukas sa basahon, ni makatan-aw man lamang niini. Ug mihilak ako pag-ayo, tungod kay walay hingkaplagang takus sa pag-abli ug sa pagbasa sa basahon, ni sa pagtan-aw man lamang niini. Ug miingon kanako ang usa sa mga anciano: Ayaw paghilak; tan-awa, ang Leon sa banay ni Juda, ang Gamut ni David, nakadaug aron mabuksan ang basahon ug matangtang ang pito ka mga timri niini. Ug mitan-aw ako, ug ania karon, sa taliwala sa trono ug sa upat ka mga buhing nilalang, ug sa taliwala sa mga anciano, mitindog ang usa ka Cordero nga daw gipatay na, nga may pito ka sungay ug pito ka mata, nga mao ang pito ka mga Espiritu sa Dios nga gipadala ngadto sa tibuok yuta. Ug miduol siya ug gikuha ang basahon gikan sa tuong kamot niadtong nagalingkod sa trono. Ug sa diha nga nakuha na niya ang basahon, ang upat ka mga buhing nilalang ug ang kaluhaan ug upat ka mga anciano nanghapa sa atubangan sa Cordero, nga ang matag usa kanila may mga alpa ug mga bulawang panaksan nga puno sa mga pahumot, nga mao ang mga pag-ampo sa mga balaan. Ug sila nanag-awit ug usa ka bag-ong awit, nga nagaingon: Takus ikaw sa pagkuha sa basahon ug sa pag-abli sa mga timri niini; kay ikaw gipatay, ug pinaagi sa imong dugo gitubos mo kami ngadto sa Dios gikan sa matag kaliwatan, ug pinulongan, ug katawhan, ug nasud; Ug gihimo mo kami alang sa among Dios nga mga hari ug mga sacerdote: ug magahari kami sa yuta. Pinadayag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Kasiyaman ug Tulo</dc:title>
  <dc:subject>Ang Pagpadayag sa Katapusang mga Panahon: Gikan sa Kapalaran sa Russia ngadto sa Pagbalik ni Trump ug sa Pagporma sa Larawan sa Mapintas nga Mananap</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