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Daniel - Gatus ug Kasiyam ug Upat</w:t>
      </w:r>
    </w:p>
    <w:p>
      <w:pPr>
        <w:pStyle w:val="ArticleSubtitle"/>
        <w:jc w:val="left"/>
      </w:pPr>
      <w:r>
        <w:rPr>
          <w:rFonts w:ascii="Arial" w:hAnsi="Arial" w:eastAsia="Arial" w:cs="Arial"/>
        </w:rPr>
        <w:t>Mga Lanog sa mga Macabeo: Ang Pagdaog ni Trump ug ang Propetikong Dalan paingon sa Larawan sa Mapintas nga Mananap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Ang linya nga girepresentahan sa mga Macabeo (nga nag-ila sa apostatang Protestante sa Estados Unidos), nagsugod sa ilang pag-alsa batok sa relihiyong Griyego didto sa Modein, niadtong 167 BC. Ang mga Macabeo didto midaog batok sa mga paningkamot ni Antiochus Epiphanes sa pagpugos sa relihiyong Griyego ngadto sa mga Judio, ug gipatay usab nila ang pangulo sa mga Judio nga nakigtambayayong kang Antiochus. Busa, si Biden mapildi sa eleksiyon sa 2024, pinaagi sa blokeng botante nga nailhan ingon nga “Religious Right”. Ang kasaysayan naghulagway sa kadaugan sa eleksiyon sa 2024, ingon nga ang apostatang Protestante midaog dili lamang batok sa mga globalistang Republikano nga gitawag og mga RINO, kondili usab batok sa mga paningkamot sa mga ateistang Demokratiko sa pagpugos sa relihiyon sa woke-ism ngadto sa nasod.</w:t>
      </w:r>
    </w:p>
    <w:p>
      <w:pPr>
        <w:pStyle w:val="ArticleBody"/>
        <w:jc w:val="left"/>
      </w:pPr>
      <w:r>
        <w:rPr>
          <w:rFonts w:ascii="Times New Roman" w:hAnsi="Times New Roman" w:eastAsia="Times New Roman" w:cs="Times New Roman"/>
        </w:rPr>
        <w:t>Ang sulodnong espirituwal nga gubat nga girepresentahan sa linya sa mga Maccabeo nagsugod niadtong 2015, sa dihang ang adunahang presidente nagpukaw sa mga gahum sa dragon sa globalismo, ug ang buhat sa dragon sa pagpatay sa duha ka mga saksi naglakip sa mga Paghukom ni Pelosi mahitungod sa Enero 6, 2021. Ang Modein, ug ang pag-alsa sa mga Maccabeo nagaila sa umaabot nga kadaugan sa apostatang Protestanismo sa Nobyembre 5, 2024. Ang inagurasyon sa Enero 20, 2025 gitipoan pinaagi sa 164 BC, nga nagrepresentar sa paghalad pag-usab sa ikaduhang templo, ug nianang maong tuiga gayud (164 BC), namatay si Antiochus Epiphanes. Si Antiochus nagrepresentar sa Partido Demokratiko, ug sa ilang mga kaabag sa globalismo nga nagpakaila sa ilang kaugalingon nga mga Republikano, bisan tuod dili sila labaw nga mga MAGA Republican kay sa usa ka babaye nga usa ka lalaki.</w:t>
      </w:r>
    </w:p>
    <w:p>
      <w:pPr>
        <w:pStyle w:val="ArticleBody"/>
        <w:jc w:val="left"/>
      </w:pPr>
      <w:r>
        <w:rPr>
          <w:rFonts w:ascii="Times New Roman" w:hAnsi="Times New Roman" w:eastAsia="Times New Roman" w:cs="Times New Roman"/>
        </w:rPr>
        <w:t>Ang pakigbisog sa politika nga girepresentahan sa mga bersikulo trese hangtod kinse, nga nagatapos sa Gubat sa Panium, nagadagan nga kaabay sa relihiyosong pakigbisog sulod nianang kasaysayan tali sa woke-ism ug sa apostatang Protestante. Human sa inagurasyon ni Trump sa 2025, nga girepresentahan sa paghalad pag-usab sa ikaduhang templo niadtong 164 BC, mosugod siya dayon sa tinuod nga pagporma sa usa ka larawan sa mapintas nga mananap pinaagi sa paghiusa sa apostatang Protestanteng simbahan uban sa iyang apostatang Republikang kagamhanan, nga girepresentahan sa kasabotan sa Roma ug sa mga Maccabeo gikan sa 161 BC hangtod sa 158 BC. Pagahiuson ni Trump ang simbahan ug estado ngadto sa usa ka alyansa, diin ang relihiyosong elemento maoy nagakontrolar. Sa matagnaong kasaysayan diin ang mapintas nga mananap sa yuta nagaporma sa larawan sa mapintas nga mananap sa Katolisismo, ang apostatang Republikang sungay ug ang apostatang Protestanteng sungay magapuno sa copa sa ilang panahon sa pagsulay sa sayop nga bahin sa pangutana mahitungod sa kinabuhing dayon.</w:t>
      </w:r>
    </w:p>
    <w:p>
      <w:pPr>
        <w:pStyle w:val="ArticleBody"/>
        <w:jc w:val="left"/>
      </w:pPr>
      <w:r>
        <w:rPr>
          <w:rFonts w:ascii="Times New Roman" w:hAnsi="Times New Roman" w:eastAsia="Times New Roman" w:cs="Times New Roman"/>
        </w:rPr>
        <w:t>Sukad sa inagurasyon, nga gilarawan pinaagi sa ikaduhang paghinlo sa templo niadtong 164 BC, nagsugod ang buluhaton sa pagporma sa larawan sa mapintas nga mananap, ingon sa gilarawan sa paghiusa sa mga Judio ug sa Roma sukad sa 161 BC hangtod sa 158 BC. Si Trump mapili pag-usab sa Nobyembre 5, 2024 (167 BC), ug sa iyang inagurasyon (164 BC) mamahimo siyang ikawalong presidente sukad sa panahon sa katapusan niadtong 1989. Sa pagbuhat niini mamahimo siyang ikawalo, nga mao ang usa sa pito, nga nagasubay sa mapintas nga mananap nga papal nga mamahimong ikawalong gingharian sa tagna sa Biblia sa dihang mamaayo ang iyang makamatay nga samad diha sa balaod sa Dominggo. Ang iyang inagurasyon gilarawan pinaagi sa paghalad pag-usab sa ikaduhang templo pinaagi sa mga Maccabeo niadtong 164 BC. Ang pag-alsa sa mga Maccabeo nagsugod tulo ka tuig sa wala pa niana sa lungsod sa Modein, nga ang kahulogan mao ang “protesta” ug nagtimaan sa iyang kadaugan sa eleksiyon sa Nobyembre 5, 2024.</w:t>
      </w:r>
    </w:p>
    <w:p>
      <w:pPr>
        <w:pStyle w:val="ArticleBody"/>
        <w:jc w:val="left"/>
      </w:pPr>
      <w:r>
        <w:rPr>
          <w:rFonts w:ascii="Times New Roman" w:hAnsi="Times New Roman" w:eastAsia="Times New Roman" w:cs="Times New Roman"/>
        </w:rPr>
        <w:t>Niadtong 164 BC, nahitabo ang ikaduhang pagdedikar sa ikaduhang templo, sa ingon nagpadayag sa hulagway sa ikaduhang inagurasyon ni Trump sa Enero 20, 2025. Nianang higayona, opisyal siyang mahimong ikawalong presidente nga gikan sa pito ka mga presidente nga nag-una kaniya. Ang 164 BC ginahandum sa Judaismo aron timaanan ang ikaduhang pagdedikar sa ikaduhang templo.</w:t>
      </w:r>
    </w:p>
    <w:p>
      <w:pPr>
        <w:pStyle w:val="ArticleBody"/>
        <w:jc w:val="left"/>
      </w:pPr>
      <w:r>
        <w:rPr>
          <w:rFonts w:ascii="Times New Roman" w:hAnsi="Times New Roman" w:eastAsia="Times New Roman" w:cs="Times New Roman"/>
        </w:rPr>
        <w:t>Ang inagurasyon mao ang higayon diin si Trump mahimong ikawalo, nga gikan sa pito, ug sukad nianang puntoha motungha ang mga satanikong milagro nga mosuporta sa buhat sa pagporma sa larawan sa mapintas nga mananap. Ang ikawalo maoy simbolo sa larawan sa nabanhaw nga mapintas nga mananap, ug nianang puntoha nagsugod ang pagporma sa larawan, sumala sa girepresentahan sa 161 BC.</w:t>
      </w:r>
    </w:p>
    <w:p>
      <w:pPr>
        <w:pStyle w:val="ArticleBody"/>
        <w:jc w:val="left"/>
      </w:pPr>
      <w:r>
        <w:rPr>
          <w:rFonts w:ascii="Times New Roman" w:hAnsi="Times New Roman" w:eastAsia="Times New Roman" w:cs="Times New Roman"/>
        </w:rPr>
        <w:t>Ang pagporma sa larawan sa mapintas nga mananap unang pagahimoon sa Tinipong Bansa sa Amerika, ug unya ang larawan sa mapintas nga mananap ipugos ngadto sa tibuok kalibotan. Sa sinugdanan sa pagpugos sa Tinipong Bansa sa Amerika sa kalibotan sa pagdawat sa usa ka larawan sa mapintas nga mananap, nga mosulti ug maoy hinungdan nga ang tanan nga dili mosimba sa larawan sa mapintas nga mananap ipapatay, ang Tinipong Bansa sa Amerika bag-o pa lamang makapasar ug balaod sa Domingo, ug makaporma ug usa ka tulo-ka-pilo nga panaghiusa. Sa panahon sa balaod sa Domingo ang tulo-ka-pilo nga panaghiusa anaa na sa dapit, ug miabot na ang panahon alang sa kahibulongang pagpamuhat ni Satanas, samtang si Satanas magapakaaron-ingnon nga si Cristo ug magabuhat ug mga milagro aron sa pagdala sa kalibotan sa pagdawat sa kalibotanong larawan sa mapintas nga mananap ug sa pagsimba sa Domingo. Nianang higayona si Trump mahimong pangulo sa napulo ka mga hari.</w:t>
      </w:r>
    </w:p>
    <w:p>
      <w:pPr>
        <w:pStyle w:val="ArticleBody"/>
        <w:jc w:val="left"/>
      </w:pPr>
      <w:r>
        <w:rPr>
          <w:rFonts w:ascii="Times New Roman" w:hAnsi="Times New Roman" w:eastAsia="Times New Roman" w:cs="Times New Roman"/>
        </w:rPr>
        <w:t>Busa, ang inagurasyon ni Trump ingon nga punoang hari sa napulo ka mga hari nga matuman sa tulo ka pilo nga panaghiusa sa haduol nang umaabot nga balaod sa Domingo, gipaila nang daan pinaagi sa inagurasyon ni Trump ingon nga ikawalong presidente, nga mao ang usa sa pito, sa Enero 20, 2025. Sa balaod sa Domingo nga nagatapos sa pagporma sa larawan sa mananap sa Tinipong Bansa, ang mananap nga papal usab mahimong ikawalo nga mao ang usa sa pito. Busa, ang panahon sa pagsulay sa larawan sa mananap nagsugod sa dihang si Trump nahimong ikawalo nga mao ang usa sa pito, ug sa dihang matapos kana nga yugto, ang pagkapapa usab mahimong ikawalo nga mao ang usa sa pito, kay ang Alpha ug Omega nagahulagway sa katapusan pinaagi sa sinugdanan.</w:t>
      </w:r>
    </w:p>
    <w:p>
      <w:pPr>
        <w:pStyle w:val="ArticleBody"/>
        <w:jc w:val="left"/>
      </w:pPr>
      <w:r>
        <w:rPr>
          <w:rFonts w:ascii="Times New Roman" w:hAnsi="Times New Roman" w:eastAsia="Times New Roman" w:cs="Times New Roman"/>
        </w:rPr>
        <w:t>Ang satanikanhong mga milagro magsugod sa inagurasyon ni Trump, sa dihang magsugod ang panahon sa pagporma sa larawan sa mapintas nga mananap, ug kini nagtimaan sa katingalahang pagbuhat ni Satanas nga magsugod sa katapusan sa panahon sa pagporma sa larawan sa mapintas nga mananap sa Estados Unidos. Ang inagurasyon ni Trump nagtimaan sa sinugdanan nianang panahona, ug ang iyang inagurasyon isip pangulong hari sa napulo ka mga hari sa United Nations nagtimaan sa pagtapos nianang panahona. Sa sinugdanan ug katapusang mga inagurasyon nga parehong nagpasugod sa pagporma sa larawan sa mapintas nga mananap, ang nahauna anaa sa Estados Unidos, ug dayon sa tibuok kalibotan.</w:t>
      </w:r>
    </w:p>
    <w:p>
      <w:pPr>
        <w:pStyle w:val="ArticleBody"/>
        <w:jc w:val="left"/>
      </w:pPr>
      <w:r>
        <w:rPr>
          <w:rFonts w:ascii="Times New Roman" w:hAnsi="Times New Roman" w:eastAsia="Times New Roman" w:cs="Times New Roman"/>
        </w:rPr>
        <w:t>Ang buluhaton sa panag-alyansa, o ang paghiusa uban sa Roma nga nahitabo gikan sa 161 BC hangtod sa 158 BC, nag-ila niining kasaysayan, ug kini matapos sa balaod sa Domingo diha sa bersikulo sais. Ang katapusang buluhaton sa pagpatuman sa usa ka panggamhanan nga hulagway sa sistema sa pagkapapa nagsugod ingon nga pagpamugos sa pagporma sa hulagway sa mapintas nga mananap, ug kini gipaduso ni Trump samtang iyang ginabalusan ang politikanhong mga pabor nga gihatag sa apostatang mga Protestante sa iyang kadaugan sa politika.</w:t>
      </w:r>
    </w:p>
    <w:p>
      <w:pPr>
        <w:pStyle w:val="ArticleBody"/>
        <w:jc w:val="left"/>
      </w:pPr>
      <w:r>
        <w:rPr>
          <w:rFonts w:ascii="Times New Roman" w:hAnsi="Times New Roman" w:eastAsia="Times New Roman" w:cs="Times New Roman"/>
        </w:rPr>
        <w:t>Kining maong espirituhanong estruktura ipahimutang sulod sa tinagong kasaysayan sa bersikulo kwarenta. Ang tinagong kasaysayan gikan sa bersikulo dos hangtod sa bersikulo tres sa Daniel onse ipahimutang usab ibabaw niana nga estruktura. Ang espirituhanong kasaysayan sa duha ka mga saksi sa Pinadayag kapitulo onse ipahimutang usab ibabaw niana nga estruktura. Pinaagi sa paghiusa niining tulo ka mga linya diha sa tinagong kasaysayan sa bersikulo kwarenta, ang Leon sa banay ni Juda nag-abli sa bahin sa tagna ni Daniel nga gitimbrehan hangtod sa kaulahiang mga adlaw.</w:t>
      </w:r>
    </w:p>
    <w:p>
      <w:pPr>
        <w:pStyle w:val="ArticleScripture"/>
        <w:jc w:val="left"/>
      </w:pPr>
      <w:r>
        <w:rPr>
          <w:rFonts w:ascii="Times New Roman" w:hAnsi="Times New Roman" w:eastAsia="Times New Roman" w:cs="Times New Roman"/>
        </w:rPr>
        <w:t>Mahimo bang huypan ang trumpeta sa siyudad, ug ang katawhan dili mahadlok? Mahitabo ba ang kadaotan sa usa ka siyudad, ug ang Ginoo wala magbuhat niini? Sa pagkatinuod, ang Ginoong Dios walay buhaton nga bisan unsa gawas kon ipadayag niya ang iyang tinago ngadto sa iyang mga alagad nga mga propeta. Ang leon mingulob; kinsa man ang dili mahadlok? Ang Ginoong Dios namulong; kinsa man ang makapugong sa pagpanagna? Imantala sa mga palasyo sa Ashdod, ug sa mga palasyo sa yuta sa Egipto, ug ingna, Panagtigum kamo sa mga bukid sa Samaria, ug tan-awa ang dagkung kagubot sa taliwala niini, ug ang mga dinaugdaug sa taliwala niini. Amos 3:6–9.</w:t>
      </w:r>
    </w:p>
    <w:p>
      <w:pPr>
        <w:pStyle w:val="ArticleBody"/>
        <w:jc w:val="left"/>
      </w:pPr>
      <w:r>
        <w:rPr>
          <w:rFonts w:ascii="Times New Roman" w:hAnsi="Times New Roman" w:eastAsia="Times New Roman" w:cs="Times New Roman"/>
        </w:rPr>
        <w:t>Ang mensaheng wala na natimri, nga gilarawan sulod sa tinagong kasaysayan sa bersikulo kap-atan sa Daniel onse, mao ang mensahe sa pagtimri; ug si Amos nangutana sa usa ka pangutana nga retorikal mahitungod sa usa ka trompeta nga gipatingog sulod sa usa ka siyudad, ug sa usa ka leon nga naga-ngulob; ug si Amos naghatag sa tubag sa dihang Iyang gipahayag nga ang Dios dili mobuhat sa bisan unsa, gawas kon una Niyang ipadayag kini ngadto sa Iyang mga alagad nga mga propeta. Giapil usab niya nga ang mensahe sa trompeta nga gituyo aron magpatungha ug diosnong kahadlok, magaila usab sa dautan sulod sa siyudad ug nga kini ipamantala sa Ashdod, Egipto, ug Samaria, nga nagrepresentar sa tulo-ka-pilo nga pagkahimo sa modernong Babilonia. Ang mensahe sa trompeta sa pagtimri ipahibalo ngadto sa tibook kalibotan sa dili pa mahitabo ang mga hitabo nga girepresentahan sa mensahe sa pagtimri. Ang mensahe sa trompeta nga mao ang mensahe sa pagtimri nagdala sa pirma sa “Kamatuoran,” kay ang panahon sa pagtimri gitukod ibabaw sa tulo ka pagpatingog sa trompeta sa ikatulong kaalaotan.</w:t>
      </w:r>
    </w:p>
    <w:p>
      <w:pPr>
        <w:pStyle w:val="ArticleBody"/>
        <w:jc w:val="left"/>
      </w:pPr>
      <w:r>
        <w:rPr>
          <w:rFonts w:ascii="Times New Roman" w:hAnsi="Times New Roman" w:eastAsia="Times New Roman" w:cs="Times New Roman"/>
        </w:rPr>
        <w:t>Ang trompeta unang nagtimaan sa sinugdanan sa pagpatik niadtong Septiyembre 11, 2001, ug ang kataposan nagrepresentar sa pagtapos sa pagpatik sa hapit na umabot nga balaod sa Dominggo, sa dihang sa dakong linog ang ikatulong kaalaut moabut sa kalit. Ang tunga-tungang pagpatunog nahitabo niadtong Oktubre 7, 2023 sa dihang ang karaang mahimayaong yuta giigo sa usa ka kalit nga pag-atake gikan sa Islam sa ikatulong kaalaut, maingon nga ang moderno nga mahimayaong yuta gihampak sa usa ka kalit nga pag-atake gikan sa Islam sa ikatulong kaalaut niadtong 2001, ug maingon usab nga mahitabo kini sa kataposan sa maong tulo ka pagpatunog sa hapit na umabot nga balaod sa Dominggo. Ang tunga-tungang kalit nga pag-atake batok sa karaang mahimayaong yuta, batok sa literal nga Israel, usa ka simbolo sa pagsukol nga naglansang sa Mesiyas sa krus.</w:t>
      </w:r>
    </w:p>
    <w:p>
      <w:pPr>
        <w:pStyle w:val="ArticleBody"/>
        <w:jc w:val="left"/>
      </w:pPr>
      <w:r>
        <w:rPr>
          <w:rFonts w:ascii="Times New Roman" w:hAnsi="Times New Roman" w:eastAsia="Times New Roman" w:cs="Times New Roman"/>
        </w:rPr>
        <w:t>Ang mensahe sa trumpeta ni Amos igapasangyaw sa tibuok kalibotan, ug kadtong buluhatona sa pagmantala sa mensahe nagsugod sa kataposan sa Hulyo 2023. Unya ang Leon sa banay ni Juda mingngulob, ug kinsa may dili mahadlok, ug kinsa may adunay kaisog sa paglimod nga ang mga hitabo nga nalangkit sa panahon sa pagpatik sa usa ka gatos ug kap-atan ug upat ka libo karon ginabuksan na sa tibuok kalibotan? Kining mga artikulo anaa na karon sa kapin sa usa ka gatos ug baynte ka mga nasod, sa kapin sa saysenta ka mga pinulongan, ug kini mahimong basahon o paminawon.</w:t>
      </w:r>
    </w:p>
    <w:p>
      <w:pPr>
        <w:pStyle w:val="ArticleScripture"/>
        <w:jc w:val="left"/>
      </w:pPr>
      <w:r>
        <w:rPr>
          <w:rFonts w:ascii="Times New Roman" w:hAnsi="Times New Roman" w:eastAsia="Times New Roman" w:cs="Times New Roman"/>
        </w:rPr>
        <w:t>Bulahan siya nga nagabasa, ug sila nga nagapamati sa mga pulong niining tagna, ug nagabantay sa mga butang nga nahisulat dinha: kay ang panahon haduol na. Pinadayag 1:3.</w:t>
      </w:r>
    </w:p>
    <w:p>
      <w:pPr>
        <w:pStyle w:val="ArticleBody"/>
        <w:jc w:val="left"/>
      </w:pPr>
      <w:r>
        <w:rPr>
          <w:rFonts w:ascii="Times New Roman" w:hAnsi="Times New Roman" w:eastAsia="Times New Roman" w:cs="Times New Roman"/>
        </w:rPr>
        <w:t>Sa dihang ang kalayo nga gikan sa ibabaw sa halaran nga gisagol sa mga pag-ampo ug incienso ilabay ngadto sa yuta samtang kuhaon ang ikapito ug katapusang selyo, dihay mga tingog, mga dalugdog, mga pagpangidlap sa kilat, ug usa ka dakung linog. Ang dakung linog moabut ingon nga sangpotanan sa mensahe sa Tunga-tungang Panawag nga ihulog ingon nga kalayo ibabaw sa mga balaan nga nagapanghupaw ug nagapanghilak diha sa Ezekiel kapitulo siyam, sa mao rang paagi nga ang kalayo mikunsad sa Pentecostes. Kana nga kalayo nagrepresentar sa usa ka mensahe nga gidala unya ngadto sa matag nasud, kaliwatan, pinulongan, ug katawhan, maingon niini nga mga artikulo. Kana nga kalayo nagrepresentar sa abilidad sa pagpahatod nianang mensahe sa daghang mga pinulongan, maingon niini nga mga artikulo. Ang mga artikulo nagaila nang daan sa umaabot nga mahitabo, kay ang Ginoo walay pagabuhaton gawas kon una Niyang ipadayag ang Iyang mga kalihokan pinaagi sa Iyang pulong nga matagnaon.</w:t>
      </w:r>
    </w:p>
    <w:p>
      <w:pPr>
        <w:pStyle w:val="ArticleScripture"/>
        <w:jc w:val="left"/>
      </w:pPr>
      <w:r>
        <w:rPr>
          <w:rFonts w:ascii="Times New Roman" w:hAnsi="Times New Roman" w:eastAsia="Times New Roman" w:cs="Times New Roman"/>
        </w:rPr>
        <w:t>Pamatia, O kamo nga mga langit, ug mosulti ako; ug patalinghugi, O yuta, ang mga pulong sa akong baba. Ang akong pagtulon-an mahulog ingon sa ulan, ang akong sinultihan moawas ingon sa yamog, ingon sa manipis nga ulan ibabaw sa malomo nga hilba, ug ingon sa mga taligsik ibabaw sa balili: Kay imantala ko ang ngalan sa Ginoo: ihatag ninyo ang pagkadaku sa atong Dios. Siya mao ang Bato, hingpit ang iyang buhat: kay ang tanan niyang mga dalan mao ang paghukom: usa ka Dios sa kamatuoran ug walay kasal-anan, matarung ug matul-id siya. Gihugawan nila ang ilang kaugalingon, ang ilang lama dili mao ang lama sa iyang mga anak: sila usa ka masukihon ug liko nga kaliwatan. Deuteronomy 32:1–5.</w:t>
      </w:r>
    </w:p>
    <w:p>
      <w:pPr>
        <w:pStyle w:val="ArticleBody"/>
        <w:jc w:val="left"/>
      </w:pPr>
      <w:r>
        <w:rPr>
          <w:rFonts w:ascii="Times New Roman" w:hAnsi="Times New Roman" w:eastAsia="Times New Roman" w:cs="Times New Roman"/>
        </w:rPr>
        <w:t>Ang “doktrina” sa ulahing ulan karon ginamantala na sa Ginoo, ug ang mga doktrina nga naglangkob sa mensahe sa Singgit sa Tunga-tungang Gabi-i—mensahe sa Ulahing Ulan napasukad sa “ngalan sa Ginoo.” Ang Iyang ngalan mao ang “Kamatuoran,” Siya mao si Palmoni, ang Kahibulongang Mag-iihap, ug Siya mao ang Kahibulongang Lingguwista, Siya mao ang Alpha ug Omega, Siya mao ang Anak sa Dios ug ang Anak sa Tawo, Siya mao ang Labaw’ng Sacerdote, Siya mao ang Leon sa banay ni Juda, ug Siya mao si Miguel nga arkanghel. Kining tanan nga mga ngalan ni Cristo maoy hinungdanong kabahin sa Pinadayag ni Jesu-Cristo nga giablihan pag-usab sa dili pa matapos ang panahon sa pagsulay, ug maoy hinungdanong kabahin sa mga artikulo nga gimantala sa tibuok kalibotan sukad sa katapusan sa Hulyo, 2023. “Ang adunay igdulungog, pamatia niya ang giingon sa Espiritu ngadto sa mga iglesia.”</w:t>
      </w:r>
    </w:p>
    <w:p>
      <w:pPr>
        <w:pStyle w:val="ArticleBody"/>
        <w:jc w:val="left"/>
      </w:pPr>
      <w:r>
        <w:rPr>
          <w:rFonts w:ascii="Times New Roman" w:hAnsi="Times New Roman" w:eastAsia="Times New Roman" w:cs="Times New Roman"/>
        </w:rPr>
        <w:t>Ang Leon sa banay ni Juda, nga mao ang usa nga midaog ug nakaangkon sa katungod sa pag-abli sa basahon nga tinimrihan sa pito ka mga timri, karon nagasinggit, maingon sa Iyang gibuhat niadtong Oktubre 22, 1844, kinsa man ang dili mahadlok?</w:t>
      </w:r>
    </w:p>
    <w:p>
      <w:pPr>
        <w:pStyle w:val="ArticleScripture"/>
        <w:jc w:val="left"/>
      </w:pPr>
      <w:r>
        <w:rPr>
          <w:rFonts w:ascii="Times New Roman" w:hAnsi="Times New Roman" w:eastAsia="Times New Roman" w:cs="Times New Roman"/>
        </w:rPr>
        <w:t>Ug misinggit siya sa makusog nga tingog, sama sa pagngulob sa usa ka leon; ug sa dihang siya misinggit na, ang pito ka mga dalugdog mipagula sa ilang mga tingog. Ug sa dihang ang pito ka mga dalugdog nakapamulong na sa ilang mga tingog, ako hapit na unta mosulat; ug nadungog ko ang usa ka tingog gikan sa langit nga nagaingon kanako, Timrihi ang mga butang nga gipamulong sa pito ka mga dalugdog, ug ayaw kini isulat. Pinadayag 10:3, 4.</w:t>
      </w:r>
    </w:p>
    <w:p>
      <w:pPr>
        <w:pStyle w:val="ArticleBody"/>
        <w:jc w:val="left"/>
      </w:pPr>
      <w:r>
        <w:rPr>
          <w:rFonts w:ascii="Times New Roman" w:hAnsi="Times New Roman" w:eastAsia="Times New Roman" w:cs="Times New Roman"/>
        </w:rPr>
        <w:t>Usa ka sagradong kasaysayan nga nahiuyon sa tinago nga kasaysayan sa Daniel onse bersikulo kwarenta mao ang kasaysayan sa mga Millerite, sa katumanan sa sambingay sa napulo ka ulay sa Mateo beinte-singko, sa pito ka mga dalugdog sa Pinadayag napulo, Habacuc kapitulo dos, ug Ezequiel kapitulo dose, bersikulo beinte-uno hangtod beinte-otso. Ang ilang kasaysayan nagsugod sa panahon sa katapusan niadtong 1798, nga nahiuyon sa panahon sa katapusan sa 1989. Sa Pinadayag kapitulo napulo, ang pito ka mga dalugdog mipamulong sa ilang mga tingog, apan si Juan gidid-an sa pagsulat sa gipamulong sa pito ka mga dalugdog. Ang apostol nga si Pablo nakakita ug nakadungog sa mga butang didto sa ikatulong langit nga dili subay sa balaod alang sa mga tawo nga isulat.</w:t>
      </w:r>
    </w:p>
    <w:p>
      <w:pPr>
        <w:pStyle w:val="ArticleScripture"/>
        <w:jc w:val="left"/>
      </w:pPr>
      <w:r>
        <w:rPr>
          <w:rFonts w:ascii="Times New Roman" w:hAnsi="Times New Roman" w:eastAsia="Times New Roman" w:cs="Times New Roman"/>
        </w:rPr>
        <w:t>Ang apostol nga si Pablo, sa sayong bahin sa iyang kasinatian sa pagka-Kristohanon, gihatagan ug pinasahi nga mga kahigayonan sa pagkat-on sa kabubut-on sa Dios mahitungod sa mga sumusunod ni Jesus. Siya “gidakop ngadto sa ikatulong langit,” “ngadto sa paraiso, ug nakadungog ug mga pulong nga dili masulti, nga dili itugot sa usa ka tawo nga isulti.” Siya mismo miila nga daghang “mga panan-awon ug mga pagpadayag” ang gihatag kaniya “sa Ginoo.” Ang iyang pagsabot sa mga prinsipyo sa kamatuoran sa ebanghelyo katumbas sa pagsabot sa “labing inila nga mga apostoles.” 2 Corinto 12:2, 4, 1, 11. Aduna siyay matin-aw, bug-os nga pagsabot sa “kalapad, ug kalawom, ug gitas-on, ug kahabogon” sa “gugma ni Cristo, nga labaw pa sa kahibalo.” Efeso 3:18, 19.” Mga Buhat sa mga Apostoles, 469.</w:t>
      </w:r>
    </w:p>
    <w:p>
      <w:pPr>
        <w:pStyle w:val="ArticleBody"/>
        <w:jc w:val="left"/>
      </w:pPr>
      <w:r>
        <w:rPr>
          <w:rFonts w:ascii="Times New Roman" w:hAnsi="Times New Roman" w:eastAsia="Times New Roman" w:cs="Times New Roman"/>
        </w:rPr>
        <w:t>Ang tanang mga propeta nagtimaan sa kaulahing mga adlaw, ug ang nadungog ni Juan sa dihang ang pito ka mga dalugdog “misulti” sa ilang mga tingog, gidid-an siya sa pagsulat niini. Ang nasaksihan ni Pablo samtang didto siya sa ikatulong langit, dili tugot alang sa usa ka tawo nga “isulti.” Ang kamatuoran nga girepresentahan sa pito ka mga dalugdog pagatimbrehan hangtod nga ang Leon sa banay ni Juda mopili sa paghubad niana nga kamatuoran.</w:t>
      </w:r>
    </w:p>
    <w:p>
      <w:pPr>
        <w:pStyle w:val="ArticleBody"/>
        <w:jc w:val="left"/>
      </w:pPr>
      <w:r>
        <w:rPr>
          <w:rFonts w:ascii="Times New Roman" w:hAnsi="Times New Roman" w:eastAsia="Times New Roman" w:cs="Times New Roman"/>
        </w:rPr>
        <w:t>Kini maoy gibuksan sa bahin ngadto kang Sister White kay iyang naila nga kini nagrepresentar sa “mga panghitabo nga mahitabo” sa kasaysayan sa mga mensahe sa nahaunang ug ikaduhang mga manulonda, ug usab nga kini nagrepresentar sa “umaabot nga mga panghitabo nga igapadayag sumala sa ilang han-ay.” Ang gipadayag niadto usa ka panagna nga nalambigit sa “umaabot nga mga panghitabo.” Gitudloan usab siya nga ang pagtak-om sa pito ka mga dalugdog gisimbolohan pinaagi sa pagtak-om sa basahon ni Daniel.</w:t>
      </w:r>
    </w:p>
    <w:p>
      <w:pPr>
        <w:pStyle w:val="ArticleScripture"/>
        <w:jc w:val="left"/>
      </w:pPr>
      <w:r>
        <w:rPr>
          <w:rFonts w:ascii="Times New Roman" w:hAnsi="Times New Roman" w:eastAsia="Times New Roman" w:cs="Times New Roman"/>
        </w:rPr>
        <w:t>“Ang pinasahi nga kahayag nga gihatag kang Juan nga gipahayag diha sa pito ka mga dalugdog maoy usa ka paghulagway sa mga panghitabo nga matuman ilalom sa mga mensahe sa nahaunang ug ikaduhang mga manulonda....”</w:t>
      </w:r>
    </w:p>
    <w:p>
      <w:pPr>
        <w:pStyle w:val="ArticleScripture"/>
        <w:jc w:val="left"/>
      </w:pPr>
      <w:r>
        <w:rPr>
          <w:rFonts w:ascii="Times New Roman" w:hAnsi="Times New Roman" w:eastAsia="Times New Roman" w:cs="Times New Roman"/>
        </w:rPr>
        <w:t>“Human niini nga pito ka mga dalugdog mipatingog sa ilang mga tingog, ang sugo miabut kang Juan sama usab kang Daniel mahitungod sa gamayng basahon: ‘Timan-i pagpatik ang mga butang nga gipamulong sa pito ka mga dalugdog.’ Kini naghisgot sa umaabot nga mga hitabo nga igapadayag sumala sa ilang han-ay.” The Seventh-day Adventist Bible Commentary, bolyum 7, 971.</w:t>
      </w:r>
    </w:p>
    <w:p>
      <w:pPr>
        <w:pStyle w:val="ArticleBody"/>
        <w:jc w:val="left"/>
      </w:pPr>
      <w:r>
        <w:rPr>
          <w:rFonts w:ascii="Times New Roman" w:hAnsi="Times New Roman" w:eastAsia="Times New Roman" w:cs="Times New Roman"/>
        </w:rPr>
        <w:t>Ang pagsabot nga ang pito ka mga dalugdog maoy usa ka simbolo nga nagpamatuod ug nagapalig-on sa metodolohiya, ug nga kini giila sa panahon sa katapusan nga nagsugod niadtong 1989. Human sa Septiyembre 11, 2001, ang kamahinungdanon sa pagbalikbalik sa duha ka mga lihok nahimong usa ka karon nga kamatuoran sa pagsulay.</w:t>
      </w:r>
    </w:p>
    <w:p>
      <w:pPr>
        <w:pStyle w:val="ArticleBody"/>
        <w:jc w:val="left"/>
      </w:pPr>
      <w:r>
        <w:rPr>
          <w:rFonts w:ascii="Times New Roman" w:hAnsi="Times New Roman" w:eastAsia="Times New Roman" w:cs="Times New Roman"/>
        </w:rPr>
        <w:t>Ang pagbalikbalik sa kasaysayan sa mga Millerita diha sa kasaysayan sa usa ka gatus ug kap-atan ug upat ka libo mao ang nag-unang lagda nga gipamatud-an niadtong petsaha, maingon nga ang nag-unang lagda sa mga Millerita gipamatud-an niadtong Agosto 11, 1840. Alang sa mga Millerita, ang nag-unang lagda nga ang usa ka adlaw nagrepresentar ug usa ka tuig gipamatud-an niadtong Agosto 11, 1840, ug ang nag-unang lagda nga nag-ila nga ang tanang mga kalihokang repormatibo nagatipolohiya sa usag usa, “line upon line,” gipamatud-an niadtong Septyembre 11, 2001. Ang pito ka mga dalugdog, ingon nga usa ka saksi nianang kamatuoran, gibuksan sa maong panahona.</w:t>
      </w:r>
    </w:p>
    <w:p>
      <w:pPr>
        <w:pStyle w:val="ArticleBody"/>
        <w:jc w:val="left"/>
      </w:pPr>
      <w:r>
        <w:rPr>
          <w:rFonts w:ascii="Times New Roman" w:hAnsi="Times New Roman" w:eastAsia="Times New Roman" w:cs="Times New Roman"/>
        </w:rPr>
        <w:t>Kanunay nga gihulagway ni Jesus ang katapusan sa usa ka butang pinaagi sa sinugdanan niini, ug ang Septiyembre 11, 2001, nga maoy sinugdanan sa proseso sa pagselyo, nag-ila sa katapusan sa proseso sa pagselyo. Ang Leon sa banay ni Juda mibukas sa laing bahin sa pito ka dalugdog sa dihang misugod Siya sa pagpabangon sa mga uga nga bukog nga patay niadtong Hulyo sa 2023, kay didto Iyang gipaila nga, uyon sa “Kamatuoran,” ang pito ka dalugdog simbolikong nagrepresentar usab sa kasaysayan sa mga Millerita sa nahaunang ug kinaulahiang mga kapakyasan, uban ang pagrebelde sa Tunga-tungang Singgit ingon nga maoy tunga-tungang timaan.</w:t>
      </w:r>
    </w:p>
    <w:p>
      <w:pPr>
        <w:pStyle w:val="ArticleBody"/>
        <w:jc w:val="left"/>
      </w:pPr>
      <w:r>
        <w:rPr>
          <w:rFonts w:ascii="Times New Roman" w:hAnsi="Times New Roman" w:eastAsia="Times New Roman" w:cs="Times New Roman"/>
        </w:rPr>
        <w:t>Sa pagbuhat niini, Iyang gipadayag nga ang pito ka mga dalogdog gisubli sa kasaysayan sa Hulyo 18, 2020 ngadto sa umaabot sa dili madugay nga balaod sa Domingo. Ang kapakyasan sa Hulyo 18, 2020 nga mao ang unang timailhan, ug ang kapakyasan sa umaabot sa dili madugay nga balaod sa Domingo nga mao ang kataposan sa tulo ka mga timailhan sa “Kamatuoran,” nga nagpaila sa pito ka mga dalogdog sa katapusan sa panahon sa pagpatik, ginarepresentahan sa pagsukol nga nalambigit sa mga buang nga mga ulay nga nagdumili sa mensahe sa Leon sa banay ni Juda nga nagangulob karon, samtang Iyang giablihan ang mga selyo ug gimantala ang Iyang mensahe sa tibuok kalibotan, kay kana nga mensahe mao ang mensahe sa Tunga-tungang Singgit sa kaulahian nga mga adlaw.</w:t>
      </w:r>
    </w:p>
    <w:p>
      <w:pPr>
        <w:pStyle w:val="ArticleBody"/>
        <w:jc w:val="left"/>
      </w:pPr>
      <w:r>
        <w:rPr>
          <w:rFonts w:ascii="Times New Roman" w:hAnsi="Times New Roman" w:eastAsia="Times New Roman" w:cs="Times New Roman"/>
        </w:rPr>
        <w:t>Sa sinugdanan sa panahon sa pagpatik, niadtong Septiyembre 11, 2001, ang manulonda sa Pinadayag kapitulo dieciocho mikunsad ug, taliwala sa daghang mga butang, Iyang gibuksan pag-usab ang usa ka mas hingpit nga pagsabot sa kahulogan sa pito ka mga dalugdog. Ang nasabtan kaniadto mahitungod sa pito ka mga dalugdog dili lamang nga ang mga kalihokang reporma nagkapatongag panagway sa usag usa, kondili usab nga sa dihang ang manulonda mikunsad niadtong timailhan sa dalan sa usa ka kalihokang reporma, kini magapamatuod sa pangunang lagda sa tagna sa iyang tagsa ka kasaysayan.</w:t>
      </w:r>
    </w:p>
    <w:p>
      <w:pPr>
        <w:pStyle w:val="ArticleBody"/>
        <w:jc w:val="left"/>
      </w:pPr>
      <w:r>
        <w:rPr>
          <w:rFonts w:ascii="Times New Roman" w:hAnsi="Times New Roman" w:eastAsia="Times New Roman" w:cs="Times New Roman"/>
        </w:rPr>
        <w:t>Ang pagkanaog sa manulonda sa Pinadayag kapitulo 18 niadtong Septiyembre 11, 2001, nagpamatuod sa pamaagi sa ulahing ulan nga “linya ibabaw sa linya,” pinaagi sa pag-ila nga ang sinugdanan (o Alpha) nga kalihukan naghulagway sa katapusan (o Omega) nga kalihukan. Sa katapusan sa panahon sa pagpatik, si Michael mikanaog aron banhawon ang mga patayng uga nga mga bukog, nga girepresentahan sa duha ka mga saksi nga patay didto sa dalan nianang dakong siyudad sa Sodoma ug Egipto diin usab gilansang sa krus ang atong Ginoo. Sa dihang gitawag ni Michael ang mga patay pabalik ngadto sa kinabuhi, Siya, ingon nga ang Leon sa banay ni Juda, mibukas sa timri nga ang pito ka mga dalogdog may tinagong kasaysayan nga labaw pa sa mga kamatuoran nga kaniadto nang gipadayag mahitungod sa pito ka mga dalogdog.</w:t>
      </w:r>
    </w:p>
    <w:p>
      <w:pPr>
        <w:pStyle w:val="ArticleBody"/>
        <w:jc w:val="left"/>
      </w:pPr>
      <w:r>
        <w:rPr>
          <w:rFonts w:ascii="Times New Roman" w:hAnsi="Times New Roman" w:eastAsia="Times New Roman" w:cs="Times New Roman"/>
        </w:rPr>
        <w:t>Ug sa dihang gibuksan sa Leon sa banay ni Juda kadtong kamatuoran, Iyang gibutang kini sulod sa estruktura sa “Kamatuoran.” Unya gipadayag nga ang Hulyo 18, 2020 katumbas sa Abril 19, 1844, ug nga ang matag usa nianang mga ilhanan sa dalan pagasundan sa pag-abli sa mensahe sa Tunga sa Gabii nga Singgit, nga magapadayag sa pagrebelde sa mga buangbuang nga ulay sa matag tagsa ka may kalabutan nga kasaysayan. Gibuksan usab Niya ang kamatuoran nga ang mensahe mokaylap sama sa usa ka tsunami sa tibuok kalibotan hangtod nga mapatuman ang dakong kapakyasan sa balaod sa Domingo.</w:t>
      </w:r>
    </w:p>
    <w:p>
      <w:pPr>
        <w:pStyle w:val="ArticleBody"/>
        <w:jc w:val="left"/>
      </w:pPr>
      <w:r>
        <w:rPr>
          <w:rFonts w:ascii="Times New Roman" w:hAnsi="Times New Roman" w:eastAsia="Times New Roman" w:cs="Times New Roman"/>
        </w:rPr>
        <w:t>Padayonon nato kining pagtuon sa sunod nga artikulo.</w:t>
      </w:r>
    </w:p>
    <w:p>
      <w:pPr>
        <w:pStyle w:val="ArticleScripture"/>
        <w:jc w:val="left"/>
      </w:pPr>
      <w:r>
        <w:rPr>
          <w:rFonts w:ascii="Times New Roman" w:hAnsi="Times New Roman" w:eastAsia="Times New Roman" w:cs="Times New Roman"/>
        </w:rPr>
        <w:t>Ug siya miingon kanako, Ayaw timri ang mga pulong sa tagna niining basahana; kay ang panahon haduol na. Ang dili matarung, padayon nga magpabilin nga dili matarung gihapon; ug ang mahugaw, padayon nga magpabilin nga mahugaw gihapon; ug ang matarung, padayon nga magpabilin nga matarung gihapon; ug ang balaan, padayon nga magpabilin nga balaan gihapon. Ug, ania karon, moanhi ako sa madali; ug ang akong ganti ania uban kanako, sa paghatag sa matag-usa sumala sa iyang binuhatan. Ako mao ang Alpha ug ang Omega, ang sinugdan ug ang katapusan, ang una ug ang ulahi. Pinadayag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Daniel - Gatus ug Kasiyam ug Upat</dc:title>
  <dc:subject>Mga Lanog sa mga Macabeo: Ang Pagdaog ni Trump ug ang Propetikong Dalan paingon sa Larawan sa Mapintas nga Mananap</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