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Nuventa’y Singko</w:t>
      </w:r>
    </w:p>
    <w:p>
      <w:pPr>
        <w:pStyle w:val="ArticleSubtitle"/>
        <w:jc w:val="left"/>
      </w:pPr>
      <w:r>
        <w:rPr>
          <w:rFonts w:ascii="Arial" w:hAnsi="Arial" w:eastAsia="Arial" w:cs="Arial"/>
        </w:rPr>
        <w:t>Ang Dalan Paingon sa Balaod sa Domingo: Ang Papel ni Trump ug ang Propetikong Pagpadayag sa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Ang tinagong kasaysayan sa bersikulo kwarenta naglangkob sa linya sa unom ka mga presidente gikan sa panahon sa katapusan niadtong 1989, hangtod sa 2020, sa dihang si Biden, ang ikapitong presidente, nangawat sa pagkapresidente. Ang 2020 nagtimaan sa sinugdanan sa usa ka tinagong kasaysayan, gikan niana nga punto hangtod kang “Alexander the Great”, nga nagrepresentar sa panahon sa pagkatukod sa ikapitong gingharian sa tagna sa Biblia diha sa haduol nang umabot nga balaod sa Domingo. Kadtong napulo ka mga hari diha-diha mouyon sa paghatag sa ilang ikapitong gingharian ngadto sa ikawalong gingharian, nga usa gikan sa pito—ang gahum sa kapapahan. Kining tinagong kasaysayan nagsugod sa ikapitong presidente ug matapos sa ikapitong gingharian.</w:t>
      </w:r>
    </w:p>
    <w:p>
      <w:pPr>
        <w:pStyle w:val="ArticleBody"/>
        <w:jc w:val="left"/>
      </w:pPr>
      <w:r>
        <w:rPr>
          <w:rFonts w:ascii="Times New Roman" w:hAnsi="Times New Roman" w:eastAsia="Times New Roman" w:cs="Times New Roman"/>
        </w:rPr>
        <w:t>Sa dihang ang kasaysayan nag-ila nga tali sa Xerxes, nga nagrepresentar sa adunahang hari nga nagdasig batok sa Grecia, ug kang Alexander the Great, may walo ka mga hari sa Persia, atong makita nga ang tinagong kasaysayan tali sa kataposan sa bersikulo dos ug sa bersikulo tres nagrepresentar sa larawan sa mananap nga panahon sa pagsulay pinaagi sa numero nga walo. Ang larawan sa mananap sa Estados Unidos hingpit nang natukod sa dihang ipatuman ang balaod sa Domingo, ug niadtong puntoha moabot ang ikapitong ug dayon ang ikawalong mga gingharian. Ang walo ka mga hari sa Persia matapos kang Alexander the Great, busa ang numero nga walo nagtimaan sa larawan sa mananap nga panahon sa pagsulay nga matapos sa balaod sa Domingo.</w:t>
      </w:r>
    </w:p>
    <w:p>
      <w:pPr>
        <w:pStyle w:val="ArticleBody"/>
        <w:jc w:val="left"/>
      </w:pPr>
      <w:r>
        <w:rPr>
          <w:rFonts w:ascii="Times New Roman" w:hAnsi="Times New Roman" w:eastAsia="Times New Roman" w:cs="Times New Roman"/>
        </w:rPr>
        <w:t>Ang mga bersikulo napulo hangtod kinse nagpahibalo kanato nga ang hulagway sa mananap nga panahon sa pagsulay mao ang ikatulo sa tulo ka mga timaan sa dalan nga girepresentahan sa kasaysayan sa mga Macabeo, ug nga ang ikatulong timaan sa dalan usa ka yugto sa panahon nga nagsugod sa 161 BC ug natapos sa 158 BC. Kana nga yugto misunod sa unang timaan sa dalan sa 167 BC, nga nagpaila sa sinugdanan sa Pag-alsa sa mga Macabeo sa Modein, usa ka lungsod kansang ngalan nagpasabot ug “pagprotesta.” Ang 164 BC misunod nianang protesta sa Modein, ug nagpaila sa ikaduhang pagdedikar sa ikaduhang templo. Ang 164 BC nagpaila sa ikaduhang inagurasyon ni Donald Trump isip ikawalong presidente sukad kang Reagan niadtong 1989, nga gikan sa pito. Ang iyang inagurasyon niadtong Enero 20, 2025 girepresentahan sa 164 BC, ug sa seremonya sa pagdedikar pag-usab, nga mipahinabo sa satanikong milagro nga naglakip sa duha ka mga pakisayran sa ikawalo nga gikan sa pito.</w:t>
      </w:r>
    </w:p>
    <w:p>
      <w:pPr>
        <w:pStyle w:val="ArticleBody"/>
        <w:jc w:val="left"/>
      </w:pPr>
      <w:r>
        <w:rPr>
          <w:rFonts w:ascii="Times New Roman" w:hAnsi="Times New Roman" w:eastAsia="Times New Roman" w:cs="Times New Roman"/>
        </w:rPr>
        <w:t>Busa, ang walo ka mga hari sa Persia nagrepresentar sa kasaysayan sa pakig-alyansa sa mga Judio uban sa Roma gikan sa 161 BC hangtod sa 158 BC, ug sa pagbuhat niini naghatag ug ikaduhang saksi ngadto sa hulagway sa panahon sa pagsulay sa mananap nga mosunod sa paglingkod ni Trump sa katungdanan sa 2025. Ang bersikulo dos mopadayon ngadto sa gikawat nga eleksiyon sa 2020, diin kini matapos hangtod nga ang kasaysayanong saksi sa walo ka mga hari sa Persia iaplikar, ug makita nila ang ilang aplikasyon human sa ikaduhang paglingkod ni Trump sa katungdanan. Sa higayon nga ang walo ka mga hari sa Persia ipatong sa kasaysayan tali sa bersikulo dos ug tres, aduna gihapoy usa ka tinagong yugto gikan sa paglingkod ni Biden sa katungdanan hangtod sa ikaduhang paglingkod ni Trump sa katungdanan.</w:t>
      </w:r>
    </w:p>
    <w:p>
      <w:pPr>
        <w:pStyle w:val="ArticleBody"/>
        <w:jc w:val="left"/>
      </w:pPr>
      <w:r>
        <w:rPr>
          <w:rFonts w:ascii="Times New Roman" w:hAnsi="Times New Roman" w:eastAsia="Times New Roman" w:cs="Times New Roman"/>
        </w:rPr>
        <w:t>Kining tinagong kasaysayan giila diha sa Pinadayag kapitulo onse, diin ang mapintas nga mananap sa pagka-ateyista mopatay sa duha ka mga saksi sa 2020. Unya human sa tulo ug tunga ka simbolikong mga adlaw, si Miguel mokanaug aron banhawon ang duha ka mga saksi. Ang usa ka “nabanhaw” nga Trump nagsugod sa iyang ikatulong kampanya alang sa pagkapresidente niadtong Nobyembre 15, 2022, ug ang usa ka nabanhaw nga “tingog sa kamingawan” nagsugod sa pagtawag sa usa ka gatus kap-atan ug upat ka libo sa katapusan sa Hulyo, 2023.</w:t>
      </w:r>
    </w:p>
    <w:p>
      <w:pPr>
        <w:pStyle w:val="ArticleBody"/>
        <w:jc w:val="left"/>
      </w:pPr>
      <w:r>
        <w:rPr>
          <w:rFonts w:ascii="Times New Roman" w:hAnsi="Times New Roman" w:eastAsia="Times New Roman" w:cs="Times New Roman"/>
        </w:rPr>
        <w:t>Ang mga bersikulo 10, 11, ug 12 sa Daniel kapitulo 11 nagaila sa Gubat sa Ukraine nga nagsugod niadtong 2014, ug matapos pinaagi sa kadaugan sa Russia, nga pagasundan sa pagkahugno sa kasamtangang kompederasyon sa Russia, sumala sa gipaila pinaagi sa pagkahugno sa Unyong Sobyet niadtong 1989.</w:t>
      </w:r>
    </w:p>
    <w:p>
      <w:pPr>
        <w:pStyle w:val="ArticleBody"/>
        <w:jc w:val="left"/>
      </w:pPr>
      <w:r>
        <w:rPr>
          <w:rFonts w:ascii="Times New Roman" w:hAnsi="Times New Roman" w:eastAsia="Times New Roman" w:cs="Times New Roman"/>
        </w:rPr>
        <w:t>Ang mga bersikulo trese hangtod kinse nag-ila sa tulo ka linya sa tagna. Ang linya sa pagkaayo sa papasiya nga nagsugod sa dihang ang bigaon sa Tiro migula gikan sa pagtago gitipohan sa bersikulo katorse, ug ang historikal nga katumanan niini mao ang 200 BC, sa dihang ang paganong Roma misulod sa profetikong kasaysayan ingon nga mga tulisan sa imong katawohan, nga nagapahitas-on sa ilang kaugalingon, apan nangapukan.</w:t>
      </w:r>
    </w:p>
    <w:p>
      <w:pPr>
        <w:pStyle w:val="ArticleBody"/>
        <w:jc w:val="left"/>
      </w:pPr>
      <w:r>
        <w:rPr>
          <w:rFonts w:ascii="Times New Roman" w:hAnsi="Times New Roman" w:eastAsia="Times New Roman" w:cs="Times New Roman"/>
        </w:rPr>
        <w:t>Sa tulo ka bersikulo, ang profetikong linya sa apostatang Republikano gihulagway pinaagi sa kasaysayan ni Antiochus III, nga nagtimaan sa papel ni Trump isip ikawalong presidente, nga mao ang usa sa pito. Ang mga bersikulo nag-ila usab sa profetikong linya sa apostatang Protestantismo ingon nga girepresentahan sa kasaysayan sa mga Maccabees.</w:t>
      </w:r>
    </w:p>
    <w:p>
      <w:pPr>
        <w:pStyle w:val="ArticleBody"/>
        <w:jc w:val="left"/>
      </w:pPr>
      <w:r>
        <w:rPr>
          <w:rFonts w:ascii="Times New Roman" w:hAnsi="Times New Roman" w:eastAsia="Times New Roman" w:cs="Times New Roman"/>
        </w:rPr>
        <w:t>Ang propetikong linya sa tinuod nga Protestante nga sungay nga nagsugod ingon sa kalihukang Filadelfian sa mga Millerite, ug nga nagtapos ingon sa kalihukang Filadelfian sa usa ka gatos ug kap-atan ug upat ka libo, kinahanglan usab ipatong ibabaw sa tinagong kasaysayan sa bersikulo kwarenta. Ang pito ka dalugdog sa Pinadayag kapitulo napulo usa ka simbolo sa duha ka butang: sa kalihukang Filadelfian sa mga Millerite ug sa usa ka gatos ug kap-atan ug upat ka libo. Ang pagselyo sa tagna, ug ang pagbukas sa selyo sa tagna, ginatuman pinaagi ni Cristo, ug sa dihang buhaton Niya kini, Iyang gipakita ang Iyang kaugalingon ingon nga Leon sa banay ni Juda. Sa kapitulo napulo, ang manulonda nga giingon ni Sister White nga “dili ubos nga personahe kay kang Jesu-Cristo” “misinggit sa makusog nga tingog, maingon sa leon nga nagangulob: ug sa diha nga siya nakasinggit na, ang pito ka dalugdog mipagula sa ilang mga tingog.”</w:t>
      </w:r>
    </w:p>
    <w:p>
      <w:pPr>
        <w:pStyle w:val="ArticleBody"/>
        <w:jc w:val="left"/>
      </w:pPr>
      <w:r>
        <w:rPr>
          <w:rFonts w:ascii="Times New Roman" w:hAnsi="Times New Roman" w:eastAsia="Times New Roman" w:cs="Times New Roman"/>
        </w:rPr>
        <w:t>Si Cristo, ingon nga Leon sa banay ni Juda, nagbutang sa pito ka mga dalugdog ngadto sa kasaysayang matagnaon sa mga tuig nga duol sa 100, ug gilayon Niya kini gitimbrehan, kay “sa dihang ang pito ka mga dalugdog nakapamulong na sa ilang mga tingog,” si Juan “hapit na mosulat: ug” siya “nakadungog ug usa ka tingog gikan sa langit nga nagaingon,” “Timbrehi ang mga butang nga gipamulong sa pito ka mga dalugdog, ug ayaw kini isulat.”</w:t>
      </w:r>
    </w:p>
    <w:p>
      <w:pPr>
        <w:pStyle w:val="ArticleBody"/>
        <w:jc w:val="left"/>
      </w:pPr>
      <w:r>
        <w:rPr>
          <w:rFonts w:ascii="Times New Roman" w:hAnsi="Times New Roman" w:eastAsia="Times New Roman" w:cs="Times New Roman"/>
        </w:rPr>
        <w:t>Ang tinagong kasaysayan sa bersikulo kwarenta karon ginabuksan na sa León sa banay ni Juda, ug niadtong kasaysayana ang linya sa tinuod nga protestanteng sungay gihulagway pinaagi sa pito ka mga dalugdog. Sa dihang ang tingog sa kamingawan misugod sa pagsinggit niadtong Hulyo 2023, ang León sa banay ni Juda mibukas ug laing pagpadayag sa gipasabot sa “Pito ka mga Dalugdog.”</w:t>
      </w:r>
    </w:p>
    <w:p>
      <w:pPr>
        <w:pStyle w:val="ArticleBody"/>
        <w:jc w:val="left"/>
      </w:pPr>
      <w:r>
        <w:rPr>
          <w:rFonts w:ascii="Times New Roman" w:hAnsi="Times New Roman" w:eastAsia="Times New Roman" w:cs="Times New Roman"/>
        </w:rPr>
        <w:t>Ang pito ka dalugdog nagrepresentar sa kasaysayan sukad sa Hulyo 18, 2020, sa dihang ang kalihokan sa usa ka gatus ug kap-atan ug upat ka libo gipatay diha sa kadalanan, ngadto sa haduol nang umalabot nga balaod sa Domingo. Ang linya sa pito ka dalugdog nagtimaan sa “mga hitabo,” nga mahitabo sulod nianang kasaysayan. Ang nahaunang kapakyasan gisundan sa mensahe sa Tunga-tunga sa Kagabhion nga Singgit, ug gisundan sa balaod sa Domingo. Sa dihang giila ni Sister White ang pito ka dalugdog, bisan ingon nga kasaysayan sa nahauna ug ikaduhang mga manulonda, o ingon nga umaabot nga mga hitabo, sa duruha ka representasyon iyang giila nga kini nagrepresentar sa “mga hitabo”.</w:t>
      </w:r>
    </w:p>
    <w:p>
      <w:pPr>
        <w:pStyle w:val="ArticleBody"/>
        <w:jc w:val="left"/>
      </w:pPr>
      <w:r>
        <w:rPr>
          <w:rFonts w:ascii="Times New Roman" w:hAnsi="Times New Roman" w:eastAsia="Times New Roman" w:cs="Times New Roman"/>
        </w:rPr>
        <w:t>Ang mensahe sa Tunga-tungang Paghilak mahimong mopatim-aw nga daw usa ka butang nga dili usa ka “panghitabo,” apan sa kasaysayan sa mga Millerite, ang camp meeting sa Exeter gikan sa Agosto 12 ngadto sa 17, 1844 usa ka “panghitabo,” uban sa daghang mga detalye nga nalambigit niana nga panghitabo. Apan ang pag-abot sa mensahe sa Tunga-tungang Paghilak ngadto sa camp meeting usa usab ka katumanan sa sambingay sa napulo ka mga ulay diha sa Mateo 25. Ang “panghitabo” sa camp meeting sa Exeter usa ka katumanan sa pito ka mga dalugdog, apan ang sambingay sa napulo ka mga ulay wala maghisgot nianang mga panghitabo; naghisgot kini sa “kasinatian” sa mga ulay,</w:t>
      </w:r>
    </w:p>
    <w:p>
      <w:pPr>
        <w:pStyle w:val="ArticleScripture"/>
        <w:jc w:val="left"/>
      </w:pPr>
      <w:r>
        <w:rPr>
          <w:rFonts w:ascii="Times New Roman" w:hAnsi="Times New Roman" w:eastAsia="Times New Roman" w:cs="Times New Roman"/>
        </w:rPr>
        <w:t>“Ang sambingay bahin sa napulo ka ulay diha sa Mateo 25 naghulagway usab sa kasinatian sa katawhang Adventista.” The Great Controversy, 393.</w:t>
      </w:r>
    </w:p>
    <w:p>
      <w:pPr>
        <w:pStyle w:val="ArticleBody"/>
        <w:jc w:val="left"/>
      </w:pPr>
      <w:r>
        <w:rPr>
          <w:rFonts w:ascii="Times New Roman" w:hAnsi="Times New Roman" w:eastAsia="Times New Roman" w:cs="Times New Roman"/>
        </w:rPr>
        <w:t>Sama nga ang pito ka mga dalugdog nagaila sa magkaparis nga kasaysayan sa kalihokan sa nahauna ug ikatulong mga manulonda, mao usab nga ang sambingay bahin sa napulo ka mga ulay nagaila usab sa duha ka magkaparis nga mga kasaysayan.</w:t>
      </w:r>
    </w:p>
    <w:p>
      <w:pPr>
        <w:pStyle w:val="ArticleScripture"/>
        <w:jc w:val="left"/>
      </w:pPr>
      <w:r>
        <w:rPr>
          <w:rFonts w:ascii="Times New Roman" w:hAnsi="Times New Roman" w:eastAsia="Times New Roman" w:cs="Times New Roman"/>
        </w:rPr>
        <w:t>“Ako sa kanunay gipasumbingay ngadto sa sambingay sa napulo ka ulay, nga lima kanila maalamon, ug lima mga buang. Kini nga sambingay natuman na ug pagatumanon pa gayud sumala sa matag pulong niini, kay kini adunay pinasahi nga pag-aplikar alang niining panahona, ug, sama sa mensahe sa ikatulong manulonda, natuman na ug magapadayon nga mahimong kamatuoran alang niining panahona hangtod sa katapusan sa panahon.” Review and Herald, Agosto 19, 1890.</w:t>
      </w:r>
    </w:p>
    <w:p>
      <w:pPr>
        <w:pStyle w:val="ArticleBody"/>
        <w:jc w:val="left"/>
      </w:pPr>
      <w:r>
        <w:rPr>
          <w:rFonts w:ascii="Times New Roman" w:hAnsi="Times New Roman" w:eastAsia="Times New Roman" w:cs="Times New Roman"/>
        </w:rPr>
        <w:t>Ang simbolo sa pito ka mga dalogdog nagrepresentar sa mga “hitabo” sa managsama nga mga kasaysayan, ug ang napulo ka mga ulay nagrepresentar sa “kasinatian” sa maalamon ug buangbuang nga mga ulay sulod niadtong duha ka managsama nga mga kasaysayan. Ang kasinatian sa mga Millerita, hangtod sa 1856, mao ang kasinatian sa Philadelphia, ug ang kasinatian sa kalihokan sa usa ka gatus ug kap-atan ug upat ka libo mao ang kasinatian sa Laodicea, hangtod sa mubo nga panahon human sa Hulyo, 2023. Sa duha ka mga kasaysayan, ang maalamon ug buangbuang nga mga ulay igapadayag sa pag-abot sa mensahe sa Tungang Gabii nga Singgit, kay didto makita kon kinsa ang may lana sa pagpangandam.</w:t>
      </w:r>
    </w:p>
    <w:p>
      <w:pPr>
        <w:pStyle w:val="ArticleScripture"/>
        <w:jc w:val="left"/>
      </w:pPr>
      <w:r>
        <w:rPr>
          <w:rFonts w:ascii="Times New Roman" w:hAnsi="Times New Roman" w:eastAsia="Times New Roman" w:cs="Times New Roman"/>
        </w:rPr>
        <w:t>“Ang kahimtang sa Iglesia nga girepresentahan sa mga buangbuang nga mga ulay, gihisgotan usab ingon nga kahimtang sa Laodicea.” Review and Herald, Agosto 19, 1890.</w:t>
      </w:r>
    </w:p>
    <w:p>
      <w:pPr>
        <w:pStyle w:val="ArticleBody"/>
        <w:jc w:val="left"/>
      </w:pPr>
      <w:r>
        <w:rPr>
          <w:rFonts w:ascii="Times New Roman" w:hAnsi="Times New Roman" w:eastAsia="Times New Roman" w:cs="Times New Roman"/>
        </w:rPr>
        <w:t>Kadtong modumili sa pagkaon sa mensahe nga anaa sa kamot ni Miguel nga arkanghel nga mikunsad sa katapusan sa Hulyo, 2023 magapabilin sa kahimtang sa Laodicea, ug kadtong modawat sa gamayng basahon ug mokaon niini molalin ngadto sa kahimtang sa Philadelphia. Ang kahimtang sa Laodicea naghulagway sa usa ka katawhan, o usa ka tawo, nga anaa si Cristo sa gawas niini, apan nangita sa pagsulod, ug ang kahimtang sa Philadelphia girepresentar ingon nga paghiusa sa Pagka-Dios uban sa katawhan. Ang pito ka mga dalogdog nagaila sa mga “panghitabo” sa linya sa tinuod nga protestanteng sungay nga gibutang sa tinagong kasaysayan sa bersikulo kap-atan, nga nagsugod niadtong Hulyo 18, 2020 ug natapos sa balaod sa Domingo.</w:t>
      </w:r>
    </w:p>
    <w:p>
      <w:pPr>
        <w:pStyle w:val="ArticleBody"/>
        <w:jc w:val="left"/>
      </w:pPr>
      <w:r>
        <w:rPr>
          <w:rFonts w:ascii="Times New Roman" w:hAnsi="Times New Roman" w:eastAsia="Times New Roman" w:cs="Times New Roman"/>
        </w:rPr>
        <w:t>Ang sambingay sa napulo ka mga ulay nagaila sa “kasinatian” niadtong mga gitawag aron maapil sa usa ka gatus ug kap-atan ug upat ka libo sulod nianang mao rang panahona. Ang “mga hitabo” nga nagaila sa kasaysayan sa usa ka gatus ug kap-atan ug upat ka libo sukad sa Hulyo 18, 2020 hangtod sa balaod sa Domingo, ug ang “kasinatian” sa duha ka mga hut-ong sulod nianang kasaysayan, giubanan sa pag-ila sa buhat nga gitugyan kaniadto ug gitugyan karon nianang duha ka magkaparehong kasaysayan. Ang maong buhat girepresentahan sa mga manulonda sa Pinadayag katorse, ug ang buhat sa mga Millerita girepresentahan sa nahaunang ug ikaduhang manulonda, ug ang buhat sa usa ka gatus ug kap-atan ug upat ka libo girepresentahan sa ikatulong manulonda.</w:t>
      </w:r>
    </w:p>
    <w:p>
      <w:pPr>
        <w:pStyle w:val="ArticleScripture"/>
        <w:jc w:val="left"/>
      </w:pPr>
      <w:r>
        <w:rPr>
          <w:rFonts w:ascii="Times New Roman" w:hAnsi="Times New Roman" w:eastAsia="Times New Roman" w:cs="Times New Roman"/>
        </w:rPr>
        <w:t>“Nakahatag ako ug bililhong mga kahigayonan sa pag-angkon ug usa ka kasinatian. Nakabaton ako ug kasinatian diha sa mga mensahe sa nahaunang, ikaduhang, ug ikatulong manulonda. Ang mga manulonda gihulagway nga nagalupad sa taliwala sa langit, nga nagamantala ngadto sa kalibutan ug usa ka mensahe sa pasidaan, ug nga may tuwirang kalabutan sa mga katawhan nga nangabuhi sa kataposang mga adlaw sa kasaysayan niining yutaa. Walay bisan kinsa nga makadungog sa tingog niining mga manulondaa, kay sila usa ka simbolo nga nagarepresentar sa katawhan sa Dios nga nagabuhat sa panag-uyon uban sa uniberso sa langit. Ang kalalakin-an ug kababayen-an, nga nalamdagan sa Espiritu sa Dios, ug gibalaan pinaagi sa kamatuoran, nagamantala sa tulo ka mga mensahe sumala sa ilang pagkasunodsunod.” Life Sketches, 429.</w:t>
      </w:r>
    </w:p>
    <w:p>
      <w:pPr>
        <w:pStyle w:val="ArticleBody"/>
        <w:jc w:val="left"/>
      </w:pPr>
      <w:r>
        <w:rPr>
          <w:rFonts w:ascii="Times New Roman" w:hAnsi="Times New Roman" w:eastAsia="Times New Roman" w:cs="Times New Roman"/>
        </w:rPr>
        <w:t>Ang buluhaton nga gihatag sa katawohan sa Dios sa kataposang mga adlaw niadtong Septyembre 11, 2001, sa sinugdanan sa panahon sa pagpatik, igahatag pag-usab ngadto sa katawohan sa Dios sa kataposang mga adlaw sa katapusan sa panahon sa pagpatik, sa dihang si Michael mikunsad niadtong Hulyo sa 2023.</w:t>
      </w:r>
    </w:p>
    <w:p>
      <w:pPr>
        <w:pStyle w:val="ArticleScripture"/>
        <w:jc w:val="left"/>
      </w:pPr>
      <w:r>
        <w:rPr>
          <w:rFonts w:ascii="Times New Roman" w:hAnsi="Times New Roman" w:eastAsia="Times New Roman" w:cs="Times New Roman"/>
        </w:rPr>
        <w:t>“Nakita ni Juan ang ‘laing manulonda nga mikunsad gikan sa langit, nga may dakong gahum; ug ang tibook yuta nalamdagan sa iyang himaya.’ Pinadayag 18:1. Kana nga buluhaton mao ang tingog sa katawohan sa Dios nga nagamantala ug mensahe sa pasidaan ngadto sa kalibotan.” The 1888 Materials, 926.</w:t>
      </w:r>
    </w:p>
    <w:p>
      <w:pPr>
        <w:pStyle w:val="ArticleBody"/>
        <w:jc w:val="left"/>
      </w:pPr>
      <w:r>
        <w:rPr>
          <w:rFonts w:ascii="Times New Roman" w:hAnsi="Times New Roman" w:eastAsia="Times New Roman" w:cs="Times New Roman"/>
        </w:rPr>
        <w:t>Sama sa mga “panghitabo” nga gilarawan sa pito ka mga dalugdog, ug sa “kasinatian” nga gilarawan sa napulo ka mga ulay, ang buhat sa tulo ka mga manulunda naglarawan sa duha ka managkaabay nga mga kasaysayan.</w:t>
      </w:r>
    </w:p>
    <w:p>
      <w:pPr>
        <w:pStyle w:val="ArticleScripture"/>
        <w:jc w:val="left"/>
      </w:pPr>
      <w:r>
        <w:rPr>
          <w:rFonts w:ascii="Times New Roman" w:hAnsi="Times New Roman" w:eastAsia="Times New Roman" w:cs="Times New Roman"/>
        </w:rPr>
        <w:t>“Gihatag sa Dios sa mga mensahe sa Pinadayag 14 ang ilang dapit sa linya sa tagna, ug ang ilang buhat dili mohunong hangtod sa pagkatapos sa kasaysayan niining yutaa. Ang mga mensahe sa nahaunang ug ikaduhang manulonda kamatuoran gihapon alang niining panahona, ug magpadayon nga magkahan-ay sa linya uban niining mosunod. Ang ikatulong manulonda nagmantala sa iyang pasidaan uban sa makusog nga tingog. ‘Human niining mga butanga,’ miingon si Juan, ‘nakakita ako ug laing manulonda nga mikunsad gikan sa langit, nga may dakong gahum, ug ang yuta napasanag pinaagi sa iyang himaya.’ Niini nga pagdan-ag, ang kahayag sa tanang tulo ka mga mensahe gihiusa.” The 1888 Materials, 804.</w:t>
      </w:r>
    </w:p>
    <w:p>
      <w:pPr>
        <w:pStyle w:val="ArticleBody"/>
        <w:jc w:val="left"/>
      </w:pPr>
      <w:r>
        <w:rPr>
          <w:rFonts w:ascii="Times New Roman" w:hAnsi="Times New Roman" w:eastAsia="Times New Roman" w:cs="Times New Roman"/>
        </w:rPr>
        <w:t>Sa mga bersikulo trese hangtod kinse sa Daniel onse, giila ang buhat nga mapanagnaon sa linya sa apostatang Protestante (ang mga Maccabees), apostatang republikanismo (Antiochus III), ug ang bigaon sa Tiro (ang mga tulisan sa imong katawhan). Nianang maong kasaysayan usab, ang mga linya nga mapanagnaon sa tinuod nga protestanteng sungay sa usa ka gatos ug kap-atan ug upat ka libo nag-ila sa ilang buhat, “kasinatian,” ug sa mga “panghitabo” nga mahitabo taliwala sa katawhan sa Dios sa katapusang mga adlaw. Ang linya sa tinuod nga protestanteng sungay gihulagway ingon nga mao ang pito ka mga dalugdog, nga mao lamang ang panagna sa basahon sa Pinadayag nga giila nga gitimbrehan. Sa dili pa matapos ang panahon sa pagsulay, moabot ang sugo gikan sa Leon sa banay ni Juda, ang Usa nga nagtimbre sa panagna sa pito ka mga dalugdog, nga buksan ang mga panagna niini nga basahon.</w:t>
      </w:r>
    </w:p>
    <w:p>
      <w:pPr>
        <w:pStyle w:val="ArticleBody"/>
        <w:jc w:val="left"/>
      </w:pPr>
      <w:r>
        <w:rPr>
          <w:rFonts w:ascii="Times New Roman" w:hAnsi="Times New Roman" w:eastAsia="Times New Roman" w:cs="Times New Roman"/>
        </w:rPr>
        <w:t>Ang paghubad sa pito ka mga dalugdog sa katapusan sa panahon sa pagtimri sa usa ka gatus ug kap-atan ug upat ka libo, nga gipaila nang daan pinaagi sa paghubad sa pito ka mga dalugdog sa sinugdanan sa panahon sa pagtimri, ipahaum (linya ibabaw sa linya) ngadto nianang bahin sa basahon ni Daniel nga may kalabutan sa kataposang mga adlaw, ug kana nga bahin mao ang tinagong kasaysayan sa bersikulo kwarenta. Sa dihang kana nga paghubad hingpit nang matuman, sumala sa girepresentahan sa pag-abli sa ikapitong selyo, igabubo sa Dios ang kalayo sa Iyang Balaang Espiritu ibabaw sa usa ka gatus ug kap-atan ug upat ka libo, maingon sa Iyang gibuhat sa mga tinun-an didto sa Pentecostes. Ang Pentecostes nahiuyon sa haduol nang moabot nga balaod sa Domingo.</w:t>
      </w:r>
    </w:p>
    <w:p>
      <w:pPr>
        <w:pStyle w:val="ArticleScripture"/>
        <w:jc w:val="left"/>
      </w:pPr>
      <w:r>
        <w:rPr>
          <w:rFonts w:ascii="Times New Roman" w:hAnsi="Times New Roman" w:eastAsia="Times New Roman" w:cs="Times New Roman"/>
        </w:rPr>
        <w:t>“Uban sa mainiton nga pagpaabut ako nagapaabot sa panahon nga ang mga hitabo sa adlaw sa Pentecostes pagausabon uban sa labi pang daku nga gahum kay sa niadtong higayona. Si Juan nagaingon, ‘Nakita ko ang laing manulonda nga mikunsad gikan sa langit, nga may dakung gahum; ug ang yuta nalamdagan sa iyang himaya.’ Unya, maingon sa panahon sa Pentecostes, ang mga tawo makadungog sa kamatuoran nga isulti ngadto kanila, ang matag tawo sa iyang kaugalingong pinulongan.</w:t>
      </w:r>
    </w:p>
    <w:p>
      <w:pPr>
        <w:pStyle w:val="ArticleScripture"/>
        <w:jc w:val="left"/>
      </w:pPr>
      <w:r>
        <w:rPr>
          <w:rFonts w:ascii="Times New Roman" w:hAnsi="Times New Roman" w:eastAsia="Times New Roman" w:cs="Times New Roman"/>
        </w:rPr>
        <w:t>“Ang Dios makahimo sa pagginhawa ug bag-ong kinabuhi ngadto sa matag kalag nga sa kinasingkasing nagtinguha sa pag-alagad Kaniya, ug makahikap sa mga ngabil pinaagi sa baga nga baga nga gikan sa halaran, ug mopahimo kanila nga madanihon sa pagpamulong sa Iyang pagdayeg. Minilyon ka mga tingog pagapun-on sa gahum sa pagsugilon sa kahibulongang mga kamatuoran sa Pulong sa Dios. Ang dila nga nag-aalangan pagabadbaron, ug ang mga maulawon pagahimoon nga malig-on aron sa pagdala ug maisugong pagpanghimatuod ngadto sa kamatuoran. Hinaut nga ang Ginoo motabang sa Iyang katawhan sa paghinlo sa templo sa kalag gikan sa tanang kahugawan, ug sa pagmintinar sa ingon ka suod nga pagdugtong diha Kaniya nga sila mahimong mga umalambit sa ulahing ulan sa diha nga kini igaula na.” Review and Herald, Hulyo 20, 1886.</w:t>
      </w:r>
    </w:p>
    <w:p>
      <w:pPr>
        <w:pStyle w:val="ArticleBody"/>
        <w:jc w:val="left"/>
      </w:pPr>
      <w:r>
        <w:rPr>
          <w:rFonts w:ascii="Times New Roman" w:hAnsi="Times New Roman" w:eastAsia="Times New Roman" w:cs="Times New Roman"/>
        </w:rPr>
        <w:t>Ang sinugdanan sa panahon sa pagselyo naghulagway sa katapusan sa panahon sa pagselyo. Sa sinugdanan, ang ulahing ulan gibubo sa tinagurha nga sukod, ug sa katapusan kini gibubo nga walay sukod. Ang manulonda nga mikanaog niadtong Septiyembre 11, 2001 mao usab ang mao rang manulonda nga mikunsad sa katapusan sa Hulyo, 2023. Ang kasaysayan sa Pentecostes nagsugod sa pagkabanhaw ni Cristo, ug ang katapusan sa hingpit nga katumanan sa Pentecostes anaa sa pagkabanhaw sa usa ka gatus ug kap-atan ug upat ka libo.</w:t>
      </w:r>
    </w:p>
    <w:p>
      <w:pPr>
        <w:pStyle w:val="ArticleScripture"/>
        <w:jc w:val="left"/>
      </w:pPr>
      <w:r>
        <w:rPr>
          <w:rFonts w:ascii="Times New Roman" w:hAnsi="Times New Roman" w:eastAsia="Times New Roman" w:cs="Times New Roman"/>
        </w:rPr>
        <w:t>“Ang buhat ni Cristo sa pagginhawa ibabaw sa iyang mga tinun-an sa Espiritu Santo, ug sa pagpahat sa iyang kalinaw ngadto kanila, sama lamang sa pipila ka tulo sa wala pa ang madagayaong ulan nga igahatag sa adlaw sa Pentecostes.” Spirit of Prophecy, volume 3, 243.</w:t>
      </w:r>
    </w:p>
    <w:p>
      <w:pPr>
        <w:pStyle w:val="ArticleBody"/>
        <w:jc w:val="left"/>
      </w:pPr>
      <w:r>
        <w:rPr>
          <w:rFonts w:ascii="Times New Roman" w:hAnsi="Times New Roman" w:eastAsia="Times New Roman" w:cs="Times New Roman"/>
        </w:rPr>
        <w:t>Ang Cristo mihuyop sa Iyang mga tinun-an human Siya nabanhaw, sa diha-diha lamang human Siya mikayab ngadto sa Iyang Amahan. Sa dihang Siya mikunsad gikan sa pagpakigtagbo sa Iyang Amahan, Siya mipakita sa mga tinun-an ug mihuyop kanila sa pipila ka “tinulo” nga nag-una sa “madagayaong mga ulan sa Pentecostes.” Ang pipila ka tinulo nagrepresentar sa sinugdanan sa panahon sa pagsilyo, ug ang madagayaong mga ulan nagrepresentar sa katapusan. Ang sinugdanan sa panahon sa pagsilyo gisubli sa katapusan, ug maingon nga si Cristo mihuyop sa Iyang mga tinun-an sa sinugdanan sa panahon sa Pentecostes, mao man usab nga Siya mihuyop sa Iyang katawhan sa ulahing mga adlaw sa pagtapos nianang panahona.</w:t>
      </w:r>
    </w:p>
    <w:p>
      <w:pPr>
        <w:pStyle w:val="ArticleScripture"/>
        <w:jc w:val="left"/>
      </w:pPr>
      <w:r>
        <w:rPr>
          <w:rFonts w:ascii="Times New Roman" w:hAnsi="Times New Roman" w:eastAsia="Times New Roman" w:cs="Times New Roman"/>
        </w:rPr>
        <w:t>“Ang mga uga nga bukog kinahanglan huyopan sa Balaang Espiritu sa Dios, aron sila mahimong buhi ug molihok, daw pinaagi sa usa ka pagkabanhaw gikan sa mga patay.” Bible Training School, December 1, 1903.</w:t>
      </w:r>
    </w:p>
    <w:p>
      <w:pPr>
        <w:pStyle w:val="ArticleBody"/>
        <w:jc w:val="left"/>
      </w:pPr>
      <w:r>
        <w:rPr>
          <w:rFonts w:ascii="Times New Roman" w:hAnsi="Times New Roman" w:eastAsia="Times New Roman" w:cs="Times New Roman"/>
        </w:rPr>
        <w:t>Ang kamatayon sa duha ka mga saksi naglakip sa kamatuoran nga kadtong nagpahibalo sa bakak nga mensahe sa Nashville ug Hulyo 18, 2020, naghimo niana ingon nga mga Laodicean. Ang pagkabanhaw sa patay ug uga nga mga bukog nagrepresentar sa usa ka pagbalhin gikan sa kahimtang sa Laodicea, nga usa ka kahimtang sa kamatayon, ngadto sa kahimtang sa Philadelphia, nga mao ang kinabuhi. Ang gininhawa nga nagpatungha sa pagkabanhaw ug sa maong pagbalhin mao ang usa ka mensaheng matagnaon.</w:t>
      </w:r>
    </w:p>
    <w:p>
      <w:pPr>
        <w:pStyle w:val="ArticleScripture"/>
        <w:jc w:val="left"/>
      </w:pPr>
      <w:r>
        <w:rPr>
          <w:rFonts w:ascii="Times New Roman" w:hAnsi="Times New Roman" w:eastAsia="Times New Roman" w:cs="Times New Roman"/>
        </w:rPr>
        <w:t>“Unsa nga gahum ang kinahanglan natong mabatonan gikan sa Dios aron ang mga kasingkasing nga bugnaw, nga may relihiyon lamang nga legalista, makakita sa labi pang maayong mga butang nga gitagana alang kanila—si Cristo ug ang Iyang pagkamatarung! Gikinahanglan ang usa ka mensaheng nagahatag ug kinabuhi aron pagahatagan ug kinabuhi ang mga uga nga mga bukog.” Manuscript Releases, volume 12, 205.</w:t>
      </w:r>
    </w:p>
    <w:p>
      <w:pPr>
        <w:pStyle w:val="ArticleBody"/>
        <w:jc w:val="left"/>
      </w:pPr>
      <w:r>
        <w:rPr>
          <w:rFonts w:ascii="Times New Roman" w:hAnsi="Times New Roman" w:eastAsia="Times New Roman" w:cs="Times New Roman"/>
        </w:rPr>
        <w:t>Ang yugto tali sa pagkabanhaw ni Cristo gibahin ngadto sa duha ka mga yugto: ang nahauna mao ang kap-atan ka adlaw, diin Siya mikayab dayon; gisundan kini sa napulo ka adlaw sa wala pa ang Pentecostes. Ang kap-atan maoy simbolo sa kamingawan, maingon man ang tulo ka adlaw ug tunga, o ang usa ka libo duha ka gatus ug kan-uman ka tuig o mga adlaw.</w:t>
      </w:r>
    </w:p>
    <w:p>
      <w:pPr>
        <w:pStyle w:val="ArticleBody"/>
        <w:jc w:val="left"/>
      </w:pPr>
      <w:r>
        <w:rPr>
          <w:rFonts w:ascii="Times New Roman" w:hAnsi="Times New Roman" w:eastAsia="Times New Roman" w:cs="Times New Roman"/>
        </w:rPr>
        <w:t>Sa dihang mikunsad si Michael niadtong Hulyo sa 2023, ang tulo ug tunga ka adlaw sa kamatayon sa kadalanan natapos samtang si Cristo nagsugod sa buhat sa paghiusa sa Iyang pagka-Dios uban sa pagkatawo taliwala sa usa ka gatus ug kap-atan ug upat ka libo. Kana nga buhat gilarawan pinaagi sa napulo ka adlaw sa wala pa ang Pentecostes, diin ang sala gipapahawa ug ang panaghiusa taliwala sa mga igsoon gitukod. Ang napulo nagrepresentar sa usa ka proseso sa pagsulay, ug ang proseso sa pagsulay natapos sa Pentecostes, nga nagrepresentar sa balaod sa Dominggo.</w:t>
      </w:r>
    </w:p>
    <w:p>
      <w:pPr>
        <w:pStyle w:val="ArticleBody"/>
        <w:jc w:val="left"/>
      </w:pPr>
      <w:r>
        <w:rPr>
          <w:rFonts w:ascii="Times New Roman" w:hAnsi="Times New Roman" w:eastAsia="Times New Roman" w:cs="Times New Roman"/>
        </w:rPr>
        <w:t>Sa mao ra nga yugto sa kasaysayan diha sa bersikulo kwarenta diin ang walo ka haring Persiano ug ang kasaysayan sa pakigsaad tali sa mga Judio ug sa Roma naghulagway sa proseso sa pagsulay sa larawan sa mananap, ang proseso sa pagsulay sa mga ulay gihulagway diha sa napulo ka adlaw nga nag-una sa Pentecostes. Ang mga apostatang sungay sa Protestantismo ug Republikano nga pagdumala naghiusa nianang kasaysayana aron maporma ang larawan sa mananap, samtang ang tinuod nga protestanteng sungay naghiusa sa ilang pagkatawo uban sa Pagka-Dios ni Cristo, sa ingon nagaporma sa larawan ni Cristo diha sa usa ka proseso nga nagapabulag sa duha ka matang sa mga magsisimba.</w:t>
      </w:r>
    </w:p>
    <w:p>
      <w:pPr>
        <w:pStyle w:val="ArticleBody"/>
        <w:jc w:val="left"/>
      </w:pPr>
      <w:r>
        <w:rPr>
          <w:rFonts w:ascii="Times New Roman" w:hAnsi="Times New Roman" w:eastAsia="Times New Roman" w:cs="Times New Roman"/>
        </w:rPr>
        <w:t>Ang makasaysayang mga panghitabo nga gihulagway ingon nga pito ka mga dalugdog ginabuksan sa kasaysayan nga gihulagway sa mga bersikulo 13 ngadto sa 15 sa Daniel 11, ug sa tingub sila ginapahanay sa tinagong kasaysayan sa bersikulo 40 nga matapos sa hapit na moabot nga balaod sa Domingo, diin ang panahon sa pagsulay alang sa mga magbabantay sa Igpapahulay mosira.</w:t>
      </w:r>
    </w:p>
    <w:p>
      <w:pPr>
        <w:pStyle w:val="ArticleScripture"/>
        <w:jc w:val="left"/>
      </w:pPr>
      <w:r>
        <w:rPr>
          <w:rFonts w:ascii="Times New Roman" w:hAnsi="Times New Roman" w:eastAsia="Times New Roman" w:cs="Times New Roman"/>
        </w:rPr>
        <w:t>“Pag-usab, kining mga sambingay nagtudlo nga wala nay panahon sa pagsulay human sa paghukom. Sa diha nga mahuman na ang buluhaton sa ebanghelyo, mosunod dayon ang pagbulag tali sa mga maayo ug sa mga dautan, ug ang dangatan sa matag hut-ong maoy mapalig-on sa walay kataposan.” Christ’s Object Lessons, 123.</w:t>
      </w:r>
    </w:p>
    <w:p>
      <w:pPr>
        <w:pStyle w:val="ArticleBody"/>
        <w:jc w:val="left"/>
      </w:pPr>
      <w:r>
        <w:rPr>
          <w:rFonts w:ascii="Times New Roman" w:hAnsi="Times New Roman" w:eastAsia="Times New Roman" w:cs="Times New Roman"/>
        </w:rPr>
        <w:t>Ang pagbulag sa manggialamon ug sa buang, sa mga Laodiceano ug sa mga Filadelfianhon, o sa trigo ug sa mga sagbot, pagahimoon pinaagi sa mga manulonda.</w:t>
      </w:r>
    </w:p>
    <w:p>
      <w:pPr>
        <w:pStyle w:val="ArticleScripture"/>
        <w:jc w:val="left"/>
      </w:pPr>
      <w:r>
        <w:rPr>
          <w:rFonts w:ascii="Times New Roman" w:hAnsi="Times New Roman" w:eastAsia="Times New Roman" w:cs="Times New Roman"/>
        </w:rPr>
        <w:t>“Pasagdi ang mga bunglayon ug ang trigo motubo nga magkauban hangtod sa pag-ani. Unya ang mga manulonda mao ang mohimo sa buluhaton sa pagpabulag.” Selected Messages, libro 2, 69.</w:t>
      </w:r>
    </w:p>
    <w:p>
      <w:pPr>
        <w:pStyle w:val="ArticleBody"/>
        <w:jc w:val="left"/>
      </w:pPr>
      <w:r>
        <w:rPr>
          <w:rFonts w:ascii="Times New Roman" w:hAnsi="Times New Roman" w:eastAsia="Times New Roman" w:cs="Times New Roman"/>
        </w:rPr>
        <w:t>Ang mensahe nga maablihan sa dili pa matapos ang panahon sa grasya nagaila sa buluhaton sa katawhan sa Dios, ingon sa gihulagway pinaagi sa mga manolonda. Ang mensahe nga anaa niini nga mga artikulo karon ginamantala na sa tibuok kalibotan sa kapin sa kan-uman ka mga pinulongan (mga dila). Kini karon ginatuman sa dili pa matapos ang panahon sa grasya, ug mao kini ang buluhaton sa katawhan sa Dios sa kaulahiang mga adlaw nga ipresentar kining mensaheha. Ang mensahe nagaila sa mga hitabo nga gihulagway ingon nga pito ka mga dalogdog, ug ang buluhaton sa pagsabot ug sa pagpresentar sa mensahe nagamugna sa kasinatian sa mga maalamong ulay.</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mga panan-awon sa gabii usa ka hilabihan ka makapahinganghang talan-awon ang miagi sa akong atubangan. Nakakita ako og usa ka dako kaayong bola sa kalayo nga nahulog sa taliwala sa pipila ka maanindot nga mga mansyon, ug kini maoy hinungdan sa ilang diha-diha nga pagkalaglag. Nadungog ko ang usa ka tawo nga miingon: ‘Nahibalo kami nga ang mga paghukom sa Dios moabut na ibabaw sa yuta, apan wala kami masayod nga moabut kini sa ingon ka madali.’ Ang uban, uban sa mga tingog nga puno sa kasakit, miingon: ‘Nahibalo ka! Nganong wala man diay nimo kami sultihi? Wala kami masayod.’ Sa tanang dapit nakadungog ako sa susamang mga pulong sa pagbadlong nga gipamulong.”</w:t>
      </w:r>
    </w:p>
    <w:p>
      <w:pPr>
        <w:pStyle w:val="ArticleScripture"/>
        <w:jc w:val="left"/>
      </w:pPr>
      <w:r>
        <w:rPr>
          <w:rFonts w:ascii="Times New Roman" w:hAnsi="Times New Roman" w:eastAsia="Times New Roman" w:cs="Times New Roman"/>
        </w:rPr>
        <w:t>“Sa dakong kalisdanan ako nahigmata. Mikatulog ako pag-usab, ug daw anaa ako sa usa ka dakong panagtigom. Usa ka may awtoridad ang nagsulti sa katilingban, sa atubangan nila gibuklad ang usa ka mapa sa kalibotan. Siya miingon nga ang mapa naghulagway sa parrasan sa Dios, nga kinahanglan tukuron ug atimanon. Samtang ang kahayag gikan sa langit misidlak ibabaw kang bisan kinsa, kana siya kinahanglan mopasidlak sa maong kahayag ngadto sa uban. Ang mga suga pagasindihan sa daghang mga dapit, ug gikan niining mga sugaha pagasindihan pa ang ubang mga suga.”</w:t>
      </w:r>
    </w:p>
    <w:p>
      <w:pPr>
        <w:pStyle w:val="ArticleScripture"/>
        <w:jc w:val="left"/>
      </w:pPr>
      <w:r>
        <w:rPr>
          <w:rFonts w:ascii="Times New Roman" w:hAnsi="Times New Roman" w:eastAsia="Times New Roman" w:cs="Times New Roman"/>
        </w:rPr>
        <w:t>Gisubli ang mga pulong: “Kamo mao ang asin sa yuta: apan kon ang asin mawad-an sa iyang lami, unsaon pa man kini pagpaasín? sukad niana, wala na kiniy kapuslanan gawas sa isalikway ug tunobtunoban sa mga tawo. Kamo mao ang kahayag sa kalibotan. Ang usa ka siyudad nga nahimutang sa ibabaw sa usa ka bungtod dili matago. Wala usab magsiga ang mga tawo ug suga unya ibutang kini sa ilalum sa taksanan, kondili sa tungtunganan sa suga; ug nagahatag kini ug kahayag sa tanan nga anaa sa sulod sa balay. Pasidlaka sa ingon niana ang inyong kahayag sa atubangan sa mga tawo, aron makita nila ang inyong maayong mga buhat, ug himayaon ang inyong Amahan nga anaa sa langit.” Mateo 5:13–16.</w:t>
      </w:r>
    </w:p>
    <w:p>
      <w:pPr>
        <w:pStyle w:val="ArticleScripture"/>
        <w:jc w:val="left"/>
      </w:pPr>
      <w:r>
        <w:rPr>
          <w:rFonts w:ascii="Times New Roman" w:hAnsi="Times New Roman" w:eastAsia="Times New Roman" w:cs="Times New Roman"/>
        </w:rPr>
        <w:t>“Nakita ko ang mga silakbo sa kahayag nga nagdan-ag gikan sa mga siyudad ug mga baryo, ug gikan sa kahitas-an ug sa mga kapatagan sa yuta. Gituman ang pulong sa Dios, ug tungod niini may mga handumanan alang Kaniya sa matag siyudad ug baryo. Ang Iyang kamatuoran gimantala sa tibuok kalibotan.</w:t>
      </w:r>
    </w:p>
    <w:p>
      <w:pPr>
        <w:pStyle w:val="ArticleScripture"/>
        <w:jc w:val="left"/>
      </w:pPr>
      <w:r>
        <w:rPr>
          <w:rFonts w:ascii="Times New Roman" w:hAnsi="Times New Roman" w:eastAsia="Times New Roman" w:cs="Times New Roman"/>
        </w:rPr>
        <w:t>“Unya kini nga mapa gikuha ug laing usa gipuli sa iyang dapit. Diha niini ang kahayag nagasidlak lamang gikan sa pipila ka mga dapit. Ang nahibiling kalibotan diha sa kangitngit, nga adunay lamang mahuyangng pagsidlak sa kahayag dinhi ug didto. Ang among Magtutudlo miingon: ‘Kini nga kangitngit mao ang sangpotanan sa pagsunod sa mga tawo sa ilang kaugalingong dalan. Gihupot nila ang namana ug naugmad nga mga kiling ngadto sa daotan. Gihimo nila nga pangulong buluhaton sa ilang kinabuhi ang pagpangutana, pagpangita ug sayop, ug pagpasangil. Ang ilang mga kasingkasing dili matarong sa atubangan sa Dios. Gitago nila ang ilang kahayag ilalom sa gantangan.’”</w:t>
      </w:r>
    </w:p>
    <w:p>
      <w:pPr>
        <w:pStyle w:val="ArticleScripture"/>
        <w:jc w:val="left"/>
      </w:pPr>
      <w:r>
        <w:rPr>
          <w:rFonts w:ascii="Times New Roman" w:hAnsi="Times New Roman" w:eastAsia="Times New Roman" w:cs="Times New Roman"/>
        </w:rPr>
        <w:t>“Kon ang matag sundalo ni Cristo nagtuman sa iyang katungdanan, kon ang matag bantay sa mga paril sa Sion nagpatunog sa trumpeta sa matin-awng tingog, tingali unta nadungog na sa kalibotan niini nga panahona ang mensahe sa pasidaan. Apan ang buluhaton nahabilin sa daghang katuigan. Samtang ang mga tawo nangatulog, si Satanas nakalamang kanato.”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Nuventa’y Singko</dc:title>
  <dc:subject>Ang Dalan Paingon sa Balaod sa Domingo: Ang Papel ni Trump ug ang Propetikong Pagpadayag sa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