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Gatos ug Kasiyam ug Siyam</w:t>
      </w:r>
    </w:p>
    <w:p>
      <w:pPr>
        <w:pStyle w:val="ArticleSubtitle"/>
        <w:jc w:val="left"/>
      </w:pPr>
      <w:r>
        <w:rPr>
          <w:rFonts w:ascii="Arial" w:hAnsi="Arial" w:eastAsia="Arial" w:cs="Arial"/>
        </w:rPr>
        <w:t>Pagkahanaw sa Politika ug Propetikong Padulngan: Ang Katapusan sa mga Partidong Demokratiko ug Republikano sa Konteksto sa Biblikanhong Tagna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Atong giila ang katapusan sa mga partidong Democratic ug Republican diha sa kasaysayan sa mananap sa yuta. Ang mananap sa yuta sa Pinadayag trese nabahin ngadto sa mga partidong Republican ug Democratic nga nagpakigbisog sulod sa propetikong kasaysayan sa sungay nga Republican. Ang mga sungay mga simbolo sa mga gahom, ug ang duruha ka sungay naglangkob sa mga mikrokosmo sa ilang propetikong relasyon sulod sa ilang kaugalingong propetikong kasaysayan. Alang sa sungay nga Republican, kana nga mikrokosmo gipakita pinaagi sa duha ka nag-unang partidong politikal nga milukop sa kasaysayan sa Estados Unidos. Ang Estados Unidos usa sa pipila ka mga gingharian nga giila sa propetikong kasaysayan nga naglangkob sa duha ka mga gahom. Ang tanang nangaging mga nasod sa propesiya sa Biblia nga girepresentahan pinaagi sa duha ka mga gahom naghulagway daan sa Estados Unidos. Ang imperyo sa Medo-Persia, ang Francia (Sodoma ug Egipto), ug ang Israel uban sa iyang amihanang ug habagatang mga gingharian, ang tanan naghatag ug bahin sa mga propetikong kinaiya sa Estados Unidos.</w:t>
      </w:r>
    </w:p>
    <w:p>
      <w:pPr>
        <w:pStyle w:val="ArticleBody"/>
        <w:jc w:val="left"/>
      </w:pPr>
      <w:r>
        <w:rPr>
          <w:rFonts w:ascii="Times New Roman" w:hAnsi="Times New Roman" w:eastAsia="Times New Roman" w:cs="Times New Roman"/>
        </w:rPr>
        <w:t>Ang imperyo sa Medo-Persia diha sa Daniel kapitulo otso adunay duha ka sungay, ug ang ulahing sungay (Persia) mitubo nga mas hataas. Atong giila kini nga elemento pinaagi sa pag-ila nga ang Democratic nga partido miabot sa kasaysayan una pa sa Republican nga partido, busa ang Republican nga partido sa katapusan mao ang mahimong ulahi sa duha ka partido. Ang unang Republican nga presidente miabot sa kasaysayan isip tubag sa pabor sa pagkaulipon nga baruganan sa Democratic nga partido, ug ang unang Republican nga presidente mipahibalo sa Emancipation Proclamation niadtong 1863, nga mao ang tunga-tunga sa US Civil War, ug ang tuig sa pagsukol alang sa Laodicean Seventh-day Adventist nga iglesia.</w:t>
      </w:r>
    </w:p>
    <w:p>
      <w:pPr>
        <w:pStyle w:val="ArticleBody"/>
        <w:jc w:val="left"/>
      </w:pPr>
      <w:r>
        <w:rPr>
          <w:rFonts w:ascii="Times New Roman" w:hAnsi="Times New Roman" w:eastAsia="Times New Roman" w:cs="Times New Roman"/>
        </w:rPr>
        <w:t>Ang kataposang Republikano nga presidente gitipohan pinaagi sa unang Republikano nga presidente, busa ang kataposang presidente mosulod sa kasaysayan diha sa taliwala sa usa ka gubat sibil tali sa Demokratikong pabor-sa-pangulipon nga partido ug sa iyang Republikano nga kontra-sa-pangulipon nga partido. Ang pangulipon nga gipasiugda sa Demokratikong partido sa kataposang mga adlaw mao ang pangkalibotang pangulipon. Sama sa nahaunang Republikano nga presidente, ang kataposang Republikano nga presidente pagapatyon sa pabor-sa-pangulipon nga partido, maingon nga si Trump gipatay sa politika pinaagi sa gikawat nga eleksiyon sa 2020. Ingon nga ikaunom nga presidente sukad sa panahon sa katapusan niadtong 1989, si Trump mao unta ang labing adunahang presidente ug iyang pukawon ang mga globalista dili lamang sa Tinipong Bansa, kondili sa tibuok kalibotan. Busa, diha sa iyang pahibalo sa pagdalagan alang sa pagkapresidente niadtong 2015, gisugdan ang politikanhong gubat sibil tali sa Demokratikong partido sa mga globalistang pabor sa pangulipon ug sa Republikano nga partido nga kontra sa pangulipon.</w:t>
      </w:r>
    </w:p>
    <w:p>
      <w:pPr>
        <w:pStyle w:val="ArticleBody"/>
        <w:jc w:val="left"/>
      </w:pPr>
      <w:r>
        <w:rPr>
          <w:rFonts w:ascii="Times New Roman" w:hAnsi="Times New Roman" w:eastAsia="Times New Roman" w:cs="Times New Roman"/>
        </w:rPr>
        <w:t>Sa katumanan sa Pinadayag kapitulo onse, si Trump gipamatay sa politika diha sa gikawat nga eleksiyon sa 2020, ug ang partidong Demokratiko misugod sa pagmaya sa kadalanan, hangtod nga nahimong dayag nga sa 2022, si Trump modagan na usab alang sa Presidente. Unya midangat ang dakong kahadlok ibabaw sa mga globalista sa katumanan sa kapitulo onse sa Pinadayag, ug misamot ang ilang pakiggubat. Ang pagpamatuod sa mga sungay sa Medo-Persia nagaila nga ang ulahing sungay nga motungha (ang partidong Republikano) motungha nga ulahi, ug motungha nga mas hataas. Ang ulahing Republikano nga presidente magmadaugon batok sa partidong Demokratiko.</w:t>
      </w:r>
    </w:p>
    <w:p>
      <w:pPr>
        <w:pStyle w:val="ArticleBody"/>
        <w:jc w:val="left"/>
      </w:pPr>
      <w:r>
        <w:rPr>
          <w:rFonts w:ascii="Times New Roman" w:hAnsi="Times New Roman" w:eastAsia="Times New Roman" w:cs="Times New Roman"/>
        </w:rPr>
        <w:t>Ang eleksiyon sa 2024 nagtimaan sa katapusan sa partidong Demokratiko, kay dili na sila makabaton ug laing kahigayonan sa pagpadagan ug kandidato sa pagkapresidente sa dili pa ang balaod sa Dominggo magtapos sa profetikong kasaysayan sa mananap sa yuta. Sa balaod sa Dominggo ang partidong Republikano usab mohunong. Ang partidong Demokratiko matapos sa eleksiyon sa 2024, ug ang partidong Republikano matapos sa balaod sa Dominggo. Ang balaod sa Dominggo, ingon nga katapusan sa ikaunom nga gingharian sa tagna sa Biblia, gihulagway pinaagi sa sinugdanan sa mananap sa yuta niadtong 1798. Ang pangunang profetikong kinaiya sa mananap sa yuta mao ang iyang “pagsulti.” Niadtong 1798, ang Tinipong Bansa mipatuman sa Alien and Sedition Acts, nga busa nagatipo sa balaod sa Dominggo, sa dihang ang Tinipong Bansa mosulti ingon nga usa ka dragon.</w:t>
      </w:r>
    </w:p>
    <w:p>
      <w:pPr>
        <w:pStyle w:val="ArticleBody"/>
        <w:jc w:val="left"/>
      </w:pPr>
      <w:r>
        <w:rPr>
          <w:rFonts w:ascii="Times New Roman" w:hAnsi="Times New Roman" w:eastAsia="Times New Roman" w:cs="Times New Roman"/>
        </w:rPr>
        <w:t>Gikan sa 1776 hangtod sa 1798, ang Estados Unidos, bisan wala pa kaniadto mahimong ikaunom nga gingharian sa tagna sa Biblia, nagrepresentar sa tulo ka mga timaan sa dalan sa pagsulti sa Estados Unidos. Kana nga yugto nagdala ngadto sa sinugdanan sa paghari sa mananap sa yuta ingon nga ikaunom nga gingharian sa tagna sa Biblia, ug busa kini nagrepresentar usab sa usa ka yugto nga nagdala ngadto sa katapusan sa paghari sa mananap sa yuta isip ikaunom nga gingharian. Ang Deklarasyon sa Kagawasan niadtong 1776, gisundan sa Konstitusyon niadtong 1789 ug sa Alien and Sedition Acts niadtong 1798, nagrepresentar sa tulo ka mga timaan sa dalan sulod sa kasaysayan nga nagdala ngadto sa katapusan sa mananap sa yuta isip ikaunom nga gingharian diha sa balaod sa Domingo. Ang katumanan niadtong tulo ka mga timaan sa dalan gilantaw sa lahi nga paagi sulod sa kasaysayan sa Democratic ug Republican nga mga partido.</w:t>
      </w:r>
    </w:p>
    <w:p>
      <w:pPr>
        <w:pStyle w:val="ArticleBody"/>
        <w:jc w:val="left"/>
      </w:pPr>
      <w:r>
        <w:rPr>
          <w:rFonts w:ascii="Times New Roman" w:hAnsi="Times New Roman" w:eastAsia="Times New Roman" w:cs="Times New Roman"/>
        </w:rPr>
        <w:t>Ang Patriot Act sa 2001 nagtimaan sa sinugdanan sa pagtangtang sa kagawasan sa mga lungsoranon sa Estados Unidos, ug kini gisimbolohan pinaagi sa pagmantala nga gihimo sa tinuod nga mga patriyota sa kasaysayan sa Amerika diha sa Declaration of Independence. Ang ilhanan sa dalan sa Patriot Act mao ang nahaunang sa tulo ka mga ilhanan sa dalan alang sa duha ka partido, ang Republican ug Democratic.</w:t>
      </w:r>
    </w:p>
    <w:p>
      <w:pPr>
        <w:pStyle w:val="ArticleBody"/>
        <w:jc w:val="left"/>
      </w:pPr>
      <w:r>
        <w:rPr>
          <w:rFonts w:ascii="Times New Roman" w:hAnsi="Times New Roman" w:eastAsia="Times New Roman" w:cs="Times New Roman"/>
        </w:rPr>
        <w:t>Ang Partido Demokratiko matapos sa eleksiyon sa 2024, nga nagpasulod sa Executive Orders ni Trump nga gilarawan nang daan pinaagi sa Alien and Sedition Acts. Ang Executive Orders nga pagahimoon unya ni Trump dili mao ang balaod sa Domingo, apan kini usa ka tipo sa pagsulti ingon nga usa ka dragon, kay gamiton kini ni Trump samtang iyang tumanon ang pag-ila ni Sister White nga ang “active despotism” mahitabo sa katapusang mga adlaw. Ang despotismo usa ka pulong nga nagaila sa usa ka diktadurya, nga mapatuman pinaagi sa Executive Orders nga gihulagway sa Alien and Sedition Acts. Sa dihang ipatuman ni Trump ang iyang Executive Orders, mahitabo ang usa ka pagbalit-ad sa Pelosi Trials nga nagtimaan sa napakyas nga pagkapresidente ni Biden.</w:t>
      </w:r>
    </w:p>
    <w:p>
      <w:pPr>
        <w:pStyle w:val="ArticleBody"/>
        <w:jc w:val="left"/>
      </w:pPr>
      <w:r>
        <w:rPr>
          <w:rFonts w:ascii="Times New Roman" w:hAnsi="Times New Roman" w:eastAsia="Times New Roman" w:cs="Times New Roman"/>
        </w:rPr>
        <w:t>Ang yugto sa panahon nga nagtimaan sa katapusan sa mga partidong Democratic ug Republican nagbaton sa timaan sa Alpha ug Omega, kay ang sinugdanan sa matag yugto naglarawan sa katapusan. Tungod niini, ang unang waymark alang sa partidong Democratic mao ang Patriot Act sa 2001, ug ang ikaduhang waymark mao ang mga Pelosi Trials nga nagsugod niadtong 2021. Kining mga pagsulay nagrepresentar sa hingpit nga pagsalikway sa Konstitusyon sa 1789. Ang mga Pelosi Trials nagrepresentar sa tunga-tungang waymark sa linya sa partidong Democratic, nga gitipoan sa dihang ang Konstitusyon gipamatud-an sa napulog-tulo ka mga kolonya, napulog-tulo ka tuig human sa 1776. Ang mga Pelosi Trials nagrepresentar sa pagsukol batok sa Konstitusyon ug gitipoan sa 1789. Ang ikatulong waymark alang sa linya sa Democratic mao ang dapit diin sila matapos isip usa ka politikal nga partido.</w:t>
      </w:r>
    </w:p>
    <w:p>
      <w:pPr>
        <w:pStyle w:val="ArticleBody"/>
        <w:jc w:val="left"/>
      </w:pPr>
      <w:r>
        <w:rPr>
          <w:rFonts w:ascii="Times New Roman" w:hAnsi="Times New Roman" w:eastAsia="Times New Roman" w:cs="Times New Roman"/>
        </w:rPr>
        <w:t>Matapos sila sa eleksiyon sa 2024, ug sa dihang matuman na ang inagurasyon sa 2025, ang ikaduhang hugpong sa mga Pagsulay ni Pelosi pagapahinabo-on pinaagi sa mga Executive Orders nga gitipoan sa Alien and Sedition Acts. Busa, ang ikatulong waymark alang sa Democratic party mao ang Alien and Sedition Acts sa 1798. Ang yugto nga nagrepresentar sa katapusan sa Democratic party nagsugod sa usa ka eleksiyon, usa ka inagurasyon, ug sa pagpaila sa satanikong politikal nga lawfare, ug kini matapos usab sa usa ka eleksiyon, usa ka inagurasyon, ug sa pagpaila sa satanikong politikal nga lawfare.</w:t>
      </w:r>
    </w:p>
    <w:p>
      <w:pPr>
        <w:pStyle w:val="ArticleBody"/>
        <w:jc w:val="left"/>
      </w:pPr>
      <w:r>
        <w:rPr>
          <w:rFonts w:ascii="Times New Roman" w:hAnsi="Times New Roman" w:eastAsia="Times New Roman" w:cs="Times New Roman"/>
        </w:rPr>
        <w:t>Alang sa partidong Republikano, ang nahaunang timaan sa dalan mao ang Patriot Act sa 2001, nga gihulagway pinaagi sa Declaration of Independence sa 1776. Ang ikaduhang timaan sa dalan dili mao ra ang sama sa ikaduhang timaan sa dalan alang sa partidong Demokratiko. Ang ikaduhang timaan sa dalan, nga girepresentahan sa Constitution sa 1789 alang sa mga Demokratiko, mao ang unang mga Pagsulay ni Pelosi, apan ang ikaduhang timaan sa dalan alang sa mga Republikano nga girepresentahan sa Constitution sa 1789, mao ang Alien and Sedition Act, nga natuman sa dihang ang ikaduhang inagurasyon ni Trump matuman sa 2025. Sa unsang paagi ang Alien and Sedition Acts sa 1798 makarepresentar sa Constitution sa 1789?</w:t>
      </w:r>
    </w:p>
    <w:p>
      <w:pPr>
        <w:pStyle w:val="ArticleBody"/>
        <w:jc w:val="left"/>
      </w:pPr>
      <w:r>
        <w:rPr>
          <w:rFonts w:ascii="Times New Roman" w:hAnsi="Times New Roman" w:eastAsia="Times New Roman" w:cs="Times New Roman"/>
        </w:rPr>
        <w:t>Sa ikaduhang inagurasyon ni Trump, ang iyang mga Executive Orders, nga gitipohan pinaagi sa Alien and Sedition Acts of 1798, nagpasugod dili lamang sa ikaduhang hugpong sa mga Pelosi Trials, kondili ang maong mga buhat usab nagpasugod sa pagporma sa larawan sa mananap. Ang yugto sa pagporma sa larawan sa mananap nagsugod ug natapos pinaagi sa pagsulti ingon nga usa ka dragon. Ang pagsulti sa sinugdanan sa maong yugto nagrepresentar sa pagpatukod sa mga harianong gahum nga gihulagway ingon nga usa ka diktadurya, o sumala sa pagtawag niini ni Sister White, “despotism.” Ang pagsulti sa usa ka dragon sa katapusan sa yugto sa pagporma sa larawan sa mananap nagaila sa awtoridad sa relihiyosong mga gahum nga ginapatukod ibabaw sa politikal nga mga gahum.</w:t>
      </w:r>
    </w:p>
    <w:p>
      <w:pPr>
        <w:pStyle w:val="ArticleBody"/>
        <w:jc w:val="left"/>
      </w:pPr>
      <w:r>
        <w:rPr>
          <w:rFonts w:ascii="Times New Roman" w:hAnsi="Times New Roman" w:eastAsia="Times New Roman" w:cs="Times New Roman"/>
        </w:rPr>
        <w:t>Ang Deklarasyon sa Kagawasan maoy usa ka deklarasyon batok sa pagmalupigon sa politikanhong awtoridad sa mga hari sa Uropa ug sa relihiyosong awtoridad sa iglesiang Romano. Ang yugto sa pagporma sa larawan sa mapintas nga mananap mao ang dapit diin kining duha ka dunot nga gahom ginahiusa, uban sa relihiyosong awtoridad nga nagakontrolar sa maong relasyon. Sa pagporma, o sa paghiusa niining duha ka gahom, ang relihiyosong awtoridad mao ang mitungha sa ulahi ug mas hataas. Busa, ang sinugdanan nianang maong yugto nagarepresentar sa katapusan sa yugto. Ang Alien and Sedition Acts of 1798 nagarepresentar sa katapusan sa Democratic Party, ug kini mao ang ilang ikatulong waymark, apan sa samang higayon nagarepresentar usab kini sa ikaduhang waymark sa nagtapos nga yugto sa Republican Party. Ang ikatulong waymark alang sa Republican Party mao ang pagpatuman sa Domingo.</w:t>
      </w:r>
    </w:p>
    <w:p>
      <w:pPr>
        <w:pStyle w:val="ArticleBody"/>
        <w:jc w:val="left"/>
      </w:pPr>
      <w:r>
        <w:rPr>
          <w:rFonts w:ascii="Times New Roman" w:hAnsi="Times New Roman" w:eastAsia="Times New Roman" w:cs="Times New Roman"/>
        </w:rPr>
        <w:t>Alang sa Partido Demokratiko, ang tulo ka mga timailhan nga girepresentahan sa 1776, 1789, ug 1798 nagatipo sa 2001 (1776), sa unang mga Paghukom ni Pelosi sa 2021 (1789), ug sa ikaduhang mga Paghukom ni Pelosi sa 2025 (1798).</w:t>
      </w:r>
    </w:p>
    <w:p>
      <w:pPr>
        <w:pStyle w:val="ArticleBody"/>
        <w:jc w:val="left"/>
      </w:pPr>
      <w:r>
        <w:rPr>
          <w:rFonts w:ascii="Times New Roman" w:hAnsi="Times New Roman" w:eastAsia="Times New Roman" w:cs="Times New Roman"/>
        </w:rPr>
        <w:t>Alang sa partidong Republikano, ang tulo ka timailhan nga girepresentahan sa 1776, 1789, ug 1798 nagatipo sa 2001 (1776), sa ikaduhang Pelosi Trials sa 2025 (1789), ug sa balaod sa Domingo (1798).</w:t>
      </w:r>
    </w:p>
    <w:p>
      <w:pPr>
        <w:pStyle w:val="ArticleBody"/>
        <w:jc w:val="left"/>
      </w:pPr>
      <w:r>
        <w:rPr>
          <w:rFonts w:ascii="Times New Roman" w:hAnsi="Times New Roman" w:eastAsia="Times New Roman" w:cs="Times New Roman"/>
        </w:rPr>
        <w:t>Ang 1776, 1789 ug 1798 nagrepresentar ug kawhaan ug duha ka tuig, ug ang kawhaan ug duha mao ang simbolo sa paghiusa sa Pagka-Dios uban sa pagkatawo. Kining tulo ka mga ilhanan sa dalan nagadala sa pagpamatuod sa “Kamatuoran,” kay kini nagrepresentar nga ang nahaunang ug ang katapusang ilhanan sa dalan nag-ila sa mao rang kamatuoran. Ang 1776 nag-ila sa pagpatukod sa kagawasan, ug ang 1798 nag-ila sa pagtangtang sa kagawasan. Busa nagrepresentar sila sa nahauna ug katapusang mga letra sa Hebreohanong alpabeto nga naglangkob ug kawhaan ug duha ka mga letra. Ang ikanapulog tulo nga letra usa ka simbolo sa pagsukol, ug kining tulo ka mga letra nga magkauban—ang nahauna, ang ikanapulog tulo, ug ang katapusan—naghugpong aron maporma ang Hebreohanong pulong nga “Kamatuoran.”</w:t>
      </w:r>
    </w:p>
    <w:p>
      <w:pPr>
        <w:pStyle w:val="ArticleBody"/>
        <w:jc w:val="left"/>
      </w:pPr>
      <w:r>
        <w:rPr>
          <w:rFonts w:ascii="Times New Roman" w:hAnsi="Times New Roman" w:eastAsia="Times New Roman" w:cs="Times New Roman"/>
        </w:rPr>
        <w:t>Ang 1776 nagrepresentar sa Septiyembre 11, 2001, ug nagtimaan sa sinugdanan sa panahon sa pagpatik sa usa ka gatus kap-atan ug upat ka libo. Kini nagtimaan sa sinugdanan sa pagwisik sa ulahing ulan, nga mao ang yugto sa panahon diin ang dragon igahatag ngadto sa mananap alang sa mga serbisyong nahatag, ingon nga ang Demokratikong partido sa dragon pildihon sa Republikang partido sa mananap.</w:t>
      </w:r>
    </w:p>
    <w:p>
      <w:pPr>
        <w:pStyle w:val="ArticleBody"/>
        <w:jc w:val="left"/>
      </w:pPr>
      <w:r>
        <w:rPr>
          <w:rFonts w:ascii="Times New Roman" w:hAnsi="Times New Roman" w:eastAsia="Times New Roman" w:cs="Times New Roman"/>
        </w:rPr>
        <w:t>Atol nianang kasaysayan ang pagtimri sa tinuod nga Protestante nga sungay matuman sulod sa yugto sa panahon sa dihang ituyhad pag-usab sa Ginoo ang Iyang kamot sa ikaduhang higayon aron tigumon ang katawhan nga giila ingon nga mga sinalikway sa Israel, ug nga pagabayawon ingon nga usa ka bandila sa balaod sa Domingo.</w:t>
      </w:r>
    </w:p>
    <w:p>
      <w:pPr>
        <w:pStyle w:val="ArticleBody"/>
        <w:jc w:val="left"/>
      </w:pPr>
      <w:r>
        <w:rPr>
          <w:rFonts w:ascii="Times New Roman" w:hAnsi="Times New Roman" w:eastAsia="Times New Roman" w:cs="Times New Roman"/>
        </w:rPr>
        <w:t>Niadtong Hulyo 18, 2020 ang tinuod nga Protestante nga sungay gipatibulaag, ug kaluhaan ug duha ka tuig human sa 2001, sa Hulyo sa 2023, ang buluhaton sa ikaduhang panagtigom gisugdan pinaagi sa usa ka tingog nga nagasinggit didto sa kamingawan. Ang unang panagtigom nahitabo niadtong 2001, sa dihang ang manulonda sa Pinadayag kapitulo napulog walo mikunsad samtang nangapukan ang dagkong mga bilding sa siyudad sa New York. Ang pagkunsad niadtong manulonda nagtimaan sa sinugdanan sa panahon sa pagpatik, ug ang pagkunsad ni Miguel nga pangulong manulonda niadtong Hulyo 18, 2020 nagtimaan sa pagtapos sa panahon sa pagpatik. Si Jesus, ingon nga ang Alpha ug Omega, sa kanunay naghulagway sa katapusan pinaagi sa sinugdanan, busa ang mga propetikong elemento sa unang panagtigom nga nagsugod niadtong Septyembre 11, 2001, nagrepresentar sa mga propetikong elemento nga mahitabo sa ikaduhang panagtigom.</w:t>
      </w:r>
    </w:p>
    <w:p>
      <w:pPr>
        <w:pStyle w:val="ArticleBody"/>
        <w:jc w:val="left"/>
      </w:pPr>
      <w:r>
        <w:rPr>
          <w:rFonts w:ascii="Times New Roman" w:hAnsi="Times New Roman" w:eastAsia="Times New Roman" w:cs="Times New Roman"/>
        </w:rPr>
        <w:t>Adunay tulo ka klarong mga hulagway sa ikaduhang pagpundok nga nagrepresentar sa katapusang kasaysayan sa panahon sa pagtimri sa usa ka gatus ug kap-atan ug upat ka libo, nga mao ang kasaysayan ni Cristo, ang kasaysayan sa mga mensahe sa nahaunang ug ikaduhang manulonda gikan sa Agosto 11, 1840 hangtod sa Oktubre 22, 1844, ug usab ang kasaysayan sa ikatulong manulonda gikan sa Oktubre 22, 1844 hangtod sa pagrebelde sa 1863. Kining tulo ka mga saksi nagapalig-on sa ikaduhang pagpundok sa usa ka gatus ug kap-atan ug upat ka libo sukad sa Hulyo 2023 hangtod sa umaabot nga balaod sa Domingo. Kon atong ilain ang usa ka lahi nga bahin gikan sa matag kasaysayan, atong makita ang ebidensiya sa papel sa ikatulong kaalaut.</w:t>
      </w:r>
    </w:p>
    <w:p>
      <w:pPr>
        <w:pStyle w:val="ArticleBody"/>
        <w:jc w:val="left"/>
      </w:pPr>
      <w:r>
        <w:rPr>
          <w:rFonts w:ascii="Times New Roman" w:hAnsi="Times New Roman" w:eastAsia="Times New Roman" w:cs="Times New Roman"/>
        </w:rPr>
        <w:t>Sa katapusan sa camp meeting sa Exeter niadtong Agosto 17, 1844, gipahayag ang mensahe sa Tunga-tungang Pagsinggit. Kadtong pagmantala nagrepresentar sa pagmantala sa mensahe sa Tunga-tungang Pagsinggit diha sa kasaysayan sa usa ka gatos ug kap-atan ug upat ka libo, kay ang duha ka kasaysayan nahimo ug nahimong katumanan sa sambingay sa napulo ka mga ulay. Gipaila ni Sister White nga ang madaugong pagsulod ni Cristo ngadto sa Jerusalem nagrepresentar sa pagmantala sa Tunga-tungang Pagsinggit niadtong 1844. Ang bugtong higayon nga si Cristo misakay gayod ug mananap mao ang Iyang pagsulod ngadto sa Jerusalem, ug ang mananap nga Iyang gisakyan mao ang asno, nga mao ang simbolo sa Islam. Sa yugto sa ikaduhang pagtigom gikan sa 1844 hangtod sa 1863, niadtong 1848 gipaila ni Sister White nga ang mga nasod sa Uropa gipakasuk-an, ug ang pagpasuko sa mga nasod nianang kasaysayana natuman pinaagi sa mga hulga sa padayon nga pakiggubat nga gidala ibabaw sa Uropa sa Islam. Sa matag usa sa tulo ka mga kasaysayan sa ikaduhang pagtigom, ang papel sa Islam sa ikatulong kaalautan gipaila.</w:t>
      </w:r>
    </w:p>
    <w:p>
      <w:pPr>
        <w:pStyle w:val="ArticleBody"/>
        <w:jc w:val="left"/>
      </w:pPr>
      <w:r>
        <w:rPr>
          <w:rFonts w:ascii="Times New Roman" w:hAnsi="Times New Roman" w:eastAsia="Times New Roman" w:cs="Times New Roman"/>
        </w:rPr>
        <w:t>Ang panahon sa pagpatik sa usa ka gatus kap-atan ug upat ka libo nagsugod niadtong Septiyembre 11, 2001, pinaagi sa usa ka kalit nga pag-atake gikan sa Islam sa ikatulong kaalaotan, batok sa modernong mahimayaong yuta sa Estados Unidos. Kaluhaan ug duha ka tuig sa ulahi, niadtong Oktubre 7, 2023, ang Islam sa ikatulong kaalaotan nagdala ug usa ka kalit nga pag-atake batok sa karaang mahimayaong yuta. Sa haduol nang moabot nga balaod sa Domingo, nga mao ang dakong linog sa Pinadayag onse, ang ikatulong kaalaotan sa kalit moanhi pag-usab, ingon nga kini sa makausa pa magapahigayon ug usa ka kalit nga pag-atake batok sa modernong mahimayaong yuta.</w:t>
      </w:r>
    </w:p>
    <w:p>
      <w:pPr>
        <w:pStyle w:val="ArticleBody"/>
        <w:jc w:val="left"/>
      </w:pPr>
      <w:r>
        <w:rPr>
          <w:rFonts w:ascii="Times New Roman" w:hAnsi="Times New Roman" w:eastAsia="Times New Roman" w:cs="Times New Roman"/>
        </w:rPr>
        <w:t>Ang pagrebelde nga girepresentahan sa literal nga Israel, ingon nga simbolo niadtong naglansang sa ilang Mesiyas sa krus, ug ang tulo ka kalit nga pag-atake sa Islam sa ikatulong kaalautan nagdala sa timaan sa “Kamatuoran.” Ang mensahe nga nagtimri sa usa ka gatus ug kap-atan ug upat ka libo nagatuman sa buluhaton sa pagtigom pag-usab sa ikaduhang higayon sa katawohan sa Dios sa kataposang mga adlaw mahitabo sulod sa usa ka yugto sa panahon sa dihang aktibo ang mga lihok sa Islam sa ikatulong kaalautan.</w:t>
      </w:r>
    </w:p>
    <w:p>
      <w:pPr>
        <w:pStyle w:val="ArticleBody"/>
        <w:jc w:val="left"/>
      </w:pPr>
      <w:r>
        <w:rPr>
          <w:rFonts w:ascii="Times New Roman" w:hAnsi="Times New Roman" w:eastAsia="Times New Roman" w:cs="Times New Roman"/>
        </w:rPr>
        <w:t>Ang propetikong yugto nga gihulagway ingon nga ang “ikaduhang pagpundok,” tin-aw nga nagaila sa piho nga mga propetikong yugto nga naglangkob sa tibuok kasaysayan sa “ikaduhang pagpundok.” Ang pagkanaog ni Cristo human sa Iyang pagkabanhaw maoy nagtimaan sa sinugdanan sa Iyang buluhaton sa pagpundok niadtong nangatag sa krus.</w:t>
      </w:r>
    </w:p>
    <w:p>
      <w:pPr>
        <w:pStyle w:val="ArticleScripture"/>
        <w:jc w:val="left"/>
      </w:pPr>
      <w:r>
        <w:rPr>
          <w:rFonts w:ascii="Times New Roman" w:hAnsi="Times New Roman" w:eastAsia="Times New Roman" w:cs="Times New Roman"/>
        </w:rPr>
        <w:t>Unya miingon si Jesus kanila, Kamong tanan mapukan tungod kanako niining gabhiona; kay nahisulat na, Sakiton ko ang magbalantay, ug ang mga karnero sa panon magakatibulaag. Mateo 26:31.</w:t>
      </w:r>
    </w:p>
    <w:p>
      <w:pPr>
        <w:pStyle w:val="ArticleBody"/>
        <w:jc w:val="left"/>
      </w:pPr>
      <w:r>
        <w:rPr>
          <w:rFonts w:ascii="Times New Roman" w:hAnsi="Times New Roman" w:eastAsia="Times New Roman" w:cs="Times New Roman"/>
        </w:rPr>
        <w:t>Human sa tulo ka adlaw diha sa lubnganan, si Cristo mikunsad ngadto sa mga tinun-an, nga nagpasiugda sa usa ka kap-atan ka adlaw nga yugto sa personal nga pagtulon-an, nga gisundan sa usa ka napulo ka adlaw nga yugto sa panaghiusa ug pag-ampo agig pagpangandam sa pagbuga sa Espiritu Santo nga walay sukod sa Pentecostes.</w:t>
      </w:r>
    </w:p>
    <w:p>
      <w:pPr>
        <w:pStyle w:val="ArticleScripture"/>
        <w:jc w:val="left"/>
      </w:pPr>
      <w:r>
        <w:rPr>
          <w:rFonts w:ascii="Times New Roman" w:hAnsi="Times New Roman" w:eastAsia="Times New Roman" w:cs="Times New Roman"/>
        </w:rPr>
        <w:t>Ang nahaunang sinulat akong gihimo, O Teofilo, mahitungod sa tanan nga gisugdan ni Jesus sa pagbuhat ug sa pagtudlo, hangtod sa adlaw nga siya gidala sa kahitas-an, tapos sa dihang pinaagi sa Espiritu Santo naghatag siya ug mga sugo ngadto sa mga apostoles nga iyang gipili: Kaniya usab iyang gipakita ang iyang kaugalingon nga buhi sa tapos sa iyang pag-antus pinaagi sa daghang dili malalis nga mga pagpamatuod, nga nakita nila sulod sa kap-atan ka adlaw, ug nagsulti mahitungod sa mga butang nga nahisakop sa gingharian sa Dios: Ug, sa dihang nagtigum siya uban kanila, nagsugo siya kanila nga dili mobiya sa Jerusalem, kondili maghulat sa saad sa Amahan, nga, miingon siya, inyong nadungog gikan kanako. Kay si Juan sa pagkatinuod nagbautismo sa tubig; apan kamo pagabautismohan sa Espiritu Santo dili na madugay gikan karon. Busa sa nagkatigum sila, nangutana sila kaniya, nga nagaingon, Ginoo, niining panahona ibalik mo ba pag-usab ang gingharian ngadto sa Israel? Ug siya miingon kanila, Dili alang kaninyo ang pagkahibalo sa mga panahon o sa mga takna, nga gibutang sa Amahan sa iyang kaugalingong kagahum. Apan makadawat kamo ug gahum, sa diha nga ang Espiritu Santo mokunsad kaninyo: ug mahimo kamo nga mga saksi kanako sa Jerusalem, ug sa tibuok Judea, ug sa Samaria, ug ngadto sa kinatumyan nga mga dapit sa yuta. Ug sa nakasulti na siya niini nga mga butang, samtang nagtan-aw sila, siya gisakgaw paingon sa itaas; ug usa ka panganod midawat kaniya gikan sa ilang panan-aw.... Ug sa hingpit na nga miabut ang adlaw sa Pentecostes, silang tanan nanagkahiusa sa usa ka dapit. Ug sa kalit dihay tingog gikan sa langit nga daw sa paghuros sa kusog nga hangin, ug napuno niini ang tibuok balay diin sila nanaglingkod. Mga Buhat 1:1–9, 2:1, 2.</w:t>
      </w:r>
    </w:p>
    <w:p>
      <w:pPr>
        <w:pStyle w:val="ArticleBody"/>
        <w:jc w:val="left"/>
      </w:pPr>
      <w:r>
        <w:rPr>
          <w:rFonts w:ascii="Times New Roman" w:hAnsi="Times New Roman" w:eastAsia="Times New Roman" w:cs="Times New Roman"/>
        </w:rPr>
        <w:t>Sulod sa kap-atan ka adlaw, nga gisundan sa napulo ka adlaw diin ang mga tinun-an kinahanglan “maghulat” alang sa saad sa Amahan, si Cristo nagatigom pag-usab sa Iyang mga tinun-an sa ikaduhang higayon. Ang panahon sa paghulat didto sa Jerusalem mao ang usa ka simbolo sa usa ka panahon sa paglangan, nga nagkauyon sa mga panahon sa paglangan sa Mateo 25 ug Habacuc 2. Ang tibuok nga yugto giila ni Cristo nga nagsugod sa buluhaton ni Elias, sa dihang si Juan nagabautismo, ug ang tibuok nga yugto natapos sa bautismo sa Espiritu Santo sa Pentecostes. Ang bautismo usa ka simbolo sa kamatayon, paglubong, ug pagkabanhaw, busa ang tunga-tungang timaan sa tibuok nga yugto mao ang krus, kay ang tibuok nga yugto nagadala sa timailhan sa “Kamatuoran”.</w:t>
      </w:r>
    </w:p>
    <w:p>
      <w:pPr>
        <w:pStyle w:val="ArticleBody"/>
        <w:jc w:val="left"/>
      </w:pPr>
      <w:r>
        <w:rPr>
          <w:rFonts w:ascii="Times New Roman" w:hAnsi="Times New Roman" w:eastAsia="Times New Roman" w:cs="Times New Roman"/>
        </w:rPr>
        <w:t>Ang tibuok nga yugto nagsugod sa bautismo ni Cristo pinaagi kang Juan, sa diha nga ang Espiritu Santo mikunsad diha sa dagway sa usa ka salampati. Unya nagsugod ang buluhaton sa pagtigom sa mga tinun-an nga mamahimong patukoranan sa Cristohanong templo. Sa katapusan niana nga yugto, gitigom ni Cristo pag-usab ang Iyang mga tinun-an, ug ang yugto sa ikaduhang pagtigom maoy pag-usab sa yugto sa unang pagtigom, kay gihulagway ni Cristo ang katapusan sa usa ka butang pinaagi sa sinugdanan niini.</w:t>
      </w:r>
    </w:p>
    <w:p>
      <w:pPr>
        <w:pStyle w:val="ArticleBody"/>
        <w:jc w:val="left"/>
      </w:pPr>
      <w:r>
        <w:rPr>
          <w:rFonts w:ascii="Times New Roman" w:hAnsi="Times New Roman" w:eastAsia="Times New Roman" w:cs="Times New Roman"/>
        </w:rPr>
        <w:t>Ang krus gihulagway nang daan pinaagi sa bautismo ni Cristo, ug ang duha ka hitabo nagsugod sa usa ka buluhaton sa pagtigom ug mga tinun-an. Ang timaan nga nagpaila sa sinugdanan ug sa katapusan nagrepresentar sa kamatayon, paglubong, ug pagkabanhaw. Human sa pagkabanhaw, kap-atan ka adlaw sa pagsulay didto sa kamingawan nagrepresentar sa kap-atan ka adlaw sa pagtulon-an human sa Iyang pagkanaog ngadto sa mga tinun-an. Ang duha ka kap-atan ka adlaw nagrepresentar sa usa ka pangunang kamatuoran nga gipahayag ni Jesus ingon nga, “Nahisulat na, Ang tawo mabuhi dili sa tinapay lamang, kondili sa matag pulong nga magagula gikan sa baba sa Dios.”</w:t>
      </w:r>
    </w:p>
    <w:p>
      <w:pPr>
        <w:pStyle w:val="ArticleBody"/>
        <w:jc w:val="left"/>
      </w:pPr>
      <w:r>
        <w:rPr>
          <w:rFonts w:ascii="Times New Roman" w:hAnsi="Times New Roman" w:eastAsia="Times New Roman" w:cs="Times New Roman"/>
        </w:rPr>
        <w:t>Niana niadtong panahona gibuksan ni Jesus ngadto sa mga tinun-an ang tanang gisaksihan sa mga propeta mahitungod kang Cristo, sa ingon giila kana nga yugto sa panahon ingon nga pag-abli sa Iyang Pulong nga propetiko.</w:t>
      </w:r>
    </w:p>
    <w:p>
      <w:pPr>
        <w:pStyle w:val="ArticleScripture"/>
        <w:jc w:val="left"/>
      </w:pPr>
      <w:r>
        <w:rPr>
          <w:rFonts w:ascii="Times New Roman" w:hAnsi="Times New Roman" w:eastAsia="Times New Roman" w:cs="Times New Roman"/>
        </w:rPr>
        <w:t>Ug ania karon, duha kanila miadto niadtong maong adlawa ngadto sa usa ka baryo nga ginganlan ug Emmaus, nga may gilay-on gikan sa Jerusalem nga mga kan-uman ka estadya. Ug sila naghisgot sa usag usa mahitungod niining tanang mga butanga nga nahitabo. Ug nahitabo nga, samtang sila nagpakig-estorya ug nagpalandong, si Jesus gayud miduol ug mikuyog kanila. Apan ang ilang mga mata gipugngan aron dili nila Siya maila.... Unya Siya miingon kanila, O mga buang, ug mahinay ug kasingkasing sa pagtuo sa tanan nga gisulti sa mga propeta: Dili ba kinahanglan nga si Cristo magaantus niining mga butanga, ug mosulod ngadto sa Iyang himaya? Ug sugod kang Moises ug sa tanang mga propeta, Iyang gipatin-aw kanila sa tanang Kasulatan ang mga butang mahitungod sa Iyang kaugalingon. Ug sila nagkaduol sa baryo nga ilang padulngan: ug Siya nagpakaaron-ingnon nga mopadayon pa unta Siya sa paglakaw. Apan ilang gihangyo Siya pag-ayo, nga nagaingon, Pabilin uban kanamo: kay padulong na sa kagabhion, ug daku na ang pagkahilis sa adlaw. Ug Siya misulod aron mopuyo uban kanila. Ug nahitabo nga, sa nanlingkod Siya sa pagpangaon uban kanila, mikuha Siya ug tinapay, ug gipanalanginan kini, ug gipikas, ug gihatag kanila. Ug ang ilang mga mata naablihan, ug ila Siyang naila; ug Siya nawala gikan sa ilang atubangan. Lucas 24:13–16, 26–31.</w:t>
      </w:r>
    </w:p>
    <w:p>
      <w:pPr>
        <w:pStyle w:val="ArticleBody"/>
        <w:jc w:val="left"/>
      </w:pPr>
      <w:r>
        <w:rPr>
          <w:rFonts w:ascii="Times New Roman" w:hAnsi="Times New Roman" w:eastAsia="Times New Roman" w:cs="Times New Roman"/>
        </w:rPr>
        <w:t>Nagpabilin si Cristo uban sa mga tinun-an nga wala makaila kon kinsa Siya, hangtod nga gibuksan Niya ang ilang mga mata, “ug nagsugod kang Moises ug sa tanang mga manalagna, Iyang gipatin-aw kanila diha sa tanang kasulatan ang mga butang mahitungod sa Iyang kaugalingon.” Ang ilang mga mata nabuksan sa dihang gihatagan sila ug “tinapay” aron kan-on. Human sa kap-atan ka adlaw si Cristo mikayab ngadto sa langit, ug “nahanaw gikan sa ilang panan-aw,” maingon sa Iyang gibuhat sa mga tinun-an sa Emaus sa sinugdanan sa kap-atan ka adlaw sa pagpahimangno. Unya gisugdan nila ang napulo ka adlaw nga pagpangandam alang sa Pentecostes, nga nagalarawan sa haduol nang umalabot nga balaod sa Domingo.</w:t>
      </w:r>
    </w:p>
    <w:p>
      <w:pPr>
        <w:pStyle w:val="ArticleBody"/>
        <w:jc w:val="left"/>
      </w:pPr>
      <w:r>
        <w:rPr>
          <w:rFonts w:ascii="Times New Roman" w:hAnsi="Times New Roman" w:eastAsia="Times New Roman" w:cs="Times New Roman"/>
        </w:rPr>
        <w:t>Sa dakong linog nga mao ang balaod sa Domingo, ang ikatulong kaalautan sa Islam moabot sa madali, ug ang Islam mao ang “mabaskog” nga “hangin sa sidlakan” ni Isaias, nga mao ang gininhawa ni Ezequiel nga nagagikan sa upat ka hangin ni Juan nga ginapugngan sa panahon sa pagtimri sa usa ka gatus ug kap-atan ug upat ka libo.</w:t>
      </w:r>
    </w:p>
    <w:p>
      <w:pPr>
        <w:pStyle w:val="ArticleBody"/>
        <w:jc w:val="left"/>
      </w:pPr>
      <w:r>
        <w:rPr>
          <w:rFonts w:ascii="Times New Roman" w:hAnsi="Times New Roman" w:eastAsia="Times New Roman" w:cs="Times New Roman"/>
        </w:rPr>
        <w:t>Sa higayon nga ang usa ka gatus ug kap-atan ug upat ka libo natimrihan na, unya ang upat ka hangin pagabuhian, ug “sa kalit miabut ang usa ka tingog gikan sa langit, ingon sa usa ka makusog nga nagdali nga hangin, ug napuno niini ang tibook balay.” Ang Islam sa ikatulong alaut mosulong “sa kalit” ug sa wala damha, ug magpatungha sa “tingog gikan sa langit” nga mao ang ikapitong trumpeta, nga nagaila kon kanus-a mahuman ang tinago sa Dios; ug ang tinago sa Dios mahuman alang sa usa ka gatus ug kap-atan ug upat ka libo sa dihang ang Pagkadios (ang pagbubo sa Balaang Espiritu) sa walay katapusan mahiusa sa pagkatawo, ug ang Ginoo sa kalit moanhi sa Iyang templo (ang balay diin nanagtigum ang mga tinun-an) ug mosulod sa pakigsaad uban sa usa ka gatus ug kap-atan ug upat ka libo.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Ginoo buot nga mosaka kita ngadto sa bukid,—mas direkta gayud ngadto sa iyang presensya. Nagakahiduol kita sa usa ka krisis nga, labaw pa kay sa bisan unsang nangaging panahon sukad sa sinugdanan sa kalibutan, magkinahanglan sa bug-os nga paghalad sa matag-usa nga nagasulti sa ngalan ni Cristo.</w:t>
      </w:r>
    </w:p>
    <w:p>
      <w:pPr>
        <w:pStyle w:val="ArticleScripture"/>
        <w:jc w:val="left"/>
      </w:pPr>
      <w:r>
        <w:rPr>
          <w:rFonts w:ascii="Times New Roman" w:hAnsi="Times New Roman" w:eastAsia="Times New Roman" w:cs="Times New Roman"/>
        </w:rPr>
        <w:t>“Ang usa ka pagpabuhi pag-usab sa tinuod nga pagkadiosnon diha kanato mao ang labing daku ug labing dinaliang sa tanan natong mga panginahanglan. Kinahanglan nga maangkon nato ang balaang pagdihog gikan sa Dios, ang bautismo sa Iyang Espiritu; kay kini mao lamang ang usa ka epektibong ahente sa pagpakatap sa balaang kamatuoran. Ang Espiritu sa Dios mao ang nagapabuhi sa walay kinabuhing mga gahum sa kalag aron sa pagpasidungog sa langitnong mga butang, ug nagadani sa mga pagbati ngadto sa Dios ug sa kamatuoran.</w:t>
      </w:r>
    </w:p>
    <w:p>
      <w:pPr>
        <w:pStyle w:val="ArticleScripture"/>
        <w:jc w:val="left"/>
      </w:pPr>
      <w:r>
        <w:rPr>
          <w:rFonts w:ascii="Times New Roman" w:hAnsi="Times New Roman" w:eastAsia="Times New Roman" w:cs="Times New Roman"/>
        </w:rPr>
        <w:t>“Usa ka pribilehiyo alang kanato ang pagdawat sa pulong sa Dios sumala gayod sa iyang giingon. Sa diha nga si Jesus hapit na mobiya sa iyang mga tinun-an, aron mokayab ngadto sa langit, iyang gisugo sila sa pagdala sa mensahe sa maayong balita ngadto sa tanang mga nasud, mga pinulongan, ug mga katawohan. Gisultihan niya sila sa pagpabilin sa Jerusalem hangtod nga sila pagatamnan ug gahum gikan sa kahitas-an. Kini mahinungdanon alang sa ilang kalamposan. Ang balaang pagdihog kinahanglan nga mokunsad sa mga alagad sa Dios. Ang tanan nga hingpit nga nailhan ingon nga mga tinun-an ni Cristo ug nakig-uban sa mga apostoles ingon nga mga magwawali sa ebanghelyo, nagtigum sa Jerusalem. Ilang gisalikway ang tanang kalainan. Nagpadayon sila nga nagkahiusa sa pag-ampo ug pagpakilooy, aron ilang madawat ang katumanan sa saad sa Espiritu Santo; kay sila magawali man sa maayong balita pinaagi sa pagpadayag sa Espiritu ug sa gahum sa Dios. Kadto maoy panahon sa dakong kapeligrohan alang sa mga sumusunod ni Cristo. Sama sila sa mga karnero nga anaa sa taliwala sa mga lobo, apan sila maisugon, tungod kay si Cristo nabanhaw gikan sa mga patay, ug nagpadayag sa iyang kaugalingon ngadto kanila, ug nagsaad kanila ug usa ka pinasahi nga panalangin nga magapahimo kanila sa paggula aron sa pagwali sa iyang ebanghelyo ngadto sa kalibotan. Naghulat sila nga may pagpaabut sa katumanan sa iyang saad, ug nagaampo uban sa pinasahi nga kainiton.”</w:t>
      </w:r>
    </w:p>
    <w:p>
      <w:pPr>
        <w:pStyle w:val="ArticleScripture"/>
        <w:jc w:val="left"/>
      </w:pPr>
      <w:r>
        <w:rPr>
          <w:rFonts w:ascii="Times New Roman" w:hAnsi="Times New Roman" w:eastAsia="Times New Roman" w:cs="Times New Roman"/>
        </w:rPr>
        <w:t>“Mao kini gayud ang tukmang dalan nga angay sundon niadtong nagahimo ug bahin sa buluhaton sa pagmantala sa pag-abot sa Ginoo diha sa mga panganod sa langit; kay ang usa ka katawhan kinahanglan pag-andamon aron makatindog sa dakong adlaw sa Dios. Bisan tuod gihatag ni Cristo ngadto sa iyang mga tinun-an ang saad nga sila makadawat sa Balaang Espiritu, wala niini wagtanga ang kinahanglanon sa pag-ampo. Misalig pa gani sila sa pag-ampo sa labi pang mainiton; nagpadayon sila sa pag-ampo nga nagkahiusa. Kadtong mga nagapamuhat karon diha sa balaan nga buluhaton sa pag-andam sa usa ka katawhan alang sa pag-abot sa Ginoo, kinahanglan usab magpadayon sa pag-ampo. Ang unang mga tinun-an nagkahiusa. Wala silay mga pagbanabana, walay mapang-usisang teyoriya nga ipauswag mahitungod sa paagi sa pag-abot sa gisaad nga panalangin. Usa sila sa pagtuo ug sa espiritu. Nagkasinabtanay sila.”</w:t>
      </w:r>
    </w:p>
    <w:p>
      <w:pPr>
        <w:pStyle w:val="ArticleScripture"/>
        <w:jc w:val="left"/>
      </w:pPr>
      <w:r>
        <w:rPr>
          <w:rFonts w:ascii="Times New Roman" w:hAnsi="Times New Roman" w:eastAsia="Times New Roman" w:cs="Times New Roman"/>
        </w:rPr>
        <w:t>“Isalikway ang tanang pagduhaduha. Isalikway ang inyong mga kahadlok, angkonon ninyo ang kasinatian nga nabatonan ni Pablo sa dihang miingon siya, ‘I am crucified with Christ: nevertheless I live; yet not I, but Christ liveth in me: and the life which I now live in the flesh I live by the faith of the Son of God, who loved me, and gave himself for me.’ [Galatians 2:20.] Itugyan ang tanan kang Cristo, ug himoa nga ang inyong kinabuhi matago uban kang Cristo diha sa Dios. Unya mahimo kamo nga usa ka gahum alang sa kaayohan. Ang usa magapahawa sa usa ka libo, ug ang duha magapalagiw sa napulo ka libo.”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Gatos ug Kasiyam ug Siyam</dc:title>
  <dc:subject>Pagkahanaw sa Politika ug Propetikong Padulngan: Ang Katapusan sa mga Partidong Demokratiko ug Republikano sa Konteksto sa Biblikanhong Tagna</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