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Trenta’y Siyete</w:t>
      </w:r>
    </w:p>
    <w:p>
      <w:pPr>
        <w:pStyle w:val="ArticleSubtitle"/>
        <w:jc w:val="left"/>
      </w:pPr>
      <w:r>
        <w:rPr>
          <w:rFonts w:ascii="Arial" w:hAnsi="Arial" w:eastAsia="Arial" w:cs="Arial"/>
        </w:rPr>
        <w:t>Pagpasig-uli sa Orihinal nga mga Kamatuoran: Pagbukas sa Damgo ni William Miller ug sa Propetikanhong Pagkabanhaw Pag-usab sa Ulahing mga Adlaw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Ang damgo ni William Miller gibutang sulod sa basahon nga Early Writings, ug busa ilalom sa mao rang profetikong pag-analisa ug pag-aplikar nga gikinahanglan matuman sa usa ka estudyante nga nagtinguha sa hustong pagbahinbahin sa Pulong sa kamatuoran. Ang damgo gipresentar na sa daghang higayon sulod sa mga katuigan pinaagi sa Future for America, apan dinhi among gibutang kini sa pagtuon sa “pagdugang sa kahibalo,” nga gibuksan sa “panahon sa katapusan” niadtong 1798. Ang damgo naghisgot sa kasaysayan sa mensahe nga nagrepresentar sa kahibalo nga gidungagan. Kini naghulagway sa usa ka sumpay tali sa mga kalihukan sa mga mensahe sa una ug ikatulong manulonda.</w:t>
      </w:r>
    </w:p>
    <w:p>
      <w:pPr>
        <w:pStyle w:val="ArticleBody"/>
        <w:jc w:val="left"/>
      </w:pPr>
      <w:r>
        <w:rPr>
          <w:rFonts w:ascii="Times New Roman" w:hAnsi="Times New Roman" w:eastAsia="Times New Roman" w:cs="Times New Roman"/>
        </w:rPr>
        <w:t>Ang damgo ni William Miller nagaila sa iyang buluhaton, ug ang iyang buluhaton gisimbolohan pinaagi sa buluhaton ni Moises sa sinugdanan sa karaang Israel. Ang katumanan sa damgo ni Miller sa kaulahiang mga adlaw gisimbolohan pinaagi sa buluhaton ni Cristo sa kaulahiang mga adlaw sa karaang Israel. Ang buluhaton nga gituman ni Cristo sa katapusan sa karaang Israel nagrepresentar sa buluhaton nga gituman ni Cristo sa kaulahiang mga adlaw sa espirituwal nga Israel. Sa damgo ni Miller, ang buluhaton nga matuman sa kaulahiang mga adlaw girepresentar ingon nga pagabuhaton sa “Dirt Brush Man”. Mahinungdanon kaayo ang pag-ila sa damgo ni Miller ingon nga usa ka panagna sa katumanan sa Midnight Cry sa kaulahiang mga adlaw. Mahinungdanon usab ang pag-ila nga ang buluhaton ni Cristo alang sa karaang Israel sa ilang kaulahiang mga adlaw nagsimbolo sa buluhaton sa “Dirt Brush Man” sa damgo ni Miller.</w:t>
      </w:r>
    </w:p>
    <w:p>
      <w:pPr>
        <w:pStyle w:val="ArticleBody"/>
        <w:jc w:val="left"/>
      </w:pPr>
      <w:r>
        <w:rPr>
          <w:rFonts w:ascii="Times New Roman" w:hAnsi="Times New Roman" w:eastAsia="Times New Roman" w:cs="Times New Roman"/>
        </w:rPr>
        <w:t>Usa ka bahin sa buluhaton ni Cristo nga mahinungdanon nga timan-an mao nga wala lamang Niya buksan ang mga kamatuoran nga gilubong sukad pa sa panahon ni Moises, kondili sa samang higayon gipadaku usab ni Cristo ang maong orihinal nga mga kamatuoran. Sa pagbuhat niini, Iyang gipahimutang ang usa ka panig-ingnan nga sa dihang ang katawhan sa Dios motuman sa damgo ni Miller sa katapusang mga adlaw, ang mga kamatuoran nga napalig-on pinaagi sa buluhaton ni Miller pagapalapdan labaw pa sa ilang orihinal nga pagsabot.</w:t>
      </w:r>
    </w:p>
    <w:p>
      <w:pPr>
        <w:pStyle w:val="ArticleScripture"/>
        <w:jc w:val="left"/>
      </w:pPr>
      <w:r>
        <w:rPr>
          <w:rFonts w:ascii="Times New Roman" w:hAnsi="Times New Roman" w:eastAsia="Times New Roman" w:cs="Times New Roman"/>
        </w:rPr>
        <w:t>“Sa panahon sa Manluluwas, ang mga Judio nakatabon pag-ayo sa mga bililhong mutya sa kamatuoran pinaagi sa hugawng salin sa tradisyon ug sugilanon, mao nga nahimong imposible ang pag-ila sa tinuod gikan sa bakak. Ang Manluluwas mianhi aron wagtangon ang hugawng salin sa patuotuo ug sa dugay nang gihagkan nga mga kasaypanan, ug ibutang ang mga mutya sa pulong sa Dios sulod sa balangkas sa kamatuoran. Unsay buhaton sa Manluluwas kon moanhi siya kanato karon maingon sa iyang pag-anhi ngadto sa mga Judio? Kinahanglan unta siyang mohimo sa susamang buluhaton sa pagpanghipos sa hugawng salin sa tradisyon ug seremonya. Ang mga Judio nasamok pag-ayo sa dihang iyang gihimo kini nga buluhaton. Nawala kanila ang panan-aw sa sinugdanang kamatuoran sa Dios, apan gipadayag kini pag-usab ni Cristo. Atong buluhaton ang pagluwas sa mga bililhong kamatuoran sa Dios gikan sa patuotuo ug sayop. Pagkadaku sa buluhaton nga gitugyan kanato diha sa ebanghelyo!” Review and Herald, Hunyo 4, 1889.</w:t>
      </w:r>
    </w:p>
    <w:p>
      <w:pPr>
        <w:pStyle w:val="ArticleBody"/>
        <w:jc w:val="left"/>
      </w:pPr>
      <w:r>
        <w:rPr>
          <w:rFonts w:ascii="Times New Roman" w:hAnsi="Times New Roman" w:eastAsia="Times New Roman" w:cs="Times New Roman"/>
        </w:rPr>
        <w:t>Karon ang tawo nga nagkupkop sa hugaw nga brush (si Cristo) nagatuman “sa susamang buluhaton sa paghinlo sa mga tapok sa tradisyon ug seremonya” maingon sa gituman sa Leon sa banay ni Juda (si Cristo) sa panahon sa mga Judio. Sa damgo ni Miller, ang mahalong mga mutya sa kamatuoran nga hingpit nga nahan-ay sulod sa kahon sa Pulong sa Dios, natabonan sa mga tapok ug sa peke nga mga mutya. Kadto nga mga mutya pagagawason gikan sa mga tapok ug ibalik ngadto sa mas dako nga kahon sa Pulong sa Dios sa panahon sa Pagsinggit sa Tunga sa Gabii sa ulahing mga adlaw, kay sa dihang mitan-aw si Miller sa napasig-uli nga mga mutya sulod sa mas dako nga kahon siya “misinggit tungod sa hilabihang kalipay, ug kadtong singgit maoy nagpukaw” kaniya. Ang damgo ni Miller nahitabo niadtong 1847, tulo ka tuig human sa Pagsinggit sa Tunga sa Gabii sa unang manulonda, busa ang iyang pagmata diha sa damgo mao ang Pagsinggit sa Tunga sa Gabii sa ulahing mga adlaw. Kana nga Pagsinggit sa Tunga sa Gabii ginamantala sa duha ka mga saksi nga gipatay sa mananap nga misaka gikan sa bung-aw nga walay kinutoban, ug nangahigda nga patay sa dalan sulod sa tulo ug tunga ka adlaw, hangtod nga gitigum sila pag-usa ug dayon gihatagan ug kinabuhi didto sa walog sa patay nga uga nga mga bukog ug unya gipataas ingon nga usa ka bandila. Ang damgo ni Miller natuman nianang dalana, ug sa mao usab nga walog nga iyang giila nga “iyang lawak”.</w:t>
      </w:r>
    </w:p>
    <w:p>
      <w:pPr>
        <w:pStyle w:val="ArticleBody"/>
        <w:jc w:val="left"/>
      </w:pPr>
      <w:r>
        <w:rPr>
          <w:rFonts w:ascii="Times New Roman" w:hAnsi="Times New Roman" w:eastAsia="Times New Roman" w:cs="Times New Roman"/>
        </w:rPr>
        <w:t>Sa kasaysayan sa mga Millerite, si Miller gigamit sa Ginoo aron ipahimutang ang orihinal nga mga kamatuoran sa Adventismo, apan ang iyang damgo nagpaila nga sa paglabay sa panahon kana nga mga kamatuoran ilubong. Kining panghitabo sa paghinlo ug pagtangtang sa mga hugaw sa tradisyon ug kostumbre mao ang gihimo ni Cristo sa katapusan sa karaang Israel, ug sa pagbuhat niana iyang gitipohan ang katapusang katumanan sa damgo ni William Miller.</w:t>
      </w:r>
    </w:p>
    <w:p>
      <w:pPr>
        <w:pStyle w:val="ArticleBody"/>
        <w:jc w:val="left"/>
      </w:pPr>
      <w:r>
        <w:rPr>
          <w:rFonts w:ascii="Times New Roman" w:hAnsi="Times New Roman" w:eastAsia="Times New Roman" w:cs="Times New Roman"/>
        </w:rPr>
        <w:t>Ang mga Judio nawad-an sa pagtan-aw sa “ang orihinal nga kamatuoran sa Dios, apan si Cristo nagdala niini pag-usab ngadto sa panan-aw,” ug giila ang Iyang buluhaton ingon nga “atong buluhaton.” Ang atong buluhaton mao ang “pagpagawas sa bililhon nga mga kamatuoran sa Dios gikan sa patuotuo ug kasaypanan.” Ang damgo ni William Miller nagtimaan sa pagkadiskobre, pagpahayag ug pagsalikway, ug pagpasig-uli sa orihinal nga mga kamatuoran. Aron matuman ang buluhaton sa pagpasig-uli, gibutang ni Cristo ang kamatuoran ngadto sa “ang gambalay sa kamatuoran.” Ang “gambalay sa kamatuoran” alang kang William Miller mao ang iyang pagsabot sa duha ka makapahimong biniyaan nga mga gahum sa paganismo ug papalismo. Sa kataposang mga adlaw ang “gambalay sa kamatuoran” mao ang tulo ka makapahimong biniyaan nga mga gahum sa dragon, sa mananap, ug sa mini nga propeta.</w:t>
      </w:r>
    </w:p>
    <w:p>
      <w:pPr>
        <w:pStyle w:val="ArticleScripture"/>
        <w:jc w:val="left"/>
      </w:pPr>
      <w:r>
        <w:rPr>
          <w:rFonts w:ascii="Times New Roman" w:hAnsi="Times New Roman" w:eastAsia="Times New Roman" w:cs="Times New Roman"/>
        </w:rPr>
        <w:t>“Sa dihang mianhi si Cristo sa kalibotan aron ipakita ang tinuod nga relihiyon, ug sa pagbayaw sa mga prinsipyo nga kinahanglan magdumala sa mga kasingkasing ug mga binuhatan sa mga tawo, ang kabakakan nakagamot na pag-ayo diha niadtong nakadawat ug dakong kahayag, mao nga wala na nila masabti ang kahayag, ug wala silay tinguha nga biyaan ang tradisyon alang sa kamatuoran. Ilang gisalikway ang langitnong Magtutudlo, ilang gilansang sa krus ang Ginoo sa himaya, aron ilang mapadayon ang ilang kaugalingong mga nabatasan ug mga binuhat sa hunahuna. Ang mao gayod nga espiritu makita sa kalibotan karon. Ang mga tawo dili buot mosusi sa kamatuoran, basin unya mabalda ang ilang mga tradisyon, ug mapasulod ang usa ka bag-ong kahimtang sa mga butang. Anaa sa katawhan ang kanunay nga pagkahilig sa kasaypanan, ug ang mga tawo sa kinaiya dali ra kaayo sa pagpasidungog pag-ayo sa tawhanong mga ideya ug kahibalo, samtang ang diosnon ug walay kataposan dili maila ni mapasidunggi.” Counsels on Sabbath School Work, 47.</w:t>
      </w:r>
    </w:p>
    <w:p>
      <w:pPr>
        <w:pStyle w:val="ArticleBody"/>
        <w:jc w:val="left"/>
      </w:pPr>
      <w:r>
        <w:rPr>
          <w:rFonts w:ascii="Times New Roman" w:hAnsi="Times New Roman" w:eastAsia="Times New Roman" w:cs="Times New Roman"/>
        </w:rPr>
        <w:t>Kon si Cristo moanhi sa kalibotan karon, Iyang makita “ang mao gayud nga espiritu” sa pagbayaw sa tawhanong mga hunahuna ug kahibalo, nga mipuli sa tradisyon sa dapit sa kamatuoran. Diha sa damgo ni Miller, sa ulahing mga adlaw, si Cristo moanhi ingon nga tawo nga may silhig sa abog aron tumanon ang maong samang buhat. Sa dihang matuman na ang Iyang buluhaton ingon nga tawo nga may silhig sa abog, ang orihinal nga mga mutya modan-ag ug napulo ka pilo nga mas labaw pa kaysa adlaw, samtang ang duha ka mga saksi, nga girepresentahan ni Miller, mahigmata sa singgit sa makusog nga pagtu-aw.</w:t>
      </w:r>
    </w:p>
    <w:p>
      <w:pPr>
        <w:pStyle w:val="ArticleBody"/>
        <w:jc w:val="left"/>
      </w:pPr>
      <w:r>
        <w:rPr>
          <w:rFonts w:ascii="Times New Roman" w:hAnsi="Times New Roman" w:eastAsia="Times New Roman" w:cs="Times New Roman"/>
        </w:rPr>
        <w:t>Ang gambalay sa kamatuoran nga gihatag kang Miller mao ang propetikong estruktura sa duha ka mga gahum nga nagapadala ug kalaglagan, ug ang gambalay sa kamatuoran nga gihatag sa Future for America mao ang propetikong estruktura sa tulo ka mga gahum nga nagapadala ug kalaglagan. Ang “yawi” nga gitaod sa kahon mao ang piho nga metodolohiya nga nabuksan ug gihatag kang Miller, ug sa ulahi ngadto sa Future for America.</w:t>
      </w:r>
    </w:p>
    <w:p>
      <w:pPr>
        <w:pStyle w:val="ArticleScripture"/>
        <w:jc w:val="left"/>
      </w:pPr>
      <w:r>
        <w:rPr>
          <w:rFonts w:ascii="Times New Roman" w:hAnsi="Times New Roman" w:eastAsia="Times New Roman" w:cs="Times New Roman"/>
        </w:rPr>
        <w:t>“Ang yawi sa kahibalo sa mga adlaw ni Cristo gikuha na niadtong mga angay unta nga nagkupot niini aron mabuksan ang tipiganan sa bahandi sa kaalam diha sa mga Kasulatan sa Daang Tugon. Ang mga rabbi ug mga magtutudlo sa pagkatinuod nagsira sa gingharian sa langit alang sa mga kabus ug sa mga sinalikway, ug gipasagdan sila nga mangahanaw. Sa Iyang mga pakigpulong si Cristo wala magbutang ug daghang mga butang sa ilang atubangan sa usa ka higayon, aron dili malibog ang ilang mga hunahuna. Iyang gihimo nga matin-aw ug tin-aw nga lahi ang matag punto. Wala Niya tamaya ang pag-usab sa karaan ug pamilyar nga mga kamatuoran diha sa mga tagna kon kini makaalagad sa Iyang katuyoan sa pagpasilsil sa mga hunahuna.”</w:t>
      </w:r>
    </w:p>
    <w:p>
      <w:pPr>
        <w:pStyle w:val="ArticleScripture"/>
        <w:jc w:val="left"/>
      </w:pPr>
      <w:r>
        <w:rPr>
          <w:rFonts w:ascii="Times New Roman" w:hAnsi="Times New Roman" w:eastAsia="Times New Roman" w:cs="Times New Roman"/>
        </w:rPr>
        <w:t>“Si Cristo mao ang gigikanan sa tanang karaang mutya sa kamatuoran. Pinaagi sa buhat sa kaaway, kining mga kamatuorana napahilayo sa ilang dapit. Naputol sila gikan sa ilang tinuod nga kahimtang, ug gibutang sulod sa balangkas sa sayop. Ang buhat ni Cristo mao ang pagpahiangay pag-usab ug pagpatukod sa bililhong mga mutya diha sa balangkas sa kamatuoran. Ang mga prinsipyo sa kamatuoran nga Iyang gihatag aron pagapanalanginan ang kalibotan, pinaagi sa paglihok ni Satanas, gilubong ug daw nahimong hingpit nang napuo. Giluwas sila ni Cristo gikan sa mga guba sa sayop, gihatagan sila ug bag-o, mabuhiong kusog, ug gimandoan sila sa pagsidlak ingon nga bililhong mga mutya, ug sa pagbarog nga malig-on sa walay kataposan.</w:t>
      </w:r>
    </w:p>
    <w:p>
      <w:pPr>
        <w:pStyle w:val="ArticleScripture"/>
        <w:jc w:val="left"/>
      </w:pPr>
      <w:r>
        <w:rPr>
          <w:rFonts w:ascii="Times New Roman" w:hAnsi="Times New Roman" w:eastAsia="Times New Roman" w:cs="Times New Roman"/>
        </w:rPr>
        <w:t>“Si Cristo gayud makahimo sa paggamit niining tanan nga karaang mga kamatuoran nga walay pagpanghulam bisan sa labing gamayng tipik, kay Siya maoy nagmugna kanilang tanan. Iyang gisilsil kini sa mga hunahuna ug mga pangisip sa matag kaliwatan, ug sa dihang mianhi Siya sa atong kalibutan Iyang giusab ang kahikayan ug gihatagan ug kinabuhi ang mga kamatuoran nga nangamatay na, nga naghimo kanila nga labi pang mabaskogon alang sa kaayohan sa umaabot nga mga kaliwatan. Si Jesu-Cristo mao ang may gahum sa pagluwas sa mga kamatuoran gikan sa mga hugawng tapok, ug sa paghatag kanila pag-usab sa kalibutan uban sa labaw pa kay sa ilang orihinal nga kabag-o ug gahum.” Manuscript Releases, bolyum 13, 240, 241.</w:t>
      </w:r>
    </w:p>
    <w:p>
      <w:pPr>
        <w:pStyle w:val="ArticleBody"/>
        <w:jc w:val="left"/>
      </w:pPr>
      <w:r>
        <w:rPr>
          <w:rFonts w:ascii="Times New Roman" w:hAnsi="Times New Roman" w:eastAsia="Times New Roman" w:cs="Times New Roman"/>
        </w:rPr>
        <w:t>Makaiikag nga timan-an sa ulahing pahayag nga ang yawi nga gigamit ni Cristo sa katapusan sa karaang Israel mao ang pag-abli sa Daang Tugon. Ang yawi sa pamaagi ni Miller maoy nakaabli sa baol sa Daang ug Bag-ong mga Tugon, apan sa kaulahiang mga adlaw, sa pagtapos sa iyang damgo, mas dako na ang baol. Ang yawi sa pamaagi sa kaulahiang mga adlaw nag-abli dili lamang sa Daang ug Bag-ong mga Tugon, kondili usab sa Espiritu sa Tagna. Ang pagtangtang sa patik sa Pinadayag ni Jesu-Cristo, sa dili pa ang pagtapos sa panahon sa pagsulay, ginatuman pinaagi sa Leon sa banay ni Juda, nga sa damgo ni Miller gihulagway ingon nga tawo nga may brush sa abog. Gipaila ni Sister White nga ang buluhaton sa tawo nga may brush sa abog mahitabo sa dili pa ang pagtapos sa panahon sa pagsulay.</w:t>
      </w:r>
    </w:p>
    <w:p>
      <w:pPr>
        <w:pStyle w:val="ArticleScripture"/>
        <w:jc w:val="left"/>
      </w:pPr>
      <w:r>
        <w:rPr>
          <w:rFonts w:ascii="Times New Roman" w:hAnsi="Times New Roman" w:eastAsia="Times New Roman" w:cs="Times New Roman"/>
        </w:rPr>
        <w:t>“Gihatagan ako sa Ginoo ug usa ka panan-aw niadtong Enero 26, nga akong isugilon. Nakita ko nga ang uban sa katawohan sa Dios mga walay pagtagad ug natulog sa espiritu; ug tunga lamang nga nakamata, ug wala makaila sa panahon nga atong gikabuhian karon; ug nga ang ‘tawo’ nga adunay ‘brush nga panilhig sa hugaw’ misulod na, ug nga ang uban anaa sa kakuyaw nga mapalid. Nagpakilooy ako kang Jesus nga luwason sila, nga kaloy-an sila ug padugayon pa sila ug diyutay, ug tugotan sila nga makita ang ilang makalilisang nga katalagman, aron sila maandam sa dili pa ulahi na sa walay katapusan. Miingon ang manulonda, ‘Ang pagkalaglag moabot sama sa usa ka makusog nga alimpulos.’ Nagpakilooy ako sa manulonda nga malooy ug luwason kadtong nahigugma niining kalibutana, ug nahigot sa ilang mga katigayonan, ug dili andam nga mobulag niini, ug ihalad kini aron mapadali ang mga mensahero sa ilang panaw sa pagpakaon sa gigutom nga mga karnero, nga nangamatay tungod sa kakulang sa espirituhanong pagkaon.”</w:t>
      </w:r>
    </w:p>
    <w:p>
      <w:pPr>
        <w:pStyle w:val="ArticleScripture"/>
        <w:jc w:val="left"/>
      </w:pPr>
      <w:r>
        <w:rPr>
          <w:rFonts w:ascii="Times New Roman" w:hAnsi="Times New Roman" w:eastAsia="Times New Roman" w:cs="Times New Roman"/>
        </w:rPr>
        <w:t>“Samtang akong nakita ang mga kabus nga kalag nga nangamatay tungod sa kakulang sa kamatuoran sa karon nga panahon, ug ang uban nga nagaangkon nga motuo sa kamatuoran nagapasagdan kanila nga mangamatay pinaagi sa pagpugong sa gikinahanglang mga paagi aron mapadayon ang buluhaton sa Dios, ang maong talan-awon hilabihan ka masakit, ug nangamuyo ako sa manulonda nga kuhaon kini gikan kanako. Nakita ko nga sa dihang ang buluhaton sa Dios nanginahanglan ug bahin sa ilang kabtangan, sama sa batan-ong tawo nga miduol kang Jesus, [Matthew 19:16–22.] sila mipahawa nga masulob-on; ug nga sa dili madugay ang nag-awas nga hampak molabay ibabaw kanila ug pagatangtangon ang tanan nilang mga kabtangan, ug unya ulahi na kaayo ang paghalad sa yutan-ong mga bahandi, ug ang pagtigum ug bahandi didto sa langit.” Review and Herald, Abril 1, 1850.</w:t>
      </w:r>
    </w:p>
    <w:p>
      <w:pPr>
        <w:pStyle w:val="ArticleBody"/>
        <w:jc w:val="left"/>
      </w:pPr>
      <w:r>
        <w:rPr>
          <w:rFonts w:ascii="Times New Roman" w:hAnsi="Times New Roman" w:eastAsia="Times New Roman" w:cs="Times New Roman"/>
        </w:rPr>
        <w:t>Ang “nag-awas nga hampak” maoy usa ka simbolo sa hapit na moabot nga balaod sa Domingo, ug ang buluhaton sa tawo nga may sipilyo sa hugaw sa damgo ni Miller mahitabo diha-diha sa dili pa mosira ang panahon sa pagsulay. Sa dihang iya nang nahinloan ang lawak, dayon iyang ihulog pagbalik ang mga mutya ngadto sa mas dako nga kahon, ug unya sila modan-ag nga napulo ka pilo nga mas hayag pa kay sa adlaw. Si Daniel ug ang tulo ka takus nga lalaki hingkaplagan nga napulo ka pilo nga mas maayo kay sa uban.</w:t>
      </w:r>
    </w:p>
    <w:p>
      <w:pPr>
        <w:pStyle w:val="ArticleScripture"/>
        <w:jc w:val="left"/>
      </w:pPr>
      <w:r>
        <w:rPr>
          <w:rFonts w:ascii="Times New Roman" w:hAnsi="Times New Roman" w:eastAsia="Times New Roman" w:cs="Times New Roman"/>
        </w:rPr>
        <w:t>Karon sa katapusan sa mga adlaw nga giingon sa hari nga ipadala sila sa iyang atubangan, gidala sila sa pangulo sa mga eunuko sa atubangan ni Nabucodonosor. Ug ang hari nakigsulti kanila; ug sa ilang tanan walay hingkaplagan nga sama nila kang Daniel, Hananiah, Mishael, ug Azariah: busa mitindog sila sa atubangan sa hari. Ug sa tanang butang mahitungod sa kaalam ug pagsabot nga gipangutana sa hari kanila, iyang hingkaplagan sila nga napulo ka pilo nga labing maayo kay sa tanang mga salamangkero ug mga astrologo nga didto sa tibuok niyang gingharian. Daniel 1:18–20.</w:t>
      </w:r>
    </w:p>
    <w:p>
      <w:pPr>
        <w:pStyle w:val="ArticleBody"/>
        <w:jc w:val="left"/>
      </w:pPr>
      <w:r>
        <w:rPr>
          <w:rFonts w:ascii="Times New Roman" w:hAnsi="Times New Roman" w:eastAsia="Times New Roman" w:cs="Times New Roman"/>
        </w:rPr>
        <w:t>Ang “kataposan sa mga adlaw,” alang kang Daniel, nagrepresentar sa litmus test diin si Nabucodonosor nagpahamtang ug paghukom, ug kana nga pagsulay nagtimaan sa balaod sa Domingo sa ulahing mga adlaw. Ang orihinal ug pundasyonal nga mga kamatuoran mosidlak ug napulo ka pilo nga mas hayag inig ipasig-uli kini sa ulahing mga adlaw, kay sa panahon nga kini unang giila. Ang mga kamatuoran, ug ang mga manggialamon nga nakasabut nianang mga kamatuorana sa ulahing mga adlaw, mosidlak ug napulo ka pilo nga mas hayag sa panahon sa ulahing ulan, nga mao ang pag-usab sa Pagsinggit sa Tunga-tungang Gabi-i.</w:t>
      </w:r>
    </w:p>
    <w:p>
      <w:pPr>
        <w:pStyle w:val="ArticleScripture"/>
        <w:jc w:val="left"/>
      </w:pPr>
      <w:r>
        <w:rPr>
          <w:rFonts w:ascii="Times New Roman" w:hAnsi="Times New Roman" w:eastAsia="Times New Roman" w:cs="Times New Roman"/>
        </w:rPr>
        <w:t>“Gipalayo ra ninyo pag-ayo ang pag-anhi sa Ginoo. Akong nakita nga ang ulahing ulan moabot sama ka [kalit sama] sa singgit sa tungang gabii, ug uban sa napulo ka pilo nga gahum.” Spalding and Magan, 5.</w:t>
      </w:r>
    </w:p>
    <w:p>
      <w:pPr>
        <w:pStyle w:val="ArticleBody"/>
        <w:jc w:val="left"/>
      </w:pPr>
      <w:r>
        <w:rPr>
          <w:rFonts w:ascii="Times New Roman" w:hAnsi="Times New Roman" w:eastAsia="Times New Roman" w:cs="Times New Roman"/>
        </w:rPr>
        <w:t>Ang pagpahiuli sa orihinal nga mga kamatuoran matuman pinaagi sa paggamit sa pamaagi sa ulahing ulan nga “linya ibabaw sa linya.” Sa dihang mapahiuli na, ang orihinal nga mga kamatuoran modan-ag nga “napulo ka pilo” labaw kay sa dihang unang mitan-aw si Miller kanila. Ang mga maalamon nga mogamit sa yawi sa pamaagi aron mapahiuli ang orihinal nga mga kamatuoran, makabaton ug kasinatian nga “napulo ka pilo” nga labi ka maayo kay niadtong mokaon sa pamaagi sa Babilonia. Kadtong gibanlas sa tawong adunay hugawng silhig, mao kadtong nanghisumpay na sa mga tradisyon ug mga batasan nga nakatabon sa orihinal nga kamatuoran, ug nga pagaputlon uban sa mga kasaypanan sa tradisyon ug mga batasan nga ilang gihisumpayan.</w:t>
      </w:r>
    </w:p>
    <w:p>
      <w:pPr>
        <w:pStyle w:val="ArticleBody"/>
        <w:jc w:val="left"/>
      </w:pPr>
      <w:r>
        <w:rPr>
          <w:rFonts w:ascii="Times New Roman" w:hAnsi="Times New Roman" w:eastAsia="Times New Roman" w:cs="Times New Roman"/>
        </w:rPr>
        <w:t>Ang usa ka bakak nga doktrina usa ka diosdios.</w:t>
      </w:r>
    </w:p>
    <w:p>
      <w:pPr>
        <w:pStyle w:val="ArticleScripture"/>
        <w:jc w:val="left"/>
      </w:pPr>
      <w:r>
        <w:rPr>
          <w:rFonts w:ascii="Times New Roman" w:hAnsi="Times New Roman" w:eastAsia="Times New Roman" w:cs="Times New Roman"/>
        </w:rPr>
        <w:t>“Sa pagsalikway sa kamatuoran, gisalikway sa mga tawo ang Tigmugna niini. Sa pagtamakan sa balaod sa Dios, ilang gilimod ang awtoridad sa Maghahatag sa Balaod. Sayon ra ang paghimo ug diosdios sa bakak nga mga pagtulon-an ug mga teyorya maingon nga sayon ang paghimo ug diosdios nga kahoy o bato.” The Great Controversy, 584.</w:t>
      </w:r>
    </w:p>
    <w:p>
      <w:pPr>
        <w:pStyle w:val="ArticleBody"/>
        <w:jc w:val="left"/>
      </w:pPr>
      <w:r>
        <w:rPr>
          <w:rFonts w:ascii="Times New Roman" w:hAnsi="Times New Roman" w:eastAsia="Times New Roman" w:cs="Times New Roman"/>
        </w:rPr>
        <w:t>Ang pagpamulong batok kang Ephraim nga nagtimaan sa panapos sa iyang panahon sa pagsulay, nagpasabot sa kamatuoran sa ginabuhat sa tawo nga nagakupkop sa hugaw sa dihang iyang silhigon ang salog.</w:t>
      </w:r>
    </w:p>
    <w:p>
      <w:pPr>
        <w:pStyle w:val="ArticleScripture"/>
        <w:jc w:val="left"/>
      </w:pPr>
      <w:r>
        <w:rPr>
          <w:rFonts w:ascii="Times New Roman" w:hAnsi="Times New Roman" w:eastAsia="Times New Roman" w:cs="Times New Roman"/>
        </w:rPr>
        <w:t>Si Ephraim nahilambigit na sa mga diosdios: pasagdi siya. Hosea 4:17.</w:t>
      </w:r>
    </w:p>
    <w:p>
      <w:pPr>
        <w:pStyle w:val="ArticleBody"/>
        <w:jc w:val="left"/>
      </w:pPr>
      <w:r>
        <w:rPr>
          <w:rFonts w:ascii="Times New Roman" w:hAnsi="Times New Roman" w:eastAsia="Times New Roman" w:cs="Times New Roman"/>
        </w:rPr>
        <w:t>Ikaw mao ang imong ginakaon, sumala sa gipakita ni Daniel ug sa tulo ka takus. Ang kabalaka ni Sister White alang niadtong mga “buang ug nangatulog” may kalabutan sa ilang kakulang sa pagpangandam, ug sa ilang kakulang sa pag-ila sa kahinungdanon sa “present truth.” Ang iyang kabalaka maoy usa ka pagpahayag sa kabalaka ni Cristo alang sa mga Judiong mapinanglalisahon sa iyang kapanahonan, nga hingpit nang nawad-an sa pagtan-aw sa orihinal nga mga kamatuoran. Ang damgo ni Miller nagtimaan sa katapusan sa modernong espirituwal nga Israel, nga gipatipohan sa karaang literal nga Israel.</w:t>
      </w:r>
    </w:p>
    <w:p>
      <w:pPr>
        <w:pStyle w:val="ArticleScripture"/>
        <w:jc w:val="left"/>
      </w:pPr>
      <w:r>
        <w:rPr>
          <w:rFonts w:ascii="Times New Roman" w:hAnsi="Times New Roman" w:eastAsia="Times New Roman" w:cs="Times New Roman"/>
        </w:rPr>
        <w:t>“Ang mga escriba ug mga Fariseo nagaangkon nga nagpatin-aw sa mga Kasulatan, apan ilang gipatin-aw kini sumala sa ilang kaugalingong mga panghunahuna ug mga tradisyon. Ang ilang mga batasan ug mga panultihon nahimong labi pang mapig-oton sa paglabay sa panahon. Sa espirituwal nga kahulogan niini, ang balaang Pulong nahimong sama sa usa ka sinilyohang basahon alang sa katawhan, sirado sa ilang pagsabot.” Signs of the Times, Mayo 17, 1905.</w:t>
      </w:r>
    </w:p>
    <w:p>
      <w:pPr>
        <w:pStyle w:val="ArticleBody"/>
        <w:jc w:val="left"/>
      </w:pPr>
      <w:r>
        <w:rPr>
          <w:rFonts w:ascii="Times New Roman" w:hAnsi="Times New Roman" w:eastAsia="Times New Roman" w:cs="Times New Roman"/>
        </w:rPr>
        <w:t>Usa ka nagkaanam-ngitngit nga kangitngit ang miabut sa Laodiceanong Adventismo sukad pa sa 1863, ug ang Biblia ug ang Espiritu sa Tagna nahimo alang kanila ingon sa usa ka basahon nga tinimrihan. Sa wala pa gayud mosira ang panahon sa grasya, ang Pinadayag ni Jesu-Cristo pagabuksan, ug kini magpatungha ug usa ka tulo-ka-lakang nga proseso sa pagsulay nga matapos sa pagkapalagpot niadtong mga modumili sa pagbiya sa ilang mga dios-dios sa nabatasan ug tradisyon diha sa haduol nang umalabot nga balaod sa Domingo.</w:t>
      </w:r>
    </w:p>
    <w:p>
      <w:pPr>
        <w:pStyle w:val="ArticleScripture"/>
        <w:jc w:val="left"/>
      </w:pPr>
      <w:r>
        <w:rPr>
          <w:rFonts w:ascii="Times New Roman" w:hAnsi="Times New Roman" w:eastAsia="Times New Roman" w:cs="Times New Roman"/>
        </w:rPr>
        <w:t>“Kita adunay usa ka walay kinutoban nga Manunubos, ug pagkabililhon gayud sa mga mutya sa kamatuoran nga nagpanghimatuod niini diha sa pulong sa Dios. Apan kining bililhon nga mga alahas gilubong ilalom sa usa ka pundok sa mga sagbot, sa tradisyon, sa mga erehiya, nga si Satanas gayud maoy nagmugna. Ang iyang mga laraw nagabuhat uban sa usa ka katingalahang gahum ibabaw sa mga hunahuna sa mga tawo aron mapalandong ang bili ni Cristo alang niadtong nagatoo kaniya. Ang kaaway sa Dios ug sa tawo nagbutang ug usa ka salamangka ibabaw niadtong nagaangkon nga mga sumusunod ni Cristo, hangtod nga mahitungod sa daghan mahimong ikaingon, Wala nila hiilhi ang panahon sa ilang pagduaw.” Review and Herald, Agosto 16, 1898.</w:t>
      </w:r>
    </w:p>
    <w:p>
      <w:pPr>
        <w:pStyle w:val="ArticleBody"/>
        <w:jc w:val="left"/>
      </w:pPr>
      <w:r>
        <w:rPr>
          <w:rFonts w:ascii="Times New Roman" w:hAnsi="Times New Roman" w:eastAsia="Times New Roman" w:cs="Times New Roman"/>
        </w:rPr>
        <w:t>Ang damgo ni Miller naghulagway sa kasaysayan sa pagkatukod sa “orihinal nga mga kamatuoran,” sa ilang misunod nga pagsalikway, ug dayon sa ilang katapusang pagpasig-uli. Diha-diha sa wala pa ang pagtapos sa panahon sa pagtilaw, ang “Tawo nga may Silhig sa Abog” mosulod sa talan-awon ug magatukod pag-usab sa orihinal nga mga kamatuoran, ug magahimo kanila nga “napulo ka pilo” nga mas masanag. Kini mahitabo sa panahon sa kasaysayan sa Singgit sa Tungang Gabii, nga nag-una sa Makusog nga Singgit sa ikatulong manulonda sa balaod sa Dominggo. Ang Singgit sa Tungang Gabii nagapukaw ug nagapabulag sa mga ulay sa wala pa ang balaod sa Dominggo, maingon nga ang Singgit sa Tungang Gabii nag-una sa pag-abli sa hukom nga mapangusisaon sa kasaysayan sa mga Millerita. Sa dihang ang mga mutya igasalibay pagbalik ngadto sa mas dako, nga napasig-uling kahon, ulahi na kaayo, kay kana nga hitabo mahitabo “human” nga ang salog nahinloan na pinaagi sa pagsilhig.</w:t>
      </w:r>
    </w:p>
    <w:p>
      <w:pPr>
        <w:pStyle w:val="ArticleScripture"/>
        <w:jc w:val="left"/>
      </w:pPr>
      <w:r>
        <w:rPr>
          <w:rFonts w:ascii="Times New Roman" w:hAnsi="Times New Roman" w:eastAsia="Times New Roman" w:cs="Times New Roman"/>
        </w:rPr>
        <w:t>“Ang abog ug mga hugaw sa kasaypanan nakalubong sa mga bililhong hiyas sa kamatuoran, apan ang mga mamumuo sa Ginoo makahukad niini nga mga bahandi, aron ang linibo motutok kanila uban sa kalipay ug kahibulong. Ang mga manulonda sa Dios anha tupad sa mapaubsanon nga mamumuo, nga magahatag ug grasya ug langitnong paglamdag, ug ang linibo pagadad-on sa pag-ampo uban kang David, ‘Ablihi ang akong mga mata aron makita ko ang mga kahibulongang butang gikan sa imong balaod.’ Ang mga kamatuoran nga sa daghang katuigan wala makita ug wala tagda, mosidlak gikan sa napasidlakang mga panid sa balaang pulong sa Dios. Ang mga iglesia sa kinatibuk-an nga nakadungog, mibalibad, ug mitamaktamak sa kamatuoran, magabuhat ug labi pang dautan; apan ‘ang mga manggialamon,’ kadtong mga matinud-anon, makasabut. Ang basahon binuksan, ug ang mga pulong sa Dios makaabot sa mga kasingkasing niadtong nangandoy sa pagkaila sa iyang kabubut-on. Sa makusog nga singgit sa manulonda gikan sa langit nga miduyog sa ikatulong manulonda, ang linibo mahigmata gikan sa kalipong nga nakagapos sa kalibotan sulod sa daghang katuigan, ug makita nila ang katahum ug bili sa kamatuoran.” Review and Herald, December 15, 1885.</w:t>
      </w:r>
    </w:p>
    <w:p>
      <w:pPr>
        <w:pStyle w:val="ArticleBody"/>
        <w:jc w:val="left"/>
      </w:pPr>
      <w:r>
        <w:rPr>
          <w:rFonts w:ascii="Times New Roman" w:hAnsi="Times New Roman" w:eastAsia="Times New Roman" w:cs="Times New Roman"/>
        </w:rPr>
        <w:t>Ang “linibo” nga unya mamata, nagrepresentar sa laing panon sa Dios nga anaa pa sa Babilonia, kay ang “makusog nga singgit” magsugod sa balaod sa Domingo. Ang buluhaton sa “Dirt Brush Man” nagpadayon na sukad niadtong Septiyembre 11, 2001, ug labi pang misamot sukad sa Hulyo sa 2023.</w:t>
      </w:r>
    </w:p>
    <w:p>
      <w:pPr>
        <w:pStyle w:val="ArticleScripture"/>
        <w:jc w:val="left"/>
      </w:pPr>
      <w:r>
        <w:rPr>
          <w:rFonts w:ascii="Times New Roman" w:hAnsi="Times New Roman" w:eastAsia="Times New Roman" w:cs="Times New Roman"/>
        </w:rPr>
        <w:t>Miingon ang apostol, “Ang tanang Kasulatan gihatag pinaagi sa inspirasyon sa Dios, ug mapuslanon alang sa pagtulon-an, alang sa pagbadlong, alang sa pagtul-id, alang sa pagmatuto diha sa pagkamatarong: aron ang tawo sa Dios mahimong hingpit, sa bug-os nga pagkasangkap alang sa tanang maayong mga buhat.” Ang Biblia mao ang iyang kaugalingong maghuhubad. Ang usa ka teksto mahimong yawe nga moabli sa ubang mga teksto, ug niining paagiha ang kahayag igaulad ibabaw sa tinago nga kahulogan sa pulong. Pinaagi sa pagtandi sa nagkalainlaing mga teksto nga naghisgot sa mao rang hilisgutan, ug sa pagtan-aw sa ilang kalambigitan sa tanang bahin, ang tinuod nga kahulogan sa mga Kasulatan mapadayag.</w:t>
      </w:r>
    </w:p>
    <w:p>
      <w:pPr>
        <w:pStyle w:val="ArticleScripture"/>
        <w:jc w:val="left"/>
      </w:pPr>
      <w:r>
        <w:rPr>
          <w:rFonts w:ascii="Times New Roman" w:hAnsi="Times New Roman" w:eastAsia="Times New Roman" w:cs="Times New Roman"/>
        </w:rPr>
        <w:t>“Daghan ang naghunahuna nga kinahanglan silang mokonsulta sa mga komentaryo bahin sa Kasulatan aron masabtan ang kahulogan sa pulong sa Dios, ug dili kami moposisyon nga ang mga komentaryo dili angay tun-an; apan dako kaayong pag-ila ang gikinahanglan aron madiskobrehan ang kamatuoran sa Dios ilalom sa nagtapok nga panon sa mga pulong sa mga tawo. Pagkagamay ra sa nahimo sa iglesia, ingon nga usa ka lawas nga nagaangkon sa pagtoo sa Biblia, sa pagtigom sa nagkatibulaag nga mga mutya sa pulong sa Dios ngadto sa usa ka hingpit nga kadena sa kamatuoran! Ang mga mutya sa kamatuoran wala magtapaw sa nawong, sumala sa gihunahuna sa daghan. Ang punoang utok sa panaghiusa sa kadautan sa kanunay nagabuhat aron itago ang kamatuoran gikan sa panan-aw, ug aron ipahimutang sa dayag nga pagtan-aw ang mga opinyon sa bantugan nga mga tawo. Ang kaaway nagabuhat sa tanan niyang mahimo aron tabonan ang kahayag sa langit pinaagi sa mga pamaagi sa edukasyon; kay dili niya tuyo nga ang mga tawo makadungog sa tingog sa Ginoo, nga nagaingon, ‘Mao kini ang dalan, lumakaw kamo niini.’”</w:t>
      </w:r>
    </w:p>
    <w:p>
      <w:pPr>
        <w:pStyle w:val="ArticleScripture"/>
        <w:jc w:val="left"/>
      </w:pPr>
      <w:r>
        <w:rPr>
          <w:rFonts w:ascii="Times New Roman" w:hAnsi="Times New Roman" w:eastAsia="Times New Roman" w:cs="Times New Roman"/>
        </w:rPr>
        <w:t>“Ang mga hiyas sa kamatuoran nagkatag sa kapatagan sa pagpadayag; apan gilubong kini ilalom sa mga tradisyon sa mga tawo, ilalom sa mga sulti ug mga sugo sa mga tawo, ug ang kaalam nga gikan sa langit sa tinuod halos gisalikway; kay si Satanas nagmalampuson sa pagpatuo sa kalibotan nga ang mga pulong ug mga binuhatan sa mga tawo dako ug kahinungdanon. Ang Ginoong Dios, ang Magbubuhat sa mga kalibotan, sa walay kinutob nga bili naghatag sa maayong balita ngadto sa kalibotan. Pinaagi niining balaang ahente, ang malipayon, makapalig-on nga mga tuboran sa langitnong paglipay ug malungtarong paghupay gibuksan alang niadtong moduol sa tuboran sa kinabuhi. Anaa pay mga ugat sa kamatuoran nga pagadiskobrehon pa; apan ang espirituhanong mga butang espirituhanon nga masabtan. Ang mga hunahuna nga gitabonan sa dautan dili makaila sa bili sa kamatuoran ingon niini diha kang Jesus.” Review and Herald, December 1, 1891.</w:t>
      </w:r>
    </w:p>
    <w:p>
      <w:pPr>
        <w:pStyle w:val="ArticleBody"/>
        <w:jc w:val="left"/>
      </w:pPr>
      <w:r>
        <w:rPr>
          <w:rFonts w:ascii="Times New Roman" w:hAnsi="Times New Roman" w:eastAsia="Times New Roman" w:cs="Times New Roman"/>
        </w:rPr>
        <w:t>Ang buluhaton ni Cristo ingon nga gihulagway sa damgo ni Miller pinaagi sa tawo nga may panglimpyo sa abog adunay duha ka bahin. Kini mao ang pagtangtang sa sayop, ug ang pagpahiuli sa orihinal nga mga kamatuoran. Ang pagtangtang sa sayop adunay duha usab ka bahin, kay sa dihang ang sayop silhigon pagawas sa bintana, ang sayop magadala uban niini niadtong mopili sa pagpabilin nga nagagakos sa mga kasaypanan. Ang buluhaton sa pagbulag nga gihimo sa tawo nga may panglimpyo sa abog gihisgutan usab ni Jeremias, ug ang iyang pagpamatuod nagkauyon kang Sister White, sa dihang siya miingon nga, “ang mga mamumuo sa Ginoo makahimo sa pag-abli niining mga bahandi, aron ang linibo motan-aw niini uban sa kalipay ug kahingangha.”</w:t>
      </w:r>
    </w:p>
    <w:p>
      <w:pPr>
        <w:pStyle w:val="ArticleScripture"/>
        <w:jc w:val="left"/>
      </w:pPr>
      <w:r>
        <w:rPr>
          <w:rFonts w:ascii="Times New Roman" w:hAnsi="Times New Roman" w:eastAsia="Times New Roman" w:cs="Times New Roman"/>
        </w:rPr>
        <w:t>Busa mao kini ang giingon sa Ginoo: Kon ikaw mobalik, nan pabalikon ko ikaw, ug ikaw motindog sa akong atubangan; ug kon imong kuhaon ang bililhon gikan sa walay kapuslanan, ikaw mahisama sa akong baba; pasagdi sila nga mobalik nganha kanimo, apan ayaw ikaw pagbalik ngadto kanila. Jeremias 15:19.</w:t>
      </w:r>
    </w:p>
    <w:p>
      <w:pPr>
        <w:pStyle w:val="ArticleBody"/>
        <w:jc w:val="left"/>
      </w:pPr>
      <w:r>
        <w:rPr>
          <w:rFonts w:ascii="Times New Roman" w:hAnsi="Times New Roman" w:eastAsia="Times New Roman" w:cs="Times New Roman"/>
        </w:rPr>
        <w:t>Ang konteksto sa pahayag diha sa Jeremias naghisgot niadtong mga nakasinati sa unang kapakyasan sa Hulyo 18, 2020. Dili lamang ang “dirt brush man” maoy nagapahimulag sa bililhon gikan sa dautan, kondili kini usab mao ang buluhaton niadtong girepresentahan ni Jeremias, nga gihulagway ingon nga nagahimo ug usa ka paghukom kon sila mobalik ba ngadto sa Ginoo o dili mobalik. Dayag nga sila wala uban sa Ginoo, kay kon sila nagalakaw pa uban Kaniya, wala untay hinungdan nga sila mobalik. Sa dihang sila mobalik ug motindog sa atubangan sa Ginoo, ug human niana mahimong Iyang tigpamaba, ilang matuman ang usa ka buluhaton sa pagpahimulag sa bililhon gikan sa dautan. Ang buluhaton sa “Dirt Brush Man” nagkinahanglan sa pag-apil sa mga manggialamon. Ang buluhaton sa “Dirt Brush Man” diha sa damgo ni Miller gipakita usab sa dihang si Cristo magahinlo sa Iyang giukan pinaagi sa usa ka proseso sa pagpino.</w:t>
      </w:r>
    </w:p>
    <w:p>
      <w:pPr>
        <w:pStyle w:val="ArticleScripture"/>
        <w:jc w:val="left"/>
      </w:pPr>
      <w:r>
        <w:rPr>
          <w:rFonts w:ascii="Times New Roman" w:hAnsi="Times New Roman" w:eastAsia="Times New Roman" w:cs="Times New Roman"/>
        </w:rPr>
        <w:t>“Kon unsa ka madali magsugod kining proseso sa pagdalisay dili ko ikasulti, apan dili kini madugay nga malangan. Siya kansang kalayag anaa sa Iyang kamot magahinlo sa Iyang templo gikan sa iyang moral nga kahugawan. Hinloan Niya sa hingpit ang Iyang giukanan.” Testimonies to Ministers, 372, 373.</w:t>
      </w:r>
    </w:p>
    <w:p>
      <w:pPr>
        <w:pStyle w:val="ArticleBody"/>
        <w:jc w:val="left"/>
      </w:pPr>
      <w:r>
        <w:rPr>
          <w:rFonts w:ascii="Times New Roman" w:hAnsi="Times New Roman" w:eastAsia="Times New Roman" w:cs="Times New Roman"/>
        </w:rPr>
        <w:t>Ang katapusang “proseso sa pagdalisay” nagsugod niadtong Hulyo 2023, ug kini mao ang proseso sa pagdalisay nga gihisgotan sa kapitulo tres sa Malakias.</w:t>
      </w:r>
    </w:p>
    <w:p>
      <w:pPr>
        <w:pStyle w:val="ArticleScripture"/>
        <w:jc w:val="left"/>
      </w:pPr>
      <w:r>
        <w:rPr>
          <w:rFonts w:ascii="Times New Roman" w:hAnsi="Times New Roman" w:eastAsia="Times New Roman" w:cs="Times New Roman"/>
        </w:rPr>
        <w:t>“Gikutlo ang Malakias 3:1–4.</w:t>
      </w:r>
    </w:p>
    <w:p>
      <w:pPr>
        <w:pStyle w:val="ArticleScripture"/>
        <w:jc w:val="left"/>
      </w:pPr>
      <w:r>
        <w:rPr>
          <w:rFonts w:ascii="Times New Roman" w:hAnsi="Times New Roman" w:eastAsia="Times New Roman" w:cs="Times New Roman"/>
        </w:rPr>
        <w:t>“Adunay nagapadayon nga usa ka proseso sa pagpino ug paghinlo taliwala sa katawhan sa Dios, ug ang Ginoo sa mga panon nagbutang sa iyang kamot niini nga buluhaton. Kini nga proseso labing masulayanon alang sa kalag, apan gikinahanglan kini aron ang kahugaw mapapas. Ang mga pagsulay kinahanglanon aron madala kita sa duol sa atong langitnong Amahan, sa pagpasakop sa iyang kabubut-on, aron kita makahalad ngadto sa Ginoo og usa ka halad diha sa pagkamatarong. Ang buhat sa Dios sa pagpino ug paghinlo sa kalag kinahanglan magpadayon hangtod nga ang iyang mga alagad mapahiubos pag-ayo, mahimulag sa kaugalingon pag-ayo, aron nga sa dihang tawgon sila ngadto sa aktibong pag-alagad, ang ilang panan-aw mausa lamang ngadto sa himaya sa Dios.” Review and Herald, Abril 10, 1894.</w:t>
      </w:r>
    </w:p>
    <w:p>
      <w:pPr>
        <w:pStyle w:val="ArticleBody"/>
        <w:jc w:val="left"/>
      </w:pPr>
      <w:r>
        <w:rPr>
          <w:rFonts w:ascii="Times New Roman" w:hAnsi="Times New Roman" w:eastAsia="Times New Roman" w:cs="Times New Roman"/>
        </w:rPr>
        <w:t>Ang ikaduhang damgo ni Miller nagaila sa pagpahiuli sa orihinal nga mga kamatuoran, ug sa dungan nga pagpahiuli sa usa ka katawhan nga napatlaag. Ang ikaduhang damgo ni Nebukadnezar nagaila sa pagpahiuli sa iyang gingharian. Ang damgo ni Miller nagtuki sa paglubong sa orihinal nga mga kamatuoran sa paagi nga kadtong mga kamatuoran “nangatibulaag.” Ang pulong nga “nangatibulaag” usa ka simbolo sa “pito ka panahon.” Ang damgo ni Nebukadnezar mahitungod sa “pagkatibulaag” sa “pito ka panahon.” Si Nebukadnezar gibutang sa panahon sa katapusan niadtong 1798, ug didto siya nagrepresentar sa usa ka tawo nga nakabig. Si Miller mao ang simbolo sa “mga manggialamon” niadtong 1798.</w:t>
      </w:r>
    </w:p>
    <w:p>
      <w:pPr>
        <w:pStyle w:val="ArticleBody"/>
        <w:jc w:val="left"/>
      </w:pPr>
      <w:r>
        <w:rPr>
          <w:rFonts w:ascii="Times New Roman" w:hAnsi="Times New Roman" w:eastAsia="Times New Roman" w:cs="Times New Roman"/>
        </w:rPr>
        <w:t>Padayonon nato ang damgo ni Miller sa mosunod nga artikulo.</w:t>
      </w:r>
    </w:p>
    <w:p>
      <w:pPr>
        <w:pStyle w:val="ArticleScripture"/>
        <w:jc w:val="left"/>
      </w:pPr>
      <w:r>
        <w:rPr>
          <w:rFonts w:ascii="Times New Roman" w:hAnsi="Times New Roman" w:eastAsia="Times New Roman" w:cs="Times New Roman"/>
        </w:rPr>
        <w:t>“Sa diha nga kita pagatawgon sa pagkalahi sa uban, o ang uban mopadayag sa ilang pagkalahi gikan sa atong opinyon, kinahanglan nga atong ipadayag ang espiritu nga Cristohanon, ug ipadayon nga dayag kining kamatuoran nga kita makahimo sa pagpabiling malinawon ug makatarunganon; kay ang kamatuoran makabarug sa pagsusi. Samtang kini labi pang tun-an, labi usab nga mopasidlak ang iyang kahayag. Ang Ginoo nagasalikway sa tanan nga may baho sa kabangis ug kapintas, ug igabutang niya ang iyang pagbadlong ibabaw niadtong nagapakaylap ug pagtamay ug pagpasipala batok niadtong nagkalahi kanila sa opinyon, nga ginapakita sila sa labing daotang kahayag nga mahimo. Ang tibook Langit nagatan-aw niadtong nagabuhat niini maingon sa pagtan-aw sa Langit sa mga Fariseo, ug nagaingon nga sila walay alamag sa mga Kasulatan ug sa gahum sa Dios. Ang mga kaaway sa kamatuoran dili makahimo sa paghimo sa kamatuoran nga sayop. Mahimo nilang tunobtunoban ang kamatuoran, ug maghunahuna nga tungod kay ilang gipukan kini, ug gitabonan sa mga hugaw, kini nabuntog na; apan pagalihokon sa Dios ang pipila sa iyang mga matinumanon aron buhaton ang gibuhat ni Cristo sa diha nga ania pa siya sa yuta,—walison ang mga hugaw, ug ibalik ang kamatuoran sa iyang angayang dapit sulod sa balangkas sa kamatuoran.”</w:t>
      </w:r>
    </w:p>
    <w:p>
      <w:pPr>
        <w:pStyle w:val="ArticleScripture"/>
        <w:jc w:val="left"/>
      </w:pPr>
      <w:r>
        <w:rPr>
          <w:rFonts w:ascii="Times New Roman" w:hAnsi="Times New Roman" w:eastAsia="Times New Roman" w:cs="Times New Roman"/>
        </w:rPr>
        <w:t>“Sa mga pundok diin ang kamatuoran maoy hilisgutan, anaa ang mga mosupak sa tanan nga wala nila hingkupti ingon nga kamatuoran; ug samtang ilang gidalit ang ilang kaugalingon nga sila nakig-away lamang batok sa sayop, kinahanglan nilang mamati uban sa mga dalunggan nga walay pagpihig, aron ilang masabtan kon unsa ang kamatuoran, ug dili sayop nga ipasundayag ug ihubad ang gisulti. Anaa kanila ang ehemplo sa mga tawo sa tanang kapanahonan nga nakigbatok batok sa kamatuoran, ug sa pagbuhat niana, ilang gisalikway ang tambag (sic) sa Dios batok sa ilang kaugalingon. Mabug-at ang tulubagon nga mapahamtang sa mga tawo nga nakadawat ug dakung kahayag, ug dagkung mga kahigayonan, apan napakyas sa hingpit nga pagbarog sa dapig sa Ginoo. Kon mangahas sila sa hingpit nga pagbarog sa dapig sa Ginoo, mapanalipdan sila sa pagkamatinud-anon, bisan sa dihang pagatawgon sila sa pagbarog nga nag-inusara. Siya magahatag kanila ug gahum sa pagbarog nga maisugon, sa kaputli ug pagkamatarung, nga nagalaban alang sa mga prinsipyo sa pagkamatarung nga walay pagkahugaw. Siya magasustener kanila sa ilang pagpakigbisog alang sa matarung tungod kay kini matarung, bisan pa kon ang hustisya nahulog na sa dalan, ug ang katarungan dili na makasulod. Ilang masabtan kon unsa ang putli ug walay buling, ug uyon sa kinabuhi ni Cristo, ug dili sila motalikod gikan sa labing putli nga mga prinsipyo sa Cristianismo diha sa espiritu, pulong, o buhat, bisan pa kon sila mibarog sa pagsupak dili lamang sa pagkawalay alamag, kondili usab sa mga maalamon ug hanas, nga nagagamit sa mga hinagiban sa limbong sa pangatarungan aron sila pahilomon. Taliwala niining tanang pakigbisog sa sayop batok sa kamatuoran, mapanalipdan sila, ug pagahimoon nga makahupot sa maong agi nga ang ilang mga kaaway dili makalalis ni makasukol kanila. Sila magabarog ingon sa usa ka bato sa prinsipyo, nga magdumili sa pagkompromiso kang bisan kinsa, ug sa gihapon magabantay sa espiritu nga magailhan sa matag Cristiano.”</w:t>
      </w:r>
    </w:p>
    <w:p>
      <w:pPr>
        <w:pStyle w:val="ArticleScripture"/>
        <w:jc w:val="left"/>
      </w:pPr>
      <w:r>
        <w:rPr>
          <w:rFonts w:ascii="Times New Roman" w:hAnsi="Times New Roman" w:eastAsia="Times New Roman" w:cs="Times New Roman"/>
        </w:rPr>
        <w:t>“Ang tawo nga sumusunod kang Cristo magpalahi tali sa balaan ug sa ordinaryo, ug mokupot sa tinuod nga pagpamatuod sa kinaiya ug buluhaton sa usa ka tawo, kay miingon si Cristo, ‘Pinaagi sa ilang mga bunga mailhan ninyo sila.’ Ang Cristohanon mopadayon sa unahan taliwala sa tanang matang sa pagsupak. Tamayon niya ang pagdayeg-dayeg tungod kay kini natawo gikan kang Satanas. Dumtan niya ang sumbong tungod kay kini mao ang hinagiban sa dautan. Dili nila ampingan ang kasina ni magpatuyang sa pagpataas sa kaugalingon tungod kay kini mao ang mga kinaiya sa kaaway sa Dios ug sa tawo. Dili sila hikaplagan nga mga maniniktik; kay gigamit ni Satanas ang mga Judio nga tinamay sa pagbuhat niining buluhatona batok kang Jesus. Dili nila sundan ang ilang mga igsoon uban sa baha sa mga pangutana maingon sa pagsunod sa mga Judio kang Cristo aron lit-agon siya sa iyang mga pulong, ug sa pagpukaw kaniya sa pagsulti mahitungod sa daghang mga butang aron mahimo nila siyang sad-an tungod sa usa ka pulong.” Home Missionary, September 1,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Trenta’y Siyete</dc:title>
  <dc:subject>Pagpasig-uli sa Orihinal nga mga Kamatuoran: Pagbukas sa Damgo ni William Miller ug sa Propetikanhong Pagkabanhaw Pag-usab sa Ulahing mga Adlaw</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